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苏州科技大学音乐学院推荐2027年优秀应届本科毕业生免试攻读研究生工作细则</w:t>
      </w:r>
    </w:p>
    <w:p>
      <w:r>
        <w:t>为做好我院推荐免试攻读研究生工作，根据《苏州科技大学推荐2027年优秀应届本科毕业生免试攻读研究生工作实施方案》，结合本院实际情况，制定本细则。</w:t>
      </w:r>
    </w:p>
    <w:p>
      <w:r>
        <w:t>一、学院推免生遴选工作小组</w:t>
      </w:r>
    </w:p>
    <w:p>
      <w:r>
        <w:t>组长：黄祖平</w:t>
      </w:r>
    </w:p>
    <w:p>
      <w:r>
        <w:t>成员：王玮、刘也愚、王莹、欧阳鑫勃、赵赟韵、邓韬</w:t>
      </w:r>
    </w:p>
    <w:p>
      <w:r>
        <w:t>咨询电话：0512-68418777</w:t>
      </w:r>
    </w:p>
    <w:p>
      <w:r>
        <w:t>申诉电话：0512-68418423</w:t>
      </w:r>
    </w:p>
    <w:p>
      <w:r>
        <w:t>邮箱：yyxy@mail.usts.edu.cn</w:t>
      </w:r>
    </w:p>
    <w:p>
      <w:r>
        <w:t>二、名额分配</w:t>
      </w:r>
    </w:p>
    <w:p>
      <w:r>
        <w:t>总名额：3名</w:t>
      </w:r>
    </w:p>
    <w:p>
      <w:r>
        <w:t>名额分配如下：音乐学[师范]专业2名；流行音乐专业1名。</w:t>
      </w:r>
    </w:p>
    <w:p>
      <w:r>
        <w:t>三、申请报名条件</w:t>
      </w:r>
    </w:p>
    <w:p>
      <w:r>
        <w:t>申请者须满足学校规定的遴选基本条件。</w:t>
      </w:r>
    </w:p>
    <w:p>
      <w:r>
        <w:t>四、申请受理时间、地点</w:t>
      </w:r>
    </w:p>
    <w:p>
      <w:r>
        <w:t>截止时间：9月1日16：00之前，提交报名申请及相关材料。</w:t>
      </w:r>
    </w:p>
    <w:p>
      <w:r>
        <w:t>受理地点：石湖校区教8楼302室</w:t>
      </w:r>
    </w:p>
    <w:p>
      <w:r>
        <w:t>受理人员：赖老师</w:t>
      </w:r>
    </w:p>
    <w:p>
      <w:r>
        <w:t>五、推免生名单产生办法</w:t>
      </w:r>
    </w:p>
    <w:p>
      <w:r>
        <w:t>根据《苏州科技大学推荐2027年优秀应届本科毕业生免试攻读研究生工作实施方案》进行资格审查，通过者按以下程序产生推免生名单：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中层及以上领导干部和推免相关工作人员，如有直系亲属或利益相关人员报名参加本单位推免招生的须主动报备并全程回避，如有非直系亲属等报名参加推免招生的要主动报备。相关学生申请推免资格时也应主动报备声明。回避报备应于9月2日前完成，并由学院汇总后报教务处备案。</w:t>
      </w:r>
    </w:p>
    <w:p>
      <w:r>
        <w:t>2、其他事项按照教育部和学校相关规定执行。</w:t>
      </w:r>
    </w:p>
    <w:p>
      <w:r>
        <w:t>3、本细则由学院推免生遴选工作小组负责解释。</w:t>
      </w:r>
    </w:p>
    <w:p>
      <w:r>
        <w:t>音乐学院</w:t>
      </w:r>
    </w:p>
    <w:p>
      <w:r>
        <w:t>日期：2026年8月29日</w:t>
      </w:r>
    </w:p>
    <w:p>
      <w:r>
        <w:t>附件1:苏州科技大学音乐学院推免生综合素质单项分值设置表</w:t>
      </w:r>
    </w:p>
    <w:p>
      <w:r>
        <w:t>附件2：苏州科技大学推荐2027年优秀应届本科毕业生免试攻读研究生课程清单</w:t>
      </w:r>
    </w:p>
    <w:p>
      <w:r>
        <w:t>苏州科技大学音乐学院推免生综合素质单项分值设置表</w:t>
      </w:r>
    </w:p>
    <w:tbl>
      <w:tblPr>
        <w:tblStyle w:val="TableGrid"/>
        <w:tblW w:type="auto" w:w="0"/>
        <w:tblLook w:firstColumn="1" w:firstRow="1" w:lastColumn="0" w:lastRow="0" w:noHBand="0" w:noVBand="1" w:val="04A0"/>
      </w:tblPr>
      <w:tblGrid>
        <w:gridCol w:w="617"/>
        <w:gridCol w:w="617"/>
        <w:gridCol w:w="617"/>
        <w:gridCol w:w="617"/>
        <w:gridCol w:w="617"/>
        <w:gridCol w:w="617"/>
        <w:gridCol w:w="617"/>
        <w:gridCol w:w="617"/>
        <w:gridCol w:w="617"/>
        <w:gridCol w:w="617"/>
        <w:gridCol w:w="617"/>
        <w:gridCol w:w="617"/>
        <w:gridCol w:w="617"/>
        <w:gridCol w:w="617"/>
      </w:tblGrid>
      <w:tr>
        <w:tc>
          <w:tcPr>
            <w:tcW w:type="dxa" w:w="617"/>
          </w:tcPr>
          <w:p>
            <w:r>
              <w:t>类别</w:t>
            </w:r>
          </w:p>
        </w:tc>
        <w:tc>
          <w:tcPr>
            <w:tcW w:type="dxa" w:w="617"/>
          </w:tcPr>
          <w:p>
            <w:r>
              <w:t>项目等级</w:t>
            </w:r>
          </w:p>
        </w:tc>
        <w:tc>
          <w:tcPr>
            <w:tcW w:type="dxa" w:w="617"/>
          </w:tcPr>
          <w:p>
            <w:r>
              <w:t>第一等次</w:t>
            </w:r>
          </w:p>
        </w:tc>
        <w:tc>
          <w:tcPr>
            <w:tcW w:type="dxa" w:w="617"/>
          </w:tcPr>
          <w:p>
            <w:r>
              <w:t>第二等次</w:t>
            </w:r>
          </w:p>
        </w:tc>
        <w:tc>
          <w:tcPr>
            <w:tcW w:type="dxa" w:w="617"/>
          </w:tcPr>
          <w:p>
            <w:r>
              <w:t>第三等次</w:t>
            </w:r>
          </w:p>
        </w:tc>
        <w:tc>
          <w:tcPr>
            <w:tcW w:type="dxa" w:w="617"/>
          </w:tcPr>
          <w:p>
            <w:r>
              <w:t>第四等次</w:t>
            </w:r>
          </w:p>
        </w:tc>
        <w:tc>
          <w:tcPr>
            <w:tcW w:type="dxa" w:w="617"/>
          </w:tcPr>
          <w:p>
            <w:r>
              <w:t>备注</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学科竞赛(不超过40分)</w:t>
            </w:r>
          </w:p>
        </w:tc>
        <w:tc>
          <w:tcPr>
            <w:tcW w:type="dxa" w:w="617"/>
          </w:tcPr>
          <w:p>
            <w:r>
              <w:t>I甲</w:t>
            </w:r>
          </w:p>
        </w:tc>
        <w:tc>
          <w:tcPr>
            <w:tcW w:type="dxa" w:w="617"/>
          </w:tcPr>
          <w:p>
            <w:r>
              <w:t>40</w:t>
            </w:r>
          </w:p>
        </w:tc>
        <w:tc>
          <w:tcPr>
            <w:tcW w:type="dxa" w:w="617"/>
          </w:tcPr>
          <w:p>
            <w:r>
              <w:t>30</w:t>
            </w:r>
          </w:p>
        </w:tc>
        <w:tc>
          <w:tcPr>
            <w:tcW w:type="dxa" w:w="617"/>
          </w:tcPr>
          <w:p>
            <w:r>
              <w:t>15</w:t>
            </w:r>
          </w:p>
        </w:tc>
        <w:tc>
          <w:tcPr>
            <w:tcW w:type="dxa" w:w="617"/>
          </w:tcPr>
          <w:p>
            <w:r>
              <w:t>5</w:t>
            </w:r>
          </w:p>
        </w:tc>
        <w:tc>
          <w:tcPr>
            <w:tcW w:type="dxa" w:w="617"/>
          </w:tcPr>
          <w:p>
            <w:r>
              <w:t>（1）学生本科阶段作为主力成员参加的与学业相关的国内权威学科竞赛（全国赛），并获得三等及以上奖励。相关比赛需在苏州科技大学推免生学科竞赛认定目录内(学校统一公布），竞赛类别为“I甲”或“I乙”，且竞赛性质为“全国赛”。国际赛事参照执行，但标准不得低于国内赛事相关要求。（2）同一项目参加多个比赛取最高项加分。（3）第一等次对应各奖项的最高等级，其他依次对应。（4）在多人参赛的情况下，仅对主要成员（I甲类排名前5位，I乙类排名前3位）予以加分。各成员所加分值在原有基础上分别乘以对应排名系数。具体如下：I甲类排名由前至后分别为：0.5、0.2、0.1、0.1、0.1。I乙类排名由前至后分别为：0.5、0.3、0.2。（5）全国数学建模获奖加分平均分配给参赛者。</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I乙</w:t>
            </w:r>
          </w:p>
        </w:tc>
        <w:tc>
          <w:tcPr>
            <w:tcW w:type="dxa" w:w="617"/>
          </w:tcPr>
          <w:p>
            <w:r>
              <w:t>15</w:t>
            </w:r>
          </w:p>
        </w:tc>
        <w:tc>
          <w:tcPr>
            <w:tcW w:type="dxa" w:w="617"/>
          </w:tcPr>
          <w:p>
            <w:r>
              <w:t>10</w:t>
            </w:r>
          </w:p>
        </w:tc>
        <w:tc>
          <w:tcPr>
            <w:tcW w:type="dxa" w:w="617"/>
          </w:tcPr>
          <w:p>
            <w:r>
              <w:t>3</w:t>
            </w:r>
          </w:p>
        </w:tc>
        <w:tc>
          <w:tcPr>
            <w:tcW w:type="dxa" w:w="617"/>
          </w:tcPr>
          <w:p>
            <w:r>
              <w:t>1</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科研成果(不超过40分)</w:t>
            </w:r>
          </w:p>
        </w:tc>
        <w:tc>
          <w:tcPr>
            <w:tcW w:type="dxa" w:w="617"/>
          </w:tcPr>
          <w:p>
            <w:r>
              <w:t>科研论文</w:t>
            </w:r>
          </w:p>
        </w:tc>
        <w:tc>
          <w:tcPr>
            <w:tcW w:type="dxa" w:w="617"/>
          </w:tcPr>
          <w:p>
            <w:r>
              <w:t>一类核心</w:t>
            </w:r>
          </w:p>
        </w:tc>
        <w:tc>
          <w:tcPr>
            <w:tcW w:type="dxa" w:w="617"/>
          </w:tcPr>
          <w:p>
            <w:r>
              <w:t>二类核心</w:t>
            </w:r>
          </w:p>
        </w:tc>
        <w:tc>
          <w:tcPr>
            <w:tcW w:type="dxa" w:w="617"/>
          </w:tcPr>
          <w:p>
            <w:r>
              <w:t>三类核心</w:t>
            </w:r>
          </w:p>
        </w:tc>
        <w:tc>
          <w:tcPr>
            <w:tcW w:type="dxa" w:w="617"/>
          </w:tcPr>
          <w:p>
            <w:r>
              <w:t>四类核心</w:t>
            </w:r>
          </w:p>
        </w:tc>
        <w:tc>
          <w:tcPr>
            <w:tcW w:type="dxa" w:w="617"/>
          </w:tcPr>
          <w:p>
            <w:r>
              <w:t>中文核心</w:t>
            </w:r>
          </w:p>
        </w:tc>
        <w:tc>
          <w:tcPr>
            <w:tcW w:type="dxa" w:w="617"/>
          </w:tcPr>
          <w:p>
            <w:r>
              <w:t>（1）本科阶段在核心及以上期刊以独立作者或第一作者正式发表的与学业相关的科研论文（若为共同一作的，仅认定共同一作中排名第一的作者）,或以第一发明人身份获得授权的与学业相关的中国发明专利。国际专利参照执行，但标准不得低于中国发明专利。（2）发明专利不得超过10分。须提供相关专利授权书。（3）一类、二类、三类、四类核心期刊目录参见《苏州科技大学核心期刊目录(2021修订)》。中文核心是指除上述一类、二类、三类、四类之外的《中文北大核心期刊目录总览》中的期刊。（4）发表论文须见刊。</w:t>
            </w: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40/篇</w:t>
            </w:r>
          </w:p>
        </w:tc>
        <w:tc>
          <w:tcPr>
            <w:tcW w:type="dxa" w:w="617"/>
          </w:tcPr>
          <w:p>
            <w:r>
              <w:t>35/篇</w:t>
            </w:r>
          </w:p>
        </w:tc>
        <w:tc>
          <w:tcPr>
            <w:tcW w:type="dxa" w:w="617"/>
          </w:tcPr>
          <w:p>
            <w:r>
              <w:t>30/篇</w:t>
            </w:r>
          </w:p>
        </w:tc>
        <w:tc>
          <w:tcPr>
            <w:tcW w:type="dxa" w:w="617"/>
          </w:tcPr>
          <w:p>
            <w:r>
              <w:t>20/篇</w:t>
            </w:r>
          </w:p>
        </w:tc>
        <w:tc>
          <w:tcPr>
            <w:tcW w:type="dxa" w:w="617"/>
          </w:tcPr>
          <w:p>
            <w:r>
              <w:t>15/篇</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发明专利</w:t>
            </w:r>
          </w:p>
        </w:tc>
        <w:tc>
          <w:tcPr>
            <w:tcW w:type="dxa" w:w="617"/>
          </w:tcPr>
          <w:p>
            <w:r>
              <w:t>国际发明专利</w:t>
            </w:r>
          </w:p>
        </w:tc>
        <w:tc>
          <w:tcPr>
            <w:tcW w:type="dxa" w:w="617"/>
          </w:tcPr>
          <w:p>
            <w:r>
              <w:t>中国发明专利</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10分/项</w:t>
            </w:r>
          </w:p>
        </w:tc>
        <w:tc>
          <w:tcPr>
            <w:tcW w:type="dxa" w:w="617"/>
          </w:tcPr>
          <w:p>
            <w:r>
              <w:t>5分/项</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志愿服务(不超过10分)</w:t>
            </w:r>
          </w:p>
        </w:tc>
        <w:tc>
          <w:tcPr>
            <w:tcW w:type="dxa" w:w="617"/>
          </w:tcPr>
          <w:p>
            <w:r/>
          </w:p>
        </w:tc>
        <w:tc>
          <w:tcPr>
            <w:tcW w:type="dxa" w:w="617"/>
          </w:tcPr>
          <w:p>
            <w:r>
              <w:t>第一等次</w:t>
            </w:r>
          </w:p>
        </w:tc>
        <w:tc>
          <w:tcPr>
            <w:tcW w:type="dxa" w:w="617"/>
          </w:tcPr>
          <w:p>
            <w:r>
              <w:t>第二等次</w:t>
            </w:r>
          </w:p>
        </w:tc>
        <w:tc>
          <w:tcPr>
            <w:tcW w:type="dxa" w:w="617"/>
          </w:tcPr>
          <w:p>
            <w:r>
              <w:t>第三等次</w:t>
            </w:r>
          </w:p>
        </w:tc>
        <w:tc>
          <w:tcPr>
            <w:tcW w:type="dxa" w:w="617"/>
          </w:tcPr>
          <w:p>
            <w:r>
              <w:t>（1）国家级志愿服务包括：中国青年志愿服务项目大赛、中国青年志愿服务公益创业赛、中国青年志愿者优秀项目奖。中国青年志愿者优秀个人奖按国家级第一等次计分。（2）省部级志愿服务包括：江苏省青年志愿服务项目大赛、江苏省青年志愿服务公益创业赛、江苏省十佳青年志愿服务项目。江苏省十佳青年志愿者、江苏省优秀青年志愿者、江苏省青年志愿服务事业贡献奖按省部级第一等次计分。（3）各类志愿服务以最高分计算，不可以累加。（4）在多人参赛的情况下，仅对主要成员（排名前3位）予以加分。各成员所加分值在原有基础上分别乘以对应排名系数。具体如下：排名由前至后分别为：0.5、0.3、0.2。</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国家级</w:t>
            </w:r>
          </w:p>
        </w:tc>
        <w:tc>
          <w:tcPr>
            <w:tcW w:type="dxa" w:w="617"/>
          </w:tcPr>
          <w:p>
            <w:r>
              <w:t>10</w:t>
            </w:r>
          </w:p>
        </w:tc>
        <w:tc>
          <w:tcPr>
            <w:tcW w:type="dxa" w:w="617"/>
          </w:tcPr>
          <w:p>
            <w:r>
              <w:t>7</w:t>
            </w:r>
          </w:p>
        </w:tc>
        <w:tc>
          <w:tcPr>
            <w:tcW w:type="dxa" w:w="617"/>
          </w:tcPr>
          <w:p>
            <w:r>
              <w:t>5</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省部级</w:t>
            </w:r>
          </w:p>
        </w:tc>
        <w:tc>
          <w:tcPr>
            <w:tcW w:type="dxa" w:w="617"/>
          </w:tcPr>
          <w:p>
            <w:r>
              <w:t>5</w:t>
            </w:r>
          </w:p>
        </w:tc>
        <w:tc>
          <w:tcPr>
            <w:tcW w:type="dxa" w:w="617"/>
          </w:tcPr>
          <w:p>
            <w:r>
              <w:t>3</w:t>
            </w:r>
          </w:p>
        </w:tc>
        <w:tc>
          <w:tcPr>
            <w:tcW w:type="dxa" w:w="617"/>
          </w:tcPr>
          <w:p>
            <w:r>
              <w:t>1</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到国际组织实习（不超过5分）</w:t>
            </w:r>
          </w:p>
        </w:tc>
        <w:tc>
          <w:tcPr>
            <w:tcW w:type="dxa" w:w="617"/>
          </w:tcPr>
          <w:p>
            <w:r>
              <w:t>须持有相关国际组织颁发的实习证书/证明，实习期3个月及以上。该国际组织须为人力资源和社会保障部认定的国际组织，实习地点应为海外的国际组织总部、地区办事处等（在华机构除外）。</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t>参军入伍服兵役（不超过5分）</w:t>
            </w:r>
          </w:p>
        </w:tc>
        <w:tc>
          <w:tcPr>
            <w:tcW w:type="dxa" w:w="617"/>
          </w:tcPr>
          <w:p>
            <w:r>
              <w:t>须提供入伍批准书及退出现役证。</w:t>
            </w: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c>
          <w:tcPr>
            <w:tcW w:type="dxa" w:w="617"/>
          </w:tcPr>
          <w:p/>
        </w:tc>
      </w:tr>
      <w:tr>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c>
          <w:tcPr>
            <w:tcW w:type="dxa" w:w="617"/>
          </w:tcPr>
          <w:p>
            <w:r/>
          </w:p>
        </w:tc>
      </w:tr>
    </w:tbl>
    <w:p>
      <w:r>
        <w:t>注：（1）成果所列第一单位须为“苏州科技大学”。</w:t>
      </w:r>
    </w:p>
    <w:p>
      <w:r>
        <w:t>（2）成果或活动认定依据记载日期须在2026年8月31日前。</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w:t>
            </w:r>
          </w:p>
        </w:tc>
        <w:tc>
          <w:tcPr>
            <w:tcW w:type="dxa" w:w="1080"/>
          </w:tcPr>
          <w:p>
            <w:r>
              <w:t>音乐学[师范]</w:t>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w:t>
            </w:r>
          </w:p>
        </w:tc>
        <w:tc>
          <w:tcPr>
            <w:tcW w:type="dxa" w:w="1080"/>
          </w:tcPr>
          <w:p>
            <w:r>
              <w:t>素质必修课</w:t>
            </w:r>
          </w:p>
        </w:tc>
        <w:tc>
          <w:tcPr>
            <w:tcW w:type="dxa" w:w="1080"/>
          </w:tcPr>
          <w:p>
            <w:r>
              <w:t>音乐学院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基本乐理</w:t>
            </w:r>
          </w:p>
        </w:tc>
        <w:tc>
          <w:tcPr>
            <w:tcW w:type="dxa" w:w="1080"/>
          </w:tcPr>
          <w:p>
            <w:r>
              <w:t>2MU21101</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7</w:t>
            </w:r>
          </w:p>
        </w:tc>
        <w:tc>
          <w:tcPr>
            <w:tcW w:type="dxa" w:w="1080"/>
          </w:tcPr>
          <w:p>
            <w:r>
              <w:t>视唱练耳I</w:t>
            </w:r>
          </w:p>
        </w:tc>
        <w:tc>
          <w:tcPr>
            <w:tcW w:type="dxa" w:w="1080"/>
          </w:tcPr>
          <w:p>
            <w:r>
              <w:t>2MU21102</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8</w:t>
            </w:r>
          </w:p>
        </w:tc>
        <w:tc>
          <w:tcPr>
            <w:tcW w:type="dxa" w:w="1080"/>
          </w:tcPr>
          <w:p>
            <w:r>
              <w:t>中国民族音乐概论</w:t>
            </w:r>
          </w:p>
        </w:tc>
        <w:tc>
          <w:tcPr>
            <w:tcW w:type="dxa" w:w="1080"/>
          </w:tcPr>
          <w:p>
            <w:r>
              <w:t>2MU21109</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9</w:t>
            </w:r>
          </w:p>
        </w:tc>
        <w:tc>
          <w:tcPr>
            <w:tcW w:type="dxa" w:w="1080"/>
          </w:tcPr>
          <w:p>
            <w:r>
              <w:t>外国民族音乐概论</w:t>
            </w:r>
          </w:p>
        </w:tc>
        <w:tc>
          <w:tcPr>
            <w:tcW w:type="dxa" w:w="1080"/>
          </w:tcPr>
          <w:p>
            <w:r>
              <w:t>2MU21110</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10</w:t>
            </w:r>
          </w:p>
        </w:tc>
        <w:tc>
          <w:tcPr>
            <w:tcW w:type="dxa" w:w="1080"/>
          </w:tcPr>
          <w:p>
            <w:r>
              <w:t>舞蹈基础I</w:t>
            </w:r>
          </w:p>
        </w:tc>
        <w:tc>
          <w:tcPr>
            <w:tcW w:type="dxa" w:w="1080"/>
          </w:tcPr>
          <w:p>
            <w:r>
              <w:t>2MU21122</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11</w:t>
            </w:r>
          </w:p>
        </w:tc>
        <w:tc>
          <w:tcPr>
            <w:tcW w:type="dxa" w:w="1080"/>
          </w:tcPr>
          <w:p>
            <w:r>
              <w:t>声乐基础I</w:t>
            </w:r>
          </w:p>
        </w:tc>
        <w:tc>
          <w:tcPr>
            <w:tcW w:type="dxa" w:w="1080"/>
          </w:tcPr>
          <w:p>
            <w:r>
              <w:t>2MU21132</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12</w:t>
            </w:r>
          </w:p>
        </w:tc>
        <w:tc>
          <w:tcPr>
            <w:tcW w:type="dxa" w:w="1080"/>
          </w:tcPr>
          <w:p>
            <w:r>
              <w:t>钢琴基础I</w:t>
            </w:r>
          </w:p>
        </w:tc>
        <w:tc>
          <w:tcPr>
            <w:tcW w:type="dxa" w:w="1080"/>
          </w:tcPr>
          <w:p>
            <w:r>
              <w:t>2MU21133</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13</w:t>
            </w:r>
          </w:p>
        </w:tc>
        <w:tc>
          <w:tcPr>
            <w:tcW w:type="dxa" w:w="1080"/>
          </w:tcPr>
          <w:p>
            <w:r>
              <w:t>器乐基础Ⅰ</w:t>
            </w:r>
          </w:p>
        </w:tc>
        <w:tc>
          <w:tcPr>
            <w:tcW w:type="dxa" w:w="1080"/>
          </w:tcPr>
          <w:p>
            <w:r>
              <w:t>2MU21134</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14</w:t>
            </w:r>
          </w:p>
        </w:tc>
        <w:tc>
          <w:tcPr>
            <w:tcW w:type="dxa" w:w="1080"/>
          </w:tcPr>
          <w:p>
            <w:r>
              <w:t>劳动教育实践(音乐会实践)</w:t>
            </w:r>
          </w:p>
        </w:tc>
        <w:tc>
          <w:tcPr>
            <w:tcW w:type="dxa" w:w="1080"/>
          </w:tcPr>
          <w:p>
            <w:r>
              <w:t>2MU21150</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15</w:t>
            </w:r>
          </w:p>
        </w:tc>
        <w:tc>
          <w:tcPr>
            <w:tcW w:type="dxa" w:w="1080"/>
          </w:tcPr>
          <w:p>
            <w:r>
              <w:t>教师发展与职业道德</w:t>
            </w:r>
          </w:p>
        </w:tc>
        <w:tc>
          <w:tcPr>
            <w:tcW w:type="dxa" w:w="1080"/>
          </w:tcPr>
          <w:p>
            <w:r>
              <w:t>2MU41105</w:t>
            </w:r>
          </w:p>
        </w:tc>
        <w:tc>
          <w:tcPr>
            <w:tcW w:type="dxa" w:w="1080"/>
          </w:tcPr>
          <w:p>
            <w:r>
              <w:t>1</w:t>
            </w:r>
          </w:p>
        </w:tc>
        <w:tc>
          <w:tcPr>
            <w:tcW w:type="dxa" w:w="1080"/>
          </w:tcPr>
          <w:p>
            <w:r>
              <w:t>教师教育必修课</w:t>
            </w:r>
          </w:p>
        </w:tc>
        <w:tc>
          <w:tcPr>
            <w:tcW w:type="dxa" w:w="1080"/>
          </w:tcPr>
          <w:p>
            <w:r>
              <w:t>音乐学院</w:t>
            </w:r>
          </w:p>
        </w:tc>
        <w:tc>
          <w:tcPr>
            <w:tcW w:type="dxa" w:w="1080"/>
          </w:tcPr>
          <w:p>
            <w:r>
              <w:t>2023-2024</w:t>
            </w:r>
          </w:p>
        </w:tc>
        <w:tc>
          <w:tcPr>
            <w:tcW w:type="dxa" w:w="1080"/>
          </w:tcPr>
          <w:p>
            <w:r>
              <w:t>1</w:t>
            </w:r>
          </w:p>
        </w:tc>
      </w:tr>
      <w:tr>
        <w:tc>
          <w:tcPr>
            <w:tcW w:type="dxa" w:w="1080"/>
          </w:tcPr>
          <w:p>
            <w:r>
              <w:t>16</w:t>
            </w:r>
          </w:p>
        </w:tc>
        <w:tc>
          <w:tcPr>
            <w:tcW w:type="dxa" w:w="1080"/>
          </w:tcPr>
          <w:p>
            <w:r>
              <w:t>思想道德与法治</w:t>
            </w:r>
          </w:p>
        </w:tc>
        <w:tc>
          <w:tcPr>
            <w:tcW w:type="dxa" w:w="1080"/>
          </w:tcPr>
          <w:p>
            <w:r>
              <w:t>2MX11001</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17</w:t>
            </w:r>
          </w:p>
        </w:tc>
        <w:tc>
          <w:tcPr>
            <w:tcW w:type="dxa" w:w="1080"/>
          </w:tcPr>
          <w:p>
            <w:r>
              <w:t>劳动教育理论</w:t>
            </w:r>
          </w:p>
        </w:tc>
        <w:tc>
          <w:tcPr>
            <w:tcW w:type="dxa" w:w="1080"/>
          </w:tcPr>
          <w:p>
            <w:r>
              <w:t>2SD11001</w:t>
            </w:r>
          </w:p>
        </w:tc>
        <w:tc>
          <w:tcPr>
            <w:tcW w:type="dxa" w:w="1080"/>
          </w:tcPr>
          <w:p>
            <w:r>
              <w:t>1</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18</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19</w:t>
            </w:r>
          </w:p>
        </w:tc>
        <w:tc>
          <w:tcPr>
            <w:tcW w:type="dxa" w:w="1080"/>
          </w:tcPr>
          <w:p>
            <w:r>
              <w:t>书法基础</w:t>
            </w:r>
          </w:p>
        </w:tc>
        <w:tc>
          <w:tcPr>
            <w:tcW w:type="dxa" w:w="1080"/>
          </w:tcPr>
          <w:p>
            <w:r>
              <w:t>2AR41001</w:t>
            </w:r>
          </w:p>
        </w:tc>
        <w:tc>
          <w:tcPr>
            <w:tcW w:type="dxa" w:w="1080"/>
          </w:tcPr>
          <w:p>
            <w:r>
              <w:t>1</w:t>
            </w:r>
          </w:p>
        </w:tc>
        <w:tc>
          <w:tcPr>
            <w:tcW w:type="dxa" w:w="1080"/>
          </w:tcPr>
          <w:p>
            <w:r>
              <w:t>教师教育必修课</w:t>
            </w:r>
          </w:p>
        </w:tc>
        <w:tc>
          <w:tcPr>
            <w:tcW w:type="dxa" w:w="1080"/>
          </w:tcPr>
          <w:p>
            <w:r>
              <w:t>艺术学院</w:t>
            </w:r>
          </w:p>
        </w:tc>
        <w:tc>
          <w:tcPr>
            <w:tcW w:type="dxa" w:w="1080"/>
          </w:tcPr>
          <w:p>
            <w:r>
              <w:t>2023-2024</w:t>
            </w:r>
          </w:p>
        </w:tc>
        <w:tc>
          <w:tcPr>
            <w:tcW w:type="dxa" w:w="1080"/>
          </w:tcPr>
          <w:p>
            <w:r>
              <w:t>2</w:t>
            </w:r>
          </w:p>
        </w:tc>
      </w:tr>
      <w:tr>
        <w:tc>
          <w:tcPr>
            <w:tcW w:type="dxa" w:w="1080"/>
          </w:tcPr>
          <w:p>
            <w:r>
              <w:t>20</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21</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22</w:t>
            </w:r>
          </w:p>
        </w:tc>
        <w:tc>
          <w:tcPr>
            <w:tcW w:type="dxa" w:w="1080"/>
          </w:tcPr>
          <w:p>
            <w:r>
              <w:t>教育学基础</w:t>
            </w:r>
          </w:p>
        </w:tc>
        <w:tc>
          <w:tcPr>
            <w:tcW w:type="dxa" w:w="1080"/>
          </w:tcPr>
          <w:p>
            <w:r>
              <w:t>2ED41001</w:t>
            </w:r>
          </w:p>
        </w:tc>
        <w:tc>
          <w:tcPr>
            <w:tcW w:type="dxa" w:w="1080"/>
          </w:tcPr>
          <w:p>
            <w:r>
              <w:t>2</w:t>
            </w:r>
          </w:p>
        </w:tc>
        <w:tc>
          <w:tcPr>
            <w:tcW w:type="dxa" w:w="1080"/>
          </w:tcPr>
          <w:p>
            <w:r>
              <w:t>教师教育必修课</w:t>
            </w:r>
          </w:p>
        </w:tc>
        <w:tc>
          <w:tcPr>
            <w:tcW w:type="dxa" w:w="1080"/>
          </w:tcPr>
          <w:p>
            <w:r>
              <w:t>教育学院</w:t>
            </w:r>
          </w:p>
        </w:tc>
        <w:tc>
          <w:tcPr>
            <w:tcW w:type="dxa" w:w="1080"/>
          </w:tcPr>
          <w:p>
            <w:r>
              <w:t>2023-2024</w:t>
            </w:r>
          </w:p>
        </w:tc>
        <w:tc>
          <w:tcPr>
            <w:tcW w:type="dxa" w:w="1080"/>
          </w:tcPr>
          <w:p>
            <w:r>
              <w:t>2</w:t>
            </w:r>
          </w:p>
        </w:tc>
      </w:tr>
      <w:tr>
        <w:tc>
          <w:tcPr>
            <w:tcW w:type="dxa" w:w="1080"/>
          </w:tcPr>
          <w:p>
            <w:r>
              <w:t>23</w:t>
            </w:r>
          </w:p>
        </w:tc>
        <w:tc>
          <w:tcPr>
            <w:tcW w:type="dxa" w:w="1080"/>
          </w:tcPr>
          <w:p>
            <w:r>
              <w:t>视唱练耳II</w:t>
            </w:r>
          </w:p>
        </w:tc>
        <w:tc>
          <w:tcPr>
            <w:tcW w:type="dxa" w:w="1080"/>
          </w:tcPr>
          <w:p>
            <w:r>
              <w:t>2MU21103</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24</w:t>
            </w:r>
          </w:p>
        </w:tc>
        <w:tc>
          <w:tcPr>
            <w:tcW w:type="dxa" w:w="1080"/>
          </w:tcPr>
          <w:p>
            <w:r>
              <w:t>和声I</w:t>
            </w:r>
          </w:p>
        </w:tc>
        <w:tc>
          <w:tcPr>
            <w:tcW w:type="dxa" w:w="1080"/>
          </w:tcPr>
          <w:p>
            <w:r>
              <w:t>2MU21105</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25</w:t>
            </w:r>
          </w:p>
        </w:tc>
        <w:tc>
          <w:tcPr>
            <w:tcW w:type="dxa" w:w="1080"/>
          </w:tcPr>
          <w:p>
            <w:r>
              <w:t>中国音乐史与名作赏析Ⅰ</w:t>
            </w:r>
          </w:p>
        </w:tc>
        <w:tc>
          <w:tcPr>
            <w:tcW w:type="dxa" w:w="1080"/>
          </w:tcPr>
          <w:p>
            <w:r>
              <w:t>2MU21111</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26</w:t>
            </w:r>
          </w:p>
        </w:tc>
        <w:tc>
          <w:tcPr>
            <w:tcW w:type="dxa" w:w="1080"/>
          </w:tcPr>
          <w:p>
            <w:r>
              <w:t>舞蹈基础II</w:t>
            </w:r>
          </w:p>
        </w:tc>
        <w:tc>
          <w:tcPr>
            <w:tcW w:type="dxa" w:w="1080"/>
          </w:tcPr>
          <w:p>
            <w:r>
              <w:t>2MU21123</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27</w:t>
            </w:r>
          </w:p>
        </w:tc>
        <w:tc>
          <w:tcPr>
            <w:tcW w:type="dxa" w:w="1080"/>
          </w:tcPr>
          <w:p>
            <w:r>
              <w:t>音乐教育理论与实践Ⅰ</w:t>
            </w:r>
          </w:p>
        </w:tc>
        <w:tc>
          <w:tcPr>
            <w:tcW w:type="dxa" w:w="1080"/>
          </w:tcPr>
          <w:p>
            <w:r>
              <w:t>2MU21127</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28</w:t>
            </w:r>
          </w:p>
        </w:tc>
        <w:tc>
          <w:tcPr>
            <w:tcW w:type="dxa" w:w="1080"/>
          </w:tcPr>
          <w:p>
            <w:r>
              <w:t>声乐基础II</w:t>
            </w:r>
          </w:p>
        </w:tc>
        <w:tc>
          <w:tcPr>
            <w:tcW w:type="dxa" w:w="1080"/>
          </w:tcPr>
          <w:p>
            <w:r>
              <w:t>2MU21135</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29</w:t>
            </w:r>
          </w:p>
        </w:tc>
        <w:tc>
          <w:tcPr>
            <w:tcW w:type="dxa" w:w="1080"/>
          </w:tcPr>
          <w:p>
            <w:r>
              <w:t>钢琴基础II</w:t>
            </w:r>
          </w:p>
        </w:tc>
        <w:tc>
          <w:tcPr>
            <w:tcW w:type="dxa" w:w="1080"/>
          </w:tcPr>
          <w:p>
            <w:r>
              <w:t>2MU21136</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30</w:t>
            </w:r>
          </w:p>
        </w:tc>
        <w:tc>
          <w:tcPr>
            <w:tcW w:type="dxa" w:w="1080"/>
          </w:tcPr>
          <w:p>
            <w:r>
              <w:t>器乐基础II</w:t>
            </w:r>
          </w:p>
        </w:tc>
        <w:tc>
          <w:tcPr>
            <w:tcW w:type="dxa" w:w="1080"/>
          </w:tcPr>
          <w:p>
            <w:r>
              <w:t>2MU21137</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31</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32</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33</w:t>
            </w:r>
          </w:p>
        </w:tc>
        <w:tc>
          <w:tcPr>
            <w:tcW w:type="dxa" w:w="1080"/>
          </w:tcPr>
          <w:p>
            <w:r>
              <w:t>习近平总书记关于教育的重要论述研究</w:t>
            </w:r>
          </w:p>
        </w:tc>
        <w:tc>
          <w:tcPr>
            <w:tcW w:type="dxa" w:w="1080"/>
          </w:tcPr>
          <w:p>
            <w:r>
              <w:t>2MX11011</w:t>
            </w:r>
          </w:p>
        </w:tc>
        <w:tc>
          <w:tcPr>
            <w:tcW w:type="dxa" w:w="1080"/>
          </w:tcPr>
          <w:p>
            <w:r>
              <w:t>2</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34</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35</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36</w:t>
            </w:r>
          </w:p>
        </w:tc>
        <w:tc>
          <w:tcPr>
            <w:tcW w:type="dxa" w:w="1080"/>
          </w:tcPr>
          <w:p>
            <w:r>
              <w:t>教师语言表达与训练</w:t>
            </w:r>
          </w:p>
        </w:tc>
        <w:tc>
          <w:tcPr>
            <w:tcW w:type="dxa" w:w="1080"/>
          </w:tcPr>
          <w:p>
            <w:r>
              <w:t>2CL41001</w:t>
            </w:r>
          </w:p>
        </w:tc>
        <w:tc>
          <w:tcPr>
            <w:tcW w:type="dxa" w:w="1080"/>
          </w:tcPr>
          <w:p>
            <w:r>
              <w:t>1</w:t>
            </w:r>
          </w:p>
        </w:tc>
        <w:tc>
          <w:tcPr>
            <w:tcW w:type="dxa" w:w="1080"/>
          </w:tcPr>
          <w:p>
            <w:r>
              <w:t>教师教育必修课</w:t>
            </w:r>
          </w:p>
        </w:tc>
        <w:tc>
          <w:tcPr>
            <w:tcW w:type="dxa" w:w="1080"/>
          </w:tcPr>
          <w:p>
            <w:r>
              <w:t>文学院</w:t>
            </w:r>
          </w:p>
        </w:tc>
        <w:tc>
          <w:tcPr>
            <w:tcW w:type="dxa" w:w="1080"/>
          </w:tcPr>
          <w:p>
            <w:r>
              <w:t>2024-2025</w:t>
            </w:r>
          </w:p>
        </w:tc>
        <w:tc>
          <w:tcPr>
            <w:tcW w:type="dxa" w:w="1080"/>
          </w:tcPr>
          <w:p>
            <w:r>
              <w:t>1</w:t>
            </w:r>
          </w:p>
        </w:tc>
      </w:tr>
      <w:tr>
        <w:tc>
          <w:tcPr>
            <w:tcW w:type="dxa" w:w="1080"/>
          </w:tcPr>
          <w:p>
            <w:r>
              <w:t>37</w:t>
            </w:r>
          </w:p>
        </w:tc>
        <w:tc>
          <w:tcPr>
            <w:tcW w:type="dxa" w:w="1080"/>
          </w:tcPr>
          <w:p>
            <w:r>
              <w:t>学习心理学</w:t>
            </w:r>
          </w:p>
        </w:tc>
        <w:tc>
          <w:tcPr>
            <w:tcW w:type="dxa" w:w="1080"/>
          </w:tcPr>
          <w:p>
            <w:r>
              <w:t>2ED41002</w:t>
            </w:r>
          </w:p>
        </w:tc>
        <w:tc>
          <w:tcPr>
            <w:tcW w:type="dxa" w:w="1080"/>
          </w:tcPr>
          <w:p>
            <w:r>
              <w:t>2</w:t>
            </w:r>
          </w:p>
        </w:tc>
        <w:tc>
          <w:tcPr>
            <w:tcW w:type="dxa" w:w="1080"/>
          </w:tcPr>
          <w:p>
            <w:r>
              <w:t>教师教育必修课</w:t>
            </w:r>
          </w:p>
        </w:tc>
        <w:tc>
          <w:tcPr>
            <w:tcW w:type="dxa" w:w="1080"/>
          </w:tcPr>
          <w:p>
            <w:r>
              <w:t>教育学院</w:t>
            </w:r>
          </w:p>
        </w:tc>
        <w:tc>
          <w:tcPr>
            <w:tcW w:type="dxa" w:w="1080"/>
          </w:tcPr>
          <w:p>
            <w:r>
              <w:t>2024-2025</w:t>
            </w:r>
          </w:p>
        </w:tc>
        <w:tc>
          <w:tcPr>
            <w:tcW w:type="dxa" w:w="1080"/>
          </w:tcPr>
          <w:p>
            <w:r>
              <w:t>1</w:t>
            </w:r>
          </w:p>
        </w:tc>
      </w:tr>
      <w:tr>
        <w:tc>
          <w:tcPr>
            <w:tcW w:type="dxa" w:w="1080"/>
          </w:tcPr>
          <w:p>
            <w:r>
              <w:t>38</w:t>
            </w:r>
          </w:p>
        </w:tc>
        <w:tc>
          <w:tcPr>
            <w:tcW w:type="dxa" w:w="1080"/>
          </w:tcPr>
          <w:p>
            <w:r>
              <w:t>和声II</w:t>
            </w:r>
          </w:p>
        </w:tc>
        <w:tc>
          <w:tcPr>
            <w:tcW w:type="dxa" w:w="1080"/>
          </w:tcPr>
          <w:p>
            <w:r>
              <w:t>2MU21106</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39</w:t>
            </w:r>
          </w:p>
        </w:tc>
        <w:tc>
          <w:tcPr>
            <w:tcW w:type="dxa" w:w="1080"/>
          </w:tcPr>
          <w:p>
            <w:r>
              <w:t>中国音乐史与名作赏析II</w:t>
            </w:r>
          </w:p>
        </w:tc>
        <w:tc>
          <w:tcPr>
            <w:tcW w:type="dxa" w:w="1080"/>
          </w:tcPr>
          <w:p>
            <w:r>
              <w:t>2MU21112</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40</w:t>
            </w:r>
          </w:p>
        </w:tc>
        <w:tc>
          <w:tcPr>
            <w:tcW w:type="dxa" w:w="1080"/>
          </w:tcPr>
          <w:p>
            <w:r>
              <w:t>江南音乐编创与排练（一）</w:t>
            </w:r>
          </w:p>
        </w:tc>
        <w:tc>
          <w:tcPr>
            <w:tcW w:type="dxa" w:w="1080"/>
          </w:tcPr>
          <w:p>
            <w:r>
              <w:t>2MU21118</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41</w:t>
            </w:r>
          </w:p>
        </w:tc>
        <w:tc>
          <w:tcPr>
            <w:tcW w:type="dxa" w:w="1080"/>
          </w:tcPr>
          <w:p>
            <w:r>
              <w:t>合唱与指挥I</w:t>
            </w:r>
          </w:p>
        </w:tc>
        <w:tc>
          <w:tcPr>
            <w:tcW w:type="dxa" w:w="1080"/>
          </w:tcPr>
          <w:p>
            <w:r>
              <w:t>2MU21120</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42</w:t>
            </w:r>
          </w:p>
        </w:tc>
        <w:tc>
          <w:tcPr>
            <w:tcW w:type="dxa" w:w="1080"/>
          </w:tcPr>
          <w:p>
            <w:r>
              <w:t>即兴伴奏I</w:t>
            </w:r>
          </w:p>
        </w:tc>
        <w:tc>
          <w:tcPr>
            <w:tcW w:type="dxa" w:w="1080"/>
          </w:tcPr>
          <w:p>
            <w:r>
              <w:t>2MU21124</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43</w:t>
            </w:r>
          </w:p>
        </w:tc>
        <w:tc>
          <w:tcPr>
            <w:tcW w:type="dxa" w:w="1080"/>
          </w:tcPr>
          <w:p>
            <w:r>
              <w:t>音乐教育理论与实践Ⅱ</w:t>
            </w:r>
          </w:p>
        </w:tc>
        <w:tc>
          <w:tcPr>
            <w:tcW w:type="dxa" w:w="1080"/>
          </w:tcPr>
          <w:p>
            <w:r>
              <w:t>2MU21128</w:t>
            </w:r>
          </w:p>
        </w:tc>
        <w:tc>
          <w:tcPr>
            <w:tcW w:type="dxa" w:w="1080"/>
          </w:tcPr>
          <w:p>
            <w:r>
              <w:t>1</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44</w:t>
            </w:r>
          </w:p>
        </w:tc>
        <w:tc>
          <w:tcPr>
            <w:tcW w:type="dxa" w:w="1080"/>
          </w:tcPr>
          <w:p>
            <w:r>
              <w:t>江南音乐</w:t>
            </w:r>
          </w:p>
        </w:tc>
        <w:tc>
          <w:tcPr>
            <w:tcW w:type="dxa" w:w="1080"/>
          </w:tcPr>
          <w:p>
            <w:r>
              <w:t>2MU21131</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45</w:t>
            </w:r>
          </w:p>
        </w:tc>
        <w:tc>
          <w:tcPr>
            <w:tcW w:type="dxa" w:w="1080"/>
          </w:tcPr>
          <w:p>
            <w:r>
              <w:t>声乐基础III</w:t>
            </w:r>
          </w:p>
        </w:tc>
        <w:tc>
          <w:tcPr>
            <w:tcW w:type="dxa" w:w="1080"/>
          </w:tcPr>
          <w:p>
            <w:r>
              <w:t>2MU21138</w:t>
            </w:r>
          </w:p>
        </w:tc>
        <w:tc>
          <w:tcPr>
            <w:tcW w:type="dxa" w:w="1080"/>
          </w:tcPr>
          <w:p>
            <w:r>
              <w:t>1</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46</w:t>
            </w:r>
          </w:p>
        </w:tc>
        <w:tc>
          <w:tcPr>
            <w:tcW w:type="dxa" w:w="1080"/>
          </w:tcPr>
          <w:p>
            <w:r>
              <w:t>钢琴基础III</w:t>
            </w:r>
          </w:p>
        </w:tc>
        <w:tc>
          <w:tcPr>
            <w:tcW w:type="dxa" w:w="1080"/>
          </w:tcPr>
          <w:p>
            <w:r>
              <w:t>2MU21139</w:t>
            </w:r>
          </w:p>
        </w:tc>
        <w:tc>
          <w:tcPr>
            <w:tcW w:type="dxa" w:w="1080"/>
          </w:tcPr>
          <w:p>
            <w:r>
              <w:t>1</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47</w:t>
            </w:r>
          </w:p>
        </w:tc>
        <w:tc>
          <w:tcPr>
            <w:tcW w:type="dxa" w:w="1080"/>
          </w:tcPr>
          <w:p>
            <w:r>
              <w:t>器乐基础III</w:t>
            </w:r>
          </w:p>
        </w:tc>
        <w:tc>
          <w:tcPr>
            <w:tcW w:type="dxa" w:w="1080"/>
          </w:tcPr>
          <w:p>
            <w:r>
              <w:t>2MU21140</w:t>
            </w:r>
          </w:p>
        </w:tc>
        <w:tc>
          <w:tcPr>
            <w:tcW w:type="dxa" w:w="1080"/>
          </w:tcPr>
          <w:p>
            <w:r>
              <w:t>1</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48</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49</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50</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51</w:t>
            </w:r>
          </w:p>
        </w:tc>
        <w:tc>
          <w:tcPr>
            <w:tcW w:type="dxa" w:w="1080"/>
          </w:tcPr>
          <w:p>
            <w:r>
              <w:t>有效教学</w:t>
            </w:r>
          </w:p>
        </w:tc>
        <w:tc>
          <w:tcPr>
            <w:tcW w:type="dxa" w:w="1080"/>
          </w:tcPr>
          <w:p>
            <w:r>
              <w:t>2ED41003</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52</w:t>
            </w:r>
          </w:p>
        </w:tc>
        <w:tc>
          <w:tcPr>
            <w:tcW w:type="dxa" w:w="1080"/>
          </w:tcPr>
          <w:p>
            <w:r>
              <w:t>班级工作与心理辅导</w:t>
            </w:r>
          </w:p>
        </w:tc>
        <w:tc>
          <w:tcPr>
            <w:tcW w:type="dxa" w:w="1080"/>
          </w:tcPr>
          <w:p>
            <w:r>
              <w:t>2ED41004</w:t>
            </w:r>
          </w:p>
        </w:tc>
        <w:tc>
          <w:tcPr>
            <w:tcW w:type="dxa" w:w="1080"/>
          </w:tcPr>
          <w:p>
            <w:r>
              <w:t>1</w:t>
            </w:r>
          </w:p>
        </w:tc>
        <w:tc>
          <w:tcPr>
            <w:tcW w:type="dxa" w:w="1080"/>
          </w:tcPr>
          <w:p>
            <w:r>
              <w:t>教师教育必修课</w:t>
            </w:r>
          </w:p>
        </w:tc>
        <w:tc>
          <w:tcPr>
            <w:tcW w:type="dxa" w:w="1080"/>
          </w:tcPr>
          <w:p>
            <w:r>
              <w:t>教育学院</w:t>
            </w:r>
          </w:p>
        </w:tc>
        <w:tc>
          <w:tcPr>
            <w:tcW w:type="dxa" w:w="1080"/>
          </w:tcPr>
          <w:p>
            <w:r>
              <w:t>2024-2025</w:t>
            </w:r>
          </w:p>
        </w:tc>
        <w:tc>
          <w:tcPr>
            <w:tcW w:type="dxa" w:w="1080"/>
          </w:tcPr>
          <w:p>
            <w:r>
              <w:t>2</w:t>
            </w:r>
          </w:p>
        </w:tc>
      </w:tr>
      <w:tr>
        <w:tc>
          <w:tcPr>
            <w:tcW w:type="dxa" w:w="1080"/>
          </w:tcPr>
          <w:p>
            <w:r>
              <w:t>53</w:t>
            </w:r>
          </w:p>
        </w:tc>
        <w:tc>
          <w:tcPr>
            <w:tcW w:type="dxa" w:w="1080"/>
          </w:tcPr>
          <w:p>
            <w:r>
              <w:t>曲式与作品分析I</w:t>
            </w:r>
          </w:p>
        </w:tc>
        <w:tc>
          <w:tcPr>
            <w:tcW w:type="dxa" w:w="1080"/>
          </w:tcPr>
          <w:p>
            <w:r>
              <w:t>2MU21107</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54</w:t>
            </w:r>
          </w:p>
        </w:tc>
        <w:tc>
          <w:tcPr>
            <w:tcW w:type="dxa" w:w="1080"/>
          </w:tcPr>
          <w:p>
            <w:r>
              <w:t>江南音乐编创与排练（二）</w:t>
            </w:r>
          </w:p>
        </w:tc>
        <w:tc>
          <w:tcPr>
            <w:tcW w:type="dxa" w:w="1080"/>
          </w:tcPr>
          <w:p>
            <w:r>
              <w:t>2MU21119</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55</w:t>
            </w:r>
          </w:p>
        </w:tc>
        <w:tc>
          <w:tcPr>
            <w:tcW w:type="dxa" w:w="1080"/>
          </w:tcPr>
          <w:p>
            <w:r>
              <w:t>合唱与指挥II</w:t>
            </w:r>
          </w:p>
        </w:tc>
        <w:tc>
          <w:tcPr>
            <w:tcW w:type="dxa" w:w="1080"/>
          </w:tcPr>
          <w:p>
            <w:r>
              <w:t>2MU21121</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56</w:t>
            </w:r>
          </w:p>
        </w:tc>
        <w:tc>
          <w:tcPr>
            <w:tcW w:type="dxa" w:w="1080"/>
          </w:tcPr>
          <w:p>
            <w:r>
              <w:t>即兴伴奏II</w:t>
            </w:r>
          </w:p>
        </w:tc>
        <w:tc>
          <w:tcPr>
            <w:tcW w:type="dxa" w:w="1080"/>
          </w:tcPr>
          <w:p>
            <w:r>
              <w:t>2MU21125</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57</w:t>
            </w:r>
          </w:p>
        </w:tc>
        <w:tc>
          <w:tcPr>
            <w:tcW w:type="dxa" w:w="1080"/>
          </w:tcPr>
          <w:p>
            <w:r>
              <w:t>音乐教育理论与实践Ⅲ</w:t>
            </w:r>
          </w:p>
        </w:tc>
        <w:tc>
          <w:tcPr>
            <w:tcW w:type="dxa" w:w="1080"/>
          </w:tcPr>
          <w:p>
            <w:r>
              <w:t>2MU21129</w:t>
            </w:r>
          </w:p>
        </w:tc>
        <w:tc>
          <w:tcPr>
            <w:tcW w:type="dxa" w:w="1080"/>
          </w:tcPr>
          <w:p>
            <w:r>
              <w:t>1</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58</w:t>
            </w:r>
          </w:p>
        </w:tc>
        <w:tc>
          <w:tcPr>
            <w:tcW w:type="dxa" w:w="1080"/>
          </w:tcPr>
          <w:p>
            <w:r>
              <w:t>声乐基础IV</w:t>
            </w:r>
          </w:p>
        </w:tc>
        <w:tc>
          <w:tcPr>
            <w:tcW w:type="dxa" w:w="1080"/>
          </w:tcPr>
          <w:p>
            <w:r>
              <w:t>2MU21141</w:t>
            </w:r>
          </w:p>
        </w:tc>
        <w:tc>
          <w:tcPr>
            <w:tcW w:type="dxa" w:w="1080"/>
          </w:tcPr>
          <w:p>
            <w:r>
              <w:t>1</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59</w:t>
            </w:r>
          </w:p>
        </w:tc>
        <w:tc>
          <w:tcPr>
            <w:tcW w:type="dxa" w:w="1080"/>
          </w:tcPr>
          <w:p>
            <w:r>
              <w:t>钢琴基础IV</w:t>
            </w:r>
          </w:p>
        </w:tc>
        <w:tc>
          <w:tcPr>
            <w:tcW w:type="dxa" w:w="1080"/>
          </w:tcPr>
          <w:p>
            <w:r>
              <w:t>2MU21142</w:t>
            </w:r>
          </w:p>
        </w:tc>
        <w:tc>
          <w:tcPr>
            <w:tcW w:type="dxa" w:w="1080"/>
          </w:tcPr>
          <w:p>
            <w:r>
              <w:t>1</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60</w:t>
            </w:r>
          </w:p>
        </w:tc>
        <w:tc>
          <w:tcPr>
            <w:tcW w:type="dxa" w:w="1080"/>
          </w:tcPr>
          <w:p>
            <w:r>
              <w:t>器乐基础IV</w:t>
            </w:r>
          </w:p>
        </w:tc>
        <w:tc>
          <w:tcPr>
            <w:tcW w:type="dxa" w:w="1080"/>
          </w:tcPr>
          <w:p>
            <w:r>
              <w:t>2MU21143</w:t>
            </w:r>
          </w:p>
        </w:tc>
        <w:tc>
          <w:tcPr>
            <w:tcW w:type="dxa" w:w="1080"/>
          </w:tcPr>
          <w:p>
            <w:r>
              <w:t>1</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61</w:t>
            </w:r>
          </w:p>
        </w:tc>
        <w:tc>
          <w:tcPr>
            <w:tcW w:type="dxa" w:w="1080"/>
          </w:tcPr>
          <w:p>
            <w:r>
              <w:t>教育见习一</w:t>
            </w:r>
          </w:p>
        </w:tc>
        <w:tc>
          <w:tcPr>
            <w:tcW w:type="dxa" w:w="1080"/>
          </w:tcPr>
          <w:p>
            <w:r>
              <w:t>2MU41101</w:t>
            </w:r>
          </w:p>
        </w:tc>
        <w:tc>
          <w:tcPr>
            <w:tcW w:type="dxa" w:w="1080"/>
          </w:tcPr>
          <w:p>
            <w:r>
              <w:t>1</w:t>
            </w:r>
          </w:p>
        </w:tc>
        <w:tc>
          <w:tcPr>
            <w:tcW w:type="dxa" w:w="1080"/>
          </w:tcPr>
          <w:p>
            <w:r>
              <w:t>教师教育必修课</w:t>
            </w:r>
          </w:p>
        </w:tc>
        <w:tc>
          <w:tcPr>
            <w:tcW w:type="dxa" w:w="1080"/>
          </w:tcPr>
          <w:p>
            <w:r>
              <w:t>音乐学院</w:t>
            </w:r>
          </w:p>
        </w:tc>
        <w:tc>
          <w:tcPr>
            <w:tcW w:type="dxa" w:w="1080"/>
          </w:tcPr>
          <w:p>
            <w:r>
              <w:t>2024-2025</w:t>
            </w:r>
          </w:p>
        </w:tc>
        <w:tc>
          <w:tcPr>
            <w:tcW w:type="dxa" w:w="1080"/>
          </w:tcPr>
          <w:p>
            <w:r>
              <w:t>2</w:t>
            </w:r>
          </w:p>
        </w:tc>
      </w:tr>
      <w:tr>
        <w:tc>
          <w:tcPr>
            <w:tcW w:type="dxa" w:w="1080"/>
          </w:tcPr>
          <w:p>
            <w:r>
              <w:t>62</w:t>
            </w:r>
          </w:p>
        </w:tc>
        <w:tc>
          <w:tcPr>
            <w:tcW w:type="dxa" w:w="1080"/>
          </w:tcPr>
          <w:p>
            <w:r>
              <w:t>学校音乐教育导论与教材教法</w:t>
            </w:r>
          </w:p>
        </w:tc>
        <w:tc>
          <w:tcPr>
            <w:tcW w:type="dxa" w:w="1080"/>
          </w:tcPr>
          <w:p>
            <w:r>
              <w:t>2MU41106</w:t>
            </w:r>
          </w:p>
        </w:tc>
        <w:tc>
          <w:tcPr>
            <w:tcW w:type="dxa" w:w="1080"/>
          </w:tcPr>
          <w:p>
            <w:r>
              <w:t>2</w:t>
            </w:r>
          </w:p>
        </w:tc>
        <w:tc>
          <w:tcPr>
            <w:tcW w:type="dxa" w:w="1080"/>
          </w:tcPr>
          <w:p>
            <w:r>
              <w:t>教师教育必修课</w:t>
            </w:r>
          </w:p>
        </w:tc>
        <w:tc>
          <w:tcPr>
            <w:tcW w:type="dxa" w:w="1080"/>
          </w:tcPr>
          <w:p>
            <w:r>
              <w:t>音乐学院</w:t>
            </w:r>
          </w:p>
        </w:tc>
        <w:tc>
          <w:tcPr>
            <w:tcW w:type="dxa" w:w="1080"/>
          </w:tcPr>
          <w:p>
            <w:r>
              <w:t>2024-2025</w:t>
            </w:r>
          </w:p>
        </w:tc>
        <w:tc>
          <w:tcPr>
            <w:tcW w:type="dxa" w:w="1080"/>
          </w:tcPr>
          <w:p>
            <w:r>
              <w:t>2</w:t>
            </w:r>
          </w:p>
        </w:tc>
      </w:tr>
      <w:tr>
        <w:tc>
          <w:tcPr>
            <w:tcW w:type="dxa" w:w="1080"/>
          </w:tcPr>
          <w:p>
            <w:r>
              <w:t>63</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64</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65</w:t>
            </w:r>
          </w:p>
        </w:tc>
        <w:tc>
          <w:tcPr>
            <w:tcW w:type="dxa" w:w="1080"/>
          </w:tcPr>
          <w:p>
            <w:r>
              <w:t>现代教育技术及应用</w:t>
            </w:r>
          </w:p>
        </w:tc>
        <w:tc>
          <w:tcPr>
            <w:tcW w:type="dxa" w:w="1080"/>
          </w:tcPr>
          <w:p>
            <w:r>
              <w:t>2ED41005</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66</w:t>
            </w:r>
          </w:p>
        </w:tc>
        <w:tc>
          <w:tcPr>
            <w:tcW w:type="dxa" w:w="1080"/>
          </w:tcPr>
          <w:p>
            <w:r>
              <w:t>教育研究概论</w:t>
            </w:r>
          </w:p>
        </w:tc>
        <w:tc>
          <w:tcPr>
            <w:tcW w:type="dxa" w:w="1080"/>
          </w:tcPr>
          <w:p>
            <w:r>
              <w:t>2ED41006</w:t>
            </w:r>
          </w:p>
        </w:tc>
        <w:tc>
          <w:tcPr>
            <w:tcW w:type="dxa" w:w="1080"/>
          </w:tcPr>
          <w:p>
            <w:r>
              <w:t>2</w:t>
            </w:r>
          </w:p>
        </w:tc>
        <w:tc>
          <w:tcPr>
            <w:tcW w:type="dxa" w:w="1080"/>
          </w:tcPr>
          <w:p>
            <w:r>
              <w:t>教师教育必修课</w:t>
            </w:r>
          </w:p>
        </w:tc>
        <w:tc>
          <w:tcPr>
            <w:tcW w:type="dxa" w:w="1080"/>
          </w:tcPr>
          <w:p>
            <w:r>
              <w:t>教育学院</w:t>
            </w:r>
          </w:p>
        </w:tc>
        <w:tc>
          <w:tcPr>
            <w:tcW w:type="dxa" w:w="1080"/>
          </w:tcPr>
          <w:p>
            <w:r>
              <w:t>2025-2026</w:t>
            </w:r>
          </w:p>
        </w:tc>
        <w:tc>
          <w:tcPr>
            <w:tcW w:type="dxa" w:w="1080"/>
          </w:tcPr>
          <w:p>
            <w:r>
              <w:t>1</w:t>
            </w:r>
          </w:p>
        </w:tc>
      </w:tr>
      <w:tr>
        <w:tc>
          <w:tcPr>
            <w:tcW w:type="dxa" w:w="1080"/>
          </w:tcPr>
          <w:p>
            <w:r>
              <w:t>67</w:t>
            </w:r>
          </w:p>
        </w:tc>
        <w:tc>
          <w:tcPr>
            <w:tcW w:type="dxa" w:w="1080"/>
          </w:tcPr>
          <w:p>
            <w:r>
              <w:t>曲式与作品分析II</w:t>
            </w:r>
          </w:p>
        </w:tc>
        <w:tc>
          <w:tcPr>
            <w:tcW w:type="dxa" w:w="1080"/>
          </w:tcPr>
          <w:p>
            <w:r>
              <w:t>2MU21108</w:t>
            </w:r>
          </w:p>
        </w:tc>
        <w:tc>
          <w:tcPr>
            <w:tcW w:type="dxa" w:w="1080"/>
          </w:tcPr>
          <w:p>
            <w:r>
              <w:t>2</w:t>
            </w:r>
          </w:p>
        </w:tc>
        <w:tc>
          <w:tcPr>
            <w:tcW w:type="dxa" w:w="1080"/>
          </w:tcPr>
          <w:p>
            <w:r>
              <w:t>专业必修课</w:t>
            </w:r>
          </w:p>
        </w:tc>
        <w:tc>
          <w:tcPr>
            <w:tcW w:type="dxa" w:w="1080"/>
          </w:tcPr>
          <w:p>
            <w:r>
              <w:t>音乐学院</w:t>
            </w:r>
          </w:p>
        </w:tc>
        <w:tc>
          <w:tcPr>
            <w:tcW w:type="dxa" w:w="1080"/>
          </w:tcPr>
          <w:p>
            <w:r>
              <w:t>2025-2026</w:t>
            </w:r>
          </w:p>
        </w:tc>
        <w:tc>
          <w:tcPr>
            <w:tcW w:type="dxa" w:w="1080"/>
          </w:tcPr>
          <w:p>
            <w:r>
              <w:t>1</w:t>
            </w:r>
          </w:p>
        </w:tc>
      </w:tr>
      <w:tr>
        <w:tc>
          <w:tcPr>
            <w:tcW w:type="dxa" w:w="1080"/>
          </w:tcPr>
          <w:p>
            <w:r>
              <w:t>68</w:t>
            </w:r>
          </w:p>
        </w:tc>
        <w:tc>
          <w:tcPr>
            <w:tcW w:type="dxa" w:w="1080"/>
          </w:tcPr>
          <w:p>
            <w:r>
              <w:t>西方音乐史与名作赏析</w:t>
            </w:r>
          </w:p>
        </w:tc>
        <w:tc>
          <w:tcPr>
            <w:tcW w:type="dxa" w:w="1080"/>
          </w:tcPr>
          <w:p>
            <w:r>
              <w:t>2MU21115</w:t>
            </w:r>
          </w:p>
        </w:tc>
        <w:tc>
          <w:tcPr>
            <w:tcW w:type="dxa" w:w="1080"/>
          </w:tcPr>
          <w:p>
            <w:r>
              <w:t>2</w:t>
            </w:r>
          </w:p>
        </w:tc>
        <w:tc>
          <w:tcPr>
            <w:tcW w:type="dxa" w:w="1080"/>
          </w:tcPr>
          <w:p>
            <w:r>
              <w:t>专业必修课</w:t>
            </w:r>
          </w:p>
        </w:tc>
        <w:tc>
          <w:tcPr>
            <w:tcW w:type="dxa" w:w="1080"/>
          </w:tcPr>
          <w:p>
            <w:r>
              <w:t>音乐学院</w:t>
            </w:r>
          </w:p>
        </w:tc>
        <w:tc>
          <w:tcPr>
            <w:tcW w:type="dxa" w:w="1080"/>
          </w:tcPr>
          <w:p>
            <w:r>
              <w:t>2025-2026</w:t>
            </w:r>
          </w:p>
        </w:tc>
        <w:tc>
          <w:tcPr>
            <w:tcW w:type="dxa" w:w="1080"/>
          </w:tcPr>
          <w:p>
            <w:r>
              <w:t>1</w:t>
            </w:r>
          </w:p>
        </w:tc>
      </w:tr>
      <w:tr>
        <w:tc>
          <w:tcPr>
            <w:tcW w:type="dxa" w:w="1080"/>
          </w:tcPr>
          <w:p>
            <w:r>
              <w:t>69</w:t>
            </w:r>
          </w:p>
        </w:tc>
        <w:tc>
          <w:tcPr>
            <w:tcW w:type="dxa" w:w="1080"/>
          </w:tcPr>
          <w:p>
            <w:r>
              <w:t>自弹自唱</w:t>
            </w:r>
          </w:p>
        </w:tc>
        <w:tc>
          <w:tcPr>
            <w:tcW w:type="dxa" w:w="1080"/>
          </w:tcPr>
          <w:p>
            <w:r>
              <w:t>2MU21126</w:t>
            </w:r>
          </w:p>
        </w:tc>
        <w:tc>
          <w:tcPr>
            <w:tcW w:type="dxa" w:w="1080"/>
          </w:tcPr>
          <w:p>
            <w:r>
              <w:t>2</w:t>
            </w:r>
          </w:p>
        </w:tc>
        <w:tc>
          <w:tcPr>
            <w:tcW w:type="dxa" w:w="1080"/>
          </w:tcPr>
          <w:p>
            <w:r>
              <w:t>专业必修课</w:t>
            </w:r>
          </w:p>
        </w:tc>
        <w:tc>
          <w:tcPr>
            <w:tcW w:type="dxa" w:w="1080"/>
          </w:tcPr>
          <w:p>
            <w:r>
              <w:t>音乐学院</w:t>
            </w:r>
          </w:p>
        </w:tc>
        <w:tc>
          <w:tcPr>
            <w:tcW w:type="dxa" w:w="1080"/>
          </w:tcPr>
          <w:p>
            <w:r>
              <w:t>2025-2026</w:t>
            </w:r>
          </w:p>
        </w:tc>
        <w:tc>
          <w:tcPr>
            <w:tcW w:type="dxa" w:w="1080"/>
          </w:tcPr>
          <w:p>
            <w:r>
              <w:t>1</w:t>
            </w:r>
          </w:p>
        </w:tc>
      </w:tr>
      <w:tr>
        <w:tc>
          <w:tcPr>
            <w:tcW w:type="dxa" w:w="1080"/>
          </w:tcPr>
          <w:p>
            <w:r>
              <w:t>70</w:t>
            </w:r>
          </w:p>
        </w:tc>
        <w:tc>
          <w:tcPr>
            <w:tcW w:type="dxa" w:w="1080"/>
          </w:tcPr>
          <w:p>
            <w:r>
              <w:t>音乐教育理论与实践Ⅳ</w:t>
            </w:r>
          </w:p>
        </w:tc>
        <w:tc>
          <w:tcPr>
            <w:tcW w:type="dxa" w:w="1080"/>
          </w:tcPr>
          <w:p>
            <w:r>
              <w:t>2MU21130</w:t>
            </w:r>
          </w:p>
        </w:tc>
        <w:tc>
          <w:tcPr>
            <w:tcW w:type="dxa" w:w="1080"/>
          </w:tcPr>
          <w:p>
            <w:r>
              <w:t>1</w:t>
            </w:r>
          </w:p>
        </w:tc>
        <w:tc>
          <w:tcPr>
            <w:tcW w:type="dxa" w:w="1080"/>
          </w:tcPr>
          <w:p>
            <w:r>
              <w:t>专业必修课</w:t>
            </w:r>
          </w:p>
        </w:tc>
        <w:tc>
          <w:tcPr>
            <w:tcW w:type="dxa" w:w="1080"/>
          </w:tcPr>
          <w:p>
            <w:r>
              <w:t>音乐学院</w:t>
            </w:r>
          </w:p>
        </w:tc>
        <w:tc>
          <w:tcPr>
            <w:tcW w:type="dxa" w:w="1080"/>
          </w:tcPr>
          <w:p>
            <w:r>
              <w:t>2025-2026</w:t>
            </w:r>
          </w:p>
        </w:tc>
        <w:tc>
          <w:tcPr>
            <w:tcW w:type="dxa" w:w="1080"/>
          </w:tcPr>
          <w:p>
            <w:r>
              <w:t>1</w:t>
            </w:r>
          </w:p>
        </w:tc>
      </w:tr>
      <w:tr>
        <w:tc>
          <w:tcPr>
            <w:tcW w:type="dxa" w:w="1080"/>
          </w:tcPr>
          <w:p>
            <w:r>
              <w:t>71</w:t>
            </w:r>
          </w:p>
        </w:tc>
        <w:tc>
          <w:tcPr>
            <w:tcW w:type="dxa" w:w="1080"/>
          </w:tcPr>
          <w:p>
            <w:r>
              <w:t>声乐演唱I</w:t>
            </w:r>
          </w:p>
        </w:tc>
        <w:tc>
          <w:tcPr>
            <w:tcW w:type="dxa" w:w="1080"/>
          </w:tcPr>
          <w:p>
            <w:r>
              <w:t>2MU22101</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1</w:t>
            </w:r>
          </w:p>
        </w:tc>
      </w:tr>
      <w:tr>
        <w:tc>
          <w:tcPr>
            <w:tcW w:type="dxa" w:w="1080"/>
          </w:tcPr>
          <w:p>
            <w:r>
              <w:t>72</w:t>
            </w:r>
          </w:p>
        </w:tc>
        <w:tc>
          <w:tcPr>
            <w:tcW w:type="dxa" w:w="1080"/>
          </w:tcPr>
          <w:p>
            <w:r>
              <w:t>钢琴演奏I</w:t>
            </w:r>
          </w:p>
        </w:tc>
        <w:tc>
          <w:tcPr>
            <w:tcW w:type="dxa" w:w="1080"/>
          </w:tcPr>
          <w:p>
            <w:r>
              <w:t>2MU22102</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1</w:t>
            </w:r>
          </w:p>
        </w:tc>
      </w:tr>
      <w:tr>
        <w:tc>
          <w:tcPr>
            <w:tcW w:type="dxa" w:w="1080"/>
          </w:tcPr>
          <w:p>
            <w:r>
              <w:t>73</w:t>
            </w:r>
          </w:p>
        </w:tc>
        <w:tc>
          <w:tcPr>
            <w:tcW w:type="dxa" w:w="1080"/>
          </w:tcPr>
          <w:p>
            <w:r>
              <w:t>器乐演奏I</w:t>
            </w:r>
          </w:p>
        </w:tc>
        <w:tc>
          <w:tcPr>
            <w:tcW w:type="dxa" w:w="1080"/>
          </w:tcPr>
          <w:p>
            <w:r>
              <w:t>2MU22103</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1</w:t>
            </w:r>
          </w:p>
        </w:tc>
      </w:tr>
      <w:tr>
        <w:tc>
          <w:tcPr>
            <w:tcW w:type="dxa" w:w="1080"/>
          </w:tcPr>
          <w:p>
            <w:r>
              <w:t>74</w:t>
            </w:r>
          </w:p>
        </w:tc>
        <w:tc>
          <w:tcPr>
            <w:tcW w:type="dxa" w:w="1080"/>
          </w:tcPr>
          <w:p>
            <w:r>
              <w:t>教育见习二</w:t>
            </w:r>
          </w:p>
        </w:tc>
        <w:tc>
          <w:tcPr>
            <w:tcW w:type="dxa" w:w="1080"/>
          </w:tcPr>
          <w:p>
            <w:r>
              <w:t>2MU41102</w:t>
            </w:r>
          </w:p>
        </w:tc>
        <w:tc>
          <w:tcPr>
            <w:tcW w:type="dxa" w:w="1080"/>
          </w:tcPr>
          <w:p>
            <w:r>
              <w:t>1</w:t>
            </w:r>
          </w:p>
        </w:tc>
        <w:tc>
          <w:tcPr>
            <w:tcW w:type="dxa" w:w="1080"/>
          </w:tcPr>
          <w:p>
            <w:r>
              <w:t>教师教育必修课</w:t>
            </w:r>
          </w:p>
        </w:tc>
        <w:tc>
          <w:tcPr>
            <w:tcW w:type="dxa" w:w="1080"/>
          </w:tcPr>
          <w:p>
            <w:r>
              <w:t>音乐学院</w:t>
            </w:r>
          </w:p>
        </w:tc>
        <w:tc>
          <w:tcPr>
            <w:tcW w:type="dxa" w:w="1080"/>
          </w:tcPr>
          <w:p>
            <w:r>
              <w:t>2025-2026</w:t>
            </w:r>
          </w:p>
        </w:tc>
        <w:tc>
          <w:tcPr>
            <w:tcW w:type="dxa" w:w="1080"/>
          </w:tcPr>
          <w:p>
            <w:r>
              <w:t>1</w:t>
            </w:r>
          </w:p>
        </w:tc>
      </w:tr>
      <w:tr>
        <w:tc>
          <w:tcPr>
            <w:tcW w:type="dxa" w:w="1080"/>
          </w:tcPr>
          <w:p>
            <w:r>
              <w:t>75</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76</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77</w:t>
            </w:r>
          </w:p>
        </w:tc>
        <w:tc>
          <w:tcPr>
            <w:tcW w:type="dxa" w:w="1080"/>
          </w:tcPr>
          <w:p>
            <w:r>
              <w:t>声乐演唱II</w:t>
            </w:r>
          </w:p>
        </w:tc>
        <w:tc>
          <w:tcPr>
            <w:tcW w:type="dxa" w:w="1080"/>
          </w:tcPr>
          <w:p>
            <w:r>
              <w:t>2MU22104</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2</w:t>
            </w:r>
          </w:p>
        </w:tc>
      </w:tr>
      <w:tr>
        <w:tc>
          <w:tcPr>
            <w:tcW w:type="dxa" w:w="1080"/>
          </w:tcPr>
          <w:p>
            <w:r>
              <w:t>78</w:t>
            </w:r>
          </w:p>
        </w:tc>
        <w:tc>
          <w:tcPr>
            <w:tcW w:type="dxa" w:w="1080"/>
          </w:tcPr>
          <w:p>
            <w:r>
              <w:t>钢琴演奏II</w:t>
            </w:r>
          </w:p>
        </w:tc>
        <w:tc>
          <w:tcPr>
            <w:tcW w:type="dxa" w:w="1080"/>
          </w:tcPr>
          <w:p>
            <w:r>
              <w:t>2MU22105</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2</w:t>
            </w:r>
          </w:p>
        </w:tc>
      </w:tr>
      <w:tr>
        <w:tc>
          <w:tcPr>
            <w:tcW w:type="dxa" w:w="1080"/>
          </w:tcPr>
          <w:p>
            <w:r>
              <w:t>79</w:t>
            </w:r>
          </w:p>
        </w:tc>
        <w:tc>
          <w:tcPr>
            <w:tcW w:type="dxa" w:w="1080"/>
          </w:tcPr>
          <w:p>
            <w:r>
              <w:t>器乐演奏II</w:t>
            </w:r>
          </w:p>
        </w:tc>
        <w:tc>
          <w:tcPr>
            <w:tcW w:type="dxa" w:w="1080"/>
          </w:tcPr>
          <w:p>
            <w:r>
              <w:t>2MU22106</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2</w:t>
            </w:r>
          </w:p>
        </w:tc>
      </w:tr>
      <w:tr>
        <w:tc>
          <w:tcPr>
            <w:tcW w:type="dxa" w:w="1080"/>
          </w:tcPr>
          <w:p>
            <w:r>
              <w:t>80</w:t>
            </w:r>
          </w:p>
        </w:tc>
        <w:tc>
          <w:tcPr>
            <w:tcW w:type="dxa" w:w="1080"/>
          </w:tcPr>
          <w:p>
            <w:r>
              <w:t>教育研习</w:t>
            </w:r>
          </w:p>
        </w:tc>
        <w:tc>
          <w:tcPr>
            <w:tcW w:type="dxa" w:w="1080"/>
          </w:tcPr>
          <w:p>
            <w:r>
              <w:t>2MU41103</w:t>
            </w:r>
          </w:p>
        </w:tc>
        <w:tc>
          <w:tcPr>
            <w:tcW w:type="dxa" w:w="1080"/>
          </w:tcPr>
          <w:p>
            <w:r>
              <w:t>1</w:t>
            </w:r>
          </w:p>
        </w:tc>
        <w:tc>
          <w:tcPr>
            <w:tcW w:type="dxa" w:w="1080"/>
          </w:tcPr>
          <w:p>
            <w:r>
              <w:t>教师教育必修课</w:t>
            </w:r>
          </w:p>
        </w:tc>
        <w:tc>
          <w:tcPr>
            <w:tcW w:type="dxa" w:w="1080"/>
          </w:tcPr>
          <w:p>
            <w:r>
              <w:t>音乐学院</w:t>
            </w:r>
          </w:p>
        </w:tc>
        <w:tc>
          <w:tcPr>
            <w:tcW w:type="dxa" w:w="1080"/>
          </w:tcPr>
          <w:p>
            <w:r>
              <w:t>2025-2026</w:t>
            </w:r>
          </w:p>
        </w:tc>
        <w:tc>
          <w:tcPr>
            <w:tcW w:type="dxa" w:w="1080"/>
          </w:tcPr>
          <w:p>
            <w:r>
              <w:t>2</w:t>
            </w:r>
          </w:p>
        </w:tc>
      </w:tr>
      <w:tr>
        <w:tc>
          <w:tcPr>
            <w:tcW w:type="dxa" w:w="1080"/>
          </w:tcPr>
          <w:p>
            <w:r>
              <w:t>81</w:t>
            </w:r>
          </w:p>
        </w:tc>
        <w:tc>
          <w:tcPr>
            <w:tcW w:type="dxa" w:w="1080"/>
          </w:tcPr>
          <w:p>
            <w:r>
              <w:t>教育实习</w:t>
            </w:r>
          </w:p>
        </w:tc>
        <w:tc>
          <w:tcPr>
            <w:tcW w:type="dxa" w:w="1080"/>
          </w:tcPr>
          <w:p>
            <w:r>
              <w:t>2MU41104</w:t>
            </w:r>
          </w:p>
        </w:tc>
        <w:tc>
          <w:tcPr>
            <w:tcW w:type="dxa" w:w="1080"/>
          </w:tcPr>
          <w:p>
            <w:r>
              <w:t>6</w:t>
            </w:r>
          </w:p>
        </w:tc>
        <w:tc>
          <w:tcPr>
            <w:tcW w:type="dxa" w:w="1080"/>
          </w:tcPr>
          <w:p>
            <w:r>
              <w:t>教师教育必修课</w:t>
            </w:r>
          </w:p>
        </w:tc>
        <w:tc>
          <w:tcPr>
            <w:tcW w:type="dxa" w:w="1080"/>
          </w:tcPr>
          <w:p>
            <w:r>
              <w:t>音乐学院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苏州科技大学推荐2027年优秀应届本科毕业生免试攻读研究生课程清单</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年级：2023级</w:t>
            </w:r>
          </w:p>
        </w:tc>
        <w:tc>
          <w:tcPr>
            <w:tcW w:type="dxa" w:w="1080"/>
          </w:tcPr>
          <w:p>
            <w:r>
              <w:t>专业：</w:t>
            </w:r>
          </w:p>
        </w:tc>
        <w:tc>
          <w:tcPr>
            <w:tcW w:type="dxa" w:w="1080"/>
          </w:tcPr>
          <w:p>
            <w:r>
              <w:t>流行音乐</w:t>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序号</w:t>
            </w:r>
          </w:p>
        </w:tc>
        <w:tc>
          <w:tcPr>
            <w:tcW w:type="dxa" w:w="1080"/>
          </w:tcPr>
          <w:p>
            <w:r>
              <w:t>课程名称</w:t>
            </w:r>
          </w:p>
        </w:tc>
        <w:tc>
          <w:tcPr>
            <w:tcW w:type="dxa" w:w="1080"/>
          </w:tcPr>
          <w:p>
            <w:r>
              <w:t>课程代码</w:t>
            </w:r>
          </w:p>
        </w:tc>
        <w:tc>
          <w:tcPr>
            <w:tcW w:type="dxa" w:w="1080"/>
          </w:tcPr>
          <w:p>
            <w:r>
              <w:t>学分</w:t>
            </w:r>
          </w:p>
        </w:tc>
        <w:tc>
          <w:tcPr>
            <w:tcW w:type="dxa" w:w="1080"/>
          </w:tcPr>
          <w:p>
            <w:r>
              <w:t>课程性质</w:t>
            </w:r>
          </w:p>
        </w:tc>
        <w:tc>
          <w:tcPr>
            <w:tcW w:type="dxa" w:w="1080"/>
          </w:tcPr>
          <w:p>
            <w:r>
              <w:t>开课学院</w:t>
            </w:r>
          </w:p>
        </w:tc>
        <w:tc>
          <w:tcPr>
            <w:tcW w:type="dxa" w:w="1080"/>
          </w:tcPr>
          <w:p>
            <w:r>
              <w:t>修读学年</w:t>
            </w:r>
          </w:p>
        </w:tc>
        <w:tc>
          <w:tcPr>
            <w:tcW w:type="dxa" w:w="1080"/>
          </w:tcPr>
          <w:p>
            <w:r>
              <w:t>修读学期</w:t>
            </w:r>
          </w:p>
        </w:tc>
      </w:tr>
      <w:tr>
        <w:tc>
          <w:tcPr>
            <w:tcW w:type="dxa" w:w="1080"/>
          </w:tcPr>
          <w:p>
            <w:r>
              <w:t>1</w:t>
            </w:r>
          </w:p>
        </w:tc>
        <w:tc>
          <w:tcPr>
            <w:tcW w:type="dxa" w:w="1080"/>
          </w:tcPr>
          <w:p>
            <w:r>
              <w:t>入学教育</w:t>
            </w:r>
          </w:p>
        </w:tc>
        <w:tc>
          <w:tcPr>
            <w:tcW w:type="dxa" w:w="1080"/>
          </w:tcPr>
          <w:p>
            <w:r>
              <w:t>2AA31001</w:t>
            </w:r>
          </w:p>
        </w:tc>
        <w:tc>
          <w:tcPr>
            <w:tcW w:type="dxa" w:w="1080"/>
          </w:tcPr>
          <w:p>
            <w:r>
              <w:t>0</w:t>
            </w:r>
          </w:p>
        </w:tc>
        <w:tc>
          <w:tcPr>
            <w:tcW w:type="dxa" w:w="1080"/>
          </w:tcPr>
          <w:p>
            <w:r>
              <w:t>素质必修课</w:t>
            </w:r>
          </w:p>
        </w:tc>
        <w:tc>
          <w:tcPr>
            <w:tcW w:type="dxa" w:w="1080"/>
          </w:tcPr>
          <w:p>
            <w:r>
              <w:t>音乐学院</w:t>
            </w:r>
          </w:p>
        </w:tc>
        <w:tc>
          <w:tcPr>
            <w:tcW w:type="dxa" w:w="1080"/>
          </w:tcPr>
          <w:p>
            <w:r>
              <w:t>2023-2024</w:t>
            </w:r>
          </w:p>
        </w:tc>
        <w:tc>
          <w:tcPr>
            <w:tcW w:type="dxa" w:w="1080"/>
          </w:tcPr>
          <w:p>
            <w:r>
              <w:t>1</w:t>
            </w:r>
          </w:p>
        </w:tc>
      </w:tr>
      <w:tr>
        <w:tc>
          <w:tcPr>
            <w:tcW w:type="dxa" w:w="1080"/>
          </w:tcPr>
          <w:p>
            <w:r>
              <w:t>2</w:t>
            </w:r>
          </w:p>
        </w:tc>
        <w:tc>
          <w:tcPr>
            <w:tcW w:type="dxa" w:w="1080"/>
          </w:tcPr>
          <w:p>
            <w:r>
              <w:t>军事理论</w:t>
            </w:r>
          </w:p>
        </w:tc>
        <w:tc>
          <w:tcPr>
            <w:tcW w:type="dxa" w:w="1080"/>
          </w:tcPr>
          <w:p>
            <w:r>
              <w:t>2AS11001</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3</w:t>
            </w:r>
          </w:p>
        </w:tc>
        <w:tc>
          <w:tcPr>
            <w:tcW w:type="dxa" w:w="1080"/>
          </w:tcPr>
          <w:p>
            <w:r>
              <w:t>军事技能</w:t>
            </w:r>
          </w:p>
        </w:tc>
        <w:tc>
          <w:tcPr>
            <w:tcW w:type="dxa" w:w="1080"/>
          </w:tcPr>
          <w:p>
            <w:r>
              <w:t>2AS11002</w:t>
            </w:r>
          </w:p>
        </w:tc>
        <w:tc>
          <w:tcPr>
            <w:tcW w:type="dxa" w:w="1080"/>
          </w:tcPr>
          <w:p>
            <w:r>
              <w:t>2</w:t>
            </w:r>
          </w:p>
        </w:tc>
        <w:tc>
          <w:tcPr>
            <w:tcW w:type="dxa" w:w="1080"/>
          </w:tcPr>
          <w:p>
            <w:r>
              <w:t>通识必修课</w:t>
            </w:r>
          </w:p>
        </w:tc>
        <w:tc>
          <w:tcPr>
            <w:tcW w:type="dxa" w:w="1080"/>
          </w:tcPr>
          <w:p>
            <w:r>
              <w:t>武保处</w:t>
            </w:r>
          </w:p>
        </w:tc>
        <w:tc>
          <w:tcPr>
            <w:tcW w:type="dxa" w:w="1080"/>
          </w:tcPr>
          <w:p>
            <w:r>
              <w:t>2023-2024</w:t>
            </w:r>
          </w:p>
        </w:tc>
        <w:tc>
          <w:tcPr>
            <w:tcW w:type="dxa" w:w="1080"/>
          </w:tcPr>
          <w:p>
            <w:r>
              <w:t>1</w:t>
            </w:r>
          </w:p>
        </w:tc>
      </w:tr>
      <w:tr>
        <w:tc>
          <w:tcPr>
            <w:tcW w:type="dxa" w:w="1080"/>
          </w:tcPr>
          <w:p>
            <w:r>
              <w:t>4</w:t>
            </w:r>
          </w:p>
        </w:tc>
        <w:tc>
          <w:tcPr>
            <w:tcW w:type="dxa" w:w="1080"/>
          </w:tcPr>
          <w:p>
            <w:r>
              <w:t>大学生心理健康实践</w:t>
            </w:r>
          </w:p>
        </w:tc>
        <w:tc>
          <w:tcPr>
            <w:tcW w:type="dxa" w:w="1080"/>
          </w:tcPr>
          <w:p>
            <w:r>
              <w:t>2ED11002</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1</w:t>
            </w:r>
          </w:p>
        </w:tc>
      </w:tr>
      <w:tr>
        <w:tc>
          <w:tcPr>
            <w:tcW w:type="dxa" w:w="1080"/>
          </w:tcPr>
          <w:p>
            <w:r>
              <w:t>5</w:t>
            </w:r>
          </w:p>
        </w:tc>
        <w:tc>
          <w:tcPr>
            <w:tcW w:type="dxa" w:w="1080"/>
          </w:tcPr>
          <w:p>
            <w:r>
              <w:t>文科高等数学</w:t>
            </w:r>
          </w:p>
        </w:tc>
        <w:tc>
          <w:tcPr>
            <w:tcW w:type="dxa" w:w="1080"/>
          </w:tcPr>
          <w:p>
            <w:r>
              <w:t>2MA11010</w:t>
            </w:r>
          </w:p>
        </w:tc>
        <w:tc>
          <w:tcPr>
            <w:tcW w:type="dxa" w:w="1080"/>
          </w:tcPr>
          <w:p>
            <w:r>
              <w:t>1</w:t>
            </w:r>
          </w:p>
        </w:tc>
        <w:tc>
          <w:tcPr>
            <w:tcW w:type="dxa" w:w="1080"/>
          </w:tcPr>
          <w:p>
            <w:r>
              <w:t>通识必修课</w:t>
            </w:r>
          </w:p>
        </w:tc>
        <w:tc>
          <w:tcPr>
            <w:tcW w:type="dxa" w:w="1080"/>
          </w:tcPr>
          <w:p>
            <w:r>
              <w:t>数学科学学院</w:t>
            </w:r>
          </w:p>
        </w:tc>
        <w:tc>
          <w:tcPr>
            <w:tcW w:type="dxa" w:w="1080"/>
          </w:tcPr>
          <w:p>
            <w:r>
              <w:t>2023-2024</w:t>
            </w:r>
          </w:p>
        </w:tc>
        <w:tc>
          <w:tcPr>
            <w:tcW w:type="dxa" w:w="1080"/>
          </w:tcPr>
          <w:p>
            <w:r>
              <w:t>1</w:t>
            </w:r>
          </w:p>
        </w:tc>
      </w:tr>
      <w:tr>
        <w:tc>
          <w:tcPr>
            <w:tcW w:type="dxa" w:w="1080"/>
          </w:tcPr>
          <w:p>
            <w:r>
              <w:t>6</w:t>
            </w:r>
          </w:p>
        </w:tc>
        <w:tc>
          <w:tcPr>
            <w:tcW w:type="dxa" w:w="1080"/>
          </w:tcPr>
          <w:p>
            <w:r>
              <w:t>乐理</w:t>
            </w:r>
          </w:p>
        </w:tc>
        <w:tc>
          <w:tcPr>
            <w:tcW w:type="dxa" w:w="1080"/>
          </w:tcPr>
          <w:p>
            <w:r>
              <w:t>2MU21201</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7</w:t>
            </w:r>
          </w:p>
        </w:tc>
        <w:tc>
          <w:tcPr>
            <w:tcW w:type="dxa" w:w="1080"/>
          </w:tcPr>
          <w:p>
            <w:r>
              <w:t>西方音乐史</w:t>
            </w:r>
          </w:p>
        </w:tc>
        <w:tc>
          <w:tcPr>
            <w:tcW w:type="dxa" w:w="1080"/>
          </w:tcPr>
          <w:p>
            <w:r>
              <w:t>2MU21209</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8</w:t>
            </w:r>
          </w:p>
        </w:tc>
        <w:tc>
          <w:tcPr>
            <w:tcW w:type="dxa" w:w="1080"/>
          </w:tcPr>
          <w:p>
            <w:r>
              <w:t>舞蹈基础I</w:t>
            </w:r>
          </w:p>
        </w:tc>
        <w:tc>
          <w:tcPr>
            <w:tcW w:type="dxa" w:w="1080"/>
          </w:tcPr>
          <w:p>
            <w:r>
              <w:t>2MU21216</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9</w:t>
            </w:r>
          </w:p>
        </w:tc>
        <w:tc>
          <w:tcPr>
            <w:tcW w:type="dxa" w:w="1080"/>
          </w:tcPr>
          <w:p>
            <w:r>
              <w:t>声乐基础I</w:t>
            </w:r>
          </w:p>
        </w:tc>
        <w:tc>
          <w:tcPr>
            <w:tcW w:type="dxa" w:w="1080"/>
          </w:tcPr>
          <w:p>
            <w:r>
              <w:t>2MU21218</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10</w:t>
            </w:r>
          </w:p>
        </w:tc>
        <w:tc>
          <w:tcPr>
            <w:tcW w:type="dxa" w:w="1080"/>
          </w:tcPr>
          <w:p>
            <w:r>
              <w:t>钢琴基础I</w:t>
            </w:r>
          </w:p>
        </w:tc>
        <w:tc>
          <w:tcPr>
            <w:tcW w:type="dxa" w:w="1080"/>
          </w:tcPr>
          <w:p>
            <w:r>
              <w:t>2MU21220</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11</w:t>
            </w:r>
          </w:p>
        </w:tc>
        <w:tc>
          <w:tcPr>
            <w:tcW w:type="dxa" w:w="1080"/>
          </w:tcPr>
          <w:p>
            <w:r>
              <w:t>乐器基础I</w:t>
            </w:r>
          </w:p>
        </w:tc>
        <w:tc>
          <w:tcPr>
            <w:tcW w:type="dxa" w:w="1080"/>
          </w:tcPr>
          <w:p>
            <w:r>
              <w:t>2MU21222</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12</w:t>
            </w:r>
          </w:p>
        </w:tc>
        <w:tc>
          <w:tcPr>
            <w:tcW w:type="dxa" w:w="1080"/>
          </w:tcPr>
          <w:p>
            <w:r>
              <w:t>流行音乐创编I</w:t>
            </w:r>
          </w:p>
        </w:tc>
        <w:tc>
          <w:tcPr>
            <w:tcW w:type="dxa" w:w="1080"/>
          </w:tcPr>
          <w:p>
            <w:r>
              <w:t>2MU21224</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13</w:t>
            </w:r>
          </w:p>
        </w:tc>
        <w:tc>
          <w:tcPr>
            <w:tcW w:type="dxa" w:w="1080"/>
          </w:tcPr>
          <w:p>
            <w:r>
              <w:t>乐谱制作</w:t>
            </w:r>
          </w:p>
        </w:tc>
        <w:tc>
          <w:tcPr>
            <w:tcW w:type="dxa" w:w="1080"/>
          </w:tcPr>
          <w:p>
            <w:r>
              <w:t>2MU21231</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14</w:t>
            </w:r>
          </w:p>
        </w:tc>
        <w:tc>
          <w:tcPr>
            <w:tcW w:type="dxa" w:w="1080"/>
          </w:tcPr>
          <w:p>
            <w:r>
              <w:t>劳动教育实践</w:t>
            </w:r>
          </w:p>
        </w:tc>
        <w:tc>
          <w:tcPr>
            <w:tcW w:type="dxa" w:w="1080"/>
          </w:tcPr>
          <w:p>
            <w:r>
              <w:t>2MU21237</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1</w:t>
            </w:r>
          </w:p>
        </w:tc>
      </w:tr>
      <w:tr>
        <w:tc>
          <w:tcPr>
            <w:tcW w:type="dxa" w:w="1080"/>
          </w:tcPr>
          <w:p>
            <w:r>
              <w:t>15</w:t>
            </w:r>
          </w:p>
        </w:tc>
        <w:tc>
          <w:tcPr>
            <w:tcW w:type="dxa" w:w="1080"/>
          </w:tcPr>
          <w:p>
            <w:r>
              <w:t>思想道德与法治</w:t>
            </w:r>
          </w:p>
        </w:tc>
        <w:tc>
          <w:tcPr>
            <w:tcW w:type="dxa" w:w="1080"/>
          </w:tcPr>
          <w:p>
            <w:r>
              <w:t>2MX11001</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1</w:t>
            </w:r>
          </w:p>
        </w:tc>
      </w:tr>
      <w:tr>
        <w:tc>
          <w:tcPr>
            <w:tcW w:type="dxa" w:w="1080"/>
          </w:tcPr>
          <w:p>
            <w:r>
              <w:t>16</w:t>
            </w:r>
          </w:p>
        </w:tc>
        <w:tc>
          <w:tcPr>
            <w:tcW w:type="dxa" w:w="1080"/>
          </w:tcPr>
          <w:p>
            <w:r>
              <w:t>劳动教育理论</w:t>
            </w:r>
          </w:p>
        </w:tc>
        <w:tc>
          <w:tcPr>
            <w:tcW w:type="dxa" w:w="1080"/>
          </w:tcPr>
          <w:p>
            <w:r>
              <w:t>2SD11001</w:t>
            </w:r>
          </w:p>
        </w:tc>
        <w:tc>
          <w:tcPr>
            <w:tcW w:type="dxa" w:w="1080"/>
          </w:tcPr>
          <w:p>
            <w:r>
              <w:t>1</w:t>
            </w:r>
          </w:p>
        </w:tc>
        <w:tc>
          <w:tcPr>
            <w:tcW w:type="dxa" w:w="1080"/>
          </w:tcPr>
          <w:p>
            <w:r>
              <w:t>通识必修课</w:t>
            </w:r>
          </w:p>
        </w:tc>
        <w:tc>
          <w:tcPr>
            <w:tcW w:type="dxa" w:w="1080"/>
          </w:tcPr>
          <w:p>
            <w:r>
              <w:t>社会发展与公共管理学院</w:t>
            </w:r>
          </w:p>
        </w:tc>
        <w:tc>
          <w:tcPr>
            <w:tcW w:type="dxa" w:w="1080"/>
          </w:tcPr>
          <w:p>
            <w:r>
              <w:t>2023-2024</w:t>
            </w:r>
          </w:p>
        </w:tc>
        <w:tc>
          <w:tcPr>
            <w:tcW w:type="dxa" w:w="1080"/>
          </w:tcPr>
          <w:p>
            <w:r>
              <w:t>1</w:t>
            </w:r>
          </w:p>
        </w:tc>
      </w:tr>
      <w:tr>
        <w:tc>
          <w:tcPr>
            <w:tcW w:type="dxa" w:w="1080"/>
          </w:tcPr>
          <w:p>
            <w:r>
              <w:t>17</w:t>
            </w:r>
          </w:p>
        </w:tc>
        <w:tc>
          <w:tcPr>
            <w:tcW w:type="dxa" w:w="1080"/>
          </w:tcPr>
          <w:p>
            <w:r>
              <w:t>体育(一)</w:t>
            </w:r>
          </w:p>
        </w:tc>
        <w:tc>
          <w:tcPr>
            <w:tcW w:type="dxa" w:w="1080"/>
          </w:tcPr>
          <w:p>
            <w:r>
              <w:t>2SP11001</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1</w:t>
            </w:r>
          </w:p>
        </w:tc>
      </w:tr>
      <w:tr>
        <w:tc>
          <w:tcPr>
            <w:tcW w:type="dxa" w:w="1080"/>
          </w:tcPr>
          <w:p>
            <w:r>
              <w:t>18</w:t>
            </w:r>
          </w:p>
        </w:tc>
        <w:tc>
          <w:tcPr>
            <w:tcW w:type="dxa" w:w="1080"/>
          </w:tcPr>
          <w:p>
            <w:r>
              <w:t>创新创业教育基础</w:t>
            </w:r>
          </w:p>
        </w:tc>
        <w:tc>
          <w:tcPr>
            <w:tcW w:type="dxa" w:w="1080"/>
          </w:tcPr>
          <w:p>
            <w:r>
              <w:t>2BU11001</w:t>
            </w:r>
          </w:p>
        </w:tc>
        <w:tc>
          <w:tcPr>
            <w:tcW w:type="dxa" w:w="1080"/>
          </w:tcPr>
          <w:p>
            <w:r>
              <w:t>1</w:t>
            </w:r>
          </w:p>
        </w:tc>
        <w:tc>
          <w:tcPr>
            <w:tcW w:type="dxa" w:w="1080"/>
          </w:tcPr>
          <w:p>
            <w:r>
              <w:t>通识必修课</w:t>
            </w:r>
          </w:p>
        </w:tc>
        <w:tc>
          <w:tcPr>
            <w:tcW w:type="dxa" w:w="1080"/>
          </w:tcPr>
          <w:p>
            <w:r>
              <w:t>商学院</w:t>
            </w:r>
          </w:p>
        </w:tc>
        <w:tc>
          <w:tcPr>
            <w:tcW w:type="dxa" w:w="1080"/>
          </w:tcPr>
          <w:p>
            <w:r>
              <w:t>2023-2024</w:t>
            </w:r>
          </w:p>
        </w:tc>
        <w:tc>
          <w:tcPr>
            <w:tcW w:type="dxa" w:w="1080"/>
          </w:tcPr>
          <w:p>
            <w:r>
              <w:t>2</w:t>
            </w:r>
          </w:p>
        </w:tc>
      </w:tr>
      <w:tr>
        <w:tc>
          <w:tcPr>
            <w:tcW w:type="dxa" w:w="1080"/>
          </w:tcPr>
          <w:p>
            <w:r>
              <w:t>19</w:t>
            </w:r>
          </w:p>
        </w:tc>
        <w:tc>
          <w:tcPr>
            <w:tcW w:type="dxa" w:w="1080"/>
          </w:tcPr>
          <w:p>
            <w:r>
              <w:t>大学生心理健康教育</w:t>
            </w:r>
          </w:p>
        </w:tc>
        <w:tc>
          <w:tcPr>
            <w:tcW w:type="dxa" w:w="1080"/>
          </w:tcPr>
          <w:p>
            <w:r>
              <w:t>2ED11001</w:t>
            </w:r>
          </w:p>
        </w:tc>
        <w:tc>
          <w:tcPr>
            <w:tcW w:type="dxa" w:w="1080"/>
          </w:tcPr>
          <w:p>
            <w:r>
              <w:t>1</w:t>
            </w:r>
          </w:p>
        </w:tc>
        <w:tc>
          <w:tcPr>
            <w:tcW w:type="dxa" w:w="1080"/>
          </w:tcPr>
          <w:p>
            <w:r>
              <w:t>通识必修课</w:t>
            </w:r>
          </w:p>
        </w:tc>
        <w:tc>
          <w:tcPr>
            <w:tcW w:type="dxa" w:w="1080"/>
          </w:tcPr>
          <w:p>
            <w:r>
              <w:t>教育学院</w:t>
            </w:r>
          </w:p>
        </w:tc>
        <w:tc>
          <w:tcPr>
            <w:tcW w:type="dxa" w:w="1080"/>
          </w:tcPr>
          <w:p>
            <w:r>
              <w:t>2023-2024</w:t>
            </w:r>
          </w:p>
        </w:tc>
        <w:tc>
          <w:tcPr>
            <w:tcW w:type="dxa" w:w="1080"/>
          </w:tcPr>
          <w:p>
            <w:r>
              <w:t>2</w:t>
            </w:r>
          </w:p>
        </w:tc>
      </w:tr>
      <w:tr>
        <w:tc>
          <w:tcPr>
            <w:tcW w:type="dxa" w:w="1080"/>
          </w:tcPr>
          <w:p>
            <w:r>
              <w:t>20</w:t>
            </w:r>
          </w:p>
        </w:tc>
        <w:tc>
          <w:tcPr>
            <w:tcW w:type="dxa" w:w="1080"/>
          </w:tcPr>
          <w:p>
            <w:r>
              <w:t>视唱练耳I</w:t>
            </w:r>
          </w:p>
        </w:tc>
        <w:tc>
          <w:tcPr>
            <w:tcW w:type="dxa" w:w="1080"/>
          </w:tcPr>
          <w:p>
            <w:r>
              <w:t>2MU21202</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21</w:t>
            </w:r>
          </w:p>
        </w:tc>
        <w:tc>
          <w:tcPr>
            <w:tcW w:type="dxa" w:w="1080"/>
          </w:tcPr>
          <w:p>
            <w:r>
              <w:t>和声基础</w:t>
            </w:r>
          </w:p>
        </w:tc>
        <w:tc>
          <w:tcPr>
            <w:tcW w:type="dxa" w:w="1080"/>
          </w:tcPr>
          <w:p>
            <w:r>
              <w:t>2MU21205</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22</w:t>
            </w:r>
          </w:p>
        </w:tc>
        <w:tc>
          <w:tcPr>
            <w:tcW w:type="dxa" w:w="1080"/>
          </w:tcPr>
          <w:p>
            <w:r>
              <w:t>中国音乐史</w:t>
            </w:r>
          </w:p>
        </w:tc>
        <w:tc>
          <w:tcPr>
            <w:tcW w:type="dxa" w:w="1080"/>
          </w:tcPr>
          <w:p>
            <w:r>
              <w:t>2MU21210</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23</w:t>
            </w:r>
          </w:p>
        </w:tc>
        <w:tc>
          <w:tcPr>
            <w:tcW w:type="dxa" w:w="1080"/>
          </w:tcPr>
          <w:p>
            <w:r>
              <w:t>舞蹈基础II</w:t>
            </w:r>
          </w:p>
        </w:tc>
        <w:tc>
          <w:tcPr>
            <w:tcW w:type="dxa" w:w="1080"/>
          </w:tcPr>
          <w:p>
            <w:r>
              <w:t>2MU21217</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24</w:t>
            </w:r>
          </w:p>
        </w:tc>
        <w:tc>
          <w:tcPr>
            <w:tcW w:type="dxa" w:w="1080"/>
          </w:tcPr>
          <w:p>
            <w:r>
              <w:t>声乐基础II</w:t>
            </w:r>
          </w:p>
        </w:tc>
        <w:tc>
          <w:tcPr>
            <w:tcW w:type="dxa" w:w="1080"/>
          </w:tcPr>
          <w:p>
            <w:r>
              <w:t>2MU21219</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25</w:t>
            </w:r>
          </w:p>
        </w:tc>
        <w:tc>
          <w:tcPr>
            <w:tcW w:type="dxa" w:w="1080"/>
          </w:tcPr>
          <w:p>
            <w:r>
              <w:t>钢琴基础II</w:t>
            </w:r>
          </w:p>
        </w:tc>
        <w:tc>
          <w:tcPr>
            <w:tcW w:type="dxa" w:w="1080"/>
          </w:tcPr>
          <w:p>
            <w:r>
              <w:t>2MU21221</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26</w:t>
            </w:r>
          </w:p>
        </w:tc>
        <w:tc>
          <w:tcPr>
            <w:tcW w:type="dxa" w:w="1080"/>
          </w:tcPr>
          <w:p>
            <w:r>
              <w:t>乐器基础II</w:t>
            </w:r>
          </w:p>
        </w:tc>
        <w:tc>
          <w:tcPr>
            <w:tcW w:type="dxa" w:w="1080"/>
          </w:tcPr>
          <w:p>
            <w:r>
              <w:t>2MU21223</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27</w:t>
            </w:r>
          </w:p>
        </w:tc>
        <w:tc>
          <w:tcPr>
            <w:tcW w:type="dxa" w:w="1080"/>
          </w:tcPr>
          <w:p>
            <w:r>
              <w:t>流行音乐创编II</w:t>
            </w:r>
          </w:p>
        </w:tc>
        <w:tc>
          <w:tcPr>
            <w:tcW w:type="dxa" w:w="1080"/>
          </w:tcPr>
          <w:p>
            <w:r>
              <w:t>2MU21225</w:t>
            </w:r>
          </w:p>
        </w:tc>
        <w:tc>
          <w:tcPr>
            <w:tcW w:type="dxa" w:w="1080"/>
          </w:tcPr>
          <w:p>
            <w:r>
              <w:t>1</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28</w:t>
            </w:r>
          </w:p>
        </w:tc>
        <w:tc>
          <w:tcPr>
            <w:tcW w:type="dxa" w:w="1080"/>
          </w:tcPr>
          <w:p>
            <w:r>
              <w:t>流行音乐导论</w:t>
            </w:r>
          </w:p>
        </w:tc>
        <w:tc>
          <w:tcPr>
            <w:tcW w:type="dxa" w:w="1080"/>
          </w:tcPr>
          <w:p>
            <w:r>
              <w:t>2MU21226</w:t>
            </w:r>
          </w:p>
        </w:tc>
        <w:tc>
          <w:tcPr>
            <w:tcW w:type="dxa" w:w="1080"/>
          </w:tcPr>
          <w:p>
            <w:r>
              <w:t>2</w:t>
            </w:r>
          </w:p>
        </w:tc>
        <w:tc>
          <w:tcPr>
            <w:tcW w:type="dxa" w:w="1080"/>
          </w:tcPr>
          <w:p>
            <w:r>
              <w:t>专业必修课</w:t>
            </w:r>
          </w:p>
        </w:tc>
        <w:tc>
          <w:tcPr>
            <w:tcW w:type="dxa" w:w="1080"/>
          </w:tcPr>
          <w:p>
            <w:r>
              <w:t>音乐学院</w:t>
            </w:r>
          </w:p>
        </w:tc>
        <w:tc>
          <w:tcPr>
            <w:tcW w:type="dxa" w:w="1080"/>
          </w:tcPr>
          <w:p>
            <w:r>
              <w:t>2023-2024</w:t>
            </w:r>
          </w:p>
        </w:tc>
        <w:tc>
          <w:tcPr>
            <w:tcW w:type="dxa" w:w="1080"/>
          </w:tcPr>
          <w:p>
            <w:r>
              <w:t>2</w:t>
            </w:r>
          </w:p>
        </w:tc>
      </w:tr>
      <w:tr>
        <w:tc>
          <w:tcPr>
            <w:tcW w:type="dxa" w:w="1080"/>
          </w:tcPr>
          <w:p>
            <w:r>
              <w:t>29</w:t>
            </w:r>
          </w:p>
        </w:tc>
        <w:tc>
          <w:tcPr>
            <w:tcW w:type="dxa" w:w="1080"/>
          </w:tcPr>
          <w:p>
            <w:r>
              <w:t>中国近现代史纲要</w:t>
            </w:r>
          </w:p>
        </w:tc>
        <w:tc>
          <w:tcPr>
            <w:tcW w:type="dxa" w:w="1080"/>
          </w:tcPr>
          <w:p>
            <w:r>
              <w:t>2MX11002</w:t>
            </w:r>
          </w:p>
        </w:tc>
        <w:tc>
          <w:tcPr>
            <w:tcW w:type="dxa" w:w="1080"/>
          </w:tcPr>
          <w:p>
            <w:r>
              <w:t>3</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30</w:t>
            </w:r>
          </w:p>
        </w:tc>
        <w:tc>
          <w:tcPr>
            <w:tcW w:type="dxa" w:w="1080"/>
          </w:tcPr>
          <w:p>
            <w:r>
              <w:t>中国共产党史</w:t>
            </w:r>
          </w:p>
        </w:tc>
        <w:tc>
          <w:tcPr>
            <w:tcW w:type="dxa" w:w="1080"/>
          </w:tcPr>
          <w:p>
            <w:r>
              <w:t>2MX11007</w:t>
            </w:r>
          </w:p>
        </w:tc>
        <w:tc>
          <w:tcPr>
            <w:tcW w:type="dxa" w:w="1080"/>
          </w:tcPr>
          <w:p>
            <w:r>
              <w:t>1</w:t>
            </w:r>
          </w:p>
        </w:tc>
        <w:tc>
          <w:tcPr>
            <w:tcW w:type="dxa" w:w="1080"/>
          </w:tcPr>
          <w:p>
            <w:r>
              <w:t>通识必修课</w:t>
            </w:r>
          </w:p>
        </w:tc>
        <w:tc>
          <w:tcPr>
            <w:tcW w:type="dxa" w:w="1080"/>
          </w:tcPr>
          <w:p>
            <w:r>
              <w:t>马克思主义学院</w:t>
            </w:r>
          </w:p>
        </w:tc>
        <w:tc>
          <w:tcPr>
            <w:tcW w:type="dxa" w:w="1080"/>
          </w:tcPr>
          <w:p>
            <w:r>
              <w:t>2023-2024</w:t>
            </w:r>
          </w:p>
        </w:tc>
        <w:tc>
          <w:tcPr>
            <w:tcW w:type="dxa" w:w="1080"/>
          </w:tcPr>
          <w:p>
            <w:r>
              <w:t>2</w:t>
            </w:r>
          </w:p>
        </w:tc>
      </w:tr>
      <w:tr>
        <w:tc>
          <w:tcPr>
            <w:tcW w:type="dxa" w:w="1080"/>
          </w:tcPr>
          <w:p>
            <w:r>
              <w:t>31</w:t>
            </w:r>
          </w:p>
        </w:tc>
        <w:tc>
          <w:tcPr>
            <w:tcW w:type="dxa" w:w="1080"/>
          </w:tcPr>
          <w:p>
            <w:r>
              <w:t>职业生涯规划</w:t>
            </w:r>
          </w:p>
        </w:tc>
        <w:tc>
          <w:tcPr>
            <w:tcW w:type="dxa" w:w="1080"/>
          </w:tcPr>
          <w:p>
            <w:r>
              <w:t>2SA11001</w:t>
            </w:r>
          </w:p>
        </w:tc>
        <w:tc>
          <w:tcPr>
            <w:tcW w:type="dxa" w:w="1080"/>
          </w:tcPr>
          <w:p>
            <w:r>
              <w:t>0.5</w:t>
            </w:r>
          </w:p>
        </w:tc>
        <w:tc>
          <w:tcPr>
            <w:tcW w:type="dxa" w:w="1080"/>
          </w:tcPr>
          <w:p>
            <w:r>
              <w:t>通识必修课</w:t>
            </w:r>
          </w:p>
        </w:tc>
        <w:tc>
          <w:tcPr>
            <w:tcW w:type="dxa" w:w="1080"/>
          </w:tcPr>
          <w:p>
            <w:r>
              <w:t>学生工作处</w:t>
            </w:r>
          </w:p>
        </w:tc>
        <w:tc>
          <w:tcPr>
            <w:tcW w:type="dxa" w:w="1080"/>
          </w:tcPr>
          <w:p>
            <w:r>
              <w:t>2023-2024</w:t>
            </w:r>
          </w:p>
        </w:tc>
        <w:tc>
          <w:tcPr>
            <w:tcW w:type="dxa" w:w="1080"/>
          </w:tcPr>
          <w:p>
            <w:r>
              <w:t>2</w:t>
            </w:r>
          </w:p>
        </w:tc>
      </w:tr>
      <w:tr>
        <w:tc>
          <w:tcPr>
            <w:tcW w:type="dxa" w:w="1080"/>
          </w:tcPr>
          <w:p>
            <w:r>
              <w:t>32</w:t>
            </w:r>
          </w:p>
        </w:tc>
        <w:tc>
          <w:tcPr>
            <w:tcW w:type="dxa" w:w="1080"/>
          </w:tcPr>
          <w:p>
            <w:r>
              <w:t>体育(二)</w:t>
            </w:r>
          </w:p>
        </w:tc>
        <w:tc>
          <w:tcPr>
            <w:tcW w:type="dxa" w:w="1080"/>
          </w:tcPr>
          <w:p>
            <w:r>
              <w:t>2SP11002</w:t>
            </w:r>
          </w:p>
        </w:tc>
        <w:tc>
          <w:tcPr>
            <w:tcW w:type="dxa" w:w="1080"/>
          </w:tcPr>
          <w:p>
            <w:r>
              <w:t>1</w:t>
            </w:r>
          </w:p>
        </w:tc>
        <w:tc>
          <w:tcPr>
            <w:tcW w:type="dxa" w:w="1080"/>
          </w:tcPr>
          <w:p>
            <w:r>
              <w:t>通识必修课</w:t>
            </w:r>
          </w:p>
        </w:tc>
        <w:tc>
          <w:tcPr>
            <w:tcW w:type="dxa" w:w="1080"/>
          </w:tcPr>
          <w:p>
            <w:r>
              <w:t>体育部</w:t>
            </w:r>
          </w:p>
        </w:tc>
        <w:tc>
          <w:tcPr>
            <w:tcW w:type="dxa" w:w="1080"/>
          </w:tcPr>
          <w:p>
            <w:r>
              <w:t>2023-2024</w:t>
            </w:r>
          </w:p>
        </w:tc>
        <w:tc>
          <w:tcPr>
            <w:tcW w:type="dxa" w:w="1080"/>
          </w:tcPr>
          <w:p>
            <w:r>
              <w:t>2</w:t>
            </w:r>
          </w:p>
        </w:tc>
      </w:tr>
      <w:tr>
        <w:tc>
          <w:tcPr>
            <w:tcW w:type="dxa" w:w="1080"/>
          </w:tcPr>
          <w:p>
            <w:r>
              <w:t>33</w:t>
            </w:r>
          </w:p>
        </w:tc>
        <w:tc>
          <w:tcPr>
            <w:tcW w:type="dxa" w:w="1080"/>
          </w:tcPr>
          <w:p>
            <w:r>
              <w:t>视唱练耳II</w:t>
            </w:r>
          </w:p>
        </w:tc>
        <w:tc>
          <w:tcPr>
            <w:tcW w:type="dxa" w:w="1080"/>
          </w:tcPr>
          <w:p>
            <w:r>
              <w:t>2MU21203</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34</w:t>
            </w:r>
          </w:p>
        </w:tc>
        <w:tc>
          <w:tcPr>
            <w:tcW w:type="dxa" w:w="1080"/>
          </w:tcPr>
          <w:p>
            <w:r>
              <w:t>流行和声</w:t>
            </w:r>
          </w:p>
        </w:tc>
        <w:tc>
          <w:tcPr>
            <w:tcW w:type="dxa" w:w="1080"/>
          </w:tcPr>
          <w:p>
            <w:r>
              <w:t>2MU21206</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35</w:t>
            </w:r>
          </w:p>
        </w:tc>
        <w:tc>
          <w:tcPr>
            <w:tcW w:type="dxa" w:w="1080"/>
          </w:tcPr>
          <w:p>
            <w:r>
              <w:t>西方流行音乐史与名作赏析I</w:t>
            </w:r>
          </w:p>
        </w:tc>
        <w:tc>
          <w:tcPr>
            <w:tcW w:type="dxa" w:w="1080"/>
          </w:tcPr>
          <w:p>
            <w:r>
              <w:t>2MU21211</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36</w:t>
            </w:r>
          </w:p>
        </w:tc>
        <w:tc>
          <w:tcPr>
            <w:tcW w:type="dxa" w:w="1080"/>
          </w:tcPr>
          <w:p>
            <w:r>
              <w:t>合唱与指挥I</w:t>
            </w:r>
          </w:p>
        </w:tc>
        <w:tc>
          <w:tcPr>
            <w:tcW w:type="dxa" w:w="1080"/>
          </w:tcPr>
          <w:p>
            <w:r>
              <w:t>2MU21227</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37</w:t>
            </w:r>
          </w:p>
        </w:tc>
        <w:tc>
          <w:tcPr>
            <w:tcW w:type="dxa" w:w="1080"/>
          </w:tcPr>
          <w:p>
            <w:r>
              <w:t>流行键盘演奏I</w:t>
            </w:r>
          </w:p>
        </w:tc>
        <w:tc>
          <w:tcPr>
            <w:tcW w:type="dxa" w:w="1080"/>
          </w:tcPr>
          <w:p>
            <w:r>
              <w:t>2MU21229</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38</w:t>
            </w:r>
          </w:p>
        </w:tc>
        <w:tc>
          <w:tcPr>
            <w:tcW w:type="dxa" w:w="1080"/>
          </w:tcPr>
          <w:p>
            <w:r>
              <w:t>MIDI技术与应用I</w:t>
            </w:r>
          </w:p>
        </w:tc>
        <w:tc>
          <w:tcPr>
            <w:tcW w:type="dxa" w:w="1080"/>
          </w:tcPr>
          <w:p>
            <w:r>
              <w:t>2MU21234</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39</w:t>
            </w:r>
          </w:p>
        </w:tc>
        <w:tc>
          <w:tcPr>
            <w:tcW w:type="dxa" w:w="1080"/>
          </w:tcPr>
          <w:p>
            <w:r>
              <w:t>艺术实践(一)</w:t>
            </w:r>
          </w:p>
        </w:tc>
        <w:tc>
          <w:tcPr>
            <w:tcW w:type="dxa" w:w="1080"/>
          </w:tcPr>
          <w:p>
            <w:r>
              <w:t>2MU21239</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1</w:t>
            </w:r>
          </w:p>
        </w:tc>
      </w:tr>
      <w:tr>
        <w:tc>
          <w:tcPr>
            <w:tcW w:type="dxa" w:w="1080"/>
          </w:tcPr>
          <w:p>
            <w:r>
              <w:t>40</w:t>
            </w:r>
          </w:p>
        </w:tc>
        <w:tc>
          <w:tcPr>
            <w:tcW w:type="dxa" w:w="1080"/>
          </w:tcPr>
          <w:p>
            <w:r>
              <w:t>流行音乐演唱I</w:t>
            </w:r>
          </w:p>
        </w:tc>
        <w:tc>
          <w:tcPr>
            <w:tcW w:type="dxa" w:w="1080"/>
          </w:tcPr>
          <w:p>
            <w:r>
              <w:t>2MU22201</w:t>
            </w:r>
          </w:p>
        </w:tc>
        <w:tc>
          <w:tcPr>
            <w:tcW w:type="dxa" w:w="1080"/>
          </w:tcPr>
          <w:p>
            <w:r>
              <w:t>1</w:t>
            </w:r>
          </w:p>
        </w:tc>
        <w:tc>
          <w:tcPr>
            <w:tcW w:type="dxa" w:w="1080"/>
          </w:tcPr>
          <w:p>
            <w:r>
              <w:t>专业限选课</w:t>
            </w:r>
          </w:p>
        </w:tc>
        <w:tc>
          <w:tcPr>
            <w:tcW w:type="dxa" w:w="1080"/>
          </w:tcPr>
          <w:p>
            <w:r>
              <w:t>音乐学院</w:t>
            </w:r>
          </w:p>
        </w:tc>
        <w:tc>
          <w:tcPr>
            <w:tcW w:type="dxa" w:w="1080"/>
          </w:tcPr>
          <w:p>
            <w:r>
              <w:t>2024-2025</w:t>
            </w:r>
          </w:p>
        </w:tc>
        <w:tc>
          <w:tcPr>
            <w:tcW w:type="dxa" w:w="1080"/>
          </w:tcPr>
          <w:p>
            <w:r>
              <w:t>1</w:t>
            </w:r>
          </w:p>
        </w:tc>
      </w:tr>
      <w:tr>
        <w:tc>
          <w:tcPr>
            <w:tcW w:type="dxa" w:w="1080"/>
          </w:tcPr>
          <w:p>
            <w:r>
              <w:t>41</w:t>
            </w:r>
          </w:p>
        </w:tc>
        <w:tc>
          <w:tcPr>
            <w:tcW w:type="dxa" w:w="1080"/>
          </w:tcPr>
          <w:p>
            <w:r>
              <w:t>流行乐器演奏I</w:t>
            </w:r>
          </w:p>
        </w:tc>
        <w:tc>
          <w:tcPr>
            <w:tcW w:type="dxa" w:w="1080"/>
          </w:tcPr>
          <w:p>
            <w:r>
              <w:t>2MU22207</w:t>
            </w:r>
          </w:p>
        </w:tc>
        <w:tc>
          <w:tcPr>
            <w:tcW w:type="dxa" w:w="1080"/>
          </w:tcPr>
          <w:p>
            <w:r>
              <w:t>1</w:t>
            </w:r>
          </w:p>
        </w:tc>
        <w:tc>
          <w:tcPr>
            <w:tcW w:type="dxa" w:w="1080"/>
          </w:tcPr>
          <w:p>
            <w:r>
              <w:t>专业限选课</w:t>
            </w:r>
          </w:p>
        </w:tc>
        <w:tc>
          <w:tcPr>
            <w:tcW w:type="dxa" w:w="1080"/>
          </w:tcPr>
          <w:p>
            <w:r>
              <w:t>音乐学院</w:t>
            </w:r>
          </w:p>
        </w:tc>
        <w:tc>
          <w:tcPr>
            <w:tcW w:type="dxa" w:w="1080"/>
          </w:tcPr>
          <w:p>
            <w:r>
              <w:t>2024-2025</w:t>
            </w:r>
          </w:p>
        </w:tc>
        <w:tc>
          <w:tcPr>
            <w:tcW w:type="dxa" w:w="1080"/>
          </w:tcPr>
          <w:p>
            <w:r>
              <w:t>1</w:t>
            </w:r>
          </w:p>
        </w:tc>
      </w:tr>
      <w:tr>
        <w:tc>
          <w:tcPr>
            <w:tcW w:type="dxa" w:w="1080"/>
          </w:tcPr>
          <w:p>
            <w:r>
              <w:t>42</w:t>
            </w:r>
          </w:p>
        </w:tc>
        <w:tc>
          <w:tcPr>
            <w:tcW w:type="dxa" w:w="1080"/>
          </w:tcPr>
          <w:p>
            <w:r>
              <w:t>流行音乐创编III</w:t>
            </w:r>
          </w:p>
        </w:tc>
        <w:tc>
          <w:tcPr>
            <w:tcW w:type="dxa" w:w="1080"/>
          </w:tcPr>
          <w:p>
            <w:r>
              <w:t>2MU22213</w:t>
            </w:r>
          </w:p>
        </w:tc>
        <w:tc>
          <w:tcPr>
            <w:tcW w:type="dxa" w:w="1080"/>
          </w:tcPr>
          <w:p>
            <w:r>
              <w:t>1</w:t>
            </w:r>
          </w:p>
        </w:tc>
        <w:tc>
          <w:tcPr>
            <w:tcW w:type="dxa" w:w="1080"/>
          </w:tcPr>
          <w:p>
            <w:r>
              <w:t>专业限选课</w:t>
            </w:r>
          </w:p>
        </w:tc>
        <w:tc>
          <w:tcPr>
            <w:tcW w:type="dxa" w:w="1080"/>
          </w:tcPr>
          <w:p>
            <w:r>
              <w:t>音乐学院</w:t>
            </w:r>
          </w:p>
        </w:tc>
        <w:tc>
          <w:tcPr>
            <w:tcW w:type="dxa" w:w="1080"/>
          </w:tcPr>
          <w:p>
            <w:r>
              <w:t>2024-2025</w:t>
            </w:r>
          </w:p>
        </w:tc>
        <w:tc>
          <w:tcPr>
            <w:tcW w:type="dxa" w:w="1080"/>
          </w:tcPr>
          <w:p>
            <w:r>
              <w:t>1</w:t>
            </w:r>
          </w:p>
        </w:tc>
      </w:tr>
      <w:tr>
        <w:tc>
          <w:tcPr>
            <w:tcW w:type="dxa" w:w="1080"/>
          </w:tcPr>
          <w:p>
            <w:r>
              <w:t>43</w:t>
            </w:r>
          </w:p>
        </w:tc>
        <w:tc>
          <w:tcPr>
            <w:tcW w:type="dxa" w:w="1080"/>
          </w:tcPr>
          <w:p>
            <w:r>
              <w:t>马克思主义基本原理</w:t>
            </w:r>
          </w:p>
        </w:tc>
        <w:tc>
          <w:tcPr>
            <w:tcW w:type="dxa" w:w="1080"/>
          </w:tcPr>
          <w:p>
            <w:r>
              <w:t>2MX11003</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44</w:t>
            </w:r>
          </w:p>
        </w:tc>
        <w:tc>
          <w:tcPr>
            <w:tcW w:type="dxa" w:w="1080"/>
          </w:tcPr>
          <w:p>
            <w:r>
              <w:t>国家安全教育</w:t>
            </w:r>
          </w:p>
        </w:tc>
        <w:tc>
          <w:tcPr>
            <w:tcW w:type="dxa" w:w="1080"/>
          </w:tcPr>
          <w:p>
            <w:r>
              <w:t>2MX11012</w:t>
            </w:r>
          </w:p>
        </w:tc>
        <w:tc>
          <w:tcPr>
            <w:tcW w:type="dxa" w:w="1080"/>
          </w:tcPr>
          <w:p>
            <w:r>
              <w:t>1</w:t>
            </w:r>
          </w:p>
        </w:tc>
        <w:tc>
          <w:tcPr>
            <w:tcW w:type="dxa" w:w="1080"/>
          </w:tcPr>
          <w:p>
            <w:r>
              <w:t>通识必修课</w:t>
            </w:r>
          </w:p>
        </w:tc>
        <w:tc>
          <w:tcPr>
            <w:tcW w:type="dxa" w:w="1080"/>
          </w:tcPr>
          <w:p>
            <w:r>
              <w:t>马克思主义学院</w:t>
            </w:r>
          </w:p>
        </w:tc>
        <w:tc>
          <w:tcPr>
            <w:tcW w:type="dxa" w:w="1080"/>
          </w:tcPr>
          <w:p>
            <w:r>
              <w:t>2024-2025</w:t>
            </w:r>
          </w:p>
        </w:tc>
        <w:tc>
          <w:tcPr>
            <w:tcW w:type="dxa" w:w="1080"/>
          </w:tcPr>
          <w:p>
            <w:r>
              <w:t>1</w:t>
            </w:r>
          </w:p>
        </w:tc>
      </w:tr>
      <w:tr>
        <w:tc>
          <w:tcPr>
            <w:tcW w:type="dxa" w:w="1080"/>
          </w:tcPr>
          <w:p>
            <w:r>
              <w:t>45</w:t>
            </w:r>
          </w:p>
        </w:tc>
        <w:tc>
          <w:tcPr>
            <w:tcW w:type="dxa" w:w="1080"/>
          </w:tcPr>
          <w:p>
            <w:r>
              <w:t>体育(三)</w:t>
            </w:r>
          </w:p>
        </w:tc>
        <w:tc>
          <w:tcPr>
            <w:tcW w:type="dxa" w:w="1080"/>
          </w:tcPr>
          <w:p>
            <w:r>
              <w:t>2SP11003</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1</w:t>
            </w:r>
          </w:p>
        </w:tc>
      </w:tr>
      <w:tr>
        <w:tc>
          <w:tcPr>
            <w:tcW w:type="dxa" w:w="1080"/>
          </w:tcPr>
          <w:p>
            <w:r>
              <w:t>46</w:t>
            </w:r>
          </w:p>
        </w:tc>
        <w:tc>
          <w:tcPr>
            <w:tcW w:type="dxa" w:w="1080"/>
          </w:tcPr>
          <w:p>
            <w:r>
              <w:t>视唱练耳III</w:t>
            </w:r>
          </w:p>
        </w:tc>
        <w:tc>
          <w:tcPr>
            <w:tcW w:type="dxa" w:w="1080"/>
          </w:tcPr>
          <w:p>
            <w:r>
              <w:t>2MU21204</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47</w:t>
            </w:r>
          </w:p>
        </w:tc>
        <w:tc>
          <w:tcPr>
            <w:tcW w:type="dxa" w:w="1080"/>
          </w:tcPr>
          <w:p>
            <w:r>
              <w:t>流行音乐曲式分析</w:t>
            </w:r>
          </w:p>
        </w:tc>
        <w:tc>
          <w:tcPr>
            <w:tcW w:type="dxa" w:w="1080"/>
          </w:tcPr>
          <w:p>
            <w:r>
              <w:t>2MU21207</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48</w:t>
            </w:r>
          </w:p>
        </w:tc>
        <w:tc>
          <w:tcPr>
            <w:tcW w:type="dxa" w:w="1080"/>
          </w:tcPr>
          <w:p>
            <w:r>
              <w:t>西方流行音乐史与名作赏析II</w:t>
            </w:r>
          </w:p>
        </w:tc>
        <w:tc>
          <w:tcPr>
            <w:tcW w:type="dxa" w:w="1080"/>
          </w:tcPr>
          <w:p>
            <w:r>
              <w:t>2MU21212</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49</w:t>
            </w:r>
          </w:p>
        </w:tc>
        <w:tc>
          <w:tcPr>
            <w:tcW w:type="dxa" w:w="1080"/>
          </w:tcPr>
          <w:p>
            <w:r>
              <w:t>江南音乐文化</w:t>
            </w:r>
          </w:p>
        </w:tc>
        <w:tc>
          <w:tcPr>
            <w:tcW w:type="dxa" w:w="1080"/>
          </w:tcPr>
          <w:p>
            <w:r>
              <w:t>2MU21213</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50</w:t>
            </w:r>
          </w:p>
        </w:tc>
        <w:tc>
          <w:tcPr>
            <w:tcW w:type="dxa" w:w="1080"/>
          </w:tcPr>
          <w:p>
            <w:r>
              <w:t>合唱与指挥II</w:t>
            </w:r>
          </w:p>
        </w:tc>
        <w:tc>
          <w:tcPr>
            <w:tcW w:type="dxa" w:w="1080"/>
          </w:tcPr>
          <w:p>
            <w:r>
              <w:t>2MU21228</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51</w:t>
            </w:r>
          </w:p>
        </w:tc>
        <w:tc>
          <w:tcPr>
            <w:tcW w:type="dxa" w:w="1080"/>
          </w:tcPr>
          <w:p>
            <w:r>
              <w:t>流行键盘演奏II</w:t>
            </w:r>
          </w:p>
        </w:tc>
        <w:tc>
          <w:tcPr>
            <w:tcW w:type="dxa" w:w="1080"/>
          </w:tcPr>
          <w:p>
            <w:r>
              <w:t>2MU21230</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52</w:t>
            </w:r>
          </w:p>
        </w:tc>
        <w:tc>
          <w:tcPr>
            <w:tcW w:type="dxa" w:w="1080"/>
          </w:tcPr>
          <w:p>
            <w:r>
              <w:t>MIDI技术与应用II</w:t>
            </w:r>
          </w:p>
        </w:tc>
        <w:tc>
          <w:tcPr>
            <w:tcW w:type="dxa" w:w="1080"/>
          </w:tcPr>
          <w:p>
            <w:r>
              <w:t>2MU21235</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53</w:t>
            </w:r>
          </w:p>
        </w:tc>
        <w:tc>
          <w:tcPr>
            <w:tcW w:type="dxa" w:w="1080"/>
          </w:tcPr>
          <w:p>
            <w:r>
              <w:t>艺术实践(二)</w:t>
            </w:r>
          </w:p>
        </w:tc>
        <w:tc>
          <w:tcPr>
            <w:tcW w:type="dxa" w:w="1080"/>
          </w:tcPr>
          <w:p>
            <w:r>
              <w:t>2MU21240</w:t>
            </w:r>
          </w:p>
        </w:tc>
        <w:tc>
          <w:tcPr>
            <w:tcW w:type="dxa" w:w="1080"/>
          </w:tcPr>
          <w:p>
            <w:r>
              <w:t>2</w:t>
            </w:r>
          </w:p>
        </w:tc>
        <w:tc>
          <w:tcPr>
            <w:tcW w:type="dxa" w:w="1080"/>
          </w:tcPr>
          <w:p>
            <w:r>
              <w:t>专业必修课</w:t>
            </w:r>
          </w:p>
        </w:tc>
        <w:tc>
          <w:tcPr>
            <w:tcW w:type="dxa" w:w="1080"/>
          </w:tcPr>
          <w:p>
            <w:r>
              <w:t>音乐学院</w:t>
            </w:r>
          </w:p>
        </w:tc>
        <w:tc>
          <w:tcPr>
            <w:tcW w:type="dxa" w:w="1080"/>
          </w:tcPr>
          <w:p>
            <w:r>
              <w:t>2024-2025</w:t>
            </w:r>
          </w:p>
        </w:tc>
        <w:tc>
          <w:tcPr>
            <w:tcW w:type="dxa" w:w="1080"/>
          </w:tcPr>
          <w:p>
            <w:r>
              <w:t>2</w:t>
            </w:r>
          </w:p>
        </w:tc>
      </w:tr>
      <w:tr>
        <w:tc>
          <w:tcPr>
            <w:tcW w:type="dxa" w:w="1080"/>
          </w:tcPr>
          <w:p>
            <w:r>
              <w:t>54</w:t>
            </w:r>
          </w:p>
        </w:tc>
        <w:tc>
          <w:tcPr>
            <w:tcW w:type="dxa" w:w="1080"/>
          </w:tcPr>
          <w:p>
            <w:r>
              <w:t>流行音乐演唱II</w:t>
            </w:r>
          </w:p>
        </w:tc>
        <w:tc>
          <w:tcPr>
            <w:tcW w:type="dxa" w:w="1080"/>
          </w:tcPr>
          <w:p>
            <w:r>
              <w:t>2MU22202</w:t>
            </w:r>
          </w:p>
        </w:tc>
        <w:tc>
          <w:tcPr>
            <w:tcW w:type="dxa" w:w="1080"/>
          </w:tcPr>
          <w:p>
            <w:r>
              <w:t>1</w:t>
            </w:r>
          </w:p>
        </w:tc>
        <w:tc>
          <w:tcPr>
            <w:tcW w:type="dxa" w:w="1080"/>
          </w:tcPr>
          <w:p>
            <w:r>
              <w:t>专业限选课</w:t>
            </w:r>
          </w:p>
        </w:tc>
        <w:tc>
          <w:tcPr>
            <w:tcW w:type="dxa" w:w="1080"/>
          </w:tcPr>
          <w:p>
            <w:r>
              <w:t>音乐学院</w:t>
            </w:r>
          </w:p>
        </w:tc>
        <w:tc>
          <w:tcPr>
            <w:tcW w:type="dxa" w:w="1080"/>
          </w:tcPr>
          <w:p>
            <w:r>
              <w:t>2024-2025</w:t>
            </w:r>
          </w:p>
        </w:tc>
        <w:tc>
          <w:tcPr>
            <w:tcW w:type="dxa" w:w="1080"/>
          </w:tcPr>
          <w:p>
            <w:r>
              <w:t>2</w:t>
            </w:r>
          </w:p>
        </w:tc>
      </w:tr>
      <w:tr>
        <w:tc>
          <w:tcPr>
            <w:tcW w:type="dxa" w:w="1080"/>
          </w:tcPr>
          <w:p>
            <w:r>
              <w:t>55</w:t>
            </w:r>
          </w:p>
        </w:tc>
        <w:tc>
          <w:tcPr>
            <w:tcW w:type="dxa" w:w="1080"/>
          </w:tcPr>
          <w:p>
            <w:r>
              <w:t>流行乐器演奏II</w:t>
            </w:r>
          </w:p>
        </w:tc>
        <w:tc>
          <w:tcPr>
            <w:tcW w:type="dxa" w:w="1080"/>
          </w:tcPr>
          <w:p>
            <w:r>
              <w:t>2MU22208</w:t>
            </w:r>
          </w:p>
        </w:tc>
        <w:tc>
          <w:tcPr>
            <w:tcW w:type="dxa" w:w="1080"/>
          </w:tcPr>
          <w:p>
            <w:r>
              <w:t>1</w:t>
            </w:r>
          </w:p>
        </w:tc>
        <w:tc>
          <w:tcPr>
            <w:tcW w:type="dxa" w:w="1080"/>
          </w:tcPr>
          <w:p>
            <w:r>
              <w:t>专业限选课</w:t>
            </w:r>
          </w:p>
        </w:tc>
        <w:tc>
          <w:tcPr>
            <w:tcW w:type="dxa" w:w="1080"/>
          </w:tcPr>
          <w:p>
            <w:r>
              <w:t>音乐学院</w:t>
            </w:r>
          </w:p>
        </w:tc>
        <w:tc>
          <w:tcPr>
            <w:tcW w:type="dxa" w:w="1080"/>
          </w:tcPr>
          <w:p>
            <w:r>
              <w:t>2024-2025</w:t>
            </w:r>
          </w:p>
        </w:tc>
        <w:tc>
          <w:tcPr>
            <w:tcW w:type="dxa" w:w="1080"/>
          </w:tcPr>
          <w:p>
            <w:r>
              <w:t>2</w:t>
            </w:r>
          </w:p>
        </w:tc>
      </w:tr>
      <w:tr>
        <w:tc>
          <w:tcPr>
            <w:tcW w:type="dxa" w:w="1080"/>
          </w:tcPr>
          <w:p>
            <w:r>
              <w:t>56</w:t>
            </w:r>
          </w:p>
        </w:tc>
        <w:tc>
          <w:tcPr>
            <w:tcW w:type="dxa" w:w="1080"/>
          </w:tcPr>
          <w:p>
            <w:r>
              <w:t>流行音乐创编IV</w:t>
            </w:r>
          </w:p>
        </w:tc>
        <w:tc>
          <w:tcPr>
            <w:tcW w:type="dxa" w:w="1080"/>
          </w:tcPr>
          <w:p>
            <w:r>
              <w:t>2MU22214</w:t>
            </w:r>
          </w:p>
        </w:tc>
        <w:tc>
          <w:tcPr>
            <w:tcW w:type="dxa" w:w="1080"/>
          </w:tcPr>
          <w:p>
            <w:r>
              <w:t>1</w:t>
            </w:r>
          </w:p>
        </w:tc>
        <w:tc>
          <w:tcPr>
            <w:tcW w:type="dxa" w:w="1080"/>
          </w:tcPr>
          <w:p>
            <w:r>
              <w:t>专业限选课</w:t>
            </w:r>
          </w:p>
        </w:tc>
        <w:tc>
          <w:tcPr>
            <w:tcW w:type="dxa" w:w="1080"/>
          </w:tcPr>
          <w:p>
            <w:r>
              <w:t>音乐学院</w:t>
            </w:r>
          </w:p>
        </w:tc>
        <w:tc>
          <w:tcPr>
            <w:tcW w:type="dxa" w:w="1080"/>
          </w:tcPr>
          <w:p>
            <w:r>
              <w:t>2024-2025</w:t>
            </w:r>
          </w:p>
        </w:tc>
        <w:tc>
          <w:tcPr>
            <w:tcW w:type="dxa" w:w="1080"/>
          </w:tcPr>
          <w:p>
            <w:r>
              <w:t>2</w:t>
            </w:r>
          </w:p>
        </w:tc>
      </w:tr>
      <w:tr>
        <w:tc>
          <w:tcPr>
            <w:tcW w:type="dxa" w:w="1080"/>
          </w:tcPr>
          <w:p>
            <w:r>
              <w:t>57</w:t>
            </w:r>
          </w:p>
        </w:tc>
        <w:tc>
          <w:tcPr>
            <w:tcW w:type="dxa" w:w="1080"/>
          </w:tcPr>
          <w:p>
            <w:r>
              <w:t>毛泽东思想和中国特色社会主义理论体系概论</w:t>
            </w:r>
          </w:p>
        </w:tc>
        <w:tc>
          <w:tcPr>
            <w:tcW w:type="dxa" w:w="1080"/>
          </w:tcPr>
          <w:p>
            <w:r>
              <w:t>2MX11004</w:t>
            </w:r>
          </w:p>
        </w:tc>
        <w:tc>
          <w:tcPr>
            <w:tcW w:type="dxa" w:w="1080"/>
          </w:tcPr>
          <w:p>
            <w:r>
              <w:t>3</w:t>
            </w:r>
          </w:p>
        </w:tc>
        <w:tc>
          <w:tcPr>
            <w:tcW w:type="dxa" w:w="1080"/>
          </w:tcPr>
          <w:p>
            <w:r>
              <w:t>通识必修课</w:t>
            </w:r>
          </w:p>
        </w:tc>
        <w:tc>
          <w:tcPr>
            <w:tcW w:type="dxa" w:w="1080"/>
          </w:tcPr>
          <w:p>
            <w:r>
              <w:t>马克思主义学院</w:t>
            </w:r>
          </w:p>
        </w:tc>
        <w:tc>
          <w:tcPr>
            <w:tcW w:type="dxa" w:w="1080"/>
          </w:tcPr>
          <w:p>
            <w:r>
              <w:t>2024-2025</w:t>
            </w:r>
          </w:p>
        </w:tc>
        <w:tc>
          <w:tcPr>
            <w:tcW w:type="dxa" w:w="1080"/>
          </w:tcPr>
          <w:p>
            <w:r>
              <w:t>2</w:t>
            </w:r>
          </w:p>
        </w:tc>
      </w:tr>
      <w:tr>
        <w:tc>
          <w:tcPr>
            <w:tcW w:type="dxa" w:w="1080"/>
          </w:tcPr>
          <w:p>
            <w:r>
              <w:t>58</w:t>
            </w:r>
          </w:p>
        </w:tc>
        <w:tc>
          <w:tcPr>
            <w:tcW w:type="dxa" w:w="1080"/>
          </w:tcPr>
          <w:p>
            <w:r>
              <w:t>体育(四)</w:t>
            </w:r>
          </w:p>
        </w:tc>
        <w:tc>
          <w:tcPr>
            <w:tcW w:type="dxa" w:w="1080"/>
          </w:tcPr>
          <w:p>
            <w:r>
              <w:t>2SP11004</w:t>
            </w:r>
          </w:p>
        </w:tc>
        <w:tc>
          <w:tcPr>
            <w:tcW w:type="dxa" w:w="1080"/>
          </w:tcPr>
          <w:p>
            <w:r>
              <w:t>1</w:t>
            </w:r>
          </w:p>
        </w:tc>
        <w:tc>
          <w:tcPr>
            <w:tcW w:type="dxa" w:w="1080"/>
          </w:tcPr>
          <w:p>
            <w:r>
              <w:t>通识必修课</w:t>
            </w:r>
          </w:p>
        </w:tc>
        <w:tc>
          <w:tcPr>
            <w:tcW w:type="dxa" w:w="1080"/>
          </w:tcPr>
          <w:p>
            <w:r>
              <w:t>体育部</w:t>
            </w:r>
          </w:p>
        </w:tc>
        <w:tc>
          <w:tcPr>
            <w:tcW w:type="dxa" w:w="1080"/>
          </w:tcPr>
          <w:p>
            <w:r>
              <w:t>2024-2025</w:t>
            </w:r>
          </w:p>
        </w:tc>
        <w:tc>
          <w:tcPr>
            <w:tcW w:type="dxa" w:w="1080"/>
          </w:tcPr>
          <w:p>
            <w:r>
              <w:t>2</w:t>
            </w:r>
          </w:p>
        </w:tc>
      </w:tr>
      <w:tr>
        <w:tc>
          <w:tcPr>
            <w:tcW w:type="dxa" w:w="1080"/>
          </w:tcPr>
          <w:p>
            <w:r>
              <w:t>59</w:t>
            </w:r>
          </w:p>
        </w:tc>
        <w:tc>
          <w:tcPr>
            <w:tcW w:type="dxa" w:w="1080"/>
          </w:tcPr>
          <w:p>
            <w:r>
              <w:t>复调音乐写作</w:t>
            </w:r>
          </w:p>
        </w:tc>
        <w:tc>
          <w:tcPr>
            <w:tcW w:type="dxa" w:w="1080"/>
          </w:tcPr>
          <w:p>
            <w:r>
              <w:t>2MU21208</w:t>
            </w:r>
          </w:p>
        </w:tc>
        <w:tc>
          <w:tcPr>
            <w:tcW w:type="dxa" w:w="1080"/>
          </w:tcPr>
          <w:p>
            <w:r>
              <w:t>2</w:t>
            </w:r>
          </w:p>
        </w:tc>
        <w:tc>
          <w:tcPr>
            <w:tcW w:type="dxa" w:w="1080"/>
          </w:tcPr>
          <w:p>
            <w:r>
              <w:t>专业必修课</w:t>
            </w:r>
          </w:p>
        </w:tc>
        <w:tc>
          <w:tcPr>
            <w:tcW w:type="dxa" w:w="1080"/>
          </w:tcPr>
          <w:p>
            <w:r>
              <w:t>音乐学院</w:t>
            </w:r>
          </w:p>
        </w:tc>
        <w:tc>
          <w:tcPr>
            <w:tcW w:type="dxa" w:w="1080"/>
          </w:tcPr>
          <w:p>
            <w:r>
              <w:t>2025-2026</w:t>
            </w:r>
          </w:p>
        </w:tc>
        <w:tc>
          <w:tcPr>
            <w:tcW w:type="dxa" w:w="1080"/>
          </w:tcPr>
          <w:p>
            <w:r>
              <w:t>1</w:t>
            </w:r>
          </w:p>
        </w:tc>
      </w:tr>
      <w:tr>
        <w:tc>
          <w:tcPr>
            <w:tcW w:type="dxa" w:w="1080"/>
          </w:tcPr>
          <w:p>
            <w:r>
              <w:t>60</w:t>
            </w:r>
          </w:p>
        </w:tc>
        <w:tc>
          <w:tcPr>
            <w:tcW w:type="dxa" w:w="1080"/>
          </w:tcPr>
          <w:p>
            <w:r>
              <w:t>中国流行音乐史与名作赏析I</w:t>
            </w:r>
          </w:p>
        </w:tc>
        <w:tc>
          <w:tcPr>
            <w:tcW w:type="dxa" w:w="1080"/>
          </w:tcPr>
          <w:p>
            <w:r>
              <w:t>2MU21214</w:t>
            </w:r>
          </w:p>
        </w:tc>
        <w:tc>
          <w:tcPr>
            <w:tcW w:type="dxa" w:w="1080"/>
          </w:tcPr>
          <w:p>
            <w:r>
              <w:t>2</w:t>
            </w:r>
          </w:p>
        </w:tc>
        <w:tc>
          <w:tcPr>
            <w:tcW w:type="dxa" w:w="1080"/>
          </w:tcPr>
          <w:p>
            <w:r>
              <w:t>专业必修课</w:t>
            </w:r>
          </w:p>
        </w:tc>
        <w:tc>
          <w:tcPr>
            <w:tcW w:type="dxa" w:w="1080"/>
          </w:tcPr>
          <w:p>
            <w:r>
              <w:t>音乐学院</w:t>
            </w:r>
          </w:p>
        </w:tc>
        <w:tc>
          <w:tcPr>
            <w:tcW w:type="dxa" w:w="1080"/>
          </w:tcPr>
          <w:p>
            <w:r>
              <w:t>2025-2026</w:t>
            </w:r>
          </w:p>
        </w:tc>
        <w:tc>
          <w:tcPr>
            <w:tcW w:type="dxa" w:w="1080"/>
          </w:tcPr>
          <w:p>
            <w:r>
              <w:t>1</w:t>
            </w:r>
          </w:p>
        </w:tc>
      </w:tr>
      <w:tr>
        <w:tc>
          <w:tcPr>
            <w:tcW w:type="dxa" w:w="1080"/>
          </w:tcPr>
          <w:p>
            <w:r>
              <w:t>61</w:t>
            </w:r>
          </w:p>
        </w:tc>
        <w:tc>
          <w:tcPr>
            <w:tcW w:type="dxa" w:w="1080"/>
          </w:tcPr>
          <w:p>
            <w:r>
              <w:t>流行键盘弹唱I</w:t>
            </w:r>
          </w:p>
        </w:tc>
        <w:tc>
          <w:tcPr>
            <w:tcW w:type="dxa" w:w="1080"/>
          </w:tcPr>
          <w:p>
            <w:r>
              <w:t>2MU21232</w:t>
            </w:r>
          </w:p>
        </w:tc>
        <w:tc>
          <w:tcPr>
            <w:tcW w:type="dxa" w:w="1080"/>
          </w:tcPr>
          <w:p>
            <w:r>
              <w:t>2</w:t>
            </w:r>
          </w:p>
        </w:tc>
        <w:tc>
          <w:tcPr>
            <w:tcW w:type="dxa" w:w="1080"/>
          </w:tcPr>
          <w:p>
            <w:r>
              <w:t>专业必修课</w:t>
            </w:r>
          </w:p>
        </w:tc>
        <w:tc>
          <w:tcPr>
            <w:tcW w:type="dxa" w:w="1080"/>
          </w:tcPr>
          <w:p>
            <w:r>
              <w:t>音乐学院</w:t>
            </w:r>
          </w:p>
        </w:tc>
        <w:tc>
          <w:tcPr>
            <w:tcW w:type="dxa" w:w="1080"/>
          </w:tcPr>
          <w:p>
            <w:r>
              <w:t>2025-2026</w:t>
            </w:r>
          </w:p>
        </w:tc>
        <w:tc>
          <w:tcPr>
            <w:tcW w:type="dxa" w:w="1080"/>
          </w:tcPr>
          <w:p>
            <w:r>
              <w:t>1</w:t>
            </w:r>
          </w:p>
        </w:tc>
      </w:tr>
      <w:tr>
        <w:tc>
          <w:tcPr>
            <w:tcW w:type="dxa" w:w="1080"/>
          </w:tcPr>
          <w:p>
            <w:r>
              <w:t>62</w:t>
            </w:r>
          </w:p>
        </w:tc>
        <w:tc>
          <w:tcPr>
            <w:tcW w:type="dxa" w:w="1080"/>
          </w:tcPr>
          <w:p>
            <w:r>
              <w:t>艺术实践(三)</w:t>
            </w:r>
          </w:p>
        </w:tc>
        <w:tc>
          <w:tcPr>
            <w:tcW w:type="dxa" w:w="1080"/>
          </w:tcPr>
          <w:p>
            <w:r>
              <w:t>2MU21241</w:t>
            </w:r>
          </w:p>
        </w:tc>
        <w:tc>
          <w:tcPr>
            <w:tcW w:type="dxa" w:w="1080"/>
          </w:tcPr>
          <w:p>
            <w:r>
              <w:t>2</w:t>
            </w:r>
          </w:p>
        </w:tc>
        <w:tc>
          <w:tcPr>
            <w:tcW w:type="dxa" w:w="1080"/>
          </w:tcPr>
          <w:p>
            <w:r>
              <w:t>专业必修课</w:t>
            </w:r>
          </w:p>
        </w:tc>
        <w:tc>
          <w:tcPr>
            <w:tcW w:type="dxa" w:w="1080"/>
          </w:tcPr>
          <w:p>
            <w:r>
              <w:t>音乐学院</w:t>
            </w:r>
          </w:p>
        </w:tc>
        <w:tc>
          <w:tcPr>
            <w:tcW w:type="dxa" w:w="1080"/>
          </w:tcPr>
          <w:p>
            <w:r>
              <w:t>2025-2026</w:t>
            </w:r>
          </w:p>
        </w:tc>
        <w:tc>
          <w:tcPr>
            <w:tcW w:type="dxa" w:w="1080"/>
          </w:tcPr>
          <w:p>
            <w:r>
              <w:t>1</w:t>
            </w:r>
          </w:p>
        </w:tc>
      </w:tr>
      <w:tr>
        <w:tc>
          <w:tcPr>
            <w:tcW w:type="dxa" w:w="1080"/>
          </w:tcPr>
          <w:p>
            <w:r>
              <w:t>63</w:t>
            </w:r>
          </w:p>
        </w:tc>
        <w:tc>
          <w:tcPr>
            <w:tcW w:type="dxa" w:w="1080"/>
          </w:tcPr>
          <w:p>
            <w:r>
              <w:t>流行音乐演唱III</w:t>
            </w:r>
          </w:p>
        </w:tc>
        <w:tc>
          <w:tcPr>
            <w:tcW w:type="dxa" w:w="1080"/>
          </w:tcPr>
          <w:p>
            <w:r>
              <w:t>2MU22203</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1</w:t>
            </w:r>
          </w:p>
        </w:tc>
      </w:tr>
      <w:tr>
        <w:tc>
          <w:tcPr>
            <w:tcW w:type="dxa" w:w="1080"/>
          </w:tcPr>
          <w:p>
            <w:r>
              <w:t>64</w:t>
            </w:r>
          </w:p>
        </w:tc>
        <w:tc>
          <w:tcPr>
            <w:tcW w:type="dxa" w:w="1080"/>
          </w:tcPr>
          <w:p>
            <w:r>
              <w:t>流行乐器演奏III</w:t>
            </w:r>
          </w:p>
        </w:tc>
        <w:tc>
          <w:tcPr>
            <w:tcW w:type="dxa" w:w="1080"/>
          </w:tcPr>
          <w:p>
            <w:r>
              <w:t>2MU22209</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1</w:t>
            </w:r>
          </w:p>
        </w:tc>
      </w:tr>
      <w:tr>
        <w:tc>
          <w:tcPr>
            <w:tcW w:type="dxa" w:w="1080"/>
          </w:tcPr>
          <w:p>
            <w:r>
              <w:t>65</w:t>
            </w:r>
          </w:p>
        </w:tc>
        <w:tc>
          <w:tcPr>
            <w:tcW w:type="dxa" w:w="1080"/>
          </w:tcPr>
          <w:p>
            <w:r>
              <w:t>流行音乐创编V</w:t>
            </w:r>
          </w:p>
        </w:tc>
        <w:tc>
          <w:tcPr>
            <w:tcW w:type="dxa" w:w="1080"/>
          </w:tcPr>
          <w:p>
            <w:r>
              <w:t>2MU22215</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1</w:t>
            </w:r>
          </w:p>
        </w:tc>
      </w:tr>
      <w:tr>
        <w:tc>
          <w:tcPr>
            <w:tcW w:type="dxa" w:w="1080"/>
          </w:tcPr>
          <w:p>
            <w:r>
              <w:t>66</w:t>
            </w:r>
          </w:p>
        </w:tc>
        <w:tc>
          <w:tcPr>
            <w:tcW w:type="dxa" w:w="1080"/>
          </w:tcPr>
          <w:p>
            <w:r>
              <w:t>习近平新时代中国特色社会主义思想概论</w:t>
            </w:r>
          </w:p>
        </w:tc>
        <w:tc>
          <w:tcPr>
            <w:tcW w:type="dxa" w:w="1080"/>
          </w:tcPr>
          <w:p>
            <w:r>
              <w:t>2MX11005</w:t>
            </w:r>
          </w:p>
        </w:tc>
        <w:tc>
          <w:tcPr>
            <w:tcW w:type="dxa" w:w="1080"/>
          </w:tcPr>
          <w:p>
            <w:r>
              <w:t>3</w:t>
            </w:r>
          </w:p>
        </w:tc>
        <w:tc>
          <w:tcPr>
            <w:tcW w:type="dxa" w:w="1080"/>
          </w:tcPr>
          <w:p>
            <w:r>
              <w:t>通识必修课</w:t>
            </w:r>
          </w:p>
        </w:tc>
        <w:tc>
          <w:tcPr>
            <w:tcW w:type="dxa" w:w="1080"/>
          </w:tcPr>
          <w:p>
            <w:r>
              <w:t>马克思主义学院</w:t>
            </w:r>
          </w:p>
        </w:tc>
        <w:tc>
          <w:tcPr>
            <w:tcW w:type="dxa" w:w="1080"/>
          </w:tcPr>
          <w:p>
            <w:r>
              <w:t>2025-2026</w:t>
            </w:r>
          </w:p>
        </w:tc>
        <w:tc>
          <w:tcPr>
            <w:tcW w:type="dxa" w:w="1080"/>
          </w:tcPr>
          <w:p>
            <w:r>
              <w:t>1</w:t>
            </w:r>
          </w:p>
        </w:tc>
      </w:tr>
      <w:tr>
        <w:tc>
          <w:tcPr>
            <w:tcW w:type="dxa" w:w="1080"/>
          </w:tcPr>
          <w:p>
            <w:r>
              <w:t>67</w:t>
            </w:r>
          </w:p>
        </w:tc>
        <w:tc>
          <w:tcPr>
            <w:tcW w:type="dxa" w:w="1080"/>
          </w:tcPr>
          <w:p>
            <w:r>
              <w:t>就业指导</w:t>
            </w:r>
          </w:p>
        </w:tc>
        <w:tc>
          <w:tcPr>
            <w:tcW w:type="dxa" w:w="1080"/>
          </w:tcPr>
          <w:p>
            <w:r>
              <w:t>2SA11002</w:t>
            </w:r>
          </w:p>
        </w:tc>
        <w:tc>
          <w:tcPr>
            <w:tcW w:type="dxa" w:w="1080"/>
          </w:tcPr>
          <w:p>
            <w:r>
              <w:t>0.5</w:t>
            </w:r>
          </w:p>
        </w:tc>
        <w:tc>
          <w:tcPr>
            <w:tcW w:type="dxa" w:w="1080"/>
          </w:tcPr>
          <w:p>
            <w:r>
              <w:t>通识必修课</w:t>
            </w:r>
          </w:p>
        </w:tc>
        <w:tc>
          <w:tcPr>
            <w:tcW w:type="dxa" w:w="1080"/>
          </w:tcPr>
          <w:p>
            <w:r>
              <w:t>学生工作处</w:t>
            </w:r>
          </w:p>
        </w:tc>
        <w:tc>
          <w:tcPr>
            <w:tcW w:type="dxa" w:w="1080"/>
          </w:tcPr>
          <w:p>
            <w:r>
              <w:t>2025-2026</w:t>
            </w:r>
          </w:p>
        </w:tc>
        <w:tc>
          <w:tcPr>
            <w:tcW w:type="dxa" w:w="1080"/>
          </w:tcPr>
          <w:p>
            <w:r>
              <w:t>1</w:t>
            </w:r>
          </w:p>
        </w:tc>
      </w:tr>
      <w:tr>
        <w:tc>
          <w:tcPr>
            <w:tcW w:type="dxa" w:w="1080"/>
          </w:tcPr>
          <w:p>
            <w:r>
              <w:t>68</w:t>
            </w:r>
          </w:p>
        </w:tc>
        <w:tc>
          <w:tcPr>
            <w:tcW w:type="dxa" w:w="1080"/>
          </w:tcPr>
          <w:p>
            <w:r>
              <w:t>中国流行音乐史与名作赏析II</w:t>
            </w:r>
          </w:p>
        </w:tc>
        <w:tc>
          <w:tcPr>
            <w:tcW w:type="dxa" w:w="1080"/>
          </w:tcPr>
          <w:p>
            <w:r>
              <w:t>2MU21215</w:t>
            </w:r>
          </w:p>
        </w:tc>
        <w:tc>
          <w:tcPr>
            <w:tcW w:type="dxa" w:w="1080"/>
          </w:tcPr>
          <w:p>
            <w:r>
              <w:t>2</w:t>
            </w:r>
          </w:p>
        </w:tc>
        <w:tc>
          <w:tcPr>
            <w:tcW w:type="dxa" w:w="1080"/>
          </w:tcPr>
          <w:p>
            <w:r>
              <w:t>专业必修课</w:t>
            </w:r>
          </w:p>
        </w:tc>
        <w:tc>
          <w:tcPr>
            <w:tcW w:type="dxa" w:w="1080"/>
          </w:tcPr>
          <w:p>
            <w:r>
              <w:t>音乐学院</w:t>
            </w:r>
          </w:p>
        </w:tc>
        <w:tc>
          <w:tcPr>
            <w:tcW w:type="dxa" w:w="1080"/>
          </w:tcPr>
          <w:p>
            <w:r>
              <w:t>2025-2026</w:t>
            </w:r>
          </w:p>
        </w:tc>
        <w:tc>
          <w:tcPr>
            <w:tcW w:type="dxa" w:w="1080"/>
          </w:tcPr>
          <w:p>
            <w:r>
              <w:t>2</w:t>
            </w:r>
          </w:p>
        </w:tc>
      </w:tr>
      <w:tr>
        <w:tc>
          <w:tcPr>
            <w:tcW w:type="dxa" w:w="1080"/>
          </w:tcPr>
          <w:p>
            <w:r>
              <w:t>69</w:t>
            </w:r>
          </w:p>
        </w:tc>
        <w:tc>
          <w:tcPr>
            <w:tcW w:type="dxa" w:w="1080"/>
          </w:tcPr>
          <w:p>
            <w:r>
              <w:t>流行键盘弹唱II</w:t>
            </w:r>
          </w:p>
        </w:tc>
        <w:tc>
          <w:tcPr>
            <w:tcW w:type="dxa" w:w="1080"/>
          </w:tcPr>
          <w:p>
            <w:r>
              <w:t>2MU21233</w:t>
            </w:r>
          </w:p>
        </w:tc>
        <w:tc>
          <w:tcPr>
            <w:tcW w:type="dxa" w:w="1080"/>
          </w:tcPr>
          <w:p>
            <w:r>
              <w:t>2</w:t>
            </w:r>
          </w:p>
        </w:tc>
        <w:tc>
          <w:tcPr>
            <w:tcW w:type="dxa" w:w="1080"/>
          </w:tcPr>
          <w:p>
            <w:r>
              <w:t>专业必修课</w:t>
            </w:r>
          </w:p>
        </w:tc>
        <w:tc>
          <w:tcPr>
            <w:tcW w:type="dxa" w:w="1080"/>
          </w:tcPr>
          <w:p>
            <w:r>
              <w:t>音乐学院</w:t>
            </w:r>
          </w:p>
        </w:tc>
        <w:tc>
          <w:tcPr>
            <w:tcW w:type="dxa" w:w="1080"/>
          </w:tcPr>
          <w:p>
            <w:r>
              <w:t>2025-2026</w:t>
            </w:r>
          </w:p>
        </w:tc>
        <w:tc>
          <w:tcPr>
            <w:tcW w:type="dxa" w:w="1080"/>
          </w:tcPr>
          <w:p>
            <w:r>
              <w:t>2</w:t>
            </w:r>
          </w:p>
        </w:tc>
      </w:tr>
      <w:tr>
        <w:tc>
          <w:tcPr>
            <w:tcW w:type="dxa" w:w="1080"/>
          </w:tcPr>
          <w:p>
            <w:r>
              <w:t>70</w:t>
            </w:r>
          </w:p>
        </w:tc>
        <w:tc>
          <w:tcPr>
            <w:tcW w:type="dxa" w:w="1080"/>
          </w:tcPr>
          <w:p>
            <w:r>
              <w:t>艺术实践(四)</w:t>
            </w:r>
          </w:p>
        </w:tc>
        <w:tc>
          <w:tcPr>
            <w:tcW w:type="dxa" w:w="1080"/>
          </w:tcPr>
          <w:p>
            <w:r>
              <w:t>2MU21242</w:t>
            </w:r>
          </w:p>
        </w:tc>
        <w:tc>
          <w:tcPr>
            <w:tcW w:type="dxa" w:w="1080"/>
          </w:tcPr>
          <w:p>
            <w:r>
              <w:t>2</w:t>
            </w:r>
          </w:p>
        </w:tc>
        <w:tc>
          <w:tcPr>
            <w:tcW w:type="dxa" w:w="1080"/>
          </w:tcPr>
          <w:p>
            <w:r>
              <w:t>专业必修课</w:t>
            </w:r>
          </w:p>
        </w:tc>
        <w:tc>
          <w:tcPr>
            <w:tcW w:type="dxa" w:w="1080"/>
          </w:tcPr>
          <w:p>
            <w:r>
              <w:t>音乐学院</w:t>
            </w:r>
          </w:p>
        </w:tc>
        <w:tc>
          <w:tcPr>
            <w:tcW w:type="dxa" w:w="1080"/>
          </w:tcPr>
          <w:p>
            <w:r>
              <w:t>2025-2026</w:t>
            </w:r>
          </w:p>
        </w:tc>
        <w:tc>
          <w:tcPr>
            <w:tcW w:type="dxa" w:w="1080"/>
          </w:tcPr>
          <w:p>
            <w:r>
              <w:t>2</w:t>
            </w:r>
          </w:p>
        </w:tc>
      </w:tr>
      <w:tr>
        <w:tc>
          <w:tcPr>
            <w:tcW w:type="dxa" w:w="1080"/>
          </w:tcPr>
          <w:p>
            <w:r>
              <w:t>71</w:t>
            </w:r>
          </w:p>
        </w:tc>
        <w:tc>
          <w:tcPr>
            <w:tcW w:type="dxa" w:w="1080"/>
          </w:tcPr>
          <w:p>
            <w:r>
              <w:t>流行音乐演唱IV</w:t>
            </w:r>
          </w:p>
        </w:tc>
        <w:tc>
          <w:tcPr>
            <w:tcW w:type="dxa" w:w="1080"/>
          </w:tcPr>
          <w:p>
            <w:r>
              <w:t>2MU22204</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2</w:t>
            </w:r>
          </w:p>
        </w:tc>
      </w:tr>
      <w:tr>
        <w:tc>
          <w:tcPr>
            <w:tcW w:type="dxa" w:w="1080"/>
          </w:tcPr>
          <w:p>
            <w:r>
              <w:t>72</w:t>
            </w:r>
          </w:p>
        </w:tc>
        <w:tc>
          <w:tcPr>
            <w:tcW w:type="dxa" w:w="1080"/>
          </w:tcPr>
          <w:p>
            <w:r>
              <w:t>流行乐器演奏IV</w:t>
            </w:r>
          </w:p>
        </w:tc>
        <w:tc>
          <w:tcPr>
            <w:tcW w:type="dxa" w:w="1080"/>
          </w:tcPr>
          <w:p>
            <w:r>
              <w:t>2MU22210</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2</w:t>
            </w:r>
          </w:p>
        </w:tc>
      </w:tr>
      <w:tr>
        <w:tc>
          <w:tcPr>
            <w:tcW w:type="dxa" w:w="1080"/>
          </w:tcPr>
          <w:p>
            <w:r>
              <w:t>73</w:t>
            </w:r>
          </w:p>
        </w:tc>
        <w:tc>
          <w:tcPr>
            <w:tcW w:type="dxa" w:w="1080"/>
          </w:tcPr>
          <w:p>
            <w:r>
              <w:t>流行音乐创编VI</w:t>
            </w:r>
          </w:p>
        </w:tc>
        <w:tc>
          <w:tcPr>
            <w:tcW w:type="dxa" w:w="1080"/>
          </w:tcPr>
          <w:p>
            <w:r>
              <w:t>2MU22216</w:t>
            </w:r>
          </w:p>
        </w:tc>
        <w:tc>
          <w:tcPr>
            <w:tcW w:type="dxa" w:w="1080"/>
          </w:tcPr>
          <w:p>
            <w:r>
              <w:t>1</w:t>
            </w:r>
          </w:p>
        </w:tc>
        <w:tc>
          <w:tcPr>
            <w:tcW w:type="dxa" w:w="1080"/>
          </w:tcPr>
          <w:p>
            <w:r>
              <w:t>专业限选课</w:t>
            </w:r>
          </w:p>
        </w:tc>
        <w:tc>
          <w:tcPr>
            <w:tcW w:type="dxa" w:w="1080"/>
          </w:tcPr>
          <w:p>
            <w:r>
              <w:t>音乐学院</w:t>
            </w:r>
          </w:p>
        </w:tc>
        <w:tc>
          <w:tcPr>
            <w:tcW w:type="dxa" w:w="1080"/>
          </w:tcPr>
          <w:p>
            <w:r>
              <w:t>2025-2026</w:t>
            </w:r>
          </w:p>
        </w:tc>
        <w:tc>
          <w:tcPr>
            <w:tcW w:type="dxa" w:w="1080"/>
          </w:tcPr>
          <w:p>
            <w:r>
              <w:t>2</w:t>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c>
          <w:tcPr>
            <w:tcW w:type="dxa" w:w="1080"/>
          </w:tcPr>
          <w:p>
            <w:r/>
          </w:p>
        </w:tc>
      </w:tr>
      <w:tr>
        <w:tc>
          <w:tcPr>
            <w:tcW w:type="dxa" w:w="1080"/>
          </w:tcPr>
          <w:p>
            <w:r>
              <w:t>注：按修读学年学期排序。</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制表人（签字）：日期：学院（公章）：</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