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苏州科技大学艺术学院推荐2027年优秀应届本科毕业生免试攻读研究生工作细则</w:t>
      </w:r>
    </w:p>
    <w:p>
      <w:r>
        <w:t>苏州科技大学艺术学院</w:t>
      </w:r>
    </w:p>
    <w:p>
      <w:r>
        <w:t>推荐202 7年优秀应届本科毕业生免试攻读研究生工作细则</w:t>
      </w:r>
    </w:p>
    <w:p>
      <w:r>
        <w:t>为做好我院推荐免试攻读研究生工作，根据《苏州科技大学推荐2027年优秀应届本科毕业生免试攻读研究生工作实施方案》，结合本院实际情况，制定本细则。</w:t>
      </w:r>
    </w:p>
    <w:p>
      <w:r>
        <w:t>一、学院推免生遴选工作小组</w:t>
      </w:r>
    </w:p>
    <w:p>
      <w:r>
        <w:t>组长：莫军华、林海</w:t>
      </w:r>
    </w:p>
    <w:p>
      <w:r>
        <w:t>成员：惠丽雅、狄野、荣侠、薛娟、王伟林</w:t>
      </w:r>
    </w:p>
    <w:p>
      <w:r>
        <w:t>咨询电话：0512-68418457申诉电话：051 2-68418296</w:t>
      </w:r>
    </w:p>
    <w:p>
      <w:r>
        <w:t>投诉建议受理邮箱：rongxia@usts.edu.cn</w:t>
      </w:r>
    </w:p>
    <w:p>
      <w:r>
        <w:t>二、名额分配</w:t>
      </w:r>
    </w:p>
    <w:p>
      <w:r>
        <w:t>总名额：9名。名额分配如下：</w:t>
      </w:r>
    </w:p>
    <w:p>
      <w:r>
        <w:t>视觉传达设计专业2名；环境设计专业2名；数字媒体艺术专业2名；动画专业1名；美术学（非师范）专业1名；美术学（师范）专业1名。</w:t>
      </w:r>
    </w:p>
    <w:p>
      <w:r>
        <w:t>三、申请报名条件</w:t>
      </w:r>
    </w:p>
    <w:p>
      <w:r>
        <w:t>申请者须满足学校规定的遴选基本条件。</w:t>
      </w:r>
    </w:p>
    <w:p>
      <w:r>
        <w:t>四、申请受理时间、地点</w:t>
      </w:r>
    </w:p>
    <w:p>
      <w:r>
        <w:t>截止时间：9月1日17 : 0 0之前，提交报名申请及相关材料电子版和纸质稿。</w:t>
      </w:r>
    </w:p>
    <w:p>
      <w:r>
        <w:t>电子材料受理邮箱：2602438878@qq.com</w:t>
      </w:r>
    </w:p>
    <w:p>
      <w:r>
        <w:t>纸质材料受理时间：8月31日：13:30-17:00</w:t>
      </w:r>
    </w:p>
    <w:p>
      <w:r>
        <w:t>9月1日：13:30-17:00</w:t>
      </w:r>
    </w:p>
    <w:p>
      <w:r>
        <w:t>纸质材料地点：江枫校区艺术学院艺术楼203室</w:t>
      </w:r>
    </w:p>
    <w:p>
      <w:r>
        <w:t>受理人员：刘子恒老师</w:t>
      </w:r>
    </w:p>
    <w:p>
      <w:r>
        <w:t>五、推免生名单产生办法</w:t>
      </w:r>
    </w:p>
    <w:p>
      <w:r>
        <w:t>根据《苏州科技大学推荐2027年优秀应届本科毕业生免试攻读研究生工作实施方案》进行资格审查，通过者按以下程序产生推免生名单：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2、对学生开展综合评价。综合成绩=学业成绩*80 %+综合素质*20 %。课程清单和综合素质评价具体设置见附件。</w:t>
      </w:r>
    </w:p>
    <w:p>
      <w:r>
        <w:t>学院专家审核小组对申请学生的学科竞赛获奖、科研成果等进行审核鉴定，并可组织相关学生进行公开答辩。答辩全程录像，答辩结果公示，请相关学生携带相关原件备查。</w:t>
      </w:r>
    </w:p>
    <w:p>
      <w:r>
        <w:t>答辩时间：9月2日中午12:45</w:t>
      </w:r>
    </w:p>
    <w:p>
      <w:r>
        <w:t>答辩地点：艺术楼209</w:t>
      </w:r>
    </w:p>
    <w:p>
      <w:r>
        <w:t>3、按综合成绩由高到低排序（如果综合成绩出现同分，则以学业成绩高者优先）确定拟推荐初选学生名单报教务处，并进行公示。</w:t>
      </w:r>
    </w:p>
    <w:p>
      <w:r>
        <w:t>公示时间9月4日-9月6日，如对评选结果有异议，可以通过来电、来访等形式于9月6日下午16：00时前向艺术学院教务办反映（联系人：刘珊珊，联系电话：0512-68418457）。</w:t>
      </w:r>
    </w:p>
    <w:p>
      <w:r>
        <w:t>六、其他事宜</w:t>
      </w:r>
    </w:p>
    <w:p>
      <w:r>
        <w:t>1、推免工作实行回避制度。中层及以上领导干部和推免相关工作人员，如有直系亲属或利益相关人员报名参加本单位推免招生的须主动报备并全程回避，如有非直系亲属等报名参加推免招生的要主动报备。相关学生申请推免资格时也应主动报备声明。回避报备应于9月2日前完成，并由学院汇总后报教务处备案。</w:t>
      </w:r>
    </w:p>
    <w:p>
      <w:r>
        <w:t>2、其他事项按照教育部和学校相关规定执行。</w:t>
      </w:r>
    </w:p>
    <w:p>
      <w:r>
        <w:t>3、申请人将《2027届优秀应届本科毕业生推荐免试攻读研究生申请表》、</w:t>
      </w:r>
    </w:p>
    <w:p>
      <w:r>
        <w:t>《2027推免综合素质加分申请表》、《2027届优秀应届本科毕业生推荐免试攻读研究生汇总表》、《2027届优秀应届本科毕业生推荐免试攻读研究生推免工作相关人员亲属或利益关系报备登记表》（若有）、《苏州科技大学推荐2027年优秀应届本科毕业生免试攻读研究生思想政治品德考核表》以及支撑（其中支撑材料合并为一个PDF）发到刘子恒老师邮箱。文件包命名：姓名+专业。所有纸质材料复印件在规定时间内到教务办203。</w:t>
      </w:r>
    </w:p>
    <w:p>
      <w:r>
        <w:t>4、本细则由学院推免生遴选工作小组负责解释。</w:t>
      </w:r>
    </w:p>
    <w:p>
      <w:r>
        <w:t>艺术学院</w:t>
      </w:r>
    </w:p>
    <w:p>
      <w:r>
        <w:t>日期：2026.8.29</w:t>
      </w:r>
    </w:p>
    <w:p>
      <w:r>
        <w:t>附件1:苏州科技大学艺术学院推免生综合素质单项分值设置表</w:t>
      </w:r>
    </w:p>
    <w:p>
      <w:r>
        <w:t>附件2：苏州科技大学推荐2027年优秀应届本科毕业生免试攻读研究生课程清单</w:t>
      </w:r>
    </w:p>
    <w:p>
      <w:r>
        <w:t>附件3：2027届优秀应届本科毕业生推荐免试攻读研究生申请表</w:t>
      </w:r>
    </w:p>
    <w:p>
      <w:r>
        <w:t>附件4：2027推免综合素质加分申请表</w:t>
      </w:r>
    </w:p>
    <w:p>
      <w:r>
        <w:t>附件5：2027届优秀应届本科毕业生推荐免试攻读研究生汇总表</w:t>
      </w:r>
    </w:p>
    <w:p>
      <w:r>
        <w:t>附件6：2027届优秀应届本科毕业生推荐免试攻读研究生推免工作相关人</w:t>
      </w:r>
    </w:p>
    <w:p>
      <w:r>
        <w:t>员亲属或利益关系报备登记表</w:t>
      </w:r>
    </w:p>
    <w:p>
      <w:r>
        <w:t>附件7：苏州科技大学推荐2027年优秀应届本科毕业生免试攻读研究生思想政治品德考核表</w:t>
      </w:r>
    </w:p>
    <w:p>
      <w:r>
        <w:t>苏州科技大学艺术学院推免生综合素质单项分值设置表</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类别</w:t>
            </w:r>
          </w:p>
        </w:tc>
        <w:tc>
          <w:tcPr>
            <w:tcW w:type="dxa" w:w="1234"/>
          </w:tcPr>
          <w:p>
            <w:r>
              <w:t>项目等级</w:t>
            </w:r>
          </w:p>
        </w:tc>
        <w:tc>
          <w:tcPr>
            <w:tcW w:type="dxa" w:w="1234"/>
          </w:tcPr>
          <w:p>
            <w:r>
              <w:t>第一等次</w:t>
            </w:r>
          </w:p>
        </w:tc>
        <w:tc>
          <w:tcPr>
            <w:tcW w:type="dxa" w:w="1234"/>
          </w:tcPr>
          <w:p>
            <w:r>
              <w:t>第二等次</w:t>
            </w:r>
          </w:p>
        </w:tc>
        <w:tc>
          <w:tcPr>
            <w:tcW w:type="dxa" w:w="1234"/>
          </w:tcPr>
          <w:p>
            <w:r>
              <w:t>第三等次</w:t>
            </w:r>
          </w:p>
        </w:tc>
        <w:tc>
          <w:tcPr>
            <w:tcW w:type="dxa" w:w="1234"/>
          </w:tcPr>
          <w:p>
            <w:r>
              <w:t>第四等次</w:t>
            </w:r>
          </w:p>
        </w:tc>
        <w:tc>
          <w:tcPr>
            <w:tcW w:type="dxa" w:w="1234"/>
          </w:tcPr>
          <w:p>
            <w:r>
              <w:t>备注</w:t>
            </w:r>
          </w:p>
        </w:tc>
      </w:tr>
      <w:tr>
        <w:tc>
          <w:tcPr>
            <w:tcW w:type="dxa" w:w="1234"/>
          </w:tcPr>
          <w:p>
            <w:r>
              <w:t>学科竞赛(不超过40分)</w:t>
            </w:r>
          </w:p>
        </w:tc>
        <w:tc>
          <w:tcPr>
            <w:tcW w:type="dxa" w:w="1234"/>
          </w:tcPr>
          <w:p>
            <w:r>
              <w:t>I甲</w:t>
            </w:r>
          </w:p>
        </w:tc>
        <w:tc>
          <w:tcPr>
            <w:tcW w:type="dxa" w:w="1234"/>
          </w:tcPr>
          <w:p>
            <w:r>
              <w:t>40</w:t>
            </w:r>
          </w:p>
        </w:tc>
        <w:tc>
          <w:tcPr>
            <w:tcW w:type="dxa" w:w="1234"/>
          </w:tcPr>
          <w:p>
            <w:r>
              <w:t>30</w:t>
            </w:r>
          </w:p>
        </w:tc>
        <w:tc>
          <w:tcPr>
            <w:tcW w:type="dxa" w:w="1234"/>
          </w:tcPr>
          <w:p>
            <w:r>
              <w:t>15</w:t>
            </w:r>
          </w:p>
        </w:tc>
        <w:tc>
          <w:tcPr>
            <w:tcW w:type="dxa" w:w="1234"/>
          </w:tcPr>
          <w:p>
            <w:r>
              <w:t>5</w:t>
            </w:r>
          </w:p>
        </w:tc>
        <w:tc>
          <w:tcPr>
            <w:tcW w:type="dxa" w:w="1234"/>
          </w:tcPr>
          <w:p>
            <w:r>
              <w:t>（1）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2）同一项目参加多个比赛取最高项加分。（3）第一等次对应各奖项的最高等级，其他依次对应。（4）在多人参赛的情况下，仅对主要成员（I甲类排名前5位，I乙类排名前3位）予以加分。各成员所加分值在原有基础上分别乘以对应排名系数。具体如下：I甲类排名由前至后分别为：0.5、0.2、0.1、0.1、0.1。I乙类排名由前至后分别为：0.5、0.3、0.2。（5）全国数学建模获奖加分平均分配给参赛者。</w:t>
            </w:r>
          </w:p>
        </w:tc>
      </w:tr>
      <w:tr>
        <w:tc>
          <w:tcPr>
            <w:tcW w:type="dxa" w:w="1234"/>
          </w:tcPr>
          <w:p>
            <w:r>
              <w:t>I乙</w:t>
            </w:r>
          </w:p>
        </w:tc>
        <w:tc>
          <w:tcPr>
            <w:tcW w:type="dxa" w:w="1234"/>
          </w:tcPr>
          <w:p>
            <w:r>
              <w:t>15</w:t>
            </w:r>
          </w:p>
        </w:tc>
        <w:tc>
          <w:tcPr>
            <w:tcW w:type="dxa" w:w="1234"/>
          </w:tcPr>
          <w:p>
            <w:r>
              <w:t>10</w:t>
            </w:r>
          </w:p>
        </w:tc>
        <w:tc>
          <w:tcPr>
            <w:tcW w:type="dxa" w:w="1234"/>
          </w:tcPr>
          <w:p>
            <w:r>
              <w:t>3</w:t>
            </w:r>
          </w:p>
        </w:tc>
        <w:tc>
          <w:tcPr>
            <w:tcW w:type="dxa" w:w="1234"/>
          </w:tcPr>
          <w:p>
            <w:r>
              <w:t>1</w:t>
            </w:r>
          </w:p>
        </w:tc>
        <w:tc>
          <w:tcPr>
            <w:tcW w:type="dxa" w:w="1234"/>
          </w:tcPr>
          <w:p/>
        </w:tc>
        <w:tc>
          <w:tcPr>
            <w:tcW w:type="dxa" w:w="1234"/>
          </w:tcPr>
          <w:p/>
        </w:tc>
      </w:tr>
      <w:tr>
        <w:tc>
          <w:tcPr>
            <w:tcW w:type="dxa" w:w="1234"/>
          </w:tcPr>
          <w:p>
            <w:r>
              <w:t>科研成果(不超过40分)</w:t>
            </w:r>
          </w:p>
        </w:tc>
        <w:tc>
          <w:tcPr>
            <w:tcW w:type="dxa" w:w="1234"/>
          </w:tcPr>
          <w:p>
            <w:r>
              <w:t>一类核心</w:t>
            </w:r>
          </w:p>
        </w:tc>
        <w:tc>
          <w:tcPr>
            <w:tcW w:type="dxa" w:w="1234"/>
          </w:tcPr>
          <w:p>
            <w:r>
              <w:t>二类核心</w:t>
            </w:r>
          </w:p>
        </w:tc>
        <w:tc>
          <w:tcPr>
            <w:tcW w:type="dxa" w:w="1234"/>
          </w:tcPr>
          <w:p>
            <w:r>
              <w:t>三类核心</w:t>
            </w:r>
          </w:p>
        </w:tc>
        <w:tc>
          <w:tcPr>
            <w:tcW w:type="dxa" w:w="1234"/>
          </w:tcPr>
          <w:p>
            <w:r>
              <w:t>四类核心</w:t>
            </w:r>
          </w:p>
        </w:tc>
        <w:tc>
          <w:tcPr>
            <w:tcW w:type="dxa" w:w="1234"/>
          </w:tcPr>
          <w:p>
            <w:r>
              <w:t>中文核心</w:t>
            </w:r>
          </w:p>
        </w:tc>
        <w:tc>
          <w:tcPr>
            <w:tcW w:type="dxa" w:w="1234"/>
          </w:tcPr>
          <w:p>
            <w:r>
              <w:t>（1）本科阶段在核心及以上期刊以独立作者或第一作者正式发表的与学业相关的科研论文（若为共同一作的，仅认定共同一作中排名第一的作者）,或以第一发明人身份获得授权的与学业相关的中国发明专利。国际专利参照执行，但标准不得低于中国发明专利。（2）发明专利不得超过10分。须提供相关专利授权书。（3）一类、二类、三类、四类核心期刊目录参见《苏州科技大学核心期刊目录(2021修订)》。中文核心是指除上述一类、二类、三类、四类之外的《中文北大核心期刊目录总览》中的期刊。</w:t>
            </w:r>
          </w:p>
        </w:tc>
      </w:tr>
      <w:tr>
        <w:tc>
          <w:tcPr>
            <w:tcW w:type="dxa" w:w="1234"/>
          </w:tcPr>
          <w:p>
            <w:r>
              <w:t>40/篇</w:t>
            </w:r>
          </w:p>
        </w:tc>
        <w:tc>
          <w:tcPr>
            <w:tcW w:type="dxa" w:w="1234"/>
          </w:tcPr>
          <w:p>
            <w:r>
              <w:t>35/篇</w:t>
            </w:r>
          </w:p>
        </w:tc>
        <w:tc>
          <w:tcPr>
            <w:tcW w:type="dxa" w:w="1234"/>
          </w:tcPr>
          <w:p>
            <w:r>
              <w:t>30/篇</w:t>
            </w:r>
          </w:p>
        </w:tc>
        <w:tc>
          <w:tcPr>
            <w:tcW w:type="dxa" w:w="1234"/>
          </w:tcPr>
          <w:p>
            <w:r>
              <w:t>20/篇</w:t>
            </w:r>
          </w:p>
        </w:tc>
        <w:tc>
          <w:tcPr>
            <w:tcW w:type="dxa" w:w="1234"/>
          </w:tcPr>
          <w:p>
            <w:r>
              <w:t>15/篇</w:t>
            </w:r>
          </w:p>
        </w:tc>
        <w:tc>
          <w:tcPr>
            <w:tcW w:type="dxa" w:w="1234"/>
          </w:tcPr>
          <w:p/>
        </w:tc>
        <w:tc>
          <w:tcPr>
            <w:tcW w:type="dxa" w:w="1234"/>
          </w:tcPr>
          <w:p/>
        </w:tc>
      </w:tr>
      <w:tr>
        <w:tc>
          <w:tcPr>
            <w:tcW w:type="dxa" w:w="1234"/>
          </w:tcPr>
          <w:p>
            <w:r>
              <w:t>国际发明专利</w:t>
            </w:r>
          </w:p>
        </w:tc>
        <w:tc>
          <w:tcPr>
            <w:tcW w:type="dxa" w:w="1234"/>
          </w:tcPr>
          <w:p>
            <w:r>
              <w:t>中国发明专利</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10分/项</w:t>
            </w:r>
          </w:p>
        </w:tc>
        <w:tc>
          <w:tcPr>
            <w:tcW w:type="dxa" w:w="1234"/>
          </w:tcPr>
          <w:p>
            <w:r>
              <w:t>5分/项</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志愿服务(不超过10分)</w:t>
            </w:r>
          </w:p>
        </w:tc>
        <w:tc>
          <w:tcPr>
            <w:tcW w:type="dxa" w:w="1234"/>
          </w:tcPr>
          <w:p>
            <w:r/>
          </w:p>
        </w:tc>
        <w:tc>
          <w:tcPr>
            <w:tcW w:type="dxa" w:w="1234"/>
          </w:tcPr>
          <w:p>
            <w:r>
              <w:t>第一等次</w:t>
            </w:r>
          </w:p>
        </w:tc>
        <w:tc>
          <w:tcPr>
            <w:tcW w:type="dxa" w:w="1234"/>
          </w:tcPr>
          <w:p>
            <w:r>
              <w:t>第二等次</w:t>
            </w:r>
          </w:p>
        </w:tc>
        <w:tc>
          <w:tcPr>
            <w:tcW w:type="dxa" w:w="1234"/>
          </w:tcPr>
          <w:p>
            <w:r>
              <w:t>第三等次</w:t>
            </w:r>
          </w:p>
        </w:tc>
        <w:tc>
          <w:tcPr>
            <w:tcW w:type="dxa" w:w="1234"/>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各类志愿服务以最高分计算，不可以累加。（4）在多人参赛的情况下，仅对主要成员（排名前3位）予以加分。各成员所加分值在原有基础上分别乘以对应排名系数。具体如下：排名由前至后分别为：0.5、0.3、0.2。</w:t>
            </w:r>
          </w:p>
        </w:tc>
        <w:tc>
          <w:tcPr>
            <w:tcW w:type="dxa" w:w="1234"/>
          </w:tcPr>
          <w:p/>
        </w:tc>
      </w:tr>
      <w:tr>
        <w:tc>
          <w:tcPr>
            <w:tcW w:type="dxa" w:w="1234"/>
          </w:tcPr>
          <w:p>
            <w:r>
              <w:t>国家级</w:t>
            </w:r>
          </w:p>
        </w:tc>
        <w:tc>
          <w:tcPr>
            <w:tcW w:type="dxa" w:w="1234"/>
          </w:tcPr>
          <w:p>
            <w:r>
              <w:t>10</w:t>
            </w:r>
          </w:p>
        </w:tc>
        <w:tc>
          <w:tcPr>
            <w:tcW w:type="dxa" w:w="1234"/>
          </w:tcPr>
          <w:p>
            <w:r>
              <w:t>7</w:t>
            </w:r>
          </w:p>
        </w:tc>
        <w:tc>
          <w:tcPr>
            <w:tcW w:type="dxa" w:w="1234"/>
          </w:tcPr>
          <w:p>
            <w:r>
              <w:t>5</w:t>
            </w:r>
          </w:p>
        </w:tc>
        <w:tc>
          <w:tcPr>
            <w:tcW w:type="dxa" w:w="1234"/>
          </w:tcPr>
          <w:p/>
        </w:tc>
        <w:tc>
          <w:tcPr>
            <w:tcW w:type="dxa" w:w="1234"/>
          </w:tcPr>
          <w:p/>
        </w:tc>
        <w:tc>
          <w:tcPr>
            <w:tcW w:type="dxa" w:w="1234"/>
          </w:tcPr>
          <w:p/>
        </w:tc>
      </w:tr>
      <w:tr>
        <w:tc>
          <w:tcPr>
            <w:tcW w:type="dxa" w:w="1234"/>
          </w:tcPr>
          <w:p>
            <w:r>
              <w:t>省部级</w:t>
            </w:r>
          </w:p>
        </w:tc>
        <w:tc>
          <w:tcPr>
            <w:tcW w:type="dxa" w:w="1234"/>
          </w:tcPr>
          <w:p>
            <w:r>
              <w:t>5</w:t>
            </w:r>
          </w:p>
        </w:tc>
        <w:tc>
          <w:tcPr>
            <w:tcW w:type="dxa" w:w="1234"/>
          </w:tcPr>
          <w:p>
            <w:r>
              <w:t>3</w:t>
            </w:r>
          </w:p>
        </w:tc>
        <w:tc>
          <w:tcPr>
            <w:tcW w:type="dxa" w:w="1234"/>
          </w:tcPr>
          <w:p>
            <w:r>
              <w:t>1</w:t>
            </w:r>
          </w:p>
        </w:tc>
        <w:tc>
          <w:tcPr>
            <w:tcW w:type="dxa" w:w="1234"/>
          </w:tcPr>
          <w:p/>
        </w:tc>
        <w:tc>
          <w:tcPr>
            <w:tcW w:type="dxa" w:w="1234"/>
          </w:tcPr>
          <w:p/>
        </w:tc>
        <w:tc>
          <w:tcPr>
            <w:tcW w:type="dxa" w:w="1234"/>
          </w:tcPr>
          <w:p/>
        </w:tc>
      </w:tr>
      <w:tr>
        <w:tc>
          <w:tcPr>
            <w:tcW w:type="dxa" w:w="1234"/>
          </w:tcPr>
          <w:p>
            <w:r>
              <w:t>到国际组织实习（不超过5分）</w:t>
            </w:r>
          </w:p>
        </w:tc>
        <w:tc>
          <w:tcPr>
            <w:tcW w:type="dxa" w:w="1234"/>
          </w:tcPr>
          <w:p>
            <w:r>
              <w:t>须持有相关国际组织颁发的实习证书/证明，实习期3个月及以上。该国际组织须为人力资源和社会保障部认定的国际组织，实习地点应为海外的国际组织总部、地区办事处等（在华机构除外）。</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参军入伍服兵役（不超过5分）</w:t>
            </w:r>
          </w:p>
        </w:tc>
        <w:tc>
          <w:tcPr>
            <w:tcW w:type="dxa" w:w="1234"/>
          </w:tcPr>
          <w:p>
            <w:r>
              <w:t>须提供入伍批准书及退出现役证。</w:t>
            </w:r>
          </w:p>
        </w:tc>
        <w:tc>
          <w:tcPr>
            <w:tcW w:type="dxa" w:w="1234"/>
          </w:tcPr>
          <w:p/>
        </w:tc>
        <w:tc>
          <w:tcPr>
            <w:tcW w:type="dxa" w:w="1234"/>
          </w:tcPr>
          <w:p/>
        </w:tc>
        <w:tc>
          <w:tcPr>
            <w:tcW w:type="dxa" w:w="1234"/>
          </w:tcPr>
          <w:p/>
        </w:tc>
        <w:tc>
          <w:tcPr>
            <w:tcW w:type="dxa" w:w="1234"/>
          </w:tcPr>
          <w:p/>
        </w:tc>
        <w:tc>
          <w:tcPr>
            <w:tcW w:type="dxa" w:w="1234"/>
          </w:tcPr>
          <w:p/>
        </w:tc>
      </w:tr>
    </w:tbl>
    <w:p>
      <w:r>
        <w:t>注：（1）成果所列第一单位须为“苏州科技大学”。</w:t>
      </w:r>
    </w:p>
    <w:p>
      <w:r>
        <w:t>（2）成果或活动认定依据记载日期须在2026年8月31日前。</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p>
        </w:tc>
        <w:tc>
          <w:tcPr>
            <w:tcW w:type="dxa" w:w="1080"/>
          </w:tcPr>
          <w:p>
            <w:r>
              <w:t>动画</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艺术学院</w:t>
            </w:r>
          </w:p>
        </w:tc>
        <w:tc>
          <w:tcPr>
            <w:tcW w:type="dxa" w:w="1080"/>
          </w:tcPr>
          <w:p>
            <w:r>
              <w:t>2023-2024</w:t>
            </w:r>
          </w:p>
        </w:tc>
        <w:tc>
          <w:tcPr>
            <w:tcW w:type="dxa" w:w="1080"/>
          </w:tcPr>
          <w:p>
            <w:r>
              <w:t>1</w:t>
            </w:r>
          </w:p>
        </w:tc>
      </w:tr>
      <w:tr>
        <w:tc>
          <w:tcPr>
            <w:tcW w:type="dxa" w:w="1080"/>
          </w:tcPr>
          <w:p>
            <w:r/>
          </w:p>
        </w:tc>
        <w:tc>
          <w:tcPr>
            <w:tcW w:type="dxa" w:w="1080"/>
          </w:tcPr>
          <w:p>
            <w:r>
              <w:t>动画专业技能自主实践（一）</w:t>
            </w:r>
          </w:p>
        </w:tc>
        <w:tc>
          <w:tcPr>
            <w:tcW w:type="dxa" w:w="1080"/>
          </w:tcPr>
          <w:p>
            <w:r>
              <w:t>2AR11428</w:t>
            </w:r>
          </w:p>
        </w:tc>
        <w:tc>
          <w:tcPr>
            <w:tcW w:type="dxa" w:w="1080"/>
          </w:tcPr>
          <w:p>
            <w:r>
              <w:t>1.0</w:t>
            </w:r>
          </w:p>
        </w:tc>
        <w:tc>
          <w:tcPr>
            <w:tcW w:type="dxa" w:w="1080"/>
          </w:tcPr>
          <w:p>
            <w:r>
              <w:t>专业必修课</w:t>
            </w:r>
          </w:p>
        </w:tc>
        <w:tc>
          <w:tcPr>
            <w:tcW w:type="dxa" w:w="1080"/>
          </w:tcPr>
          <w:p>
            <w:r>
              <w:t>艺术学院</w:t>
            </w:r>
          </w:p>
        </w:tc>
        <w:tc>
          <w:tcPr>
            <w:tcW w:type="dxa" w:w="1080"/>
          </w:tcPr>
          <w:p>
            <w:r>
              <w:t>2023-2024</w:t>
            </w:r>
          </w:p>
        </w:tc>
        <w:tc>
          <w:tcPr>
            <w:tcW w:type="dxa" w:w="1080"/>
          </w:tcPr>
          <w:p>
            <w:r>
              <w:t>1</w:t>
            </w:r>
          </w:p>
        </w:tc>
      </w:tr>
      <w:tr>
        <w:tc>
          <w:tcPr>
            <w:tcW w:type="dxa" w:w="1080"/>
          </w:tcPr>
          <w:p>
            <w:r/>
          </w:p>
        </w:tc>
        <w:tc>
          <w:tcPr>
            <w:tcW w:type="dxa" w:w="1080"/>
          </w:tcPr>
          <w:p>
            <w:r>
              <w:t>动画概论</w:t>
            </w:r>
          </w:p>
        </w:tc>
        <w:tc>
          <w:tcPr>
            <w:tcW w:type="dxa" w:w="1080"/>
          </w:tcPr>
          <w:p>
            <w:r>
              <w:t>2AR21401</w:t>
            </w:r>
          </w:p>
        </w:tc>
        <w:tc>
          <w:tcPr>
            <w:tcW w:type="dxa" w:w="1080"/>
          </w:tcPr>
          <w:p>
            <w:r>
              <w:t>3</w:t>
            </w:r>
          </w:p>
        </w:tc>
        <w:tc>
          <w:tcPr>
            <w:tcW w:type="dxa" w:w="1080"/>
          </w:tcPr>
          <w:p>
            <w:r>
              <w:t>专业必修课</w:t>
            </w:r>
          </w:p>
        </w:tc>
        <w:tc>
          <w:tcPr>
            <w:tcW w:type="dxa" w:w="1080"/>
          </w:tcPr>
          <w:p>
            <w:r>
              <w:t>艺术学院</w:t>
            </w:r>
          </w:p>
        </w:tc>
        <w:tc>
          <w:tcPr>
            <w:tcW w:type="dxa" w:w="1080"/>
          </w:tcPr>
          <w:p>
            <w:r>
              <w:t>2023-2024</w:t>
            </w:r>
          </w:p>
        </w:tc>
        <w:tc>
          <w:tcPr>
            <w:tcW w:type="dxa" w:w="1080"/>
          </w:tcPr>
          <w:p>
            <w:r>
              <w:t>1</w:t>
            </w:r>
          </w:p>
        </w:tc>
      </w:tr>
      <w:tr>
        <w:tc>
          <w:tcPr>
            <w:tcW w:type="dxa" w:w="1080"/>
          </w:tcPr>
          <w:p>
            <w:r/>
          </w:p>
        </w:tc>
        <w:tc>
          <w:tcPr>
            <w:tcW w:type="dxa" w:w="1080"/>
          </w:tcPr>
          <w:p>
            <w:r>
              <w:t>动画美术基础</w:t>
            </w:r>
          </w:p>
        </w:tc>
        <w:tc>
          <w:tcPr>
            <w:tcW w:type="dxa" w:w="1080"/>
          </w:tcPr>
          <w:p>
            <w:r>
              <w:t>2AR21402</w:t>
            </w:r>
          </w:p>
        </w:tc>
        <w:tc>
          <w:tcPr>
            <w:tcW w:type="dxa" w:w="1080"/>
          </w:tcPr>
          <w:p>
            <w:r>
              <w:t>4</w:t>
            </w:r>
          </w:p>
        </w:tc>
        <w:tc>
          <w:tcPr>
            <w:tcW w:type="dxa" w:w="1080"/>
          </w:tcPr>
          <w:p>
            <w:r>
              <w:t>专业必修课</w:t>
            </w:r>
          </w:p>
        </w:tc>
        <w:tc>
          <w:tcPr>
            <w:tcW w:type="dxa" w:w="1080"/>
          </w:tcPr>
          <w:p>
            <w:r>
              <w:t>艺术学院</w:t>
            </w:r>
          </w:p>
        </w:tc>
        <w:tc>
          <w:tcPr>
            <w:tcW w:type="dxa" w:w="1080"/>
          </w:tcPr>
          <w:p>
            <w:r>
              <w:t>2023-2024</w:t>
            </w:r>
          </w:p>
        </w:tc>
        <w:tc>
          <w:tcPr>
            <w:tcW w:type="dxa" w:w="1080"/>
          </w:tcPr>
          <w:p>
            <w:r>
              <w:t>1</w:t>
            </w:r>
          </w:p>
        </w:tc>
      </w:tr>
      <w:tr>
        <w:tc>
          <w:tcPr>
            <w:tcW w:type="dxa" w:w="1080"/>
          </w:tcPr>
          <w:p>
            <w:r/>
          </w:p>
        </w:tc>
        <w:tc>
          <w:tcPr>
            <w:tcW w:type="dxa" w:w="1080"/>
          </w:tcPr>
          <w:p>
            <w:r>
              <w:t>雕塑与数字建模</w:t>
            </w:r>
          </w:p>
        </w:tc>
        <w:tc>
          <w:tcPr>
            <w:tcW w:type="dxa" w:w="1080"/>
          </w:tcPr>
          <w:p>
            <w:r>
              <w:t>2AR21403</w:t>
            </w:r>
          </w:p>
        </w:tc>
        <w:tc>
          <w:tcPr>
            <w:tcW w:type="dxa" w:w="1080"/>
          </w:tcPr>
          <w:p>
            <w:r>
              <w:t>5</w:t>
            </w:r>
          </w:p>
        </w:tc>
        <w:tc>
          <w:tcPr>
            <w:tcW w:type="dxa" w:w="1080"/>
          </w:tcPr>
          <w:p>
            <w:r>
              <w:t>专业必修课</w:t>
            </w:r>
          </w:p>
        </w:tc>
        <w:tc>
          <w:tcPr>
            <w:tcW w:type="dxa" w:w="1080"/>
          </w:tcPr>
          <w:p>
            <w:r>
              <w:t>艺术学院</w:t>
            </w:r>
          </w:p>
        </w:tc>
        <w:tc>
          <w:tcPr>
            <w:tcW w:type="dxa" w:w="1080"/>
          </w:tcPr>
          <w:p>
            <w:r>
              <w:t>2023-2024</w:t>
            </w:r>
          </w:p>
        </w:tc>
        <w:tc>
          <w:tcPr>
            <w:tcW w:type="dxa" w:w="1080"/>
          </w:tcPr>
          <w:p>
            <w:r>
              <w:t>1</w:t>
            </w:r>
          </w:p>
        </w:tc>
      </w:tr>
      <w:tr>
        <w:tc>
          <w:tcPr>
            <w:tcW w:type="dxa" w:w="1080"/>
          </w:tcPr>
          <w:p>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p>
        </w:tc>
        <w:tc>
          <w:tcPr>
            <w:tcW w:type="dxa" w:w="1080"/>
          </w:tcPr>
          <w:p>
            <w:r>
              <w:t>文科高等数学</w:t>
            </w:r>
          </w:p>
        </w:tc>
        <w:tc>
          <w:tcPr>
            <w:tcW w:type="dxa" w:w="1080"/>
          </w:tcPr>
          <w:p>
            <w:r>
              <w:t>2MA11010</w:t>
            </w:r>
          </w:p>
        </w:tc>
        <w:tc>
          <w:tcPr>
            <w:tcW w:type="dxa" w:w="1080"/>
          </w:tcPr>
          <w:p>
            <w:r>
              <w:t>1</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p>
        </w:tc>
        <w:tc>
          <w:tcPr>
            <w:tcW w:type="dxa" w:w="1080"/>
          </w:tcPr>
          <w:p>
            <w:r>
              <w:t>动画专题工作坊(一)</w:t>
            </w:r>
          </w:p>
        </w:tc>
        <w:tc>
          <w:tcPr>
            <w:tcW w:type="dxa" w:w="1080"/>
          </w:tcPr>
          <w:p>
            <w:r>
              <w:t>2AR11431</w:t>
            </w:r>
          </w:p>
        </w:tc>
        <w:tc>
          <w:tcPr>
            <w:tcW w:type="dxa" w:w="1080"/>
          </w:tcPr>
          <w:p>
            <w:r>
              <w:t>2</w:t>
            </w:r>
          </w:p>
        </w:tc>
        <w:tc>
          <w:tcPr>
            <w:tcW w:type="dxa" w:w="1080"/>
          </w:tcPr>
          <w:p>
            <w:r>
              <w:t>专业必修课</w:t>
            </w:r>
          </w:p>
        </w:tc>
        <w:tc>
          <w:tcPr>
            <w:tcW w:type="dxa" w:w="1080"/>
          </w:tcPr>
          <w:p>
            <w:r>
              <w:t>艺术学院</w:t>
            </w:r>
          </w:p>
        </w:tc>
        <w:tc>
          <w:tcPr>
            <w:tcW w:type="dxa" w:w="1080"/>
          </w:tcPr>
          <w:p>
            <w:r>
              <w:t>2023-2024</w:t>
            </w:r>
          </w:p>
        </w:tc>
        <w:tc>
          <w:tcPr>
            <w:tcW w:type="dxa" w:w="1080"/>
          </w:tcPr>
          <w:p>
            <w:r>
              <w:t>2</w:t>
            </w:r>
          </w:p>
        </w:tc>
      </w:tr>
      <w:tr>
        <w:tc>
          <w:tcPr>
            <w:tcW w:type="dxa" w:w="1080"/>
          </w:tcPr>
          <w:p>
            <w:r/>
          </w:p>
        </w:tc>
        <w:tc>
          <w:tcPr>
            <w:tcW w:type="dxa" w:w="1080"/>
          </w:tcPr>
          <w:p>
            <w:r>
              <w:t>视听语言</w:t>
            </w:r>
          </w:p>
        </w:tc>
        <w:tc>
          <w:tcPr>
            <w:tcW w:type="dxa" w:w="1080"/>
          </w:tcPr>
          <w:p>
            <w:r>
              <w:t>2AR21404</w:t>
            </w:r>
          </w:p>
        </w:tc>
        <w:tc>
          <w:tcPr>
            <w:tcW w:type="dxa" w:w="1080"/>
          </w:tcPr>
          <w:p>
            <w:r>
              <w:t>4</w:t>
            </w:r>
          </w:p>
        </w:tc>
        <w:tc>
          <w:tcPr>
            <w:tcW w:type="dxa" w:w="1080"/>
          </w:tcPr>
          <w:p>
            <w:r>
              <w:t>专业必修课</w:t>
            </w:r>
          </w:p>
        </w:tc>
        <w:tc>
          <w:tcPr>
            <w:tcW w:type="dxa" w:w="1080"/>
          </w:tcPr>
          <w:p>
            <w:r>
              <w:t>艺术学院</w:t>
            </w:r>
          </w:p>
        </w:tc>
        <w:tc>
          <w:tcPr>
            <w:tcW w:type="dxa" w:w="1080"/>
          </w:tcPr>
          <w:p>
            <w:r>
              <w:t>2023-2024</w:t>
            </w:r>
          </w:p>
        </w:tc>
        <w:tc>
          <w:tcPr>
            <w:tcW w:type="dxa" w:w="1080"/>
          </w:tcPr>
          <w:p>
            <w:r>
              <w:t>2</w:t>
            </w:r>
          </w:p>
        </w:tc>
      </w:tr>
      <w:tr>
        <w:tc>
          <w:tcPr>
            <w:tcW w:type="dxa" w:w="1080"/>
          </w:tcPr>
          <w:p>
            <w:r/>
          </w:p>
        </w:tc>
        <w:tc>
          <w:tcPr>
            <w:tcW w:type="dxa" w:w="1080"/>
          </w:tcPr>
          <w:p>
            <w:r>
              <w:t>动画软件基础</w:t>
            </w:r>
          </w:p>
        </w:tc>
        <w:tc>
          <w:tcPr>
            <w:tcW w:type="dxa" w:w="1080"/>
          </w:tcPr>
          <w:p>
            <w:r>
              <w:t>2AR21405</w:t>
            </w:r>
          </w:p>
        </w:tc>
        <w:tc>
          <w:tcPr>
            <w:tcW w:type="dxa" w:w="1080"/>
          </w:tcPr>
          <w:p>
            <w:r>
              <w:t>3</w:t>
            </w:r>
          </w:p>
        </w:tc>
        <w:tc>
          <w:tcPr>
            <w:tcW w:type="dxa" w:w="1080"/>
          </w:tcPr>
          <w:p>
            <w:r>
              <w:t>专业必修课</w:t>
            </w:r>
          </w:p>
        </w:tc>
        <w:tc>
          <w:tcPr>
            <w:tcW w:type="dxa" w:w="1080"/>
          </w:tcPr>
          <w:p>
            <w:r>
              <w:t>艺术学院</w:t>
            </w:r>
          </w:p>
        </w:tc>
        <w:tc>
          <w:tcPr>
            <w:tcW w:type="dxa" w:w="1080"/>
          </w:tcPr>
          <w:p>
            <w:r>
              <w:t>2023-2024</w:t>
            </w:r>
          </w:p>
        </w:tc>
        <w:tc>
          <w:tcPr>
            <w:tcW w:type="dxa" w:w="1080"/>
          </w:tcPr>
          <w:p>
            <w:r>
              <w:t>2</w:t>
            </w:r>
          </w:p>
        </w:tc>
      </w:tr>
      <w:tr>
        <w:tc>
          <w:tcPr>
            <w:tcW w:type="dxa" w:w="1080"/>
          </w:tcPr>
          <w:p>
            <w:r/>
          </w:p>
        </w:tc>
        <w:tc>
          <w:tcPr>
            <w:tcW w:type="dxa" w:w="1080"/>
          </w:tcPr>
          <w:p>
            <w:r>
              <w:t>摄影摄像基础</w:t>
            </w:r>
          </w:p>
        </w:tc>
        <w:tc>
          <w:tcPr>
            <w:tcW w:type="dxa" w:w="1080"/>
          </w:tcPr>
          <w:p>
            <w:r>
              <w:t>2AR21406</w:t>
            </w:r>
          </w:p>
        </w:tc>
        <w:tc>
          <w:tcPr>
            <w:tcW w:type="dxa" w:w="1080"/>
          </w:tcPr>
          <w:p>
            <w:r>
              <w:t>3</w:t>
            </w:r>
          </w:p>
        </w:tc>
        <w:tc>
          <w:tcPr>
            <w:tcW w:type="dxa" w:w="1080"/>
          </w:tcPr>
          <w:p>
            <w:r>
              <w:t>专业必修课</w:t>
            </w:r>
          </w:p>
        </w:tc>
        <w:tc>
          <w:tcPr>
            <w:tcW w:type="dxa" w:w="1080"/>
          </w:tcPr>
          <w:p>
            <w:r>
              <w:t>艺术学院</w:t>
            </w:r>
          </w:p>
        </w:tc>
        <w:tc>
          <w:tcPr>
            <w:tcW w:type="dxa" w:w="1080"/>
          </w:tcPr>
          <w:p>
            <w:r>
              <w:t>2023-2024</w:t>
            </w:r>
          </w:p>
        </w:tc>
        <w:tc>
          <w:tcPr>
            <w:tcW w:type="dxa" w:w="1080"/>
          </w:tcPr>
          <w:p>
            <w:r>
              <w:t>2</w:t>
            </w:r>
          </w:p>
        </w:tc>
      </w:tr>
      <w:tr>
        <w:tc>
          <w:tcPr>
            <w:tcW w:type="dxa" w:w="1080"/>
          </w:tcPr>
          <w:p>
            <w:r/>
          </w:p>
        </w:tc>
        <w:tc>
          <w:tcPr>
            <w:tcW w:type="dxa" w:w="1080"/>
          </w:tcPr>
          <w:p>
            <w:r>
              <w:t>影视剪辑</w:t>
            </w:r>
          </w:p>
        </w:tc>
        <w:tc>
          <w:tcPr>
            <w:tcW w:type="dxa" w:w="1080"/>
          </w:tcPr>
          <w:p>
            <w:r>
              <w:t>2AR21412</w:t>
            </w:r>
          </w:p>
        </w:tc>
        <w:tc>
          <w:tcPr>
            <w:tcW w:type="dxa" w:w="1080"/>
          </w:tcPr>
          <w:p>
            <w:r>
              <w:t>2</w:t>
            </w:r>
          </w:p>
        </w:tc>
        <w:tc>
          <w:tcPr>
            <w:tcW w:type="dxa" w:w="1080"/>
          </w:tcPr>
          <w:p>
            <w:r>
              <w:t>专业必修课</w:t>
            </w:r>
          </w:p>
        </w:tc>
        <w:tc>
          <w:tcPr>
            <w:tcW w:type="dxa" w:w="1080"/>
          </w:tcPr>
          <w:p>
            <w:r>
              <w:t>艺术学院</w:t>
            </w:r>
          </w:p>
        </w:tc>
        <w:tc>
          <w:tcPr>
            <w:tcW w:type="dxa" w:w="1080"/>
          </w:tcPr>
          <w:p>
            <w:r>
              <w:t>2023-2024</w:t>
            </w:r>
          </w:p>
        </w:tc>
        <w:tc>
          <w:tcPr>
            <w:tcW w:type="dxa" w:w="1080"/>
          </w:tcPr>
          <w:p>
            <w:r>
              <w:t>2</w:t>
            </w:r>
          </w:p>
        </w:tc>
      </w:tr>
      <w:tr>
        <w:tc>
          <w:tcPr>
            <w:tcW w:type="dxa" w:w="1080"/>
          </w:tcPr>
          <w:p>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p>
        </w:tc>
        <w:tc>
          <w:tcPr>
            <w:tcW w:type="dxa" w:w="1080"/>
          </w:tcPr>
          <w:p>
            <w:r>
              <w:t>动画专业技能自主实践(二)</w:t>
            </w:r>
          </w:p>
        </w:tc>
        <w:tc>
          <w:tcPr>
            <w:tcW w:type="dxa" w:w="1080"/>
          </w:tcPr>
          <w:p>
            <w:r>
              <w:t>2AR11429</w:t>
            </w:r>
          </w:p>
        </w:tc>
        <w:tc>
          <w:tcPr>
            <w:tcW w:type="dxa" w:w="1080"/>
          </w:tcPr>
          <w:p>
            <w:r>
              <w:t>1</w:t>
            </w:r>
          </w:p>
        </w:tc>
        <w:tc>
          <w:tcPr>
            <w:tcW w:type="dxa" w:w="1080"/>
          </w:tcPr>
          <w:p>
            <w:r>
              <w:t>专业必修课</w:t>
            </w:r>
          </w:p>
        </w:tc>
        <w:tc>
          <w:tcPr>
            <w:tcW w:type="dxa" w:w="1080"/>
          </w:tcPr>
          <w:p>
            <w:r>
              <w:t>艺术学院</w:t>
            </w:r>
          </w:p>
        </w:tc>
        <w:tc>
          <w:tcPr>
            <w:tcW w:type="dxa" w:w="1080"/>
          </w:tcPr>
          <w:p>
            <w:r>
              <w:t>2024-2025</w:t>
            </w:r>
          </w:p>
        </w:tc>
        <w:tc>
          <w:tcPr>
            <w:tcW w:type="dxa" w:w="1080"/>
          </w:tcPr>
          <w:p>
            <w:r>
              <w:t>1</w:t>
            </w:r>
          </w:p>
        </w:tc>
      </w:tr>
      <w:tr>
        <w:tc>
          <w:tcPr>
            <w:tcW w:type="dxa" w:w="1080"/>
          </w:tcPr>
          <w:p>
            <w:r/>
          </w:p>
        </w:tc>
        <w:tc>
          <w:tcPr>
            <w:tcW w:type="dxa" w:w="1080"/>
          </w:tcPr>
          <w:p>
            <w:r>
              <w:t>动画剧作</w:t>
            </w:r>
          </w:p>
        </w:tc>
        <w:tc>
          <w:tcPr>
            <w:tcW w:type="dxa" w:w="1080"/>
          </w:tcPr>
          <w:p>
            <w:r>
              <w:t>2AR21408</w:t>
            </w:r>
          </w:p>
        </w:tc>
        <w:tc>
          <w:tcPr>
            <w:tcW w:type="dxa" w:w="1080"/>
          </w:tcPr>
          <w:p>
            <w:r>
              <w:t>4</w:t>
            </w:r>
          </w:p>
        </w:tc>
        <w:tc>
          <w:tcPr>
            <w:tcW w:type="dxa" w:w="1080"/>
          </w:tcPr>
          <w:p>
            <w:r>
              <w:t>专业必修课</w:t>
            </w:r>
          </w:p>
        </w:tc>
        <w:tc>
          <w:tcPr>
            <w:tcW w:type="dxa" w:w="1080"/>
          </w:tcPr>
          <w:p>
            <w:r>
              <w:t>艺术学院</w:t>
            </w:r>
          </w:p>
        </w:tc>
        <w:tc>
          <w:tcPr>
            <w:tcW w:type="dxa" w:w="1080"/>
          </w:tcPr>
          <w:p>
            <w:r>
              <w:t>2024-2025</w:t>
            </w:r>
          </w:p>
        </w:tc>
        <w:tc>
          <w:tcPr>
            <w:tcW w:type="dxa" w:w="1080"/>
          </w:tcPr>
          <w:p>
            <w:r>
              <w:t>1</w:t>
            </w:r>
          </w:p>
        </w:tc>
      </w:tr>
      <w:tr>
        <w:tc>
          <w:tcPr>
            <w:tcW w:type="dxa" w:w="1080"/>
          </w:tcPr>
          <w:p>
            <w:r/>
          </w:p>
        </w:tc>
        <w:tc>
          <w:tcPr>
            <w:tcW w:type="dxa" w:w="1080"/>
          </w:tcPr>
          <w:p>
            <w:r>
              <w:t>动漫造型设计</w:t>
            </w:r>
          </w:p>
        </w:tc>
        <w:tc>
          <w:tcPr>
            <w:tcW w:type="dxa" w:w="1080"/>
          </w:tcPr>
          <w:p>
            <w:r>
              <w:t>2AR21409</w:t>
            </w:r>
          </w:p>
        </w:tc>
        <w:tc>
          <w:tcPr>
            <w:tcW w:type="dxa" w:w="1080"/>
          </w:tcPr>
          <w:p>
            <w:r>
              <w:t>4</w:t>
            </w:r>
          </w:p>
        </w:tc>
        <w:tc>
          <w:tcPr>
            <w:tcW w:type="dxa" w:w="1080"/>
          </w:tcPr>
          <w:p>
            <w:r>
              <w:t>专业必修课</w:t>
            </w:r>
          </w:p>
        </w:tc>
        <w:tc>
          <w:tcPr>
            <w:tcW w:type="dxa" w:w="1080"/>
          </w:tcPr>
          <w:p>
            <w:r>
              <w:t>艺术学院</w:t>
            </w:r>
          </w:p>
        </w:tc>
        <w:tc>
          <w:tcPr>
            <w:tcW w:type="dxa" w:w="1080"/>
          </w:tcPr>
          <w:p>
            <w:r>
              <w:t>2024-2025</w:t>
            </w:r>
          </w:p>
        </w:tc>
        <w:tc>
          <w:tcPr>
            <w:tcW w:type="dxa" w:w="1080"/>
          </w:tcPr>
          <w:p>
            <w:r>
              <w:t>1</w:t>
            </w:r>
          </w:p>
        </w:tc>
      </w:tr>
      <w:tr>
        <w:tc>
          <w:tcPr>
            <w:tcW w:type="dxa" w:w="1080"/>
          </w:tcPr>
          <w:p>
            <w:r/>
          </w:p>
        </w:tc>
        <w:tc>
          <w:tcPr>
            <w:tcW w:type="dxa" w:w="1080"/>
          </w:tcPr>
          <w:p>
            <w:r>
              <w:t>空间场景设计</w:t>
            </w:r>
          </w:p>
        </w:tc>
        <w:tc>
          <w:tcPr>
            <w:tcW w:type="dxa" w:w="1080"/>
          </w:tcPr>
          <w:p>
            <w:r>
              <w:t>2AR21410</w:t>
            </w:r>
          </w:p>
        </w:tc>
        <w:tc>
          <w:tcPr>
            <w:tcW w:type="dxa" w:w="1080"/>
          </w:tcPr>
          <w:p>
            <w:r>
              <w:t>4</w:t>
            </w:r>
          </w:p>
        </w:tc>
        <w:tc>
          <w:tcPr>
            <w:tcW w:type="dxa" w:w="1080"/>
          </w:tcPr>
          <w:p>
            <w:r>
              <w:t>专业必修课</w:t>
            </w:r>
          </w:p>
        </w:tc>
        <w:tc>
          <w:tcPr>
            <w:tcW w:type="dxa" w:w="1080"/>
          </w:tcPr>
          <w:p>
            <w:r>
              <w:t>艺术学院</w:t>
            </w:r>
          </w:p>
        </w:tc>
        <w:tc>
          <w:tcPr>
            <w:tcW w:type="dxa" w:w="1080"/>
          </w:tcPr>
          <w:p>
            <w:r>
              <w:t>2024-2025</w:t>
            </w:r>
          </w:p>
        </w:tc>
        <w:tc>
          <w:tcPr>
            <w:tcW w:type="dxa" w:w="1080"/>
          </w:tcPr>
          <w:p>
            <w:r>
              <w:t>1</w:t>
            </w:r>
          </w:p>
        </w:tc>
      </w:tr>
      <w:tr>
        <w:tc>
          <w:tcPr>
            <w:tcW w:type="dxa" w:w="1080"/>
          </w:tcPr>
          <w:p>
            <w:r/>
          </w:p>
        </w:tc>
        <w:tc>
          <w:tcPr>
            <w:tcW w:type="dxa" w:w="1080"/>
          </w:tcPr>
          <w:p>
            <w:r>
              <w:t>原画设计</w:t>
            </w:r>
          </w:p>
        </w:tc>
        <w:tc>
          <w:tcPr>
            <w:tcW w:type="dxa" w:w="1080"/>
          </w:tcPr>
          <w:p>
            <w:r>
              <w:t>2AR21411</w:t>
            </w:r>
          </w:p>
        </w:tc>
        <w:tc>
          <w:tcPr>
            <w:tcW w:type="dxa" w:w="1080"/>
          </w:tcPr>
          <w:p>
            <w:r>
              <w:t>5</w:t>
            </w:r>
          </w:p>
        </w:tc>
        <w:tc>
          <w:tcPr>
            <w:tcW w:type="dxa" w:w="1080"/>
          </w:tcPr>
          <w:p>
            <w:r>
              <w:t>专业必修课</w:t>
            </w:r>
          </w:p>
        </w:tc>
        <w:tc>
          <w:tcPr>
            <w:tcW w:type="dxa" w:w="1080"/>
          </w:tcPr>
          <w:p>
            <w:r>
              <w:t>艺术学院</w:t>
            </w:r>
          </w:p>
        </w:tc>
        <w:tc>
          <w:tcPr>
            <w:tcW w:type="dxa" w:w="1080"/>
          </w:tcPr>
          <w:p>
            <w:r>
              <w:t>2024-2025</w:t>
            </w:r>
          </w:p>
        </w:tc>
        <w:tc>
          <w:tcPr>
            <w:tcW w:type="dxa" w:w="1080"/>
          </w:tcPr>
          <w:p>
            <w:r>
              <w:t>1</w:t>
            </w:r>
          </w:p>
        </w:tc>
      </w:tr>
      <w:tr>
        <w:tc>
          <w:tcPr>
            <w:tcW w:type="dxa" w:w="1080"/>
          </w:tcPr>
          <w:p>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p>
        </w:tc>
        <w:tc>
          <w:tcPr>
            <w:tcW w:type="dxa" w:w="1080"/>
          </w:tcPr>
          <w:p>
            <w:r>
              <w:t>改革开放史</w:t>
            </w:r>
          </w:p>
        </w:tc>
        <w:tc>
          <w:tcPr>
            <w:tcW w:type="dxa" w:w="1080"/>
          </w:tcPr>
          <w:p>
            <w:r>
              <w:t>2MX11009</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p>
        </w:tc>
        <w:tc>
          <w:tcPr>
            <w:tcW w:type="dxa" w:w="1080"/>
          </w:tcPr>
          <w:p>
            <w:r>
              <w:t>劳动教育实践</w:t>
            </w:r>
          </w:p>
        </w:tc>
        <w:tc>
          <w:tcPr>
            <w:tcW w:type="dxa" w:w="1080"/>
          </w:tcPr>
          <w:p>
            <w:r>
              <w:t>2AR11425</w:t>
            </w:r>
          </w:p>
        </w:tc>
        <w:tc>
          <w:tcPr>
            <w:tcW w:type="dxa" w:w="1080"/>
          </w:tcPr>
          <w:p>
            <w:r>
              <w:t>1</w:t>
            </w:r>
          </w:p>
        </w:tc>
        <w:tc>
          <w:tcPr>
            <w:tcW w:type="dxa" w:w="1080"/>
          </w:tcPr>
          <w:p>
            <w:r>
              <w:t>专业必修课</w:t>
            </w:r>
          </w:p>
        </w:tc>
        <w:tc>
          <w:tcPr>
            <w:tcW w:type="dxa" w:w="1080"/>
          </w:tcPr>
          <w:p>
            <w:r>
              <w:t>艺术学院</w:t>
            </w:r>
          </w:p>
        </w:tc>
        <w:tc>
          <w:tcPr>
            <w:tcW w:type="dxa" w:w="1080"/>
          </w:tcPr>
          <w:p>
            <w:r>
              <w:t>2024-2025</w:t>
            </w:r>
          </w:p>
        </w:tc>
        <w:tc>
          <w:tcPr>
            <w:tcW w:type="dxa" w:w="1080"/>
          </w:tcPr>
          <w:p>
            <w:r>
              <w:t>2</w:t>
            </w:r>
          </w:p>
        </w:tc>
      </w:tr>
      <w:tr>
        <w:tc>
          <w:tcPr>
            <w:tcW w:type="dxa" w:w="1080"/>
          </w:tcPr>
          <w:p>
            <w:r/>
          </w:p>
        </w:tc>
        <w:tc>
          <w:tcPr>
            <w:tcW w:type="dxa" w:w="1080"/>
          </w:tcPr>
          <w:p>
            <w:r>
              <w:t>动画专题工作坊(二)</w:t>
            </w:r>
          </w:p>
        </w:tc>
        <w:tc>
          <w:tcPr>
            <w:tcW w:type="dxa" w:w="1080"/>
          </w:tcPr>
          <w:p>
            <w:r>
              <w:t>2AR11432</w:t>
            </w:r>
          </w:p>
        </w:tc>
        <w:tc>
          <w:tcPr>
            <w:tcW w:type="dxa" w:w="1080"/>
          </w:tcPr>
          <w:p>
            <w:r>
              <w:t>2</w:t>
            </w:r>
          </w:p>
        </w:tc>
        <w:tc>
          <w:tcPr>
            <w:tcW w:type="dxa" w:w="1080"/>
          </w:tcPr>
          <w:p>
            <w:r>
              <w:t>专业必修课</w:t>
            </w:r>
          </w:p>
        </w:tc>
        <w:tc>
          <w:tcPr>
            <w:tcW w:type="dxa" w:w="1080"/>
          </w:tcPr>
          <w:p>
            <w:r>
              <w:t>艺术学院</w:t>
            </w:r>
          </w:p>
        </w:tc>
        <w:tc>
          <w:tcPr>
            <w:tcW w:type="dxa" w:w="1080"/>
          </w:tcPr>
          <w:p>
            <w:r>
              <w:t>2024-2025</w:t>
            </w:r>
          </w:p>
        </w:tc>
        <w:tc>
          <w:tcPr>
            <w:tcW w:type="dxa" w:w="1080"/>
          </w:tcPr>
          <w:p>
            <w:r>
              <w:t>2</w:t>
            </w:r>
          </w:p>
        </w:tc>
      </w:tr>
      <w:tr>
        <w:tc>
          <w:tcPr>
            <w:tcW w:type="dxa" w:w="1080"/>
          </w:tcPr>
          <w:p>
            <w:r/>
          </w:p>
        </w:tc>
        <w:tc>
          <w:tcPr>
            <w:tcW w:type="dxa" w:w="1080"/>
          </w:tcPr>
          <w:p>
            <w:r>
              <w:t>分镜头故事设计</w:t>
            </w:r>
          </w:p>
        </w:tc>
        <w:tc>
          <w:tcPr>
            <w:tcW w:type="dxa" w:w="1080"/>
          </w:tcPr>
          <w:p>
            <w:r>
              <w:t>2AR21413</w:t>
            </w:r>
          </w:p>
        </w:tc>
        <w:tc>
          <w:tcPr>
            <w:tcW w:type="dxa" w:w="1080"/>
          </w:tcPr>
          <w:p>
            <w:r>
              <w:t>4</w:t>
            </w:r>
          </w:p>
        </w:tc>
        <w:tc>
          <w:tcPr>
            <w:tcW w:type="dxa" w:w="1080"/>
          </w:tcPr>
          <w:p>
            <w:r>
              <w:t>专业必修课</w:t>
            </w:r>
          </w:p>
        </w:tc>
        <w:tc>
          <w:tcPr>
            <w:tcW w:type="dxa" w:w="1080"/>
          </w:tcPr>
          <w:p>
            <w:r>
              <w:t>艺术学院</w:t>
            </w:r>
          </w:p>
        </w:tc>
        <w:tc>
          <w:tcPr>
            <w:tcW w:type="dxa" w:w="1080"/>
          </w:tcPr>
          <w:p>
            <w:r>
              <w:t>2024-2025</w:t>
            </w:r>
          </w:p>
        </w:tc>
        <w:tc>
          <w:tcPr>
            <w:tcW w:type="dxa" w:w="1080"/>
          </w:tcPr>
          <w:p>
            <w:r>
              <w:t>2</w:t>
            </w:r>
          </w:p>
        </w:tc>
      </w:tr>
      <w:tr>
        <w:tc>
          <w:tcPr>
            <w:tcW w:type="dxa" w:w="1080"/>
          </w:tcPr>
          <w:p>
            <w:r/>
          </w:p>
        </w:tc>
        <w:tc>
          <w:tcPr>
            <w:tcW w:type="dxa" w:w="1080"/>
          </w:tcPr>
          <w:p>
            <w:r>
              <w:t>动画运动规律</w:t>
            </w:r>
          </w:p>
        </w:tc>
        <w:tc>
          <w:tcPr>
            <w:tcW w:type="dxa" w:w="1080"/>
          </w:tcPr>
          <w:p>
            <w:r>
              <w:t>2AR21414</w:t>
            </w:r>
          </w:p>
        </w:tc>
        <w:tc>
          <w:tcPr>
            <w:tcW w:type="dxa" w:w="1080"/>
          </w:tcPr>
          <w:p>
            <w:r>
              <w:t>4</w:t>
            </w:r>
          </w:p>
        </w:tc>
        <w:tc>
          <w:tcPr>
            <w:tcW w:type="dxa" w:w="1080"/>
          </w:tcPr>
          <w:p>
            <w:r>
              <w:t>专业必修课</w:t>
            </w:r>
          </w:p>
        </w:tc>
        <w:tc>
          <w:tcPr>
            <w:tcW w:type="dxa" w:w="1080"/>
          </w:tcPr>
          <w:p>
            <w:r>
              <w:t>艺术学院</w:t>
            </w:r>
          </w:p>
        </w:tc>
        <w:tc>
          <w:tcPr>
            <w:tcW w:type="dxa" w:w="1080"/>
          </w:tcPr>
          <w:p>
            <w:r>
              <w:t>2024-2025</w:t>
            </w:r>
          </w:p>
        </w:tc>
        <w:tc>
          <w:tcPr>
            <w:tcW w:type="dxa" w:w="1080"/>
          </w:tcPr>
          <w:p>
            <w:r>
              <w:t>2</w:t>
            </w:r>
          </w:p>
        </w:tc>
      </w:tr>
      <w:tr>
        <w:tc>
          <w:tcPr>
            <w:tcW w:type="dxa" w:w="1080"/>
          </w:tcPr>
          <w:p>
            <w:r/>
          </w:p>
        </w:tc>
        <w:tc>
          <w:tcPr>
            <w:tcW w:type="dxa" w:w="1080"/>
          </w:tcPr>
          <w:p>
            <w:r>
              <w:t>影视后期特效</w:t>
            </w:r>
          </w:p>
        </w:tc>
        <w:tc>
          <w:tcPr>
            <w:tcW w:type="dxa" w:w="1080"/>
          </w:tcPr>
          <w:p>
            <w:r>
              <w:t>2AR21415</w:t>
            </w:r>
          </w:p>
        </w:tc>
        <w:tc>
          <w:tcPr>
            <w:tcW w:type="dxa" w:w="1080"/>
          </w:tcPr>
          <w:p>
            <w:r>
              <w:t>2</w:t>
            </w:r>
          </w:p>
        </w:tc>
        <w:tc>
          <w:tcPr>
            <w:tcW w:type="dxa" w:w="1080"/>
          </w:tcPr>
          <w:p>
            <w:r>
              <w:t>专业必修课</w:t>
            </w:r>
          </w:p>
        </w:tc>
        <w:tc>
          <w:tcPr>
            <w:tcW w:type="dxa" w:w="1080"/>
          </w:tcPr>
          <w:p>
            <w:r>
              <w:t>艺术学院</w:t>
            </w:r>
          </w:p>
        </w:tc>
        <w:tc>
          <w:tcPr>
            <w:tcW w:type="dxa" w:w="1080"/>
          </w:tcPr>
          <w:p>
            <w:r>
              <w:t>2024-2025</w:t>
            </w:r>
          </w:p>
        </w:tc>
        <w:tc>
          <w:tcPr>
            <w:tcW w:type="dxa" w:w="1080"/>
          </w:tcPr>
          <w:p>
            <w:r>
              <w:t>2</w:t>
            </w:r>
          </w:p>
        </w:tc>
      </w:tr>
      <w:tr>
        <w:tc>
          <w:tcPr>
            <w:tcW w:type="dxa" w:w="1080"/>
          </w:tcPr>
          <w:p>
            <w:r/>
          </w:p>
        </w:tc>
        <w:tc>
          <w:tcPr>
            <w:tcW w:type="dxa" w:w="1080"/>
          </w:tcPr>
          <w:p>
            <w:r>
              <w:t>三维动画</w:t>
            </w:r>
          </w:p>
        </w:tc>
        <w:tc>
          <w:tcPr>
            <w:tcW w:type="dxa" w:w="1080"/>
          </w:tcPr>
          <w:p>
            <w:r>
              <w:t>2AR21416</w:t>
            </w:r>
          </w:p>
        </w:tc>
        <w:tc>
          <w:tcPr>
            <w:tcW w:type="dxa" w:w="1080"/>
          </w:tcPr>
          <w:p>
            <w:r>
              <w:t>5</w:t>
            </w:r>
          </w:p>
        </w:tc>
        <w:tc>
          <w:tcPr>
            <w:tcW w:type="dxa" w:w="1080"/>
          </w:tcPr>
          <w:p>
            <w:r>
              <w:t>专业必修课</w:t>
            </w:r>
          </w:p>
        </w:tc>
        <w:tc>
          <w:tcPr>
            <w:tcW w:type="dxa" w:w="1080"/>
          </w:tcPr>
          <w:p>
            <w:r>
              <w:t>艺术学院</w:t>
            </w:r>
          </w:p>
        </w:tc>
        <w:tc>
          <w:tcPr>
            <w:tcW w:type="dxa" w:w="1080"/>
          </w:tcPr>
          <w:p>
            <w:r>
              <w:t>2024-2025</w:t>
            </w:r>
          </w:p>
        </w:tc>
        <w:tc>
          <w:tcPr>
            <w:tcW w:type="dxa" w:w="1080"/>
          </w:tcPr>
          <w:p>
            <w:r>
              <w:t>2</w:t>
            </w:r>
          </w:p>
        </w:tc>
      </w:tr>
      <w:tr>
        <w:tc>
          <w:tcPr>
            <w:tcW w:type="dxa" w:w="1080"/>
          </w:tcPr>
          <w:p>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p>
        </w:tc>
        <w:tc>
          <w:tcPr>
            <w:tcW w:type="dxa" w:w="1080"/>
          </w:tcPr>
          <w:p>
            <w:r>
              <w:t>动画专业技能自主实践(三)</w:t>
            </w:r>
          </w:p>
        </w:tc>
        <w:tc>
          <w:tcPr>
            <w:tcW w:type="dxa" w:w="1080"/>
          </w:tcPr>
          <w:p>
            <w:r>
              <w:t>2AR11430</w:t>
            </w:r>
          </w:p>
        </w:tc>
        <w:tc>
          <w:tcPr>
            <w:tcW w:type="dxa" w:w="1080"/>
          </w:tcPr>
          <w:p>
            <w:r>
              <w:t>1</w:t>
            </w:r>
          </w:p>
        </w:tc>
        <w:tc>
          <w:tcPr>
            <w:tcW w:type="dxa" w:w="1080"/>
          </w:tcPr>
          <w:p>
            <w:r>
              <w:t>专业必修课</w:t>
            </w:r>
          </w:p>
        </w:tc>
        <w:tc>
          <w:tcPr>
            <w:tcW w:type="dxa" w:w="1080"/>
          </w:tcPr>
          <w:p>
            <w:r>
              <w:t>艺术学院</w:t>
            </w:r>
          </w:p>
        </w:tc>
        <w:tc>
          <w:tcPr>
            <w:tcW w:type="dxa" w:w="1080"/>
          </w:tcPr>
          <w:p>
            <w:r>
              <w:t>2025-2026</w:t>
            </w:r>
          </w:p>
        </w:tc>
        <w:tc>
          <w:tcPr>
            <w:tcW w:type="dxa" w:w="1080"/>
          </w:tcPr>
          <w:p>
            <w:r>
              <w:t>1</w:t>
            </w:r>
          </w:p>
        </w:tc>
      </w:tr>
      <w:tr>
        <w:tc>
          <w:tcPr>
            <w:tcW w:type="dxa" w:w="1080"/>
          </w:tcPr>
          <w:p>
            <w:r/>
          </w:p>
        </w:tc>
        <w:tc>
          <w:tcPr>
            <w:tcW w:type="dxa" w:w="1080"/>
          </w:tcPr>
          <w:p>
            <w:r>
              <w:t>交互动画设计</w:t>
            </w:r>
          </w:p>
        </w:tc>
        <w:tc>
          <w:tcPr>
            <w:tcW w:type="dxa" w:w="1080"/>
          </w:tcPr>
          <w:p>
            <w:r>
              <w:t>2AR21417</w:t>
            </w:r>
          </w:p>
        </w:tc>
        <w:tc>
          <w:tcPr>
            <w:tcW w:type="dxa" w:w="1080"/>
          </w:tcPr>
          <w:p>
            <w:r>
              <w:t>3</w:t>
            </w:r>
          </w:p>
        </w:tc>
        <w:tc>
          <w:tcPr>
            <w:tcW w:type="dxa" w:w="1080"/>
          </w:tcPr>
          <w:p>
            <w:r>
              <w:t>专业必修课</w:t>
            </w:r>
          </w:p>
        </w:tc>
        <w:tc>
          <w:tcPr>
            <w:tcW w:type="dxa" w:w="1080"/>
          </w:tcPr>
          <w:p>
            <w:r>
              <w:t>艺术学院</w:t>
            </w:r>
          </w:p>
        </w:tc>
        <w:tc>
          <w:tcPr>
            <w:tcW w:type="dxa" w:w="1080"/>
          </w:tcPr>
          <w:p>
            <w:r>
              <w:t>2025-2026</w:t>
            </w:r>
          </w:p>
        </w:tc>
        <w:tc>
          <w:tcPr>
            <w:tcW w:type="dxa" w:w="1080"/>
          </w:tcPr>
          <w:p>
            <w:r>
              <w:t>1</w:t>
            </w:r>
          </w:p>
        </w:tc>
      </w:tr>
      <w:tr>
        <w:tc>
          <w:tcPr>
            <w:tcW w:type="dxa" w:w="1080"/>
          </w:tcPr>
          <w:p>
            <w:r/>
          </w:p>
        </w:tc>
        <w:tc>
          <w:tcPr>
            <w:tcW w:type="dxa" w:w="1080"/>
          </w:tcPr>
          <w:p>
            <w:r>
              <w:t>短片联合创作(一)</w:t>
            </w:r>
          </w:p>
        </w:tc>
        <w:tc>
          <w:tcPr>
            <w:tcW w:type="dxa" w:w="1080"/>
          </w:tcPr>
          <w:p>
            <w:r>
              <w:t>2AR21418</w:t>
            </w:r>
          </w:p>
        </w:tc>
        <w:tc>
          <w:tcPr>
            <w:tcW w:type="dxa" w:w="1080"/>
          </w:tcPr>
          <w:p>
            <w:r>
              <w:t>5</w:t>
            </w:r>
          </w:p>
        </w:tc>
        <w:tc>
          <w:tcPr>
            <w:tcW w:type="dxa" w:w="1080"/>
          </w:tcPr>
          <w:p>
            <w:r>
              <w:t>专业必修课</w:t>
            </w:r>
          </w:p>
        </w:tc>
        <w:tc>
          <w:tcPr>
            <w:tcW w:type="dxa" w:w="1080"/>
          </w:tcPr>
          <w:p>
            <w:r>
              <w:t>艺术学院</w:t>
            </w:r>
          </w:p>
        </w:tc>
        <w:tc>
          <w:tcPr>
            <w:tcW w:type="dxa" w:w="1080"/>
          </w:tcPr>
          <w:p>
            <w:r>
              <w:t>2025-2026</w:t>
            </w:r>
          </w:p>
        </w:tc>
        <w:tc>
          <w:tcPr>
            <w:tcW w:type="dxa" w:w="1080"/>
          </w:tcPr>
          <w:p>
            <w:r>
              <w:t>1</w:t>
            </w:r>
          </w:p>
        </w:tc>
      </w:tr>
      <w:tr>
        <w:tc>
          <w:tcPr>
            <w:tcW w:type="dxa" w:w="1080"/>
          </w:tcPr>
          <w:p>
            <w:r/>
          </w:p>
        </w:tc>
        <w:tc>
          <w:tcPr>
            <w:tcW w:type="dxa" w:w="1080"/>
          </w:tcPr>
          <w:p>
            <w:r>
              <w:t>人机工程学</w:t>
            </w:r>
          </w:p>
        </w:tc>
        <w:tc>
          <w:tcPr>
            <w:tcW w:type="dxa" w:w="1080"/>
          </w:tcPr>
          <w:p>
            <w:r>
              <w:t>2AR21419</w:t>
            </w:r>
          </w:p>
        </w:tc>
        <w:tc>
          <w:tcPr>
            <w:tcW w:type="dxa" w:w="1080"/>
          </w:tcPr>
          <w:p>
            <w:r>
              <w:t>2</w:t>
            </w:r>
          </w:p>
        </w:tc>
        <w:tc>
          <w:tcPr>
            <w:tcW w:type="dxa" w:w="1080"/>
          </w:tcPr>
          <w:p>
            <w:r>
              <w:t>专业必修课</w:t>
            </w:r>
          </w:p>
        </w:tc>
        <w:tc>
          <w:tcPr>
            <w:tcW w:type="dxa" w:w="1080"/>
          </w:tcPr>
          <w:p>
            <w:r>
              <w:t>艺术学院</w:t>
            </w:r>
          </w:p>
        </w:tc>
        <w:tc>
          <w:tcPr>
            <w:tcW w:type="dxa" w:w="1080"/>
          </w:tcPr>
          <w:p>
            <w:r>
              <w:t>2025-2026</w:t>
            </w:r>
          </w:p>
        </w:tc>
        <w:tc>
          <w:tcPr>
            <w:tcW w:type="dxa" w:w="1080"/>
          </w:tcPr>
          <w:p>
            <w:r>
              <w:t>1</w:t>
            </w:r>
          </w:p>
        </w:tc>
      </w:tr>
      <w:tr>
        <w:tc>
          <w:tcPr>
            <w:tcW w:type="dxa" w:w="1080"/>
          </w:tcPr>
          <w:p>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p>
        </w:tc>
        <w:tc>
          <w:tcPr>
            <w:tcW w:type="dxa" w:w="1080"/>
          </w:tcPr>
          <w:p>
            <w:r>
              <w:t>专业实务考察</w:t>
            </w:r>
          </w:p>
        </w:tc>
        <w:tc>
          <w:tcPr>
            <w:tcW w:type="dxa" w:w="1080"/>
          </w:tcPr>
          <w:p>
            <w:r>
              <w:t>2AR11427</w:t>
            </w:r>
          </w:p>
        </w:tc>
        <w:tc>
          <w:tcPr>
            <w:tcW w:type="dxa" w:w="1080"/>
          </w:tcPr>
          <w:p>
            <w:r>
              <w:t>2</w:t>
            </w:r>
          </w:p>
        </w:tc>
        <w:tc>
          <w:tcPr>
            <w:tcW w:type="dxa" w:w="1080"/>
          </w:tcPr>
          <w:p>
            <w:r>
              <w:t>专业必修课</w:t>
            </w:r>
          </w:p>
        </w:tc>
        <w:tc>
          <w:tcPr>
            <w:tcW w:type="dxa" w:w="1080"/>
          </w:tcPr>
          <w:p>
            <w:r>
              <w:t>艺术学院</w:t>
            </w:r>
          </w:p>
        </w:tc>
        <w:tc>
          <w:tcPr>
            <w:tcW w:type="dxa" w:w="1080"/>
          </w:tcPr>
          <w:p>
            <w:r>
              <w:t>2025-2026</w:t>
            </w:r>
          </w:p>
        </w:tc>
        <w:tc>
          <w:tcPr>
            <w:tcW w:type="dxa" w:w="1080"/>
          </w:tcPr>
          <w:p>
            <w:r>
              <w:t>2</w:t>
            </w:r>
          </w:p>
        </w:tc>
      </w:tr>
      <w:tr>
        <w:tc>
          <w:tcPr>
            <w:tcW w:type="dxa" w:w="1080"/>
          </w:tcPr>
          <w:p>
            <w:r/>
          </w:p>
        </w:tc>
        <w:tc>
          <w:tcPr>
            <w:tcW w:type="dxa" w:w="1080"/>
          </w:tcPr>
          <w:p>
            <w:r>
              <w:t>动画专题工作坊(三)</w:t>
            </w:r>
          </w:p>
        </w:tc>
        <w:tc>
          <w:tcPr>
            <w:tcW w:type="dxa" w:w="1080"/>
          </w:tcPr>
          <w:p>
            <w:r>
              <w:t>2AR11433</w:t>
            </w:r>
          </w:p>
        </w:tc>
        <w:tc>
          <w:tcPr>
            <w:tcW w:type="dxa" w:w="1080"/>
          </w:tcPr>
          <w:p>
            <w:r>
              <w:t>2</w:t>
            </w:r>
          </w:p>
        </w:tc>
        <w:tc>
          <w:tcPr>
            <w:tcW w:type="dxa" w:w="1080"/>
          </w:tcPr>
          <w:p>
            <w:r>
              <w:t>专业必修课</w:t>
            </w:r>
          </w:p>
        </w:tc>
        <w:tc>
          <w:tcPr>
            <w:tcW w:type="dxa" w:w="1080"/>
          </w:tcPr>
          <w:p>
            <w:r>
              <w:t>艺术学院</w:t>
            </w:r>
          </w:p>
        </w:tc>
        <w:tc>
          <w:tcPr>
            <w:tcW w:type="dxa" w:w="1080"/>
          </w:tcPr>
          <w:p>
            <w:r>
              <w:t>2025-2026</w:t>
            </w:r>
          </w:p>
        </w:tc>
        <w:tc>
          <w:tcPr>
            <w:tcW w:type="dxa" w:w="1080"/>
          </w:tcPr>
          <w:p>
            <w:r>
              <w:t>2</w:t>
            </w:r>
          </w:p>
        </w:tc>
      </w:tr>
      <w:tr>
        <w:tc>
          <w:tcPr>
            <w:tcW w:type="dxa" w:w="1080"/>
          </w:tcPr>
          <w:p>
            <w:r/>
          </w:p>
        </w:tc>
        <w:tc>
          <w:tcPr>
            <w:tcW w:type="dxa" w:w="1080"/>
          </w:tcPr>
          <w:p>
            <w:r>
              <w:t>短片联合创作(二)</w:t>
            </w:r>
          </w:p>
        </w:tc>
        <w:tc>
          <w:tcPr>
            <w:tcW w:type="dxa" w:w="1080"/>
          </w:tcPr>
          <w:p>
            <w:r>
              <w:t>2AR21420</w:t>
            </w:r>
          </w:p>
        </w:tc>
        <w:tc>
          <w:tcPr>
            <w:tcW w:type="dxa" w:w="1080"/>
          </w:tcPr>
          <w:p>
            <w:r>
              <w:t>5</w:t>
            </w:r>
          </w:p>
        </w:tc>
        <w:tc>
          <w:tcPr>
            <w:tcW w:type="dxa" w:w="1080"/>
          </w:tcPr>
          <w:p>
            <w:r>
              <w:t>专业必修课</w:t>
            </w:r>
          </w:p>
        </w:tc>
        <w:tc>
          <w:tcPr>
            <w:tcW w:type="dxa" w:w="1080"/>
          </w:tcPr>
          <w:p>
            <w:r>
              <w:t>艺术学院</w:t>
            </w:r>
          </w:p>
        </w:tc>
        <w:tc>
          <w:tcPr>
            <w:tcW w:type="dxa" w:w="1080"/>
          </w:tcPr>
          <w:p>
            <w:r>
              <w:t>2025-2026</w:t>
            </w:r>
          </w:p>
        </w:tc>
        <w:tc>
          <w:tcPr>
            <w:tcW w:type="dxa" w:w="1080"/>
          </w:tcPr>
          <w:p>
            <w:r>
              <w:t>2</w:t>
            </w:r>
          </w:p>
        </w:tc>
      </w:tr>
      <w:tr>
        <w:tc>
          <w:tcPr>
            <w:tcW w:type="dxa" w:w="1080"/>
          </w:tcPr>
          <w:p>
            <w:r/>
          </w:p>
        </w:tc>
        <w:tc>
          <w:tcPr>
            <w:tcW w:type="dxa" w:w="1080"/>
          </w:tcPr>
          <w:p>
            <w:r>
              <w:t>动漫衍生品设计</w:t>
            </w:r>
          </w:p>
        </w:tc>
        <w:tc>
          <w:tcPr>
            <w:tcW w:type="dxa" w:w="1080"/>
          </w:tcPr>
          <w:p>
            <w:r>
              <w:t>2AR21421</w:t>
            </w:r>
          </w:p>
        </w:tc>
        <w:tc>
          <w:tcPr>
            <w:tcW w:type="dxa" w:w="1080"/>
          </w:tcPr>
          <w:p>
            <w:r>
              <w:t>2</w:t>
            </w:r>
          </w:p>
        </w:tc>
        <w:tc>
          <w:tcPr>
            <w:tcW w:type="dxa" w:w="1080"/>
          </w:tcPr>
          <w:p>
            <w:r>
              <w:t>专业必修课</w:t>
            </w:r>
          </w:p>
        </w:tc>
        <w:tc>
          <w:tcPr>
            <w:tcW w:type="dxa" w:w="1080"/>
          </w:tcPr>
          <w:p>
            <w:r>
              <w:t>艺术学院</w:t>
            </w:r>
          </w:p>
        </w:tc>
        <w:tc>
          <w:tcPr>
            <w:tcW w:type="dxa" w:w="1080"/>
          </w:tcPr>
          <w:p>
            <w:r>
              <w:t>2025-2026</w:t>
            </w:r>
          </w:p>
        </w:tc>
        <w:tc>
          <w:tcPr>
            <w:tcW w:type="dxa" w:w="1080"/>
          </w:tcPr>
          <w:p>
            <w:r>
              <w:t>2</w:t>
            </w:r>
          </w:p>
        </w:tc>
      </w:tr>
      <w:tr>
        <w:tc>
          <w:tcPr>
            <w:tcW w:type="dxa" w:w="1080"/>
          </w:tcPr>
          <w:p>
            <w:r/>
          </w:p>
        </w:tc>
        <w:tc>
          <w:tcPr>
            <w:tcW w:type="dxa" w:w="1080"/>
          </w:tcPr>
          <w:p>
            <w:r>
              <w:t>AI与创意</w:t>
            </w:r>
          </w:p>
        </w:tc>
        <w:tc>
          <w:tcPr>
            <w:tcW w:type="dxa" w:w="1080"/>
          </w:tcPr>
          <w:p>
            <w:r>
              <w:t>2AR21422</w:t>
            </w:r>
          </w:p>
        </w:tc>
        <w:tc>
          <w:tcPr>
            <w:tcW w:type="dxa" w:w="1080"/>
          </w:tcPr>
          <w:p>
            <w:r>
              <w:t>2</w:t>
            </w:r>
          </w:p>
        </w:tc>
        <w:tc>
          <w:tcPr>
            <w:tcW w:type="dxa" w:w="1080"/>
          </w:tcPr>
          <w:p>
            <w:r>
              <w:t>专业必修课</w:t>
            </w:r>
          </w:p>
        </w:tc>
        <w:tc>
          <w:tcPr>
            <w:tcW w:type="dxa" w:w="1080"/>
          </w:tcPr>
          <w:p>
            <w:r>
              <w:t>艺术学院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苏州科技大学艺术学院推荐2027年优秀应届本科毕业生免试攻读研究生课程清单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p>
        </w:tc>
        <w:tc>
          <w:tcPr>
            <w:tcW w:type="dxa" w:w="1080"/>
          </w:tcPr>
          <w:p>
            <w:r>
              <w:t>环境设计</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艺术学院</w:t>
            </w:r>
          </w:p>
        </w:tc>
        <w:tc>
          <w:tcPr>
            <w:tcW w:type="dxa" w:w="1080"/>
          </w:tcPr>
          <w:p>
            <w:r>
              <w:t>2023-2024</w:t>
            </w:r>
          </w:p>
        </w:tc>
        <w:tc>
          <w:tcPr>
            <w:tcW w:type="dxa" w:w="1080"/>
          </w:tcPr>
          <w:p>
            <w:r>
              <w:t>1</w:t>
            </w:r>
          </w:p>
        </w:tc>
      </w:tr>
      <w:tr>
        <w:tc>
          <w:tcPr>
            <w:tcW w:type="dxa" w:w="1080"/>
          </w:tcPr>
          <w:p>
            <w:r/>
          </w:p>
        </w:tc>
        <w:tc>
          <w:tcPr>
            <w:tcW w:type="dxa" w:w="1080"/>
          </w:tcPr>
          <w:p>
            <w:r>
              <w:t>造型基础</w:t>
            </w:r>
          </w:p>
        </w:tc>
        <w:tc>
          <w:tcPr>
            <w:tcW w:type="dxa" w:w="1080"/>
          </w:tcPr>
          <w:p>
            <w:r>
              <w:t>2AR21601</w:t>
            </w:r>
          </w:p>
        </w:tc>
        <w:tc>
          <w:tcPr>
            <w:tcW w:type="dxa" w:w="1080"/>
          </w:tcPr>
          <w:p>
            <w:r>
              <w:t>4</w:t>
            </w:r>
          </w:p>
        </w:tc>
        <w:tc>
          <w:tcPr>
            <w:tcW w:type="dxa" w:w="1080"/>
          </w:tcPr>
          <w:p>
            <w:r>
              <w:t>专业必修课</w:t>
            </w:r>
          </w:p>
        </w:tc>
        <w:tc>
          <w:tcPr>
            <w:tcW w:type="dxa" w:w="1080"/>
          </w:tcPr>
          <w:p>
            <w:r>
              <w:t>艺术学院</w:t>
            </w:r>
          </w:p>
        </w:tc>
        <w:tc>
          <w:tcPr>
            <w:tcW w:type="dxa" w:w="1080"/>
          </w:tcPr>
          <w:p>
            <w:r>
              <w:t>2023-2024</w:t>
            </w:r>
          </w:p>
        </w:tc>
        <w:tc>
          <w:tcPr>
            <w:tcW w:type="dxa" w:w="1080"/>
          </w:tcPr>
          <w:p>
            <w:r>
              <w:t>1</w:t>
            </w:r>
          </w:p>
        </w:tc>
      </w:tr>
      <w:tr>
        <w:tc>
          <w:tcPr>
            <w:tcW w:type="dxa" w:w="1080"/>
          </w:tcPr>
          <w:p>
            <w:r/>
          </w:p>
        </w:tc>
        <w:tc>
          <w:tcPr>
            <w:tcW w:type="dxa" w:w="1080"/>
          </w:tcPr>
          <w:p>
            <w:r>
              <w:t>设计元素</w:t>
            </w:r>
          </w:p>
        </w:tc>
        <w:tc>
          <w:tcPr>
            <w:tcW w:type="dxa" w:w="1080"/>
          </w:tcPr>
          <w:p>
            <w:r>
              <w:t>2AR21602</w:t>
            </w:r>
          </w:p>
        </w:tc>
        <w:tc>
          <w:tcPr>
            <w:tcW w:type="dxa" w:w="1080"/>
          </w:tcPr>
          <w:p>
            <w:r>
              <w:t>5</w:t>
            </w:r>
          </w:p>
        </w:tc>
        <w:tc>
          <w:tcPr>
            <w:tcW w:type="dxa" w:w="1080"/>
          </w:tcPr>
          <w:p>
            <w:r>
              <w:t>专业必修课</w:t>
            </w:r>
          </w:p>
        </w:tc>
        <w:tc>
          <w:tcPr>
            <w:tcW w:type="dxa" w:w="1080"/>
          </w:tcPr>
          <w:p>
            <w:r>
              <w:t>艺术学院</w:t>
            </w:r>
          </w:p>
        </w:tc>
        <w:tc>
          <w:tcPr>
            <w:tcW w:type="dxa" w:w="1080"/>
          </w:tcPr>
          <w:p>
            <w:r>
              <w:t>2023-2024</w:t>
            </w:r>
          </w:p>
        </w:tc>
        <w:tc>
          <w:tcPr>
            <w:tcW w:type="dxa" w:w="1080"/>
          </w:tcPr>
          <w:p>
            <w:r>
              <w:t>1</w:t>
            </w:r>
          </w:p>
        </w:tc>
      </w:tr>
      <w:tr>
        <w:tc>
          <w:tcPr>
            <w:tcW w:type="dxa" w:w="1080"/>
          </w:tcPr>
          <w:p>
            <w:r/>
          </w:p>
        </w:tc>
        <w:tc>
          <w:tcPr>
            <w:tcW w:type="dxa" w:w="1080"/>
          </w:tcPr>
          <w:p>
            <w:r>
              <w:t>环境设计概论</w:t>
            </w:r>
          </w:p>
        </w:tc>
        <w:tc>
          <w:tcPr>
            <w:tcW w:type="dxa" w:w="1080"/>
          </w:tcPr>
          <w:p>
            <w:r>
              <w:t>2AR21606</w:t>
            </w:r>
          </w:p>
        </w:tc>
        <w:tc>
          <w:tcPr>
            <w:tcW w:type="dxa" w:w="1080"/>
          </w:tcPr>
          <w:p>
            <w:r>
              <w:t>3</w:t>
            </w:r>
          </w:p>
        </w:tc>
        <w:tc>
          <w:tcPr>
            <w:tcW w:type="dxa" w:w="1080"/>
          </w:tcPr>
          <w:p>
            <w:r>
              <w:t>专业必修课</w:t>
            </w:r>
          </w:p>
        </w:tc>
        <w:tc>
          <w:tcPr>
            <w:tcW w:type="dxa" w:w="1080"/>
          </w:tcPr>
          <w:p>
            <w:r>
              <w:t>艺术学院</w:t>
            </w:r>
          </w:p>
        </w:tc>
        <w:tc>
          <w:tcPr>
            <w:tcW w:type="dxa" w:w="1080"/>
          </w:tcPr>
          <w:p>
            <w:r>
              <w:t>2023-2024</w:t>
            </w:r>
          </w:p>
        </w:tc>
        <w:tc>
          <w:tcPr>
            <w:tcW w:type="dxa" w:w="1080"/>
          </w:tcPr>
          <w:p>
            <w:r>
              <w:t>1</w:t>
            </w:r>
          </w:p>
        </w:tc>
      </w:tr>
      <w:tr>
        <w:tc>
          <w:tcPr>
            <w:tcW w:type="dxa" w:w="1080"/>
          </w:tcPr>
          <w:p>
            <w:r/>
          </w:p>
        </w:tc>
        <w:tc>
          <w:tcPr>
            <w:tcW w:type="dxa" w:w="1080"/>
          </w:tcPr>
          <w:p>
            <w:r>
              <w:t>劳动教育实践</w:t>
            </w:r>
          </w:p>
        </w:tc>
        <w:tc>
          <w:tcPr>
            <w:tcW w:type="dxa" w:w="1080"/>
          </w:tcPr>
          <w:p>
            <w:r>
              <w:t>2AR21624</w:t>
            </w:r>
          </w:p>
        </w:tc>
        <w:tc>
          <w:tcPr>
            <w:tcW w:type="dxa" w:w="1080"/>
          </w:tcPr>
          <w:p>
            <w:r>
              <w:t>1</w:t>
            </w:r>
          </w:p>
        </w:tc>
        <w:tc>
          <w:tcPr>
            <w:tcW w:type="dxa" w:w="1080"/>
          </w:tcPr>
          <w:p>
            <w:r>
              <w:t>专业必修课</w:t>
            </w:r>
          </w:p>
        </w:tc>
        <w:tc>
          <w:tcPr>
            <w:tcW w:type="dxa" w:w="1080"/>
          </w:tcPr>
          <w:p>
            <w:r>
              <w:t>艺术学院</w:t>
            </w:r>
          </w:p>
        </w:tc>
        <w:tc>
          <w:tcPr>
            <w:tcW w:type="dxa" w:w="1080"/>
          </w:tcPr>
          <w:p>
            <w:r>
              <w:t>2023-2024</w:t>
            </w:r>
          </w:p>
        </w:tc>
        <w:tc>
          <w:tcPr>
            <w:tcW w:type="dxa" w:w="1080"/>
          </w:tcPr>
          <w:p>
            <w:r>
              <w:t>1</w:t>
            </w:r>
          </w:p>
        </w:tc>
      </w:tr>
      <w:tr>
        <w:tc>
          <w:tcPr>
            <w:tcW w:type="dxa" w:w="1080"/>
          </w:tcPr>
          <w:p>
            <w:r/>
          </w:p>
        </w:tc>
        <w:tc>
          <w:tcPr>
            <w:tcW w:type="dxa" w:w="1080"/>
          </w:tcPr>
          <w:p>
            <w:r>
              <w:t>室内设计参观实习</w:t>
            </w:r>
          </w:p>
        </w:tc>
        <w:tc>
          <w:tcPr>
            <w:tcW w:type="dxa" w:w="1080"/>
          </w:tcPr>
          <w:p>
            <w:r>
              <w:t>2AR21627</w:t>
            </w:r>
          </w:p>
        </w:tc>
        <w:tc>
          <w:tcPr>
            <w:tcW w:type="dxa" w:w="1080"/>
          </w:tcPr>
          <w:p>
            <w:r>
              <w:t>1</w:t>
            </w:r>
          </w:p>
        </w:tc>
        <w:tc>
          <w:tcPr>
            <w:tcW w:type="dxa" w:w="1080"/>
          </w:tcPr>
          <w:p>
            <w:r>
              <w:t>专业必修课</w:t>
            </w:r>
          </w:p>
        </w:tc>
        <w:tc>
          <w:tcPr>
            <w:tcW w:type="dxa" w:w="1080"/>
          </w:tcPr>
          <w:p>
            <w:r>
              <w:t>艺术学院</w:t>
            </w:r>
          </w:p>
        </w:tc>
        <w:tc>
          <w:tcPr>
            <w:tcW w:type="dxa" w:w="1080"/>
          </w:tcPr>
          <w:p>
            <w:r>
              <w:t>2023-2024</w:t>
            </w:r>
          </w:p>
        </w:tc>
        <w:tc>
          <w:tcPr>
            <w:tcW w:type="dxa" w:w="1080"/>
          </w:tcPr>
          <w:p>
            <w:r>
              <w:t>1</w:t>
            </w:r>
          </w:p>
        </w:tc>
      </w:tr>
      <w:tr>
        <w:tc>
          <w:tcPr>
            <w:tcW w:type="dxa" w:w="1080"/>
          </w:tcPr>
          <w:p>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p>
        </w:tc>
        <w:tc>
          <w:tcPr>
            <w:tcW w:type="dxa" w:w="1080"/>
          </w:tcPr>
          <w:p>
            <w:r>
              <w:t>文科高等数学</w:t>
            </w:r>
          </w:p>
        </w:tc>
        <w:tc>
          <w:tcPr>
            <w:tcW w:type="dxa" w:w="1080"/>
          </w:tcPr>
          <w:p>
            <w:r>
              <w:t>2MA11010</w:t>
            </w:r>
          </w:p>
        </w:tc>
        <w:tc>
          <w:tcPr>
            <w:tcW w:type="dxa" w:w="1080"/>
          </w:tcPr>
          <w:p>
            <w:r>
              <w:t>1</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p>
        </w:tc>
        <w:tc>
          <w:tcPr>
            <w:tcW w:type="dxa" w:w="1080"/>
          </w:tcPr>
          <w:p>
            <w:r>
              <w:t>设计思维</w:t>
            </w:r>
          </w:p>
        </w:tc>
        <w:tc>
          <w:tcPr>
            <w:tcW w:type="dxa" w:w="1080"/>
          </w:tcPr>
          <w:p>
            <w:r>
              <w:t>2AR21603</w:t>
            </w:r>
          </w:p>
        </w:tc>
        <w:tc>
          <w:tcPr>
            <w:tcW w:type="dxa" w:w="1080"/>
          </w:tcPr>
          <w:p>
            <w:r>
              <w:t>4</w:t>
            </w:r>
          </w:p>
        </w:tc>
        <w:tc>
          <w:tcPr>
            <w:tcW w:type="dxa" w:w="1080"/>
          </w:tcPr>
          <w:p>
            <w:r>
              <w:t>专业必修课</w:t>
            </w:r>
          </w:p>
        </w:tc>
        <w:tc>
          <w:tcPr>
            <w:tcW w:type="dxa" w:w="1080"/>
          </w:tcPr>
          <w:p>
            <w:r>
              <w:t>艺术学院</w:t>
            </w:r>
          </w:p>
        </w:tc>
        <w:tc>
          <w:tcPr>
            <w:tcW w:type="dxa" w:w="1080"/>
          </w:tcPr>
          <w:p>
            <w:r>
              <w:t>2023-2024</w:t>
            </w:r>
          </w:p>
        </w:tc>
        <w:tc>
          <w:tcPr>
            <w:tcW w:type="dxa" w:w="1080"/>
          </w:tcPr>
          <w:p>
            <w:r>
              <w:t>2</w:t>
            </w:r>
          </w:p>
        </w:tc>
      </w:tr>
      <w:tr>
        <w:tc>
          <w:tcPr>
            <w:tcW w:type="dxa" w:w="1080"/>
          </w:tcPr>
          <w:p>
            <w:r/>
          </w:p>
        </w:tc>
        <w:tc>
          <w:tcPr>
            <w:tcW w:type="dxa" w:w="1080"/>
          </w:tcPr>
          <w:p>
            <w:r>
              <w:t>设计技术</w:t>
            </w:r>
          </w:p>
        </w:tc>
        <w:tc>
          <w:tcPr>
            <w:tcW w:type="dxa" w:w="1080"/>
          </w:tcPr>
          <w:p>
            <w:r>
              <w:t>2AR21604</w:t>
            </w:r>
          </w:p>
        </w:tc>
        <w:tc>
          <w:tcPr>
            <w:tcW w:type="dxa" w:w="1080"/>
          </w:tcPr>
          <w:p>
            <w:r>
              <w:t>2.0</w:t>
            </w:r>
          </w:p>
        </w:tc>
        <w:tc>
          <w:tcPr>
            <w:tcW w:type="dxa" w:w="1080"/>
          </w:tcPr>
          <w:p>
            <w:r>
              <w:t>专业必修课</w:t>
            </w:r>
          </w:p>
        </w:tc>
        <w:tc>
          <w:tcPr>
            <w:tcW w:type="dxa" w:w="1080"/>
          </w:tcPr>
          <w:p>
            <w:r>
              <w:t>艺术学院</w:t>
            </w:r>
          </w:p>
        </w:tc>
        <w:tc>
          <w:tcPr>
            <w:tcW w:type="dxa" w:w="1080"/>
          </w:tcPr>
          <w:p>
            <w:r>
              <w:t>2023-2024</w:t>
            </w:r>
          </w:p>
        </w:tc>
        <w:tc>
          <w:tcPr>
            <w:tcW w:type="dxa" w:w="1080"/>
          </w:tcPr>
          <w:p>
            <w:r>
              <w:t>2</w:t>
            </w:r>
          </w:p>
        </w:tc>
      </w:tr>
      <w:tr>
        <w:tc>
          <w:tcPr>
            <w:tcW w:type="dxa" w:w="1080"/>
          </w:tcPr>
          <w:p>
            <w:r/>
          </w:p>
        </w:tc>
        <w:tc>
          <w:tcPr>
            <w:tcW w:type="dxa" w:w="1080"/>
          </w:tcPr>
          <w:p>
            <w:r>
              <w:t>设计表达</w:t>
            </w:r>
          </w:p>
        </w:tc>
        <w:tc>
          <w:tcPr>
            <w:tcW w:type="dxa" w:w="1080"/>
          </w:tcPr>
          <w:p>
            <w:r>
              <w:t>2AR21605</w:t>
            </w:r>
          </w:p>
        </w:tc>
        <w:tc>
          <w:tcPr>
            <w:tcW w:type="dxa" w:w="1080"/>
          </w:tcPr>
          <w:p>
            <w:r>
              <w:t>3</w:t>
            </w:r>
          </w:p>
        </w:tc>
        <w:tc>
          <w:tcPr>
            <w:tcW w:type="dxa" w:w="1080"/>
          </w:tcPr>
          <w:p>
            <w:r>
              <w:t>专业必修课</w:t>
            </w:r>
          </w:p>
        </w:tc>
        <w:tc>
          <w:tcPr>
            <w:tcW w:type="dxa" w:w="1080"/>
          </w:tcPr>
          <w:p>
            <w:r>
              <w:t>艺术学院</w:t>
            </w:r>
          </w:p>
        </w:tc>
        <w:tc>
          <w:tcPr>
            <w:tcW w:type="dxa" w:w="1080"/>
          </w:tcPr>
          <w:p>
            <w:r>
              <w:t>2023-2024</w:t>
            </w:r>
          </w:p>
        </w:tc>
        <w:tc>
          <w:tcPr>
            <w:tcW w:type="dxa" w:w="1080"/>
          </w:tcPr>
          <w:p>
            <w:r>
              <w:t>2</w:t>
            </w:r>
          </w:p>
        </w:tc>
      </w:tr>
      <w:tr>
        <w:tc>
          <w:tcPr>
            <w:tcW w:type="dxa" w:w="1080"/>
          </w:tcPr>
          <w:p>
            <w:r/>
          </w:p>
        </w:tc>
        <w:tc>
          <w:tcPr>
            <w:tcW w:type="dxa" w:w="1080"/>
          </w:tcPr>
          <w:p>
            <w:r>
              <w:t>中外环境设计史</w:t>
            </w:r>
          </w:p>
        </w:tc>
        <w:tc>
          <w:tcPr>
            <w:tcW w:type="dxa" w:w="1080"/>
          </w:tcPr>
          <w:p>
            <w:r>
              <w:t>2AR21608</w:t>
            </w:r>
          </w:p>
        </w:tc>
        <w:tc>
          <w:tcPr>
            <w:tcW w:type="dxa" w:w="1080"/>
          </w:tcPr>
          <w:p>
            <w:r>
              <w:t>3</w:t>
            </w:r>
          </w:p>
        </w:tc>
        <w:tc>
          <w:tcPr>
            <w:tcW w:type="dxa" w:w="1080"/>
          </w:tcPr>
          <w:p>
            <w:r>
              <w:t>专业必修课</w:t>
            </w:r>
          </w:p>
        </w:tc>
        <w:tc>
          <w:tcPr>
            <w:tcW w:type="dxa" w:w="1080"/>
          </w:tcPr>
          <w:p>
            <w:r>
              <w:t>艺术学院</w:t>
            </w:r>
          </w:p>
        </w:tc>
        <w:tc>
          <w:tcPr>
            <w:tcW w:type="dxa" w:w="1080"/>
          </w:tcPr>
          <w:p>
            <w:r>
              <w:t>2023-2024</w:t>
            </w:r>
          </w:p>
        </w:tc>
        <w:tc>
          <w:tcPr>
            <w:tcW w:type="dxa" w:w="1080"/>
          </w:tcPr>
          <w:p>
            <w:r>
              <w:t>2</w:t>
            </w:r>
          </w:p>
        </w:tc>
      </w:tr>
      <w:tr>
        <w:tc>
          <w:tcPr>
            <w:tcW w:type="dxa" w:w="1080"/>
          </w:tcPr>
          <w:p>
            <w:r/>
          </w:p>
        </w:tc>
        <w:tc>
          <w:tcPr>
            <w:tcW w:type="dxa" w:w="1080"/>
          </w:tcPr>
          <w:p>
            <w:r>
              <w:t>综合专题工作坊</w:t>
            </w:r>
          </w:p>
        </w:tc>
        <w:tc>
          <w:tcPr>
            <w:tcW w:type="dxa" w:w="1080"/>
          </w:tcPr>
          <w:p>
            <w:r>
              <w:t>2AR21630</w:t>
            </w:r>
          </w:p>
        </w:tc>
        <w:tc>
          <w:tcPr>
            <w:tcW w:type="dxa" w:w="1080"/>
          </w:tcPr>
          <w:p>
            <w:r>
              <w:t>2</w:t>
            </w:r>
          </w:p>
        </w:tc>
        <w:tc>
          <w:tcPr>
            <w:tcW w:type="dxa" w:w="1080"/>
          </w:tcPr>
          <w:p>
            <w:r>
              <w:t>专业必修课</w:t>
            </w:r>
          </w:p>
        </w:tc>
        <w:tc>
          <w:tcPr>
            <w:tcW w:type="dxa" w:w="1080"/>
          </w:tcPr>
          <w:p>
            <w:r>
              <w:t>艺术学院</w:t>
            </w:r>
          </w:p>
        </w:tc>
        <w:tc>
          <w:tcPr>
            <w:tcW w:type="dxa" w:w="1080"/>
          </w:tcPr>
          <w:p>
            <w:r>
              <w:t>2023-2024</w:t>
            </w:r>
          </w:p>
        </w:tc>
        <w:tc>
          <w:tcPr>
            <w:tcW w:type="dxa" w:w="1080"/>
          </w:tcPr>
          <w:p>
            <w:r>
              <w:t>2</w:t>
            </w:r>
          </w:p>
        </w:tc>
      </w:tr>
      <w:tr>
        <w:tc>
          <w:tcPr>
            <w:tcW w:type="dxa" w:w="1080"/>
          </w:tcPr>
          <w:p>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p>
        </w:tc>
        <w:tc>
          <w:tcPr>
            <w:tcW w:type="dxa" w:w="1080"/>
          </w:tcPr>
          <w:p>
            <w:r>
              <w:t>室内设计原理</w:t>
            </w:r>
          </w:p>
        </w:tc>
        <w:tc>
          <w:tcPr>
            <w:tcW w:type="dxa" w:w="1080"/>
          </w:tcPr>
          <w:p>
            <w:r>
              <w:t>2AR21609</w:t>
            </w:r>
          </w:p>
        </w:tc>
        <w:tc>
          <w:tcPr>
            <w:tcW w:type="dxa" w:w="1080"/>
          </w:tcPr>
          <w:p>
            <w:r>
              <w:t>3</w:t>
            </w:r>
          </w:p>
        </w:tc>
        <w:tc>
          <w:tcPr>
            <w:tcW w:type="dxa" w:w="1080"/>
          </w:tcPr>
          <w:p>
            <w:r>
              <w:t>专业必修课</w:t>
            </w:r>
          </w:p>
        </w:tc>
        <w:tc>
          <w:tcPr>
            <w:tcW w:type="dxa" w:w="1080"/>
          </w:tcPr>
          <w:p>
            <w:r>
              <w:t>艺术学院</w:t>
            </w:r>
          </w:p>
        </w:tc>
        <w:tc>
          <w:tcPr>
            <w:tcW w:type="dxa" w:w="1080"/>
          </w:tcPr>
          <w:p>
            <w:r>
              <w:t>2024-2025</w:t>
            </w:r>
          </w:p>
        </w:tc>
        <w:tc>
          <w:tcPr>
            <w:tcW w:type="dxa" w:w="1080"/>
          </w:tcPr>
          <w:p>
            <w:r>
              <w:t>1</w:t>
            </w:r>
          </w:p>
        </w:tc>
      </w:tr>
      <w:tr>
        <w:tc>
          <w:tcPr>
            <w:tcW w:type="dxa" w:w="1080"/>
          </w:tcPr>
          <w:p>
            <w:r/>
          </w:p>
        </w:tc>
        <w:tc>
          <w:tcPr>
            <w:tcW w:type="dxa" w:w="1080"/>
          </w:tcPr>
          <w:p>
            <w:r>
              <w:t>装饰材料与构造</w:t>
            </w:r>
          </w:p>
        </w:tc>
        <w:tc>
          <w:tcPr>
            <w:tcW w:type="dxa" w:w="1080"/>
          </w:tcPr>
          <w:p>
            <w:r>
              <w:t>2AR21610</w:t>
            </w:r>
          </w:p>
        </w:tc>
        <w:tc>
          <w:tcPr>
            <w:tcW w:type="dxa" w:w="1080"/>
          </w:tcPr>
          <w:p>
            <w:r>
              <w:t>2</w:t>
            </w:r>
          </w:p>
        </w:tc>
        <w:tc>
          <w:tcPr>
            <w:tcW w:type="dxa" w:w="1080"/>
          </w:tcPr>
          <w:p>
            <w:r>
              <w:t>专业必修课</w:t>
            </w:r>
          </w:p>
        </w:tc>
        <w:tc>
          <w:tcPr>
            <w:tcW w:type="dxa" w:w="1080"/>
          </w:tcPr>
          <w:p>
            <w:r>
              <w:t>艺术学院</w:t>
            </w:r>
          </w:p>
        </w:tc>
        <w:tc>
          <w:tcPr>
            <w:tcW w:type="dxa" w:w="1080"/>
          </w:tcPr>
          <w:p>
            <w:r>
              <w:t>2024-2025</w:t>
            </w:r>
          </w:p>
        </w:tc>
        <w:tc>
          <w:tcPr>
            <w:tcW w:type="dxa" w:w="1080"/>
          </w:tcPr>
          <w:p>
            <w:r>
              <w:t>1</w:t>
            </w:r>
          </w:p>
        </w:tc>
      </w:tr>
      <w:tr>
        <w:tc>
          <w:tcPr>
            <w:tcW w:type="dxa" w:w="1080"/>
          </w:tcPr>
          <w:p>
            <w:r/>
          </w:p>
        </w:tc>
        <w:tc>
          <w:tcPr>
            <w:tcW w:type="dxa" w:w="1080"/>
          </w:tcPr>
          <w:p>
            <w:r>
              <w:t>室内设计(一)测绘及住宅设计</w:t>
            </w:r>
          </w:p>
        </w:tc>
        <w:tc>
          <w:tcPr>
            <w:tcW w:type="dxa" w:w="1080"/>
          </w:tcPr>
          <w:p>
            <w:r>
              <w:t>2AR21611</w:t>
            </w:r>
          </w:p>
        </w:tc>
        <w:tc>
          <w:tcPr>
            <w:tcW w:type="dxa" w:w="1080"/>
          </w:tcPr>
          <w:p>
            <w:r>
              <w:t>4</w:t>
            </w:r>
          </w:p>
        </w:tc>
        <w:tc>
          <w:tcPr>
            <w:tcW w:type="dxa" w:w="1080"/>
          </w:tcPr>
          <w:p>
            <w:r>
              <w:t>专业必修课</w:t>
            </w:r>
          </w:p>
        </w:tc>
        <w:tc>
          <w:tcPr>
            <w:tcW w:type="dxa" w:w="1080"/>
          </w:tcPr>
          <w:p>
            <w:r>
              <w:t>艺术学院</w:t>
            </w:r>
          </w:p>
        </w:tc>
        <w:tc>
          <w:tcPr>
            <w:tcW w:type="dxa" w:w="1080"/>
          </w:tcPr>
          <w:p>
            <w:r>
              <w:t>2024-2025</w:t>
            </w:r>
          </w:p>
        </w:tc>
        <w:tc>
          <w:tcPr>
            <w:tcW w:type="dxa" w:w="1080"/>
          </w:tcPr>
          <w:p>
            <w:r>
              <w:t>1</w:t>
            </w:r>
          </w:p>
        </w:tc>
      </w:tr>
      <w:tr>
        <w:tc>
          <w:tcPr>
            <w:tcW w:type="dxa" w:w="1080"/>
          </w:tcPr>
          <w:p>
            <w:r/>
          </w:p>
        </w:tc>
        <w:tc>
          <w:tcPr>
            <w:tcW w:type="dxa" w:w="1080"/>
          </w:tcPr>
          <w:p>
            <w:r>
              <w:t>室内陈设艺术</w:t>
            </w:r>
          </w:p>
        </w:tc>
        <w:tc>
          <w:tcPr>
            <w:tcW w:type="dxa" w:w="1080"/>
          </w:tcPr>
          <w:p>
            <w:r>
              <w:t>2AR21612</w:t>
            </w:r>
          </w:p>
        </w:tc>
        <w:tc>
          <w:tcPr>
            <w:tcW w:type="dxa" w:w="1080"/>
          </w:tcPr>
          <w:p>
            <w:r>
              <w:t>4</w:t>
            </w:r>
          </w:p>
        </w:tc>
        <w:tc>
          <w:tcPr>
            <w:tcW w:type="dxa" w:w="1080"/>
          </w:tcPr>
          <w:p>
            <w:r>
              <w:t>专业必修课</w:t>
            </w:r>
          </w:p>
        </w:tc>
        <w:tc>
          <w:tcPr>
            <w:tcW w:type="dxa" w:w="1080"/>
          </w:tcPr>
          <w:p>
            <w:r>
              <w:t>艺术学院</w:t>
            </w:r>
          </w:p>
        </w:tc>
        <w:tc>
          <w:tcPr>
            <w:tcW w:type="dxa" w:w="1080"/>
          </w:tcPr>
          <w:p>
            <w:r>
              <w:t>2024-2025</w:t>
            </w:r>
          </w:p>
        </w:tc>
        <w:tc>
          <w:tcPr>
            <w:tcW w:type="dxa" w:w="1080"/>
          </w:tcPr>
          <w:p>
            <w:r>
              <w:t>1</w:t>
            </w:r>
          </w:p>
        </w:tc>
      </w:tr>
      <w:tr>
        <w:tc>
          <w:tcPr>
            <w:tcW w:type="dxa" w:w="1080"/>
          </w:tcPr>
          <w:p>
            <w:r/>
          </w:p>
        </w:tc>
        <w:tc>
          <w:tcPr>
            <w:tcW w:type="dxa" w:w="1080"/>
          </w:tcPr>
          <w:p>
            <w:r>
              <w:t>家具设计实习</w:t>
            </w:r>
          </w:p>
        </w:tc>
        <w:tc>
          <w:tcPr>
            <w:tcW w:type="dxa" w:w="1080"/>
          </w:tcPr>
          <w:p>
            <w:r>
              <w:t>2AR21628</w:t>
            </w:r>
          </w:p>
        </w:tc>
        <w:tc>
          <w:tcPr>
            <w:tcW w:type="dxa" w:w="1080"/>
          </w:tcPr>
          <w:p>
            <w:r>
              <w:t>1</w:t>
            </w:r>
          </w:p>
        </w:tc>
        <w:tc>
          <w:tcPr>
            <w:tcW w:type="dxa" w:w="1080"/>
          </w:tcPr>
          <w:p>
            <w:r>
              <w:t>专业必修课</w:t>
            </w:r>
          </w:p>
        </w:tc>
        <w:tc>
          <w:tcPr>
            <w:tcW w:type="dxa" w:w="1080"/>
          </w:tcPr>
          <w:p>
            <w:r>
              <w:t>艺术学院</w:t>
            </w:r>
          </w:p>
        </w:tc>
        <w:tc>
          <w:tcPr>
            <w:tcW w:type="dxa" w:w="1080"/>
          </w:tcPr>
          <w:p>
            <w:r>
              <w:t>2024-2025</w:t>
            </w:r>
          </w:p>
        </w:tc>
        <w:tc>
          <w:tcPr>
            <w:tcW w:type="dxa" w:w="1080"/>
          </w:tcPr>
          <w:p>
            <w:r>
              <w:t>1</w:t>
            </w:r>
          </w:p>
        </w:tc>
      </w:tr>
      <w:tr>
        <w:tc>
          <w:tcPr>
            <w:tcW w:type="dxa" w:w="1080"/>
          </w:tcPr>
          <w:p>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p>
        </w:tc>
        <w:tc>
          <w:tcPr>
            <w:tcW w:type="dxa" w:w="1080"/>
          </w:tcPr>
          <w:p>
            <w:r>
              <w:t>改革开放史</w:t>
            </w:r>
          </w:p>
        </w:tc>
        <w:tc>
          <w:tcPr>
            <w:tcW w:type="dxa" w:w="1080"/>
          </w:tcPr>
          <w:p>
            <w:r>
              <w:t>2MX11009</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p>
        </w:tc>
        <w:tc>
          <w:tcPr>
            <w:tcW w:type="dxa" w:w="1080"/>
          </w:tcPr>
          <w:p>
            <w:r>
              <w:t>室内设计(二)品牌与商业空间设计</w:t>
            </w:r>
          </w:p>
        </w:tc>
        <w:tc>
          <w:tcPr>
            <w:tcW w:type="dxa" w:w="1080"/>
          </w:tcPr>
          <w:p>
            <w:r>
              <w:t>2AR21613</w:t>
            </w:r>
          </w:p>
        </w:tc>
        <w:tc>
          <w:tcPr>
            <w:tcW w:type="dxa" w:w="1080"/>
          </w:tcPr>
          <w:p>
            <w:r>
              <w:t>6</w:t>
            </w:r>
          </w:p>
        </w:tc>
        <w:tc>
          <w:tcPr>
            <w:tcW w:type="dxa" w:w="1080"/>
          </w:tcPr>
          <w:p>
            <w:r>
              <w:t>专业必修课</w:t>
            </w:r>
          </w:p>
        </w:tc>
        <w:tc>
          <w:tcPr>
            <w:tcW w:type="dxa" w:w="1080"/>
          </w:tcPr>
          <w:p>
            <w:r>
              <w:t>艺术学院</w:t>
            </w:r>
          </w:p>
        </w:tc>
        <w:tc>
          <w:tcPr>
            <w:tcW w:type="dxa" w:w="1080"/>
          </w:tcPr>
          <w:p>
            <w:r>
              <w:t>2024-2025</w:t>
            </w:r>
          </w:p>
        </w:tc>
        <w:tc>
          <w:tcPr>
            <w:tcW w:type="dxa" w:w="1080"/>
          </w:tcPr>
          <w:p>
            <w:r>
              <w:t>2</w:t>
            </w:r>
          </w:p>
        </w:tc>
      </w:tr>
      <w:tr>
        <w:tc>
          <w:tcPr>
            <w:tcW w:type="dxa" w:w="1080"/>
          </w:tcPr>
          <w:p>
            <w:r/>
          </w:p>
        </w:tc>
        <w:tc>
          <w:tcPr>
            <w:tcW w:type="dxa" w:w="1080"/>
          </w:tcPr>
          <w:p>
            <w:r>
              <w:t>室内灯光设计</w:t>
            </w:r>
          </w:p>
        </w:tc>
        <w:tc>
          <w:tcPr>
            <w:tcW w:type="dxa" w:w="1080"/>
          </w:tcPr>
          <w:p>
            <w:r>
              <w:t>2AR21614</w:t>
            </w:r>
          </w:p>
        </w:tc>
        <w:tc>
          <w:tcPr>
            <w:tcW w:type="dxa" w:w="1080"/>
          </w:tcPr>
          <w:p>
            <w:r>
              <w:t>4</w:t>
            </w:r>
          </w:p>
        </w:tc>
        <w:tc>
          <w:tcPr>
            <w:tcW w:type="dxa" w:w="1080"/>
          </w:tcPr>
          <w:p>
            <w:r>
              <w:t>专业必修课</w:t>
            </w:r>
          </w:p>
        </w:tc>
        <w:tc>
          <w:tcPr>
            <w:tcW w:type="dxa" w:w="1080"/>
          </w:tcPr>
          <w:p>
            <w:r>
              <w:t>艺术学院</w:t>
            </w:r>
          </w:p>
        </w:tc>
        <w:tc>
          <w:tcPr>
            <w:tcW w:type="dxa" w:w="1080"/>
          </w:tcPr>
          <w:p>
            <w:r>
              <w:t>2024-2025</w:t>
            </w:r>
          </w:p>
        </w:tc>
        <w:tc>
          <w:tcPr>
            <w:tcW w:type="dxa" w:w="1080"/>
          </w:tcPr>
          <w:p>
            <w:r>
              <w:t>2</w:t>
            </w:r>
          </w:p>
        </w:tc>
      </w:tr>
      <w:tr>
        <w:tc>
          <w:tcPr>
            <w:tcW w:type="dxa" w:w="1080"/>
          </w:tcPr>
          <w:p>
            <w:r/>
          </w:p>
        </w:tc>
        <w:tc>
          <w:tcPr>
            <w:tcW w:type="dxa" w:w="1080"/>
          </w:tcPr>
          <w:p>
            <w:r>
              <w:t>创新专题工作坊</w:t>
            </w:r>
          </w:p>
        </w:tc>
        <w:tc>
          <w:tcPr>
            <w:tcW w:type="dxa" w:w="1080"/>
          </w:tcPr>
          <w:p>
            <w:r>
              <w:t>2AR21631</w:t>
            </w:r>
          </w:p>
        </w:tc>
        <w:tc>
          <w:tcPr>
            <w:tcW w:type="dxa" w:w="1080"/>
          </w:tcPr>
          <w:p>
            <w:r>
              <w:t>2</w:t>
            </w:r>
          </w:p>
        </w:tc>
        <w:tc>
          <w:tcPr>
            <w:tcW w:type="dxa" w:w="1080"/>
          </w:tcPr>
          <w:p>
            <w:r>
              <w:t>专业必修课</w:t>
            </w:r>
          </w:p>
        </w:tc>
        <w:tc>
          <w:tcPr>
            <w:tcW w:type="dxa" w:w="1080"/>
          </w:tcPr>
          <w:p>
            <w:r>
              <w:t>艺术学院</w:t>
            </w:r>
          </w:p>
        </w:tc>
        <w:tc>
          <w:tcPr>
            <w:tcW w:type="dxa" w:w="1080"/>
          </w:tcPr>
          <w:p>
            <w:r>
              <w:t>2024-2025</w:t>
            </w:r>
          </w:p>
        </w:tc>
        <w:tc>
          <w:tcPr>
            <w:tcW w:type="dxa" w:w="1080"/>
          </w:tcPr>
          <w:p>
            <w:r>
              <w:t>2</w:t>
            </w:r>
          </w:p>
        </w:tc>
      </w:tr>
      <w:tr>
        <w:tc>
          <w:tcPr>
            <w:tcW w:type="dxa" w:w="1080"/>
          </w:tcPr>
          <w:p>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p>
        </w:tc>
        <w:tc>
          <w:tcPr>
            <w:tcW w:type="dxa" w:w="1080"/>
          </w:tcPr>
          <w:p>
            <w:r>
              <w:t>室内设计(三)办公空间设计</w:t>
            </w:r>
          </w:p>
        </w:tc>
        <w:tc>
          <w:tcPr>
            <w:tcW w:type="dxa" w:w="1080"/>
          </w:tcPr>
          <w:p>
            <w:r>
              <w:t>2AR21615</w:t>
            </w:r>
          </w:p>
        </w:tc>
        <w:tc>
          <w:tcPr>
            <w:tcW w:type="dxa" w:w="1080"/>
          </w:tcPr>
          <w:p>
            <w:r>
              <w:t>6</w:t>
            </w:r>
          </w:p>
        </w:tc>
        <w:tc>
          <w:tcPr>
            <w:tcW w:type="dxa" w:w="1080"/>
          </w:tcPr>
          <w:p>
            <w:r>
              <w:t>专业必修课</w:t>
            </w:r>
          </w:p>
        </w:tc>
        <w:tc>
          <w:tcPr>
            <w:tcW w:type="dxa" w:w="1080"/>
          </w:tcPr>
          <w:p>
            <w:r>
              <w:t>艺术学院</w:t>
            </w:r>
          </w:p>
        </w:tc>
        <w:tc>
          <w:tcPr>
            <w:tcW w:type="dxa" w:w="1080"/>
          </w:tcPr>
          <w:p>
            <w:r>
              <w:t>2025-2026</w:t>
            </w:r>
          </w:p>
        </w:tc>
        <w:tc>
          <w:tcPr>
            <w:tcW w:type="dxa" w:w="1080"/>
          </w:tcPr>
          <w:p>
            <w:r>
              <w:t>1</w:t>
            </w:r>
          </w:p>
        </w:tc>
      </w:tr>
      <w:tr>
        <w:tc>
          <w:tcPr>
            <w:tcW w:type="dxa" w:w="1080"/>
          </w:tcPr>
          <w:p>
            <w:r/>
          </w:p>
        </w:tc>
        <w:tc>
          <w:tcPr>
            <w:tcW w:type="dxa" w:w="1080"/>
          </w:tcPr>
          <w:p>
            <w:r>
              <w:t>家具设计（一）</w:t>
            </w:r>
          </w:p>
        </w:tc>
        <w:tc>
          <w:tcPr>
            <w:tcW w:type="dxa" w:w="1080"/>
          </w:tcPr>
          <w:p>
            <w:r>
              <w:t>2AR21616</w:t>
            </w:r>
          </w:p>
        </w:tc>
        <w:tc>
          <w:tcPr>
            <w:tcW w:type="dxa" w:w="1080"/>
          </w:tcPr>
          <w:p>
            <w:r>
              <w:t>4.0</w:t>
            </w:r>
          </w:p>
        </w:tc>
        <w:tc>
          <w:tcPr>
            <w:tcW w:type="dxa" w:w="1080"/>
          </w:tcPr>
          <w:p>
            <w:r>
              <w:t>专业必修课</w:t>
            </w:r>
          </w:p>
        </w:tc>
        <w:tc>
          <w:tcPr>
            <w:tcW w:type="dxa" w:w="1080"/>
          </w:tcPr>
          <w:p>
            <w:r>
              <w:t>艺术学院</w:t>
            </w:r>
          </w:p>
        </w:tc>
        <w:tc>
          <w:tcPr>
            <w:tcW w:type="dxa" w:w="1080"/>
          </w:tcPr>
          <w:p>
            <w:r>
              <w:t>2025-2026</w:t>
            </w:r>
          </w:p>
        </w:tc>
        <w:tc>
          <w:tcPr>
            <w:tcW w:type="dxa" w:w="1080"/>
          </w:tcPr>
          <w:p>
            <w:r>
              <w:t>1</w:t>
            </w:r>
          </w:p>
        </w:tc>
      </w:tr>
      <w:tr>
        <w:tc>
          <w:tcPr>
            <w:tcW w:type="dxa" w:w="1080"/>
          </w:tcPr>
          <w:p>
            <w:r/>
          </w:p>
        </w:tc>
        <w:tc>
          <w:tcPr>
            <w:tcW w:type="dxa" w:w="1080"/>
          </w:tcPr>
          <w:p>
            <w:r>
              <w:t>空间叙事与展示设计</w:t>
            </w:r>
          </w:p>
        </w:tc>
        <w:tc>
          <w:tcPr>
            <w:tcW w:type="dxa" w:w="1080"/>
          </w:tcPr>
          <w:p>
            <w:r>
              <w:t>2AR21617</w:t>
            </w:r>
          </w:p>
        </w:tc>
        <w:tc>
          <w:tcPr>
            <w:tcW w:type="dxa" w:w="1080"/>
          </w:tcPr>
          <w:p>
            <w:r>
              <w:t>4</w:t>
            </w:r>
          </w:p>
        </w:tc>
        <w:tc>
          <w:tcPr>
            <w:tcW w:type="dxa" w:w="1080"/>
          </w:tcPr>
          <w:p>
            <w:r>
              <w:t>专业必修课</w:t>
            </w:r>
          </w:p>
        </w:tc>
        <w:tc>
          <w:tcPr>
            <w:tcW w:type="dxa" w:w="1080"/>
          </w:tcPr>
          <w:p>
            <w:r>
              <w:t>艺术学院</w:t>
            </w:r>
          </w:p>
        </w:tc>
        <w:tc>
          <w:tcPr>
            <w:tcW w:type="dxa" w:w="1080"/>
          </w:tcPr>
          <w:p>
            <w:r>
              <w:t>2025-2026</w:t>
            </w:r>
          </w:p>
        </w:tc>
        <w:tc>
          <w:tcPr>
            <w:tcW w:type="dxa" w:w="1080"/>
          </w:tcPr>
          <w:p>
            <w:r>
              <w:t>1</w:t>
            </w:r>
          </w:p>
        </w:tc>
      </w:tr>
      <w:tr>
        <w:tc>
          <w:tcPr>
            <w:tcW w:type="dxa" w:w="1080"/>
          </w:tcPr>
          <w:p>
            <w:r/>
          </w:p>
        </w:tc>
        <w:tc>
          <w:tcPr>
            <w:tcW w:type="dxa" w:w="1080"/>
          </w:tcPr>
          <w:p>
            <w:r>
              <w:t>环境设计构造工地实习</w:t>
            </w:r>
          </w:p>
        </w:tc>
        <w:tc>
          <w:tcPr>
            <w:tcW w:type="dxa" w:w="1080"/>
          </w:tcPr>
          <w:p>
            <w:r>
              <w:t>2AR21629</w:t>
            </w:r>
          </w:p>
        </w:tc>
        <w:tc>
          <w:tcPr>
            <w:tcW w:type="dxa" w:w="1080"/>
          </w:tcPr>
          <w:p>
            <w:r>
              <w:t>1</w:t>
            </w:r>
          </w:p>
        </w:tc>
        <w:tc>
          <w:tcPr>
            <w:tcW w:type="dxa" w:w="1080"/>
          </w:tcPr>
          <w:p>
            <w:r>
              <w:t>专业必修课</w:t>
            </w:r>
          </w:p>
        </w:tc>
        <w:tc>
          <w:tcPr>
            <w:tcW w:type="dxa" w:w="1080"/>
          </w:tcPr>
          <w:p>
            <w:r>
              <w:t>艺术学院</w:t>
            </w:r>
          </w:p>
        </w:tc>
        <w:tc>
          <w:tcPr>
            <w:tcW w:type="dxa" w:w="1080"/>
          </w:tcPr>
          <w:p>
            <w:r>
              <w:t>2025-2026</w:t>
            </w:r>
          </w:p>
        </w:tc>
        <w:tc>
          <w:tcPr>
            <w:tcW w:type="dxa" w:w="1080"/>
          </w:tcPr>
          <w:p>
            <w:r>
              <w:t>1</w:t>
            </w:r>
          </w:p>
        </w:tc>
      </w:tr>
      <w:tr>
        <w:tc>
          <w:tcPr>
            <w:tcW w:type="dxa" w:w="1080"/>
          </w:tcPr>
          <w:p>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p>
        </w:tc>
        <w:tc>
          <w:tcPr>
            <w:tcW w:type="dxa" w:w="1080"/>
          </w:tcPr>
          <w:p>
            <w:r>
              <w:t>室内设计(四)城市更新与旧建筑改造</w:t>
            </w:r>
          </w:p>
        </w:tc>
        <w:tc>
          <w:tcPr>
            <w:tcW w:type="dxa" w:w="1080"/>
          </w:tcPr>
          <w:p>
            <w:r>
              <w:t>2AR21618</w:t>
            </w:r>
          </w:p>
        </w:tc>
        <w:tc>
          <w:tcPr>
            <w:tcW w:type="dxa" w:w="1080"/>
          </w:tcPr>
          <w:p>
            <w:r>
              <w:t>5</w:t>
            </w:r>
          </w:p>
        </w:tc>
        <w:tc>
          <w:tcPr>
            <w:tcW w:type="dxa" w:w="1080"/>
          </w:tcPr>
          <w:p>
            <w:r>
              <w:t>专业必修课</w:t>
            </w:r>
          </w:p>
        </w:tc>
        <w:tc>
          <w:tcPr>
            <w:tcW w:type="dxa" w:w="1080"/>
          </w:tcPr>
          <w:p>
            <w:r>
              <w:t>艺术学院</w:t>
            </w:r>
          </w:p>
        </w:tc>
        <w:tc>
          <w:tcPr>
            <w:tcW w:type="dxa" w:w="1080"/>
          </w:tcPr>
          <w:p>
            <w:r>
              <w:t>2025-2026</w:t>
            </w:r>
          </w:p>
        </w:tc>
        <w:tc>
          <w:tcPr>
            <w:tcW w:type="dxa" w:w="1080"/>
          </w:tcPr>
          <w:p>
            <w:r>
              <w:t>2</w:t>
            </w:r>
          </w:p>
        </w:tc>
      </w:tr>
      <w:tr>
        <w:tc>
          <w:tcPr>
            <w:tcW w:type="dxa" w:w="1080"/>
          </w:tcPr>
          <w:p>
            <w:r/>
          </w:p>
        </w:tc>
        <w:tc>
          <w:tcPr>
            <w:tcW w:type="dxa" w:w="1080"/>
          </w:tcPr>
          <w:p>
            <w:r>
              <w:t>外部环境设计</w:t>
            </w:r>
          </w:p>
        </w:tc>
        <w:tc>
          <w:tcPr>
            <w:tcW w:type="dxa" w:w="1080"/>
          </w:tcPr>
          <w:p>
            <w:r>
              <w:t>2AR21619</w:t>
            </w:r>
          </w:p>
        </w:tc>
        <w:tc>
          <w:tcPr>
            <w:tcW w:type="dxa" w:w="1080"/>
          </w:tcPr>
          <w:p>
            <w:r>
              <w:t>5</w:t>
            </w:r>
          </w:p>
        </w:tc>
        <w:tc>
          <w:tcPr>
            <w:tcW w:type="dxa" w:w="1080"/>
          </w:tcPr>
          <w:p>
            <w:r>
              <w:t>专业必修课</w:t>
            </w:r>
          </w:p>
        </w:tc>
        <w:tc>
          <w:tcPr>
            <w:tcW w:type="dxa" w:w="1080"/>
          </w:tcPr>
          <w:p>
            <w:r>
              <w:t>艺术学院</w:t>
            </w:r>
          </w:p>
        </w:tc>
        <w:tc>
          <w:tcPr>
            <w:tcW w:type="dxa" w:w="1080"/>
          </w:tcPr>
          <w:p>
            <w:r>
              <w:t>2025-2026</w:t>
            </w:r>
          </w:p>
        </w:tc>
        <w:tc>
          <w:tcPr>
            <w:tcW w:type="dxa" w:w="1080"/>
          </w:tcPr>
          <w:p>
            <w:r>
              <w:t>2</w:t>
            </w:r>
          </w:p>
        </w:tc>
      </w:tr>
      <w:tr>
        <w:tc>
          <w:tcPr>
            <w:tcW w:type="dxa" w:w="1080"/>
          </w:tcPr>
          <w:p>
            <w:r/>
          </w:p>
        </w:tc>
        <w:tc>
          <w:tcPr>
            <w:tcW w:type="dxa" w:w="1080"/>
          </w:tcPr>
          <w:p>
            <w:r>
              <w:t>家具设计（二）</w:t>
            </w:r>
          </w:p>
        </w:tc>
        <w:tc>
          <w:tcPr>
            <w:tcW w:type="dxa" w:w="1080"/>
          </w:tcPr>
          <w:p>
            <w:r>
              <w:t>2AR21620</w:t>
            </w:r>
          </w:p>
        </w:tc>
        <w:tc>
          <w:tcPr>
            <w:tcW w:type="dxa" w:w="1080"/>
          </w:tcPr>
          <w:p>
            <w:r>
              <w:t>2.0</w:t>
            </w:r>
          </w:p>
        </w:tc>
        <w:tc>
          <w:tcPr>
            <w:tcW w:type="dxa" w:w="1080"/>
          </w:tcPr>
          <w:p>
            <w:r>
              <w:t>专业必修课</w:t>
            </w:r>
          </w:p>
        </w:tc>
        <w:tc>
          <w:tcPr>
            <w:tcW w:type="dxa" w:w="1080"/>
          </w:tcPr>
          <w:p>
            <w:r>
              <w:t>艺术学院</w:t>
            </w:r>
          </w:p>
        </w:tc>
        <w:tc>
          <w:tcPr>
            <w:tcW w:type="dxa" w:w="1080"/>
          </w:tcPr>
          <w:p>
            <w:r>
              <w:t>2025-2026</w:t>
            </w:r>
          </w:p>
        </w:tc>
        <w:tc>
          <w:tcPr>
            <w:tcW w:type="dxa" w:w="1080"/>
          </w:tcPr>
          <w:p>
            <w:r>
              <w:t>2</w:t>
            </w:r>
          </w:p>
        </w:tc>
      </w:tr>
      <w:tr>
        <w:tc>
          <w:tcPr>
            <w:tcW w:type="dxa" w:w="1080"/>
          </w:tcPr>
          <w:p>
            <w:r/>
          </w:p>
        </w:tc>
        <w:tc>
          <w:tcPr>
            <w:tcW w:type="dxa" w:w="1080"/>
          </w:tcPr>
          <w:p>
            <w:r>
              <w:t>民间建筑与环境考察</w:t>
            </w:r>
          </w:p>
        </w:tc>
        <w:tc>
          <w:tcPr>
            <w:tcW w:type="dxa" w:w="1080"/>
          </w:tcPr>
          <w:p>
            <w:r>
              <w:t>2AR21626</w:t>
            </w:r>
          </w:p>
        </w:tc>
        <w:tc>
          <w:tcPr>
            <w:tcW w:type="dxa" w:w="1080"/>
          </w:tcPr>
          <w:p>
            <w:r>
              <w:t>2</w:t>
            </w:r>
          </w:p>
        </w:tc>
        <w:tc>
          <w:tcPr>
            <w:tcW w:type="dxa" w:w="1080"/>
          </w:tcPr>
          <w:p>
            <w:r>
              <w:t>专业必修课</w:t>
            </w:r>
          </w:p>
        </w:tc>
        <w:tc>
          <w:tcPr>
            <w:tcW w:type="dxa" w:w="1080"/>
          </w:tcPr>
          <w:p>
            <w:r>
              <w:t>艺术学院</w:t>
            </w:r>
          </w:p>
        </w:tc>
        <w:tc>
          <w:tcPr>
            <w:tcW w:type="dxa" w:w="1080"/>
          </w:tcPr>
          <w:p>
            <w:r>
              <w:t>2025-2026</w:t>
            </w:r>
          </w:p>
        </w:tc>
        <w:tc>
          <w:tcPr>
            <w:tcW w:type="dxa" w:w="1080"/>
          </w:tcPr>
          <w:p>
            <w:r>
              <w:t>2</w:t>
            </w:r>
          </w:p>
        </w:tc>
      </w:tr>
      <w:tr>
        <w:tc>
          <w:tcPr>
            <w:tcW w:type="dxa" w:w="1080"/>
          </w:tcPr>
          <w:p>
            <w:r/>
          </w:p>
        </w:tc>
        <w:tc>
          <w:tcPr>
            <w:tcW w:type="dxa" w:w="1080"/>
          </w:tcPr>
          <w:p>
            <w:r>
              <w:t>整合专题工作坊</w:t>
            </w:r>
          </w:p>
        </w:tc>
        <w:tc>
          <w:tcPr>
            <w:tcW w:type="dxa" w:w="1080"/>
          </w:tcPr>
          <w:p>
            <w:r>
              <w:t>2AR21632</w:t>
            </w:r>
          </w:p>
        </w:tc>
        <w:tc>
          <w:tcPr>
            <w:tcW w:type="dxa" w:w="1080"/>
          </w:tcPr>
          <w:p>
            <w:r>
              <w:t>2</w:t>
            </w:r>
          </w:p>
        </w:tc>
        <w:tc>
          <w:tcPr>
            <w:tcW w:type="dxa" w:w="1080"/>
          </w:tcPr>
          <w:p>
            <w:r>
              <w:t>专业必修课</w:t>
            </w:r>
          </w:p>
        </w:tc>
        <w:tc>
          <w:tcPr>
            <w:tcW w:type="dxa" w:w="1080"/>
          </w:tcPr>
          <w:p>
            <w:r>
              <w:t>艺术学院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苏州科技大学艺术学院推荐2027年优秀应届本科毕业生免试攻读研究生课程清单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w:t>
            </w:r>
          </w:p>
        </w:tc>
        <w:tc>
          <w:tcPr>
            <w:tcW w:type="dxa" w:w="1080"/>
          </w:tcPr>
          <w:p>
            <w:r>
              <w:t>专业：</w:t>
            </w:r>
          </w:p>
        </w:tc>
        <w:tc>
          <w:tcPr>
            <w:tcW w:type="dxa" w:w="1080"/>
          </w:tcPr>
          <w:p>
            <w:r/>
          </w:p>
        </w:tc>
        <w:tc>
          <w:tcPr>
            <w:tcW w:type="dxa" w:w="1080"/>
          </w:tcPr>
          <w:p>
            <w:r>
              <w:t>美术学师范</w:t>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p>
        </w:tc>
        <w:tc>
          <w:tcPr>
            <w:tcW w:type="dxa" w:w="1080"/>
          </w:tcPr>
          <w:p>
            <w:r>
              <w:t>入学教育</w:t>
            </w:r>
          </w:p>
        </w:tc>
        <w:tc>
          <w:tcPr>
            <w:tcW w:type="dxa" w:w="1080"/>
          </w:tcPr>
          <w:p>
            <w:r>
              <w:t>2AA31001</w:t>
            </w:r>
          </w:p>
        </w:tc>
        <w:tc>
          <w:tcPr>
            <w:tcW w:type="dxa" w:w="1080"/>
          </w:tcPr>
          <w:p>
            <w:r>
              <w:t>0.0</w:t>
            </w:r>
          </w:p>
        </w:tc>
        <w:tc>
          <w:tcPr>
            <w:tcW w:type="dxa" w:w="1080"/>
          </w:tcPr>
          <w:p>
            <w:r>
              <w:t>素质必修课</w:t>
            </w:r>
          </w:p>
        </w:tc>
        <w:tc>
          <w:tcPr>
            <w:tcW w:type="dxa" w:w="1080"/>
          </w:tcPr>
          <w:p>
            <w:r>
              <w:t>艺术学院</w:t>
            </w:r>
          </w:p>
        </w:tc>
        <w:tc>
          <w:tcPr>
            <w:tcW w:type="dxa" w:w="1080"/>
          </w:tcPr>
          <w:p>
            <w:r>
              <w:t>2023-2024</w:t>
            </w:r>
          </w:p>
        </w:tc>
        <w:tc>
          <w:tcPr>
            <w:tcW w:type="dxa" w:w="1080"/>
          </w:tcPr>
          <w:p>
            <w:r>
              <w:t>1</w:t>
            </w:r>
          </w:p>
        </w:tc>
      </w:tr>
      <w:tr>
        <w:tc>
          <w:tcPr>
            <w:tcW w:type="dxa" w:w="1080"/>
          </w:tcPr>
          <w:p>
            <w:r/>
          </w:p>
        </w:tc>
        <w:tc>
          <w:tcPr>
            <w:tcW w:type="dxa" w:w="1080"/>
          </w:tcPr>
          <w:p>
            <w:r>
              <w:t>设计基础</w:t>
            </w:r>
          </w:p>
        </w:tc>
        <w:tc>
          <w:tcPr>
            <w:tcW w:type="dxa" w:w="1080"/>
          </w:tcPr>
          <w:p>
            <w:r>
              <w:t>2AR21201</w:t>
            </w:r>
          </w:p>
        </w:tc>
        <w:tc>
          <w:tcPr>
            <w:tcW w:type="dxa" w:w="1080"/>
          </w:tcPr>
          <w:p>
            <w:r>
              <w:t>2</w:t>
            </w:r>
          </w:p>
        </w:tc>
        <w:tc>
          <w:tcPr>
            <w:tcW w:type="dxa" w:w="1080"/>
          </w:tcPr>
          <w:p>
            <w:r>
              <w:t>专业必修课</w:t>
            </w:r>
          </w:p>
        </w:tc>
        <w:tc>
          <w:tcPr>
            <w:tcW w:type="dxa" w:w="1080"/>
          </w:tcPr>
          <w:p>
            <w:r>
              <w:t>艺术学院</w:t>
            </w:r>
          </w:p>
        </w:tc>
        <w:tc>
          <w:tcPr>
            <w:tcW w:type="dxa" w:w="1080"/>
          </w:tcPr>
          <w:p>
            <w:r>
              <w:t>2023-2024</w:t>
            </w:r>
          </w:p>
        </w:tc>
        <w:tc>
          <w:tcPr>
            <w:tcW w:type="dxa" w:w="1080"/>
          </w:tcPr>
          <w:p>
            <w:r>
              <w:t>1</w:t>
            </w:r>
          </w:p>
        </w:tc>
      </w:tr>
      <w:tr>
        <w:tc>
          <w:tcPr>
            <w:tcW w:type="dxa" w:w="1080"/>
          </w:tcPr>
          <w:p>
            <w:r/>
          </w:p>
        </w:tc>
        <w:tc>
          <w:tcPr>
            <w:tcW w:type="dxa" w:w="1080"/>
          </w:tcPr>
          <w:p>
            <w:r>
              <w:t>造型基础</w:t>
            </w:r>
          </w:p>
        </w:tc>
        <w:tc>
          <w:tcPr>
            <w:tcW w:type="dxa" w:w="1080"/>
          </w:tcPr>
          <w:p>
            <w:r>
              <w:t>2AR21302</w:t>
            </w:r>
          </w:p>
        </w:tc>
        <w:tc>
          <w:tcPr>
            <w:tcW w:type="dxa" w:w="1080"/>
          </w:tcPr>
          <w:p>
            <w:r>
              <w:t>4</w:t>
            </w:r>
          </w:p>
        </w:tc>
        <w:tc>
          <w:tcPr>
            <w:tcW w:type="dxa" w:w="1080"/>
          </w:tcPr>
          <w:p>
            <w:r>
              <w:t>专业必修课</w:t>
            </w:r>
          </w:p>
        </w:tc>
        <w:tc>
          <w:tcPr>
            <w:tcW w:type="dxa" w:w="1080"/>
          </w:tcPr>
          <w:p>
            <w:r>
              <w:t>艺术学院</w:t>
            </w:r>
          </w:p>
        </w:tc>
        <w:tc>
          <w:tcPr>
            <w:tcW w:type="dxa" w:w="1080"/>
          </w:tcPr>
          <w:p>
            <w:r>
              <w:t>2023-2024</w:t>
            </w:r>
          </w:p>
        </w:tc>
        <w:tc>
          <w:tcPr>
            <w:tcW w:type="dxa" w:w="1080"/>
          </w:tcPr>
          <w:p>
            <w:r>
              <w:t>1</w:t>
            </w:r>
          </w:p>
        </w:tc>
      </w:tr>
      <w:tr>
        <w:tc>
          <w:tcPr>
            <w:tcW w:type="dxa" w:w="1080"/>
          </w:tcPr>
          <w:p>
            <w:r/>
          </w:p>
        </w:tc>
        <w:tc>
          <w:tcPr>
            <w:tcW w:type="dxa" w:w="1080"/>
          </w:tcPr>
          <w:p>
            <w:r>
              <w:t>中国美术史</w:t>
            </w:r>
          </w:p>
        </w:tc>
        <w:tc>
          <w:tcPr>
            <w:tcW w:type="dxa" w:w="1080"/>
          </w:tcPr>
          <w:p>
            <w:r>
              <w:t>2AR21303</w:t>
            </w:r>
          </w:p>
        </w:tc>
        <w:tc>
          <w:tcPr>
            <w:tcW w:type="dxa" w:w="1080"/>
          </w:tcPr>
          <w:p>
            <w:r>
              <w:t>3</w:t>
            </w:r>
          </w:p>
        </w:tc>
        <w:tc>
          <w:tcPr>
            <w:tcW w:type="dxa" w:w="1080"/>
          </w:tcPr>
          <w:p>
            <w:r>
              <w:t>专业必修课</w:t>
            </w:r>
          </w:p>
        </w:tc>
        <w:tc>
          <w:tcPr>
            <w:tcW w:type="dxa" w:w="1080"/>
          </w:tcPr>
          <w:p>
            <w:r>
              <w:t>艺术学院</w:t>
            </w:r>
          </w:p>
        </w:tc>
        <w:tc>
          <w:tcPr>
            <w:tcW w:type="dxa" w:w="1080"/>
          </w:tcPr>
          <w:p>
            <w:r>
              <w:t>2023-2024</w:t>
            </w:r>
          </w:p>
        </w:tc>
        <w:tc>
          <w:tcPr>
            <w:tcW w:type="dxa" w:w="1080"/>
          </w:tcPr>
          <w:p>
            <w:r>
              <w:t>1</w:t>
            </w:r>
          </w:p>
        </w:tc>
      </w:tr>
      <w:tr>
        <w:tc>
          <w:tcPr>
            <w:tcW w:type="dxa" w:w="1080"/>
          </w:tcPr>
          <w:p>
            <w:r/>
          </w:p>
        </w:tc>
        <w:tc>
          <w:tcPr>
            <w:tcW w:type="dxa" w:w="1080"/>
          </w:tcPr>
          <w:p>
            <w:r>
              <w:t>书法基础</w:t>
            </w:r>
          </w:p>
        </w:tc>
        <w:tc>
          <w:tcPr>
            <w:tcW w:type="dxa" w:w="1080"/>
          </w:tcPr>
          <w:p>
            <w:r>
              <w:t>2AR41001</w:t>
            </w:r>
          </w:p>
        </w:tc>
        <w:tc>
          <w:tcPr>
            <w:tcW w:type="dxa" w:w="1080"/>
          </w:tcPr>
          <w:p>
            <w:r>
              <w:t>1</w:t>
            </w:r>
          </w:p>
        </w:tc>
        <w:tc>
          <w:tcPr>
            <w:tcW w:type="dxa" w:w="1080"/>
          </w:tcPr>
          <w:p>
            <w:r>
              <w:t>教师教育必修课</w:t>
            </w:r>
          </w:p>
        </w:tc>
        <w:tc>
          <w:tcPr>
            <w:tcW w:type="dxa" w:w="1080"/>
          </w:tcPr>
          <w:p>
            <w:r>
              <w:t>艺术学院</w:t>
            </w:r>
          </w:p>
        </w:tc>
        <w:tc>
          <w:tcPr>
            <w:tcW w:type="dxa" w:w="1080"/>
          </w:tcPr>
          <w:p>
            <w:r>
              <w:t>2023-2024</w:t>
            </w:r>
          </w:p>
        </w:tc>
        <w:tc>
          <w:tcPr>
            <w:tcW w:type="dxa" w:w="1080"/>
          </w:tcPr>
          <w:p>
            <w:r>
              <w:t>1</w:t>
            </w:r>
          </w:p>
        </w:tc>
      </w:tr>
      <w:tr>
        <w:tc>
          <w:tcPr>
            <w:tcW w:type="dxa" w:w="1080"/>
          </w:tcPr>
          <w:p>
            <w:r/>
          </w:p>
        </w:tc>
        <w:tc>
          <w:tcPr>
            <w:tcW w:type="dxa" w:w="1080"/>
          </w:tcPr>
          <w:p>
            <w:r>
              <w:t>教师发展与职业道德</w:t>
            </w:r>
          </w:p>
        </w:tc>
        <w:tc>
          <w:tcPr>
            <w:tcW w:type="dxa" w:w="1080"/>
          </w:tcPr>
          <w:p>
            <w:r>
              <w:t>2AR41201</w:t>
            </w:r>
          </w:p>
        </w:tc>
        <w:tc>
          <w:tcPr>
            <w:tcW w:type="dxa" w:w="1080"/>
          </w:tcPr>
          <w:p>
            <w:r>
              <w:t>1</w:t>
            </w:r>
          </w:p>
        </w:tc>
        <w:tc>
          <w:tcPr>
            <w:tcW w:type="dxa" w:w="1080"/>
          </w:tcPr>
          <w:p>
            <w:r>
              <w:t>教师教育必修课</w:t>
            </w:r>
          </w:p>
        </w:tc>
        <w:tc>
          <w:tcPr>
            <w:tcW w:type="dxa" w:w="1080"/>
          </w:tcPr>
          <w:p>
            <w:r>
              <w:t>艺术学院</w:t>
            </w:r>
          </w:p>
        </w:tc>
        <w:tc>
          <w:tcPr>
            <w:tcW w:type="dxa" w:w="1080"/>
          </w:tcPr>
          <w:p>
            <w:r>
              <w:t>2023-2024</w:t>
            </w:r>
          </w:p>
        </w:tc>
        <w:tc>
          <w:tcPr>
            <w:tcW w:type="dxa" w:w="1080"/>
          </w:tcPr>
          <w:p>
            <w:r>
              <w:t>1</w:t>
            </w:r>
          </w:p>
        </w:tc>
      </w:tr>
      <w:tr>
        <w:tc>
          <w:tcPr>
            <w:tcW w:type="dxa" w:w="1080"/>
          </w:tcPr>
          <w:p>
            <w:r/>
          </w:p>
        </w:tc>
        <w:tc>
          <w:tcPr>
            <w:tcW w:type="dxa" w:w="1080"/>
          </w:tcPr>
          <w:p>
            <w:r>
              <w:t>军事理论</w:t>
            </w:r>
          </w:p>
        </w:tc>
        <w:tc>
          <w:tcPr>
            <w:tcW w:type="dxa" w:w="1080"/>
          </w:tcPr>
          <w:p>
            <w:r>
              <w:t>2AS11001</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p>
        </w:tc>
        <w:tc>
          <w:tcPr>
            <w:tcW w:type="dxa" w:w="1080"/>
          </w:tcPr>
          <w:p>
            <w:r>
              <w:t>军事技能</w:t>
            </w:r>
          </w:p>
        </w:tc>
        <w:tc>
          <w:tcPr>
            <w:tcW w:type="dxa" w:w="1080"/>
          </w:tcPr>
          <w:p>
            <w:r>
              <w:t>2AS11002</w:t>
            </w:r>
          </w:p>
        </w:tc>
        <w:tc>
          <w:tcPr>
            <w:tcW w:type="dxa" w:w="1080"/>
          </w:tcPr>
          <w:p>
            <w:r>
              <w:t>2.0</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p>
        </w:tc>
        <w:tc>
          <w:tcPr>
            <w:tcW w:type="dxa" w:w="1080"/>
          </w:tcPr>
          <w:p>
            <w:r>
              <w:t>大学生心理健康实践</w:t>
            </w:r>
          </w:p>
        </w:tc>
        <w:tc>
          <w:tcPr>
            <w:tcW w:type="dxa" w:w="1080"/>
          </w:tcPr>
          <w:p>
            <w:r>
              <w:t>2ED11002</w:t>
            </w:r>
          </w:p>
        </w:tc>
        <w:tc>
          <w:tcPr>
            <w:tcW w:type="dxa" w:w="1080"/>
          </w:tcPr>
          <w:p>
            <w:r>
              <w:t>1.0</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p>
        </w:tc>
        <w:tc>
          <w:tcPr>
            <w:tcW w:type="dxa" w:w="1080"/>
          </w:tcPr>
          <w:p>
            <w:r>
              <w:t>文科高等数学</w:t>
            </w:r>
          </w:p>
        </w:tc>
        <w:tc>
          <w:tcPr>
            <w:tcW w:type="dxa" w:w="1080"/>
          </w:tcPr>
          <w:p>
            <w:r>
              <w:t>2MA11010</w:t>
            </w:r>
          </w:p>
        </w:tc>
        <w:tc>
          <w:tcPr>
            <w:tcW w:type="dxa" w:w="1080"/>
          </w:tcPr>
          <w:p>
            <w:r>
              <w:t>1</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p>
        </w:tc>
        <w:tc>
          <w:tcPr>
            <w:tcW w:type="dxa" w:w="1080"/>
          </w:tcPr>
          <w:p>
            <w:r>
              <w:t>思想道德与法治</w:t>
            </w:r>
          </w:p>
        </w:tc>
        <w:tc>
          <w:tcPr>
            <w:tcW w:type="dxa" w:w="1080"/>
          </w:tcPr>
          <w:p>
            <w:r>
              <w:t>2MX11001</w:t>
            </w:r>
          </w:p>
        </w:tc>
        <w:tc>
          <w:tcPr>
            <w:tcW w:type="dxa" w:w="1080"/>
          </w:tcPr>
          <w:p>
            <w:r>
              <w:t>3.0</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p>
        </w:tc>
        <w:tc>
          <w:tcPr>
            <w:tcW w:type="dxa" w:w="1080"/>
          </w:tcPr>
          <w:p>
            <w:r>
              <w:t>劳动教育理论</w:t>
            </w:r>
          </w:p>
        </w:tc>
        <w:tc>
          <w:tcPr>
            <w:tcW w:type="dxa" w:w="1080"/>
          </w:tcPr>
          <w:p>
            <w:r>
              <w:t>2SD11001</w:t>
            </w:r>
          </w:p>
        </w:tc>
        <w:tc>
          <w:tcPr>
            <w:tcW w:type="dxa" w:w="1080"/>
          </w:tcPr>
          <w:p>
            <w:r>
              <w:t>1.0</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p>
        </w:tc>
        <w:tc>
          <w:tcPr>
            <w:tcW w:type="dxa" w:w="1080"/>
          </w:tcPr>
          <w:p>
            <w:r>
              <w:t>美术概论</w:t>
            </w:r>
          </w:p>
        </w:tc>
        <w:tc>
          <w:tcPr>
            <w:tcW w:type="dxa" w:w="1080"/>
          </w:tcPr>
          <w:p>
            <w:r>
              <w:t>2AR21202</w:t>
            </w:r>
          </w:p>
        </w:tc>
        <w:tc>
          <w:tcPr>
            <w:tcW w:type="dxa" w:w="1080"/>
          </w:tcPr>
          <w:p>
            <w:r>
              <w:t>1</w:t>
            </w:r>
          </w:p>
        </w:tc>
        <w:tc>
          <w:tcPr>
            <w:tcW w:type="dxa" w:w="1080"/>
          </w:tcPr>
          <w:p>
            <w:r>
              <w:t>专业必修课</w:t>
            </w:r>
          </w:p>
        </w:tc>
        <w:tc>
          <w:tcPr>
            <w:tcW w:type="dxa" w:w="1080"/>
          </w:tcPr>
          <w:p>
            <w:r>
              <w:t>艺术学院</w:t>
            </w:r>
          </w:p>
        </w:tc>
        <w:tc>
          <w:tcPr>
            <w:tcW w:type="dxa" w:w="1080"/>
          </w:tcPr>
          <w:p>
            <w:r>
              <w:t>2023-2024</w:t>
            </w:r>
          </w:p>
        </w:tc>
        <w:tc>
          <w:tcPr>
            <w:tcW w:type="dxa" w:w="1080"/>
          </w:tcPr>
          <w:p>
            <w:r>
              <w:t>2</w:t>
            </w:r>
          </w:p>
        </w:tc>
      </w:tr>
      <w:tr>
        <w:tc>
          <w:tcPr>
            <w:tcW w:type="dxa" w:w="1080"/>
          </w:tcPr>
          <w:p>
            <w:r/>
          </w:p>
        </w:tc>
        <w:tc>
          <w:tcPr>
            <w:tcW w:type="dxa" w:w="1080"/>
          </w:tcPr>
          <w:p>
            <w:r>
              <w:t>中国近现代美术教育史</w:t>
            </w:r>
          </w:p>
        </w:tc>
        <w:tc>
          <w:tcPr>
            <w:tcW w:type="dxa" w:w="1080"/>
          </w:tcPr>
          <w:p>
            <w:r>
              <w:t>2AR21203</w:t>
            </w:r>
          </w:p>
        </w:tc>
        <w:tc>
          <w:tcPr>
            <w:tcW w:type="dxa" w:w="1080"/>
          </w:tcPr>
          <w:p>
            <w:r>
              <w:t>1</w:t>
            </w:r>
          </w:p>
        </w:tc>
        <w:tc>
          <w:tcPr>
            <w:tcW w:type="dxa" w:w="1080"/>
          </w:tcPr>
          <w:p>
            <w:r>
              <w:t>专业必修课</w:t>
            </w:r>
          </w:p>
        </w:tc>
        <w:tc>
          <w:tcPr>
            <w:tcW w:type="dxa" w:w="1080"/>
          </w:tcPr>
          <w:p>
            <w:r>
              <w:t>艺术学院</w:t>
            </w:r>
          </w:p>
        </w:tc>
        <w:tc>
          <w:tcPr>
            <w:tcW w:type="dxa" w:w="1080"/>
          </w:tcPr>
          <w:p>
            <w:r>
              <w:t>2023-2024</w:t>
            </w:r>
          </w:p>
        </w:tc>
        <w:tc>
          <w:tcPr>
            <w:tcW w:type="dxa" w:w="1080"/>
          </w:tcPr>
          <w:p>
            <w:r>
              <w:t>2</w:t>
            </w:r>
          </w:p>
        </w:tc>
      </w:tr>
      <w:tr>
        <w:tc>
          <w:tcPr>
            <w:tcW w:type="dxa" w:w="1080"/>
          </w:tcPr>
          <w:p>
            <w:r/>
          </w:p>
        </w:tc>
        <w:tc>
          <w:tcPr>
            <w:tcW w:type="dxa" w:w="1080"/>
          </w:tcPr>
          <w:p>
            <w:r>
              <w:t>外出写生</w:t>
            </w:r>
          </w:p>
        </w:tc>
        <w:tc>
          <w:tcPr>
            <w:tcW w:type="dxa" w:w="1080"/>
          </w:tcPr>
          <w:p>
            <w:r>
              <w:t>2AR21222</w:t>
            </w:r>
          </w:p>
        </w:tc>
        <w:tc>
          <w:tcPr>
            <w:tcW w:type="dxa" w:w="1080"/>
          </w:tcPr>
          <w:p>
            <w:r>
              <w:t>2</w:t>
            </w:r>
          </w:p>
        </w:tc>
        <w:tc>
          <w:tcPr>
            <w:tcW w:type="dxa" w:w="1080"/>
          </w:tcPr>
          <w:p>
            <w:r>
              <w:t>专业必修课</w:t>
            </w:r>
          </w:p>
        </w:tc>
        <w:tc>
          <w:tcPr>
            <w:tcW w:type="dxa" w:w="1080"/>
          </w:tcPr>
          <w:p>
            <w:r>
              <w:t>艺术学院</w:t>
            </w:r>
          </w:p>
        </w:tc>
        <w:tc>
          <w:tcPr>
            <w:tcW w:type="dxa" w:w="1080"/>
          </w:tcPr>
          <w:p>
            <w:r>
              <w:t>2023-2024</w:t>
            </w:r>
          </w:p>
        </w:tc>
        <w:tc>
          <w:tcPr>
            <w:tcW w:type="dxa" w:w="1080"/>
          </w:tcPr>
          <w:p>
            <w:r>
              <w:t>2</w:t>
            </w:r>
          </w:p>
        </w:tc>
      </w:tr>
      <w:tr>
        <w:tc>
          <w:tcPr>
            <w:tcW w:type="dxa" w:w="1080"/>
          </w:tcPr>
          <w:p>
            <w:r/>
          </w:p>
        </w:tc>
        <w:tc>
          <w:tcPr>
            <w:tcW w:type="dxa" w:w="1080"/>
          </w:tcPr>
          <w:p>
            <w:r>
              <w:t>版画工作坊</w:t>
            </w:r>
          </w:p>
        </w:tc>
        <w:tc>
          <w:tcPr>
            <w:tcW w:type="dxa" w:w="1080"/>
          </w:tcPr>
          <w:p>
            <w:r>
              <w:t>2AR21225</w:t>
            </w:r>
          </w:p>
        </w:tc>
        <w:tc>
          <w:tcPr>
            <w:tcW w:type="dxa" w:w="1080"/>
          </w:tcPr>
          <w:p>
            <w:r>
              <w:t>2</w:t>
            </w:r>
          </w:p>
        </w:tc>
        <w:tc>
          <w:tcPr>
            <w:tcW w:type="dxa" w:w="1080"/>
          </w:tcPr>
          <w:p>
            <w:r>
              <w:t>专业必修课</w:t>
            </w:r>
          </w:p>
        </w:tc>
        <w:tc>
          <w:tcPr>
            <w:tcW w:type="dxa" w:w="1080"/>
          </w:tcPr>
          <w:p>
            <w:r>
              <w:t>艺术学院</w:t>
            </w:r>
          </w:p>
        </w:tc>
        <w:tc>
          <w:tcPr>
            <w:tcW w:type="dxa" w:w="1080"/>
          </w:tcPr>
          <w:p>
            <w:r>
              <w:t>2023-2024</w:t>
            </w:r>
          </w:p>
        </w:tc>
        <w:tc>
          <w:tcPr>
            <w:tcW w:type="dxa" w:w="1080"/>
          </w:tcPr>
          <w:p>
            <w:r>
              <w:t>2</w:t>
            </w:r>
          </w:p>
        </w:tc>
      </w:tr>
      <w:tr>
        <w:tc>
          <w:tcPr>
            <w:tcW w:type="dxa" w:w="1080"/>
          </w:tcPr>
          <w:p>
            <w:r/>
          </w:p>
        </w:tc>
        <w:tc>
          <w:tcPr>
            <w:tcW w:type="dxa" w:w="1080"/>
          </w:tcPr>
          <w:p>
            <w:r>
              <w:t>外国美术史</w:t>
            </w:r>
          </w:p>
        </w:tc>
        <w:tc>
          <w:tcPr>
            <w:tcW w:type="dxa" w:w="1080"/>
          </w:tcPr>
          <w:p>
            <w:r>
              <w:t>2AR21305</w:t>
            </w:r>
          </w:p>
        </w:tc>
        <w:tc>
          <w:tcPr>
            <w:tcW w:type="dxa" w:w="1080"/>
          </w:tcPr>
          <w:p>
            <w:r>
              <w:t>3</w:t>
            </w:r>
          </w:p>
        </w:tc>
        <w:tc>
          <w:tcPr>
            <w:tcW w:type="dxa" w:w="1080"/>
          </w:tcPr>
          <w:p>
            <w:r>
              <w:t>专业必修课</w:t>
            </w:r>
          </w:p>
        </w:tc>
        <w:tc>
          <w:tcPr>
            <w:tcW w:type="dxa" w:w="1080"/>
          </w:tcPr>
          <w:p>
            <w:r>
              <w:t>艺术学院</w:t>
            </w:r>
          </w:p>
        </w:tc>
        <w:tc>
          <w:tcPr>
            <w:tcW w:type="dxa" w:w="1080"/>
          </w:tcPr>
          <w:p>
            <w:r>
              <w:t>2023-2024</w:t>
            </w:r>
          </w:p>
        </w:tc>
        <w:tc>
          <w:tcPr>
            <w:tcW w:type="dxa" w:w="1080"/>
          </w:tcPr>
          <w:p>
            <w:r>
              <w:t>2</w:t>
            </w:r>
          </w:p>
        </w:tc>
      </w:tr>
      <w:tr>
        <w:tc>
          <w:tcPr>
            <w:tcW w:type="dxa" w:w="1080"/>
          </w:tcPr>
          <w:p>
            <w:r/>
          </w:p>
        </w:tc>
        <w:tc>
          <w:tcPr>
            <w:tcW w:type="dxa" w:w="1080"/>
          </w:tcPr>
          <w:p>
            <w:r>
              <w:t>色彩基础</w:t>
            </w:r>
          </w:p>
        </w:tc>
        <w:tc>
          <w:tcPr>
            <w:tcW w:type="dxa" w:w="1080"/>
          </w:tcPr>
          <w:p>
            <w:r>
              <w:t>2AR21306</w:t>
            </w:r>
          </w:p>
        </w:tc>
        <w:tc>
          <w:tcPr>
            <w:tcW w:type="dxa" w:w="1080"/>
          </w:tcPr>
          <w:p>
            <w:r>
              <w:t>4</w:t>
            </w:r>
          </w:p>
        </w:tc>
        <w:tc>
          <w:tcPr>
            <w:tcW w:type="dxa" w:w="1080"/>
          </w:tcPr>
          <w:p>
            <w:r>
              <w:t>专业必修课</w:t>
            </w:r>
          </w:p>
        </w:tc>
        <w:tc>
          <w:tcPr>
            <w:tcW w:type="dxa" w:w="1080"/>
          </w:tcPr>
          <w:p>
            <w:r>
              <w:t>艺术学院</w:t>
            </w:r>
          </w:p>
        </w:tc>
        <w:tc>
          <w:tcPr>
            <w:tcW w:type="dxa" w:w="1080"/>
          </w:tcPr>
          <w:p>
            <w:r>
              <w:t>2023-2024</w:t>
            </w:r>
          </w:p>
        </w:tc>
        <w:tc>
          <w:tcPr>
            <w:tcW w:type="dxa" w:w="1080"/>
          </w:tcPr>
          <w:p>
            <w:r>
              <w:t>2</w:t>
            </w:r>
          </w:p>
        </w:tc>
      </w:tr>
      <w:tr>
        <w:tc>
          <w:tcPr>
            <w:tcW w:type="dxa" w:w="1080"/>
          </w:tcPr>
          <w:p>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p>
        </w:tc>
        <w:tc>
          <w:tcPr>
            <w:tcW w:type="dxa" w:w="1080"/>
          </w:tcPr>
          <w:p>
            <w:r>
              <w:t>教育学基础</w:t>
            </w:r>
          </w:p>
        </w:tc>
        <w:tc>
          <w:tcPr>
            <w:tcW w:type="dxa" w:w="1080"/>
          </w:tcPr>
          <w:p>
            <w:r>
              <w:t>2ED41001</w:t>
            </w:r>
          </w:p>
        </w:tc>
        <w:tc>
          <w:tcPr>
            <w:tcW w:type="dxa" w:w="1080"/>
          </w:tcPr>
          <w:p>
            <w:r>
              <w:t>2</w:t>
            </w:r>
          </w:p>
        </w:tc>
        <w:tc>
          <w:tcPr>
            <w:tcW w:type="dxa" w:w="1080"/>
          </w:tcPr>
          <w:p>
            <w:r>
              <w:t>教师教育必修课</w:t>
            </w:r>
          </w:p>
        </w:tc>
        <w:tc>
          <w:tcPr>
            <w:tcW w:type="dxa" w:w="1080"/>
          </w:tcPr>
          <w:p>
            <w:r>
              <w:t>教育学院</w:t>
            </w:r>
          </w:p>
        </w:tc>
        <w:tc>
          <w:tcPr>
            <w:tcW w:type="dxa" w:w="1080"/>
          </w:tcPr>
          <w:p>
            <w:r>
              <w:t>2023-2024</w:t>
            </w:r>
          </w:p>
        </w:tc>
        <w:tc>
          <w:tcPr>
            <w:tcW w:type="dxa" w:w="1080"/>
          </w:tcPr>
          <w:p>
            <w:r>
              <w:t>2</w:t>
            </w:r>
          </w:p>
        </w:tc>
      </w:tr>
      <w:tr>
        <w:tc>
          <w:tcPr>
            <w:tcW w:type="dxa" w:w="1080"/>
          </w:tcPr>
          <w:p>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p>
        </w:tc>
        <w:tc>
          <w:tcPr>
            <w:tcW w:type="dxa" w:w="1080"/>
          </w:tcPr>
          <w:p>
            <w:r>
              <w:t>习近平总书记关于教育的重要论述研究</w:t>
            </w:r>
          </w:p>
        </w:tc>
        <w:tc>
          <w:tcPr>
            <w:tcW w:type="dxa" w:w="1080"/>
          </w:tcPr>
          <w:p>
            <w:r>
              <w:t>2MX11011</w:t>
            </w:r>
          </w:p>
        </w:tc>
        <w:tc>
          <w:tcPr>
            <w:tcW w:type="dxa" w:w="1080"/>
          </w:tcPr>
          <w:p>
            <w:r>
              <w:t>2</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p>
        </w:tc>
        <w:tc>
          <w:tcPr>
            <w:tcW w:type="dxa" w:w="1080"/>
          </w:tcPr>
          <w:p>
            <w:r>
              <w:t>素描</w:t>
            </w:r>
          </w:p>
        </w:tc>
        <w:tc>
          <w:tcPr>
            <w:tcW w:type="dxa" w:w="1080"/>
          </w:tcPr>
          <w:p>
            <w:r>
              <w:t>2AR21208</w:t>
            </w:r>
          </w:p>
        </w:tc>
        <w:tc>
          <w:tcPr>
            <w:tcW w:type="dxa" w:w="1080"/>
          </w:tcPr>
          <w:p>
            <w:r>
              <w:t>4</w:t>
            </w:r>
          </w:p>
        </w:tc>
        <w:tc>
          <w:tcPr>
            <w:tcW w:type="dxa" w:w="1080"/>
          </w:tcPr>
          <w:p>
            <w:r>
              <w:t>专业必修课</w:t>
            </w:r>
          </w:p>
        </w:tc>
        <w:tc>
          <w:tcPr>
            <w:tcW w:type="dxa" w:w="1080"/>
          </w:tcPr>
          <w:p>
            <w:r>
              <w:t>艺术学院</w:t>
            </w:r>
          </w:p>
        </w:tc>
        <w:tc>
          <w:tcPr>
            <w:tcW w:type="dxa" w:w="1080"/>
          </w:tcPr>
          <w:p>
            <w:r>
              <w:t>2024-2025</w:t>
            </w:r>
          </w:p>
        </w:tc>
        <w:tc>
          <w:tcPr>
            <w:tcW w:type="dxa" w:w="1080"/>
          </w:tcPr>
          <w:p>
            <w:r>
              <w:t>1</w:t>
            </w:r>
          </w:p>
        </w:tc>
      </w:tr>
      <w:tr>
        <w:tc>
          <w:tcPr>
            <w:tcW w:type="dxa" w:w="1080"/>
          </w:tcPr>
          <w:p>
            <w:r/>
          </w:p>
        </w:tc>
        <w:tc>
          <w:tcPr>
            <w:tcW w:type="dxa" w:w="1080"/>
          </w:tcPr>
          <w:p>
            <w:r>
              <w:t>色彩</w:t>
            </w:r>
          </w:p>
        </w:tc>
        <w:tc>
          <w:tcPr>
            <w:tcW w:type="dxa" w:w="1080"/>
          </w:tcPr>
          <w:p>
            <w:r>
              <w:t>2AR21209</w:t>
            </w:r>
          </w:p>
        </w:tc>
        <w:tc>
          <w:tcPr>
            <w:tcW w:type="dxa" w:w="1080"/>
          </w:tcPr>
          <w:p>
            <w:r>
              <w:t>4</w:t>
            </w:r>
          </w:p>
        </w:tc>
        <w:tc>
          <w:tcPr>
            <w:tcW w:type="dxa" w:w="1080"/>
          </w:tcPr>
          <w:p>
            <w:r>
              <w:t>专业必修课</w:t>
            </w:r>
          </w:p>
        </w:tc>
        <w:tc>
          <w:tcPr>
            <w:tcW w:type="dxa" w:w="1080"/>
          </w:tcPr>
          <w:p>
            <w:r>
              <w:t>艺术学院</w:t>
            </w:r>
          </w:p>
        </w:tc>
        <w:tc>
          <w:tcPr>
            <w:tcW w:type="dxa" w:w="1080"/>
          </w:tcPr>
          <w:p>
            <w:r>
              <w:t>2024-2025</w:t>
            </w:r>
          </w:p>
        </w:tc>
        <w:tc>
          <w:tcPr>
            <w:tcW w:type="dxa" w:w="1080"/>
          </w:tcPr>
          <w:p>
            <w:r>
              <w:t>1</w:t>
            </w:r>
          </w:p>
        </w:tc>
      </w:tr>
      <w:tr>
        <w:tc>
          <w:tcPr>
            <w:tcW w:type="dxa" w:w="1080"/>
          </w:tcPr>
          <w:p>
            <w:r/>
          </w:p>
        </w:tc>
        <w:tc>
          <w:tcPr>
            <w:tcW w:type="dxa" w:w="1080"/>
          </w:tcPr>
          <w:p>
            <w:r>
              <w:t>书法</w:t>
            </w:r>
          </w:p>
        </w:tc>
        <w:tc>
          <w:tcPr>
            <w:tcW w:type="dxa" w:w="1080"/>
          </w:tcPr>
          <w:p>
            <w:r>
              <w:t>2AR21210</w:t>
            </w:r>
          </w:p>
        </w:tc>
        <w:tc>
          <w:tcPr>
            <w:tcW w:type="dxa" w:w="1080"/>
          </w:tcPr>
          <w:p>
            <w:r>
              <w:t>4</w:t>
            </w:r>
          </w:p>
        </w:tc>
        <w:tc>
          <w:tcPr>
            <w:tcW w:type="dxa" w:w="1080"/>
          </w:tcPr>
          <w:p>
            <w:r>
              <w:t>专业必修课</w:t>
            </w:r>
          </w:p>
        </w:tc>
        <w:tc>
          <w:tcPr>
            <w:tcW w:type="dxa" w:w="1080"/>
          </w:tcPr>
          <w:p>
            <w:r>
              <w:t>艺术学院</w:t>
            </w:r>
          </w:p>
        </w:tc>
        <w:tc>
          <w:tcPr>
            <w:tcW w:type="dxa" w:w="1080"/>
          </w:tcPr>
          <w:p>
            <w:r>
              <w:t>2024-2025</w:t>
            </w:r>
          </w:p>
        </w:tc>
        <w:tc>
          <w:tcPr>
            <w:tcW w:type="dxa" w:w="1080"/>
          </w:tcPr>
          <w:p>
            <w:r>
              <w:t>1</w:t>
            </w:r>
          </w:p>
        </w:tc>
      </w:tr>
      <w:tr>
        <w:tc>
          <w:tcPr>
            <w:tcW w:type="dxa" w:w="1080"/>
          </w:tcPr>
          <w:p>
            <w:r/>
          </w:p>
        </w:tc>
        <w:tc>
          <w:tcPr>
            <w:tcW w:type="dxa" w:w="1080"/>
          </w:tcPr>
          <w:p>
            <w:r>
              <w:t>教师语言表达与训练</w:t>
            </w:r>
          </w:p>
        </w:tc>
        <w:tc>
          <w:tcPr>
            <w:tcW w:type="dxa" w:w="1080"/>
          </w:tcPr>
          <w:p>
            <w:r>
              <w:t>2CL41001</w:t>
            </w:r>
          </w:p>
        </w:tc>
        <w:tc>
          <w:tcPr>
            <w:tcW w:type="dxa" w:w="1080"/>
          </w:tcPr>
          <w:p>
            <w:r>
              <w:t>1</w:t>
            </w:r>
          </w:p>
        </w:tc>
        <w:tc>
          <w:tcPr>
            <w:tcW w:type="dxa" w:w="1080"/>
          </w:tcPr>
          <w:p>
            <w:r>
              <w:t>教师教育必修课</w:t>
            </w:r>
          </w:p>
        </w:tc>
        <w:tc>
          <w:tcPr>
            <w:tcW w:type="dxa" w:w="1080"/>
          </w:tcPr>
          <w:p>
            <w:r>
              <w:t>文学院</w:t>
            </w:r>
          </w:p>
        </w:tc>
        <w:tc>
          <w:tcPr>
            <w:tcW w:type="dxa" w:w="1080"/>
          </w:tcPr>
          <w:p>
            <w:r>
              <w:t>2024-2025</w:t>
            </w:r>
          </w:p>
        </w:tc>
        <w:tc>
          <w:tcPr>
            <w:tcW w:type="dxa" w:w="1080"/>
          </w:tcPr>
          <w:p>
            <w:r>
              <w:t>1</w:t>
            </w:r>
          </w:p>
        </w:tc>
      </w:tr>
      <w:tr>
        <w:tc>
          <w:tcPr>
            <w:tcW w:type="dxa" w:w="1080"/>
          </w:tcPr>
          <w:p>
            <w:r/>
          </w:p>
        </w:tc>
        <w:tc>
          <w:tcPr>
            <w:tcW w:type="dxa" w:w="1080"/>
          </w:tcPr>
          <w:p>
            <w:r>
              <w:t>学习心理学</w:t>
            </w:r>
          </w:p>
        </w:tc>
        <w:tc>
          <w:tcPr>
            <w:tcW w:type="dxa" w:w="1080"/>
          </w:tcPr>
          <w:p>
            <w:r>
              <w:t>2ED41002</w:t>
            </w:r>
          </w:p>
        </w:tc>
        <w:tc>
          <w:tcPr>
            <w:tcW w:type="dxa" w:w="1080"/>
          </w:tcPr>
          <w:p>
            <w:r>
              <w:t>2</w:t>
            </w:r>
          </w:p>
        </w:tc>
        <w:tc>
          <w:tcPr>
            <w:tcW w:type="dxa" w:w="1080"/>
          </w:tcPr>
          <w:p>
            <w:r>
              <w:t>教师教育必修课</w:t>
            </w:r>
          </w:p>
        </w:tc>
        <w:tc>
          <w:tcPr>
            <w:tcW w:type="dxa" w:w="1080"/>
          </w:tcPr>
          <w:p>
            <w:r>
              <w:t>教育学院</w:t>
            </w:r>
          </w:p>
        </w:tc>
        <w:tc>
          <w:tcPr>
            <w:tcW w:type="dxa" w:w="1080"/>
          </w:tcPr>
          <w:p>
            <w:r>
              <w:t>2024-2025</w:t>
            </w:r>
          </w:p>
        </w:tc>
        <w:tc>
          <w:tcPr>
            <w:tcW w:type="dxa" w:w="1080"/>
          </w:tcPr>
          <w:p>
            <w:r>
              <w:t>1</w:t>
            </w:r>
          </w:p>
        </w:tc>
      </w:tr>
      <w:tr>
        <w:tc>
          <w:tcPr>
            <w:tcW w:type="dxa" w:w="1080"/>
          </w:tcPr>
          <w:p>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p>
        </w:tc>
        <w:tc>
          <w:tcPr>
            <w:tcW w:type="dxa" w:w="1080"/>
          </w:tcPr>
          <w:p>
            <w:r>
              <w:t>改革开放史</w:t>
            </w:r>
          </w:p>
        </w:tc>
        <w:tc>
          <w:tcPr>
            <w:tcW w:type="dxa" w:w="1080"/>
          </w:tcPr>
          <w:p>
            <w:r>
              <w:t>2MX11009</w:t>
            </w:r>
          </w:p>
        </w:tc>
        <w:tc>
          <w:tcPr>
            <w:tcW w:type="dxa" w:w="1080"/>
          </w:tcPr>
          <w:p>
            <w:r>
              <w:t>1.0</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p>
        </w:tc>
        <w:tc>
          <w:tcPr>
            <w:tcW w:type="dxa" w:w="1080"/>
          </w:tcPr>
          <w:p>
            <w:r>
              <w:t>摄影基础</w:t>
            </w:r>
          </w:p>
        </w:tc>
        <w:tc>
          <w:tcPr>
            <w:tcW w:type="dxa" w:w="1080"/>
          </w:tcPr>
          <w:p>
            <w:r>
              <w:t>2AR21211</w:t>
            </w:r>
          </w:p>
        </w:tc>
        <w:tc>
          <w:tcPr>
            <w:tcW w:type="dxa" w:w="1080"/>
          </w:tcPr>
          <w:p>
            <w:r>
              <w:t>2</w:t>
            </w:r>
          </w:p>
        </w:tc>
        <w:tc>
          <w:tcPr>
            <w:tcW w:type="dxa" w:w="1080"/>
          </w:tcPr>
          <w:p>
            <w:r>
              <w:t>专业必修课</w:t>
            </w:r>
          </w:p>
        </w:tc>
        <w:tc>
          <w:tcPr>
            <w:tcW w:type="dxa" w:w="1080"/>
          </w:tcPr>
          <w:p>
            <w:r>
              <w:t>艺术学院</w:t>
            </w:r>
          </w:p>
        </w:tc>
        <w:tc>
          <w:tcPr>
            <w:tcW w:type="dxa" w:w="1080"/>
          </w:tcPr>
          <w:p>
            <w:r>
              <w:t>2024-2025</w:t>
            </w:r>
          </w:p>
        </w:tc>
        <w:tc>
          <w:tcPr>
            <w:tcW w:type="dxa" w:w="1080"/>
          </w:tcPr>
          <w:p>
            <w:r>
              <w:t>2</w:t>
            </w:r>
          </w:p>
        </w:tc>
      </w:tr>
      <w:tr>
        <w:tc>
          <w:tcPr>
            <w:tcW w:type="dxa" w:w="1080"/>
          </w:tcPr>
          <w:p>
            <w:r/>
          </w:p>
        </w:tc>
        <w:tc>
          <w:tcPr>
            <w:tcW w:type="dxa" w:w="1080"/>
          </w:tcPr>
          <w:p>
            <w:r>
              <w:t>速写</w:t>
            </w:r>
          </w:p>
        </w:tc>
        <w:tc>
          <w:tcPr>
            <w:tcW w:type="dxa" w:w="1080"/>
          </w:tcPr>
          <w:p>
            <w:r>
              <w:t>2AR21212</w:t>
            </w:r>
          </w:p>
        </w:tc>
        <w:tc>
          <w:tcPr>
            <w:tcW w:type="dxa" w:w="1080"/>
          </w:tcPr>
          <w:p>
            <w:r>
              <w:t>2</w:t>
            </w:r>
          </w:p>
        </w:tc>
        <w:tc>
          <w:tcPr>
            <w:tcW w:type="dxa" w:w="1080"/>
          </w:tcPr>
          <w:p>
            <w:r>
              <w:t>专业必修课</w:t>
            </w:r>
          </w:p>
        </w:tc>
        <w:tc>
          <w:tcPr>
            <w:tcW w:type="dxa" w:w="1080"/>
          </w:tcPr>
          <w:p>
            <w:r>
              <w:t>艺术学院</w:t>
            </w:r>
          </w:p>
        </w:tc>
        <w:tc>
          <w:tcPr>
            <w:tcW w:type="dxa" w:w="1080"/>
          </w:tcPr>
          <w:p>
            <w:r>
              <w:t>2024-2025</w:t>
            </w:r>
          </w:p>
        </w:tc>
        <w:tc>
          <w:tcPr>
            <w:tcW w:type="dxa" w:w="1080"/>
          </w:tcPr>
          <w:p>
            <w:r>
              <w:t>2</w:t>
            </w:r>
          </w:p>
        </w:tc>
      </w:tr>
      <w:tr>
        <w:tc>
          <w:tcPr>
            <w:tcW w:type="dxa" w:w="1080"/>
          </w:tcPr>
          <w:p>
            <w:r/>
          </w:p>
        </w:tc>
        <w:tc>
          <w:tcPr>
            <w:tcW w:type="dxa" w:w="1080"/>
          </w:tcPr>
          <w:p>
            <w:r>
              <w:t>中国画基础</w:t>
            </w:r>
          </w:p>
        </w:tc>
        <w:tc>
          <w:tcPr>
            <w:tcW w:type="dxa" w:w="1080"/>
          </w:tcPr>
          <w:p>
            <w:r>
              <w:t>2AR21213</w:t>
            </w:r>
          </w:p>
        </w:tc>
        <w:tc>
          <w:tcPr>
            <w:tcW w:type="dxa" w:w="1080"/>
          </w:tcPr>
          <w:p>
            <w:r>
              <w:t>4</w:t>
            </w:r>
          </w:p>
        </w:tc>
        <w:tc>
          <w:tcPr>
            <w:tcW w:type="dxa" w:w="1080"/>
          </w:tcPr>
          <w:p>
            <w:r>
              <w:t>专业必修课</w:t>
            </w:r>
          </w:p>
        </w:tc>
        <w:tc>
          <w:tcPr>
            <w:tcW w:type="dxa" w:w="1080"/>
          </w:tcPr>
          <w:p>
            <w:r>
              <w:t>艺术学院</w:t>
            </w:r>
          </w:p>
        </w:tc>
        <w:tc>
          <w:tcPr>
            <w:tcW w:type="dxa" w:w="1080"/>
          </w:tcPr>
          <w:p>
            <w:r>
              <w:t>2024-2025</w:t>
            </w:r>
          </w:p>
        </w:tc>
        <w:tc>
          <w:tcPr>
            <w:tcW w:type="dxa" w:w="1080"/>
          </w:tcPr>
          <w:p>
            <w:r>
              <w:t>2</w:t>
            </w:r>
          </w:p>
        </w:tc>
      </w:tr>
      <w:tr>
        <w:tc>
          <w:tcPr>
            <w:tcW w:type="dxa" w:w="1080"/>
          </w:tcPr>
          <w:p>
            <w:r/>
          </w:p>
        </w:tc>
        <w:tc>
          <w:tcPr>
            <w:tcW w:type="dxa" w:w="1080"/>
          </w:tcPr>
          <w:p>
            <w:r>
              <w:t>油画基础</w:t>
            </w:r>
          </w:p>
        </w:tc>
        <w:tc>
          <w:tcPr>
            <w:tcW w:type="dxa" w:w="1080"/>
          </w:tcPr>
          <w:p>
            <w:r>
              <w:t>2AR21214</w:t>
            </w:r>
          </w:p>
        </w:tc>
        <w:tc>
          <w:tcPr>
            <w:tcW w:type="dxa" w:w="1080"/>
          </w:tcPr>
          <w:p>
            <w:r>
              <w:t>4</w:t>
            </w:r>
          </w:p>
        </w:tc>
        <w:tc>
          <w:tcPr>
            <w:tcW w:type="dxa" w:w="1080"/>
          </w:tcPr>
          <w:p>
            <w:r>
              <w:t>专业必修课</w:t>
            </w:r>
          </w:p>
        </w:tc>
        <w:tc>
          <w:tcPr>
            <w:tcW w:type="dxa" w:w="1080"/>
          </w:tcPr>
          <w:p>
            <w:r>
              <w:t>艺术学院</w:t>
            </w:r>
          </w:p>
        </w:tc>
        <w:tc>
          <w:tcPr>
            <w:tcW w:type="dxa" w:w="1080"/>
          </w:tcPr>
          <w:p>
            <w:r>
              <w:t>2024-2025</w:t>
            </w:r>
          </w:p>
        </w:tc>
        <w:tc>
          <w:tcPr>
            <w:tcW w:type="dxa" w:w="1080"/>
          </w:tcPr>
          <w:p>
            <w:r>
              <w:t>2</w:t>
            </w:r>
          </w:p>
        </w:tc>
      </w:tr>
      <w:tr>
        <w:tc>
          <w:tcPr>
            <w:tcW w:type="dxa" w:w="1080"/>
          </w:tcPr>
          <w:p>
            <w:r/>
          </w:p>
        </w:tc>
        <w:tc>
          <w:tcPr>
            <w:tcW w:type="dxa" w:w="1080"/>
          </w:tcPr>
          <w:p>
            <w:r>
              <w:t>陶艺工作坊</w:t>
            </w:r>
          </w:p>
        </w:tc>
        <w:tc>
          <w:tcPr>
            <w:tcW w:type="dxa" w:w="1080"/>
          </w:tcPr>
          <w:p>
            <w:r>
              <w:t>2AR21226</w:t>
            </w:r>
          </w:p>
        </w:tc>
        <w:tc>
          <w:tcPr>
            <w:tcW w:type="dxa" w:w="1080"/>
          </w:tcPr>
          <w:p>
            <w:r>
              <w:t>2</w:t>
            </w:r>
          </w:p>
        </w:tc>
        <w:tc>
          <w:tcPr>
            <w:tcW w:type="dxa" w:w="1080"/>
          </w:tcPr>
          <w:p>
            <w:r>
              <w:t>专业必修课</w:t>
            </w:r>
          </w:p>
        </w:tc>
        <w:tc>
          <w:tcPr>
            <w:tcW w:type="dxa" w:w="1080"/>
          </w:tcPr>
          <w:p>
            <w:r>
              <w:t>艺术学院</w:t>
            </w:r>
          </w:p>
        </w:tc>
        <w:tc>
          <w:tcPr>
            <w:tcW w:type="dxa" w:w="1080"/>
          </w:tcPr>
          <w:p>
            <w:r>
              <w:t>2024-2025</w:t>
            </w:r>
          </w:p>
        </w:tc>
        <w:tc>
          <w:tcPr>
            <w:tcW w:type="dxa" w:w="1080"/>
          </w:tcPr>
          <w:p>
            <w:r>
              <w:t>2</w:t>
            </w:r>
          </w:p>
        </w:tc>
      </w:tr>
      <w:tr>
        <w:tc>
          <w:tcPr>
            <w:tcW w:type="dxa" w:w="1080"/>
          </w:tcPr>
          <w:p>
            <w:r/>
          </w:p>
        </w:tc>
        <w:tc>
          <w:tcPr>
            <w:tcW w:type="dxa" w:w="1080"/>
          </w:tcPr>
          <w:p>
            <w:r>
              <w:t>中学美术课程标准与教材分析</w:t>
            </w:r>
          </w:p>
        </w:tc>
        <w:tc>
          <w:tcPr>
            <w:tcW w:type="dxa" w:w="1080"/>
          </w:tcPr>
          <w:p>
            <w:r>
              <w:t>2AR41202</w:t>
            </w:r>
          </w:p>
        </w:tc>
        <w:tc>
          <w:tcPr>
            <w:tcW w:type="dxa" w:w="1080"/>
          </w:tcPr>
          <w:p>
            <w:r>
              <w:t>2</w:t>
            </w:r>
          </w:p>
        </w:tc>
        <w:tc>
          <w:tcPr>
            <w:tcW w:type="dxa" w:w="1080"/>
          </w:tcPr>
          <w:p>
            <w:r>
              <w:t>教师教育必修课</w:t>
            </w:r>
          </w:p>
        </w:tc>
        <w:tc>
          <w:tcPr>
            <w:tcW w:type="dxa" w:w="1080"/>
          </w:tcPr>
          <w:p>
            <w:r>
              <w:t>艺术学院</w:t>
            </w:r>
          </w:p>
        </w:tc>
        <w:tc>
          <w:tcPr>
            <w:tcW w:type="dxa" w:w="1080"/>
          </w:tcPr>
          <w:p>
            <w:r>
              <w:t>2024-2025</w:t>
            </w:r>
          </w:p>
        </w:tc>
        <w:tc>
          <w:tcPr>
            <w:tcW w:type="dxa" w:w="1080"/>
          </w:tcPr>
          <w:p>
            <w:r>
              <w:t>2</w:t>
            </w:r>
          </w:p>
        </w:tc>
      </w:tr>
      <w:tr>
        <w:tc>
          <w:tcPr>
            <w:tcW w:type="dxa" w:w="1080"/>
          </w:tcPr>
          <w:p>
            <w:r/>
          </w:p>
        </w:tc>
        <w:tc>
          <w:tcPr>
            <w:tcW w:type="dxa" w:w="1080"/>
          </w:tcPr>
          <w:p>
            <w:r>
              <w:t>教育见习一</w:t>
            </w:r>
          </w:p>
        </w:tc>
        <w:tc>
          <w:tcPr>
            <w:tcW w:type="dxa" w:w="1080"/>
          </w:tcPr>
          <w:p>
            <w:r>
              <w:t>2AR41211</w:t>
            </w:r>
          </w:p>
        </w:tc>
        <w:tc>
          <w:tcPr>
            <w:tcW w:type="dxa" w:w="1080"/>
          </w:tcPr>
          <w:p>
            <w:r>
              <w:t>1</w:t>
            </w:r>
          </w:p>
        </w:tc>
        <w:tc>
          <w:tcPr>
            <w:tcW w:type="dxa" w:w="1080"/>
          </w:tcPr>
          <w:p>
            <w:r>
              <w:t>教师教育必修课</w:t>
            </w:r>
          </w:p>
        </w:tc>
        <w:tc>
          <w:tcPr>
            <w:tcW w:type="dxa" w:w="1080"/>
          </w:tcPr>
          <w:p>
            <w:r>
              <w:t>艺术学院</w:t>
            </w:r>
          </w:p>
        </w:tc>
        <w:tc>
          <w:tcPr>
            <w:tcW w:type="dxa" w:w="1080"/>
          </w:tcPr>
          <w:p>
            <w:r>
              <w:t>2024-2025</w:t>
            </w:r>
          </w:p>
        </w:tc>
        <w:tc>
          <w:tcPr>
            <w:tcW w:type="dxa" w:w="1080"/>
          </w:tcPr>
          <w:p>
            <w:r>
              <w:t>2</w:t>
            </w:r>
          </w:p>
        </w:tc>
      </w:tr>
      <w:tr>
        <w:tc>
          <w:tcPr>
            <w:tcW w:type="dxa" w:w="1080"/>
          </w:tcPr>
          <w:p>
            <w:r/>
          </w:p>
        </w:tc>
        <w:tc>
          <w:tcPr>
            <w:tcW w:type="dxa" w:w="1080"/>
          </w:tcPr>
          <w:p>
            <w:r>
              <w:t>有效教学</w:t>
            </w:r>
          </w:p>
        </w:tc>
        <w:tc>
          <w:tcPr>
            <w:tcW w:type="dxa" w:w="1080"/>
          </w:tcPr>
          <w:p>
            <w:r>
              <w:t>2ED41003</w:t>
            </w:r>
          </w:p>
        </w:tc>
        <w:tc>
          <w:tcPr>
            <w:tcW w:type="dxa" w:w="1080"/>
          </w:tcPr>
          <w:p>
            <w:r>
              <w:t>1</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p>
        </w:tc>
        <w:tc>
          <w:tcPr>
            <w:tcW w:type="dxa" w:w="1080"/>
          </w:tcPr>
          <w:p>
            <w:r>
              <w:t>班级工作与心理辅导</w:t>
            </w:r>
          </w:p>
        </w:tc>
        <w:tc>
          <w:tcPr>
            <w:tcW w:type="dxa" w:w="1080"/>
          </w:tcPr>
          <w:p>
            <w:r>
              <w:t>2ED41004</w:t>
            </w:r>
          </w:p>
        </w:tc>
        <w:tc>
          <w:tcPr>
            <w:tcW w:type="dxa" w:w="1080"/>
          </w:tcPr>
          <w:p>
            <w:r>
              <w:t>1</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p>
        </w:tc>
        <w:tc>
          <w:tcPr>
            <w:tcW w:type="dxa" w:w="1080"/>
          </w:tcPr>
          <w:p>
            <w:r>
              <w:t>雕塑基础</w:t>
            </w:r>
          </w:p>
        </w:tc>
        <w:tc>
          <w:tcPr>
            <w:tcW w:type="dxa" w:w="1080"/>
          </w:tcPr>
          <w:p>
            <w:r>
              <w:t>2AR21215</w:t>
            </w:r>
          </w:p>
        </w:tc>
        <w:tc>
          <w:tcPr>
            <w:tcW w:type="dxa" w:w="1080"/>
          </w:tcPr>
          <w:p>
            <w:r>
              <w:t>4</w:t>
            </w:r>
          </w:p>
        </w:tc>
        <w:tc>
          <w:tcPr>
            <w:tcW w:type="dxa" w:w="1080"/>
          </w:tcPr>
          <w:p>
            <w:r>
              <w:t>专业必修课</w:t>
            </w:r>
          </w:p>
        </w:tc>
        <w:tc>
          <w:tcPr>
            <w:tcW w:type="dxa" w:w="1080"/>
          </w:tcPr>
          <w:p>
            <w:r>
              <w:t>艺术学院</w:t>
            </w:r>
          </w:p>
        </w:tc>
        <w:tc>
          <w:tcPr>
            <w:tcW w:type="dxa" w:w="1080"/>
          </w:tcPr>
          <w:p>
            <w:r>
              <w:t>2025-2026</w:t>
            </w:r>
          </w:p>
        </w:tc>
        <w:tc>
          <w:tcPr>
            <w:tcW w:type="dxa" w:w="1080"/>
          </w:tcPr>
          <w:p>
            <w:r>
              <w:t>1</w:t>
            </w:r>
          </w:p>
        </w:tc>
      </w:tr>
      <w:tr>
        <w:tc>
          <w:tcPr>
            <w:tcW w:type="dxa" w:w="1080"/>
          </w:tcPr>
          <w:p>
            <w:r/>
          </w:p>
        </w:tc>
        <w:tc>
          <w:tcPr>
            <w:tcW w:type="dxa" w:w="1080"/>
          </w:tcPr>
          <w:p>
            <w:r>
              <w:t>设计实践</w:t>
            </w:r>
          </w:p>
        </w:tc>
        <w:tc>
          <w:tcPr>
            <w:tcW w:type="dxa" w:w="1080"/>
          </w:tcPr>
          <w:p>
            <w:r>
              <w:t>2AR21216</w:t>
            </w:r>
          </w:p>
        </w:tc>
        <w:tc>
          <w:tcPr>
            <w:tcW w:type="dxa" w:w="1080"/>
          </w:tcPr>
          <w:p>
            <w:r>
              <w:t>2</w:t>
            </w:r>
          </w:p>
        </w:tc>
        <w:tc>
          <w:tcPr>
            <w:tcW w:type="dxa" w:w="1080"/>
          </w:tcPr>
          <w:p>
            <w:r>
              <w:t>专业必修课</w:t>
            </w:r>
          </w:p>
        </w:tc>
        <w:tc>
          <w:tcPr>
            <w:tcW w:type="dxa" w:w="1080"/>
          </w:tcPr>
          <w:p>
            <w:r>
              <w:t>艺术学院</w:t>
            </w:r>
          </w:p>
        </w:tc>
        <w:tc>
          <w:tcPr>
            <w:tcW w:type="dxa" w:w="1080"/>
          </w:tcPr>
          <w:p>
            <w:r>
              <w:t>2025-2026</w:t>
            </w:r>
          </w:p>
        </w:tc>
        <w:tc>
          <w:tcPr>
            <w:tcW w:type="dxa" w:w="1080"/>
          </w:tcPr>
          <w:p>
            <w:r>
              <w:t>1</w:t>
            </w:r>
          </w:p>
        </w:tc>
      </w:tr>
      <w:tr>
        <w:tc>
          <w:tcPr>
            <w:tcW w:type="dxa" w:w="1080"/>
          </w:tcPr>
          <w:p>
            <w:r/>
          </w:p>
        </w:tc>
        <w:tc>
          <w:tcPr>
            <w:tcW w:type="dxa" w:w="1080"/>
          </w:tcPr>
          <w:p>
            <w:r>
              <w:t>江南工艺美术</w:t>
            </w:r>
          </w:p>
        </w:tc>
        <w:tc>
          <w:tcPr>
            <w:tcW w:type="dxa" w:w="1080"/>
          </w:tcPr>
          <w:p>
            <w:r>
              <w:t>2AR21217</w:t>
            </w:r>
          </w:p>
        </w:tc>
        <w:tc>
          <w:tcPr>
            <w:tcW w:type="dxa" w:w="1080"/>
          </w:tcPr>
          <w:p>
            <w:r>
              <w:t>1</w:t>
            </w:r>
          </w:p>
        </w:tc>
        <w:tc>
          <w:tcPr>
            <w:tcW w:type="dxa" w:w="1080"/>
          </w:tcPr>
          <w:p>
            <w:r>
              <w:t>专业必修课</w:t>
            </w:r>
          </w:p>
        </w:tc>
        <w:tc>
          <w:tcPr>
            <w:tcW w:type="dxa" w:w="1080"/>
          </w:tcPr>
          <w:p>
            <w:r>
              <w:t>艺术学院</w:t>
            </w:r>
          </w:p>
        </w:tc>
        <w:tc>
          <w:tcPr>
            <w:tcW w:type="dxa" w:w="1080"/>
          </w:tcPr>
          <w:p>
            <w:r>
              <w:t>2025-2026</w:t>
            </w:r>
          </w:p>
        </w:tc>
        <w:tc>
          <w:tcPr>
            <w:tcW w:type="dxa" w:w="1080"/>
          </w:tcPr>
          <w:p>
            <w:r>
              <w:t>1</w:t>
            </w:r>
          </w:p>
        </w:tc>
      </w:tr>
      <w:tr>
        <w:tc>
          <w:tcPr>
            <w:tcW w:type="dxa" w:w="1080"/>
          </w:tcPr>
          <w:p>
            <w:r/>
          </w:p>
        </w:tc>
        <w:tc>
          <w:tcPr>
            <w:tcW w:type="dxa" w:w="1080"/>
          </w:tcPr>
          <w:p>
            <w:r>
              <w:t>中学美术教学论</w:t>
            </w:r>
          </w:p>
        </w:tc>
        <w:tc>
          <w:tcPr>
            <w:tcW w:type="dxa" w:w="1080"/>
          </w:tcPr>
          <w:p>
            <w:r>
              <w:t>2AR41203</w:t>
            </w:r>
          </w:p>
        </w:tc>
        <w:tc>
          <w:tcPr>
            <w:tcW w:type="dxa" w:w="1080"/>
          </w:tcPr>
          <w:p>
            <w:r>
              <w:t>3</w:t>
            </w:r>
          </w:p>
        </w:tc>
        <w:tc>
          <w:tcPr>
            <w:tcW w:type="dxa" w:w="1080"/>
          </w:tcPr>
          <w:p>
            <w:r>
              <w:t>教师教育必修课</w:t>
            </w:r>
          </w:p>
        </w:tc>
        <w:tc>
          <w:tcPr>
            <w:tcW w:type="dxa" w:w="1080"/>
          </w:tcPr>
          <w:p>
            <w:r>
              <w:t>艺术学院</w:t>
            </w:r>
          </w:p>
        </w:tc>
        <w:tc>
          <w:tcPr>
            <w:tcW w:type="dxa" w:w="1080"/>
          </w:tcPr>
          <w:p>
            <w:r>
              <w:t>2025-2026</w:t>
            </w:r>
          </w:p>
        </w:tc>
        <w:tc>
          <w:tcPr>
            <w:tcW w:type="dxa" w:w="1080"/>
          </w:tcPr>
          <w:p>
            <w:r>
              <w:t>1</w:t>
            </w:r>
          </w:p>
        </w:tc>
      </w:tr>
      <w:tr>
        <w:tc>
          <w:tcPr>
            <w:tcW w:type="dxa" w:w="1080"/>
          </w:tcPr>
          <w:p>
            <w:r/>
          </w:p>
        </w:tc>
        <w:tc>
          <w:tcPr>
            <w:tcW w:type="dxa" w:w="1080"/>
          </w:tcPr>
          <w:p>
            <w:r>
              <w:t>教育见习二</w:t>
            </w:r>
          </w:p>
        </w:tc>
        <w:tc>
          <w:tcPr>
            <w:tcW w:type="dxa" w:w="1080"/>
          </w:tcPr>
          <w:p>
            <w:r>
              <w:t>2AR41212</w:t>
            </w:r>
          </w:p>
        </w:tc>
        <w:tc>
          <w:tcPr>
            <w:tcW w:type="dxa" w:w="1080"/>
          </w:tcPr>
          <w:p>
            <w:r>
              <w:t>1</w:t>
            </w:r>
          </w:p>
        </w:tc>
        <w:tc>
          <w:tcPr>
            <w:tcW w:type="dxa" w:w="1080"/>
          </w:tcPr>
          <w:p>
            <w:r>
              <w:t>教师教育必修课</w:t>
            </w:r>
          </w:p>
        </w:tc>
        <w:tc>
          <w:tcPr>
            <w:tcW w:type="dxa" w:w="1080"/>
          </w:tcPr>
          <w:p>
            <w:r>
              <w:t>艺术学院</w:t>
            </w:r>
          </w:p>
        </w:tc>
        <w:tc>
          <w:tcPr>
            <w:tcW w:type="dxa" w:w="1080"/>
          </w:tcPr>
          <w:p>
            <w:r>
              <w:t>2025-2026</w:t>
            </w:r>
          </w:p>
        </w:tc>
        <w:tc>
          <w:tcPr>
            <w:tcW w:type="dxa" w:w="1080"/>
          </w:tcPr>
          <w:p>
            <w:r>
              <w:t>1</w:t>
            </w:r>
          </w:p>
        </w:tc>
      </w:tr>
      <w:tr>
        <w:tc>
          <w:tcPr>
            <w:tcW w:type="dxa" w:w="1080"/>
          </w:tcPr>
          <w:p>
            <w:r/>
          </w:p>
        </w:tc>
        <w:tc>
          <w:tcPr>
            <w:tcW w:type="dxa" w:w="1080"/>
          </w:tcPr>
          <w:p>
            <w:r>
              <w:t>现代教育技术及应用</w:t>
            </w:r>
          </w:p>
        </w:tc>
        <w:tc>
          <w:tcPr>
            <w:tcW w:type="dxa" w:w="1080"/>
          </w:tcPr>
          <w:p>
            <w:r>
              <w:t>2ED41005</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p>
        </w:tc>
        <w:tc>
          <w:tcPr>
            <w:tcW w:type="dxa" w:w="1080"/>
          </w:tcPr>
          <w:p>
            <w:r>
              <w:t>教育研究概论</w:t>
            </w:r>
          </w:p>
        </w:tc>
        <w:tc>
          <w:tcPr>
            <w:tcW w:type="dxa" w:w="1080"/>
          </w:tcPr>
          <w:p>
            <w:r>
              <w:t>2ED41006</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p>
        </w:tc>
        <w:tc>
          <w:tcPr>
            <w:tcW w:type="dxa" w:w="1080"/>
          </w:tcPr>
          <w:p>
            <w:r>
              <w:t>劳动教育实践</w:t>
            </w:r>
          </w:p>
        </w:tc>
        <w:tc>
          <w:tcPr>
            <w:tcW w:type="dxa" w:w="1080"/>
          </w:tcPr>
          <w:p>
            <w:r>
              <w:t>2AR21220</w:t>
            </w:r>
          </w:p>
        </w:tc>
        <w:tc>
          <w:tcPr>
            <w:tcW w:type="dxa" w:w="1080"/>
          </w:tcPr>
          <w:p>
            <w:r>
              <w:t>1</w:t>
            </w:r>
          </w:p>
        </w:tc>
        <w:tc>
          <w:tcPr>
            <w:tcW w:type="dxa" w:w="1080"/>
          </w:tcPr>
          <w:p>
            <w:r>
              <w:t>专业必修课</w:t>
            </w:r>
          </w:p>
        </w:tc>
        <w:tc>
          <w:tcPr>
            <w:tcW w:type="dxa" w:w="1080"/>
          </w:tcPr>
          <w:p>
            <w:r>
              <w:t>艺术学院</w:t>
            </w:r>
          </w:p>
        </w:tc>
        <w:tc>
          <w:tcPr>
            <w:tcW w:type="dxa" w:w="1080"/>
          </w:tcPr>
          <w:p>
            <w:r>
              <w:t>2025-2026</w:t>
            </w:r>
          </w:p>
        </w:tc>
        <w:tc>
          <w:tcPr>
            <w:tcW w:type="dxa" w:w="1080"/>
          </w:tcPr>
          <w:p>
            <w:r>
              <w:t>2</w:t>
            </w:r>
          </w:p>
        </w:tc>
      </w:tr>
      <w:tr>
        <w:tc>
          <w:tcPr>
            <w:tcW w:type="dxa" w:w="1080"/>
          </w:tcPr>
          <w:p>
            <w:r/>
          </w:p>
        </w:tc>
        <w:tc>
          <w:tcPr>
            <w:tcW w:type="dxa" w:w="1080"/>
          </w:tcPr>
          <w:p>
            <w:r>
              <w:t>手造工作坊</w:t>
            </w:r>
          </w:p>
        </w:tc>
        <w:tc>
          <w:tcPr>
            <w:tcW w:type="dxa" w:w="1080"/>
          </w:tcPr>
          <w:p>
            <w:r>
              <w:t>2AR21227</w:t>
            </w:r>
          </w:p>
        </w:tc>
        <w:tc>
          <w:tcPr>
            <w:tcW w:type="dxa" w:w="1080"/>
          </w:tcPr>
          <w:p>
            <w:r>
              <w:t>2</w:t>
            </w:r>
          </w:p>
        </w:tc>
        <w:tc>
          <w:tcPr>
            <w:tcW w:type="dxa" w:w="1080"/>
          </w:tcPr>
          <w:p>
            <w:r>
              <w:t>专业必修课</w:t>
            </w:r>
          </w:p>
        </w:tc>
        <w:tc>
          <w:tcPr>
            <w:tcW w:type="dxa" w:w="1080"/>
          </w:tcPr>
          <w:p>
            <w:r>
              <w:t>艺术学院</w:t>
            </w:r>
          </w:p>
        </w:tc>
        <w:tc>
          <w:tcPr>
            <w:tcW w:type="dxa" w:w="1080"/>
          </w:tcPr>
          <w:p>
            <w:r>
              <w:t>2025-2026</w:t>
            </w:r>
          </w:p>
        </w:tc>
        <w:tc>
          <w:tcPr>
            <w:tcW w:type="dxa" w:w="1080"/>
          </w:tcPr>
          <w:p>
            <w:r>
              <w:t>2</w:t>
            </w:r>
          </w:p>
        </w:tc>
      </w:tr>
      <w:tr>
        <w:tc>
          <w:tcPr>
            <w:tcW w:type="dxa" w:w="1080"/>
          </w:tcPr>
          <w:p>
            <w:r/>
          </w:p>
        </w:tc>
        <w:tc>
          <w:tcPr>
            <w:tcW w:type="dxa" w:w="1080"/>
          </w:tcPr>
          <w:p>
            <w:r>
              <w:t>教育研习</w:t>
            </w:r>
          </w:p>
        </w:tc>
        <w:tc>
          <w:tcPr>
            <w:tcW w:type="dxa" w:w="1080"/>
          </w:tcPr>
          <w:p>
            <w:r>
              <w:t>2AR41213</w:t>
            </w:r>
          </w:p>
        </w:tc>
        <w:tc>
          <w:tcPr>
            <w:tcW w:type="dxa" w:w="1080"/>
          </w:tcPr>
          <w:p>
            <w:r>
              <w:t>1</w:t>
            </w:r>
          </w:p>
        </w:tc>
        <w:tc>
          <w:tcPr>
            <w:tcW w:type="dxa" w:w="1080"/>
          </w:tcPr>
          <w:p>
            <w:r>
              <w:t>教师教育必修课</w:t>
            </w:r>
          </w:p>
        </w:tc>
        <w:tc>
          <w:tcPr>
            <w:tcW w:type="dxa" w:w="1080"/>
          </w:tcPr>
          <w:p>
            <w:r>
              <w:t>艺术学院</w:t>
            </w:r>
          </w:p>
        </w:tc>
        <w:tc>
          <w:tcPr>
            <w:tcW w:type="dxa" w:w="1080"/>
          </w:tcPr>
          <w:p>
            <w:r>
              <w:t>2025-2026</w:t>
            </w:r>
          </w:p>
        </w:tc>
        <w:tc>
          <w:tcPr>
            <w:tcW w:type="dxa" w:w="1080"/>
          </w:tcPr>
          <w:p>
            <w:r>
              <w:t>2</w:t>
            </w:r>
          </w:p>
        </w:tc>
      </w:tr>
      <w:tr>
        <w:tc>
          <w:tcPr>
            <w:tcW w:type="dxa" w:w="1080"/>
          </w:tcPr>
          <w:p>
            <w:r/>
          </w:p>
        </w:tc>
        <w:tc>
          <w:tcPr>
            <w:tcW w:type="dxa" w:w="1080"/>
          </w:tcPr>
          <w:p>
            <w:r>
              <w:t>教育实习</w:t>
            </w:r>
          </w:p>
        </w:tc>
        <w:tc>
          <w:tcPr>
            <w:tcW w:type="dxa" w:w="1080"/>
          </w:tcPr>
          <w:p>
            <w:r>
              <w:t>2AR41214</w:t>
            </w:r>
          </w:p>
        </w:tc>
        <w:tc>
          <w:tcPr>
            <w:tcW w:type="dxa" w:w="1080"/>
          </w:tcPr>
          <w:p>
            <w:r>
              <w:t>6</w:t>
            </w:r>
          </w:p>
        </w:tc>
        <w:tc>
          <w:tcPr>
            <w:tcW w:type="dxa" w:w="1080"/>
          </w:tcPr>
          <w:p>
            <w:r>
              <w:t>教师教育必修课</w:t>
            </w:r>
          </w:p>
        </w:tc>
        <w:tc>
          <w:tcPr>
            <w:tcW w:type="dxa" w:w="1080"/>
          </w:tcPr>
          <w:p>
            <w:r>
              <w:t>艺术学院</w:t>
            </w:r>
          </w:p>
        </w:tc>
        <w:tc>
          <w:tcPr>
            <w:tcW w:type="dxa" w:w="1080"/>
          </w:tcPr>
          <w:p>
            <w:r>
              <w:t>2025-2026</w:t>
            </w:r>
          </w:p>
        </w:tc>
        <w:tc>
          <w:tcPr>
            <w:tcW w:type="dxa" w:w="1080"/>
          </w:tcPr>
          <w:p>
            <w:r>
              <w:t>2</w:t>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960"/>
        <w:gridCol w:w="960"/>
        <w:gridCol w:w="960"/>
        <w:gridCol w:w="960"/>
        <w:gridCol w:w="960"/>
        <w:gridCol w:w="960"/>
        <w:gridCol w:w="960"/>
        <w:gridCol w:w="960"/>
        <w:gridCol w:w="960"/>
      </w:tblGrid>
      <w:tr>
        <w:tc>
          <w:tcPr>
            <w:tcW w:type="dxa" w:w="960"/>
          </w:tcPr>
          <w:p>
            <w:r>
              <w:t>苏州科技大学艺术学院推荐2027年优秀应届本科毕业生免试攻读研究生课程清单</w:t>
            </w:r>
          </w:p>
        </w:tc>
        <w:tc>
          <w:tcPr>
            <w:tcW w:type="dxa" w:w="960"/>
          </w:tcPr>
          <w:p>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年级：2023</w:t>
            </w:r>
          </w:p>
        </w:tc>
        <w:tc>
          <w:tcPr>
            <w:tcW w:type="dxa" w:w="960"/>
          </w:tcPr>
          <w:p>
            <w:r>
              <w:t>专业：</w:t>
            </w:r>
          </w:p>
        </w:tc>
        <w:tc>
          <w:tcPr>
            <w:tcW w:type="dxa" w:w="960"/>
          </w:tcPr>
          <w:p>
            <w:r/>
          </w:p>
        </w:tc>
        <w:tc>
          <w:tcPr>
            <w:tcW w:type="dxa" w:w="960"/>
          </w:tcPr>
          <w:p>
            <w:r>
              <w:t>美术学</w:t>
            </w:r>
          </w:p>
        </w:tc>
        <w:tc>
          <w:tcPr>
            <w:tcW w:type="dxa" w:w="960"/>
          </w:tcPr>
          <w:p>
            <w:r/>
          </w:p>
        </w:tc>
        <w:tc>
          <w:tcPr>
            <w:tcW w:type="dxa" w:w="960"/>
          </w:tcPr>
          <w:p>
            <w:r/>
          </w:p>
        </w:tc>
        <w:tc>
          <w:tcPr>
            <w:tcW w:type="dxa" w:w="960"/>
          </w:tcPr>
          <w:p>
            <w:r/>
          </w:p>
        </w:tc>
        <w:tc>
          <w:tcPr>
            <w:tcW w:type="dxa" w:w="960"/>
          </w:tcPr>
          <w:p/>
        </w:tc>
        <w:tc>
          <w:tcPr>
            <w:tcW w:type="dxa" w:w="960"/>
          </w:tcPr>
          <w:p/>
        </w:tc>
      </w:tr>
      <w:tr>
        <w:tc>
          <w:tcPr>
            <w:tcW w:type="dxa" w:w="960"/>
          </w:tcPr>
          <w:p>
            <w:r>
              <w:t>序号</w:t>
            </w:r>
          </w:p>
        </w:tc>
        <w:tc>
          <w:tcPr>
            <w:tcW w:type="dxa" w:w="960"/>
          </w:tcPr>
          <w:p>
            <w:r>
              <w:t>课程名称</w:t>
            </w:r>
          </w:p>
        </w:tc>
        <w:tc>
          <w:tcPr>
            <w:tcW w:type="dxa" w:w="960"/>
          </w:tcPr>
          <w:p>
            <w:r>
              <w:t>课程代码</w:t>
            </w:r>
          </w:p>
        </w:tc>
        <w:tc>
          <w:tcPr>
            <w:tcW w:type="dxa" w:w="960"/>
          </w:tcPr>
          <w:p>
            <w:r>
              <w:t>学分</w:t>
            </w:r>
          </w:p>
        </w:tc>
        <w:tc>
          <w:tcPr>
            <w:tcW w:type="dxa" w:w="960"/>
          </w:tcPr>
          <w:p>
            <w:r>
              <w:t>课程性质</w:t>
            </w:r>
          </w:p>
        </w:tc>
        <w:tc>
          <w:tcPr>
            <w:tcW w:type="dxa" w:w="960"/>
          </w:tcPr>
          <w:p>
            <w:r>
              <w:t>开课学院</w:t>
            </w:r>
          </w:p>
        </w:tc>
        <w:tc>
          <w:tcPr>
            <w:tcW w:type="dxa" w:w="960"/>
          </w:tcPr>
          <w:p>
            <w:r>
              <w:t>修读学年</w:t>
            </w:r>
          </w:p>
        </w:tc>
        <w:tc>
          <w:tcPr>
            <w:tcW w:type="dxa" w:w="960"/>
          </w:tcPr>
          <w:p>
            <w:r>
              <w:t>修读学期</w:t>
            </w:r>
          </w:p>
        </w:tc>
        <w:tc>
          <w:tcPr>
            <w:tcW w:type="dxa" w:w="960"/>
          </w:tcPr>
          <w:p>
            <w:r>
              <w:t>专业方向</w:t>
            </w:r>
          </w:p>
        </w:tc>
      </w:tr>
      <w:tr>
        <w:tc>
          <w:tcPr>
            <w:tcW w:type="dxa" w:w="960"/>
          </w:tcPr>
          <w:p>
            <w:r/>
          </w:p>
        </w:tc>
        <w:tc>
          <w:tcPr>
            <w:tcW w:type="dxa" w:w="960"/>
          </w:tcPr>
          <w:p>
            <w:r>
              <w:t>入学教育</w:t>
            </w:r>
          </w:p>
        </w:tc>
        <w:tc>
          <w:tcPr>
            <w:tcW w:type="dxa" w:w="960"/>
          </w:tcPr>
          <w:p>
            <w:r>
              <w:t>2AA31001</w:t>
            </w:r>
          </w:p>
        </w:tc>
        <w:tc>
          <w:tcPr>
            <w:tcW w:type="dxa" w:w="960"/>
          </w:tcPr>
          <w:p>
            <w:r>
              <w:t>0.0</w:t>
            </w:r>
          </w:p>
        </w:tc>
        <w:tc>
          <w:tcPr>
            <w:tcW w:type="dxa" w:w="960"/>
          </w:tcPr>
          <w:p>
            <w:r>
              <w:t>素质必修课</w:t>
            </w:r>
          </w:p>
        </w:tc>
        <w:tc>
          <w:tcPr>
            <w:tcW w:type="dxa" w:w="960"/>
          </w:tcPr>
          <w:p>
            <w:r>
              <w:t>艺术学院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泥塑</w:t>
            </w:r>
          </w:p>
        </w:tc>
        <w:tc>
          <w:tcPr>
            <w:tcW w:type="dxa" w:w="960"/>
          </w:tcPr>
          <w:p>
            <w:r>
              <w:t>2AR21301</w:t>
            </w:r>
          </w:p>
        </w:tc>
        <w:tc>
          <w:tcPr>
            <w:tcW w:type="dxa" w:w="960"/>
          </w:tcPr>
          <w:p>
            <w:r>
              <w:t>4</w:t>
            </w:r>
          </w:p>
        </w:tc>
        <w:tc>
          <w:tcPr>
            <w:tcW w:type="dxa" w:w="960"/>
          </w:tcPr>
          <w:p>
            <w:r>
              <w:t>专业必修课</w:t>
            </w:r>
          </w:p>
        </w:tc>
        <w:tc>
          <w:tcPr>
            <w:tcW w:type="dxa" w:w="960"/>
          </w:tcPr>
          <w:p>
            <w:r>
              <w:t>艺术学院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造型基础</w:t>
            </w:r>
          </w:p>
        </w:tc>
        <w:tc>
          <w:tcPr>
            <w:tcW w:type="dxa" w:w="960"/>
          </w:tcPr>
          <w:p>
            <w:r>
              <w:t>2AR21302</w:t>
            </w:r>
          </w:p>
        </w:tc>
        <w:tc>
          <w:tcPr>
            <w:tcW w:type="dxa" w:w="960"/>
          </w:tcPr>
          <w:p>
            <w:r>
              <w:t>4.0</w:t>
            </w:r>
          </w:p>
        </w:tc>
        <w:tc>
          <w:tcPr>
            <w:tcW w:type="dxa" w:w="960"/>
          </w:tcPr>
          <w:p>
            <w:r>
              <w:t>专业必修课</w:t>
            </w:r>
          </w:p>
        </w:tc>
        <w:tc>
          <w:tcPr>
            <w:tcW w:type="dxa" w:w="960"/>
          </w:tcPr>
          <w:p>
            <w:r>
              <w:t>艺术学院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中国美术史</w:t>
            </w:r>
          </w:p>
        </w:tc>
        <w:tc>
          <w:tcPr>
            <w:tcW w:type="dxa" w:w="960"/>
          </w:tcPr>
          <w:p>
            <w:r>
              <w:t>2AR21303</w:t>
            </w:r>
          </w:p>
        </w:tc>
        <w:tc>
          <w:tcPr>
            <w:tcW w:type="dxa" w:w="960"/>
          </w:tcPr>
          <w:p>
            <w:r>
              <w:t>3</w:t>
            </w:r>
          </w:p>
        </w:tc>
        <w:tc>
          <w:tcPr>
            <w:tcW w:type="dxa" w:w="960"/>
          </w:tcPr>
          <w:p>
            <w:r>
              <w:t>专业必修课</w:t>
            </w:r>
          </w:p>
        </w:tc>
        <w:tc>
          <w:tcPr>
            <w:tcW w:type="dxa" w:w="960"/>
          </w:tcPr>
          <w:p>
            <w:r>
              <w:t>艺术学院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美术概论</w:t>
            </w:r>
          </w:p>
        </w:tc>
        <w:tc>
          <w:tcPr>
            <w:tcW w:type="dxa" w:w="960"/>
          </w:tcPr>
          <w:p>
            <w:r>
              <w:t>2AR21304</w:t>
            </w:r>
          </w:p>
        </w:tc>
        <w:tc>
          <w:tcPr>
            <w:tcW w:type="dxa" w:w="960"/>
          </w:tcPr>
          <w:p>
            <w:r>
              <w:t>2</w:t>
            </w:r>
          </w:p>
        </w:tc>
        <w:tc>
          <w:tcPr>
            <w:tcW w:type="dxa" w:w="960"/>
          </w:tcPr>
          <w:p>
            <w:r>
              <w:t>专业必修课</w:t>
            </w:r>
          </w:p>
        </w:tc>
        <w:tc>
          <w:tcPr>
            <w:tcW w:type="dxa" w:w="960"/>
          </w:tcPr>
          <w:p>
            <w:r>
              <w:t>艺术学院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军事理论</w:t>
            </w:r>
          </w:p>
        </w:tc>
        <w:tc>
          <w:tcPr>
            <w:tcW w:type="dxa" w:w="960"/>
          </w:tcPr>
          <w:p>
            <w:r>
              <w:t>2AS11001</w:t>
            </w:r>
          </w:p>
        </w:tc>
        <w:tc>
          <w:tcPr>
            <w:tcW w:type="dxa" w:w="960"/>
          </w:tcPr>
          <w:p>
            <w:r>
              <w:t>2.0</w:t>
            </w:r>
          </w:p>
        </w:tc>
        <w:tc>
          <w:tcPr>
            <w:tcW w:type="dxa" w:w="960"/>
          </w:tcPr>
          <w:p>
            <w:r>
              <w:t>通识必修课</w:t>
            </w:r>
          </w:p>
        </w:tc>
        <w:tc>
          <w:tcPr>
            <w:tcW w:type="dxa" w:w="960"/>
          </w:tcPr>
          <w:p>
            <w:r>
              <w:t>武保处</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军事技能</w:t>
            </w:r>
          </w:p>
        </w:tc>
        <w:tc>
          <w:tcPr>
            <w:tcW w:type="dxa" w:w="960"/>
          </w:tcPr>
          <w:p>
            <w:r>
              <w:t>2AS11002</w:t>
            </w:r>
          </w:p>
        </w:tc>
        <w:tc>
          <w:tcPr>
            <w:tcW w:type="dxa" w:w="960"/>
          </w:tcPr>
          <w:p>
            <w:r>
              <w:t>2.0</w:t>
            </w:r>
          </w:p>
        </w:tc>
        <w:tc>
          <w:tcPr>
            <w:tcW w:type="dxa" w:w="960"/>
          </w:tcPr>
          <w:p>
            <w:r>
              <w:t>通识必修课</w:t>
            </w:r>
          </w:p>
        </w:tc>
        <w:tc>
          <w:tcPr>
            <w:tcW w:type="dxa" w:w="960"/>
          </w:tcPr>
          <w:p>
            <w:r>
              <w:t>武保处</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大学生心理健康实践</w:t>
            </w:r>
          </w:p>
        </w:tc>
        <w:tc>
          <w:tcPr>
            <w:tcW w:type="dxa" w:w="960"/>
          </w:tcPr>
          <w:p>
            <w:r>
              <w:t>2ED11002</w:t>
            </w:r>
          </w:p>
        </w:tc>
        <w:tc>
          <w:tcPr>
            <w:tcW w:type="dxa" w:w="960"/>
          </w:tcPr>
          <w:p>
            <w:r>
              <w:t>1.0</w:t>
            </w:r>
          </w:p>
        </w:tc>
        <w:tc>
          <w:tcPr>
            <w:tcW w:type="dxa" w:w="960"/>
          </w:tcPr>
          <w:p>
            <w:r>
              <w:t>通识必修课</w:t>
            </w:r>
          </w:p>
        </w:tc>
        <w:tc>
          <w:tcPr>
            <w:tcW w:type="dxa" w:w="960"/>
          </w:tcPr>
          <w:p>
            <w:r>
              <w:t>教育学院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文科高等数学</w:t>
            </w:r>
          </w:p>
        </w:tc>
        <w:tc>
          <w:tcPr>
            <w:tcW w:type="dxa" w:w="960"/>
          </w:tcPr>
          <w:p>
            <w:r>
              <w:t>2MA11010</w:t>
            </w:r>
          </w:p>
        </w:tc>
        <w:tc>
          <w:tcPr>
            <w:tcW w:type="dxa" w:w="960"/>
          </w:tcPr>
          <w:p>
            <w:r>
              <w:t>1</w:t>
            </w:r>
          </w:p>
        </w:tc>
        <w:tc>
          <w:tcPr>
            <w:tcW w:type="dxa" w:w="960"/>
          </w:tcPr>
          <w:p>
            <w:r>
              <w:t>通识必修课</w:t>
            </w:r>
          </w:p>
        </w:tc>
        <w:tc>
          <w:tcPr>
            <w:tcW w:type="dxa" w:w="960"/>
          </w:tcPr>
          <w:p>
            <w:r>
              <w:t>数学科学学院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思想道德与法治</w:t>
            </w:r>
          </w:p>
        </w:tc>
        <w:tc>
          <w:tcPr>
            <w:tcW w:type="dxa" w:w="960"/>
          </w:tcPr>
          <w:p>
            <w:r>
              <w:t>2MX11001</w:t>
            </w:r>
          </w:p>
        </w:tc>
        <w:tc>
          <w:tcPr>
            <w:tcW w:type="dxa" w:w="960"/>
          </w:tcPr>
          <w:p>
            <w:r>
              <w:t>3.0</w:t>
            </w:r>
          </w:p>
        </w:tc>
        <w:tc>
          <w:tcPr>
            <w:tcW w:type="dxa" w:w="960"/>
          </w:tcPr>
          <w:p>
            <w:r>
              <w:t>通识必修课</w:t>
            </w:r>
          </w:p>
        </w:tc>
        <w:tc>
          <w:tcPr>
            <w:tcW w:type="dxa" w:w="960"/>
          </w:tcPr>
          <w:p>
            <w:r>
              <w:t>马克思主义学院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劳动教育理论</w:t>
            </w:r>
          </w:p>
        </w:tc>
        <w:tc>
          <w:tcPr>
            <w:tcW w:type="dxa" w:w="960"/>
          </w:tcPr>
          <w:p>
            <w:r>
              <w:t>2SD11001</w:t>
            </w:r>
          </w:p>
        </w:tc>
        <w:tc>
          <w:tcPr>
            <w:tcW w:type="dxa" w:w="960"/>
          </w:tcPr>
          <w:p>
            <w:r>
              <w:t>1.0</w:t>
            </w:r>
          </w:p>
        </w:tc>
        <w:tc>
          <w:tcPr>
            <w:tcW w:type="dxa" w:w="960"/>
          </w:tcPr>
          <w:p>
            <w:r>
              <w:t>通识必修课</w:t>
            </w:r>
          </w:p>
        </w:tc>
        <w:tc>
          <w:tcPr>
            <w:tcW w:type="dxa" w:w="960"/>
          </w:tcPr>
          <w:p>
            <w:r>
              <w:t>社会发展与公共管理学院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体育(一)</w:t>
            </w:r>
          </w:p>
        </w:tc>
        <w:tc>
          <w:tcPr>
            <w:tcW w:type="dxa" w:w="960"/>
          </w:tcPr>
          <w:p>
            <w:r>
              <w:t>2SP11001</w:t>
            </w:r>
          </w:p>
        </w:tc>
        <w:tc>
          <w:tcPr>
            <w:tcW w:type="dxa" w:w="960"/>
          </w:tcPr>
          <w:p>
            <w:r>
              <w:t>1</w:t>
            </w:r>
          </w:p>
        </w:tc>
        <w:tc>
          <w:tcPr>
            <w:tcW w:type="dxa" w:w="960"/>
          </w:tcPr>
          <w:p>
            <w:r>
              <w:t>通识必修课</w:t>
            </w:r>
          </w:p>
        </w:tc>
        <w:tc>
          <w:tcPr>
            <w:tcW w:type="dxa" w:w="960"/>
          </w:tcPr>
          <w:p>
            <w:r>
              <w:t>体育部</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外国美术史</w:t>
            </w:r>
          </w:p>
        </w:tc>
        <w:tc>
          <w:tcPr>
            <w:tcW w:type="dxa" w:w="960"/>
          </w:tcPr>
          <w:p>
            <w:r>
              <w:t>2AR21305</w:t>
            </w:r>
          </w:p>
        </w:tc>
        <w:tc>
          <w:tcPr>
            <w:tcW w:type="dxa" w:w="960"/>
          </w:tcPr>
          <w:p>
            <w:r>
              <w:t>3</w:t>
            </w:r>
          </w:p>
        </w:tc>
        <w:tc>
          <w:tcPr>
            <w:tcW w:type="dxa" w:w="960"/>
          </w:tcPr>
          <w:p>
            <w:r>
              <w:t>专业必修课</w:t>
            </w:r>
          </w:p>
        </w:tc>
        <w:tc>
          <w:tcPr>
            <w:tcW w:type="dxa" w:w="960"/>
          </w:tcPr>
          <w:p>
            <w:r>
              <w:t>艺术学院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色彩基础</w:t>
            </w:r>
          </w:p>
        </w:tc>
        <w:tc>
          <w:tcPr>
            <w:tcW w:type="dxa" w:w="960"/>
          </w:tcPr>
          <w:p>
            <w:r>
              <w:t>2AR21306</w:t>
            </w:r>
          </w:p>
        </w:tc>
        <w:tc>
          <w:tcPr>
            <w:tcW w:type="dxa" w:w="960"/>
          </w:tcPr>
          <w:p>
            <w:r>
              <w:t>4</w:t>
            </w:r>
          </w:p>
        </w:tc>
        <w:tc>
          <w:tcPr>
            <w:tcW w:type="dxa" w:w="960"/>
          </w:tcPr>
          <w:p>
            <w:r>
              <w:t>专业必修课</w:t>
            </w:r>
          </w:p>
        </w:tc>
        <w:tc>
          <w:tcPr>
            <w:tcW w:type="dxa" w:w="960"/>
          </w:tcPr>
          <w:p>
            <w:r>
              <w:t>艺术学院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摄影基础</w:t>
            </w:r>
          </w:p>
        </w:tc>
        <w:tc>
          <w:tcPr>
            <w:tcW w:type="dxa" w:w="960"/>
          </w:tcPr>
          <w:p>
            <w:r>
              <w:t>2AR21307</w:t>
            </w:r>
          </w:p>
        </w:tc>
        <w:tc>
          <w:tcPr>
            <w:tcW w:type="dxa" w:w="960"/>
          </w:tcPr>
          <w:p>
            <w:r>
              <w:t>2</w:t>
            </w:r>
          </w:p>
        </w:tc>
        <w:tc>
          <w:tcPr>
            <w:tcW w:type="dxa" w:w="960"/>
          </w:tcPr>
          <w:p>
            <w:r>
              <w:t>专业必修课</w:t>
            </w:r>
          </w:p>
        </w:tc>
        <w:tc>
          <w:tcPr>
            <w:tcW w:type="dxa" w:w="960"/>
          </w:tcPr>
          <w:p>
            <w:r>
              <w:t>艺术学院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色彩写生</w:t>
            </w:r>
          </w:p>
        </w:tc>
        <w:tc>
          <w:tcPr>
            <w:tcW w:type="dxa" w:w="960"/>
          </w:tcPr>
          <w:p>
            <w:r>
              <w:t>2AR21314</w:t>
            </w:r>
          </w:p>
        </w:tc>
        <w:tc>
          <w:tcPr>
            <w:tcW w:type="dxa" w:w="960"/>
          </w:tcPr>
          <w:p>
            <w:r>
              <w:t>2</w:t>
            </w:r>
          </w:p>
        </w:tc>
        <w:tc>
          <w:tcPr>
            <w:tcW w:type="dxa" w:w="960"/>
          </w:tcPr>
          <w:p>
            <w:r>
              <w:t>专业必修课</w:t>
            </w:r>
          </w:p>
        </w:tc>
        <w:tc>
          <w:tcPr>
            <w:tcW w:type="dxa" w:w="960"/>
          </w:tcPr>
          <w:p>
            <w:r>
              <w:t>艺术学院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自主专业实践：软件学习</w:t>
            </w:r>
          </w:p>
        </w:tc>
        <w:tc>
          <w:tcPr>
            <w:tcW w:type="dxa" w:w="960"/>
          </w:tcPr>
          <w:p>
            <w:r>
              <w:t>2AR21315</w:t>
            </w:r>
          </w:p>
        </w:tc>
        <w:tc>
          <w:tcPr>
            <w:tcW w:type="dxa" w:w="960"/>
          </w:tcPr>
          <w:p>
            <w:r>
              <w:t>2</w:t>
            </w:r>
          </w:p>
        </w:tc>
        <w:tc>
          <w:tcPr>
            <w:tcW w:type="dxa" w:w="960"/>
          </w:tcPr>
          <w:p>
            <w:r>
              <w:t>专业必修课</w:t>
            </w:r>
          </w:p>
        </w:tc>
        <w:tc>
          <w:tcPr>
            <w:tcW w:type="dxa" w:w="960"/>
          </w:tcPr>
          <w:p>
            <w:r>
              <w:t>艺术学院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雕塑工作坊</w:t>
            </w:r>
          </w:p>
        </w:tc>
        <w:tc>
          <w:tcPr>
            <w:tcW w:type="dxa" w:w="960"/>
          </w:tcPr>
          <w:p>
            <w:r>
              <w:t>2AR21317</w:t>
            </w:r>
          </w:p>
        </w:tc>
        <w:tc>
          <w:tcPr>
            <w:tcW w:type="dxa" w:w="960"/>
          </w:tcPr>
          <w:p>
            <w:r>
              <w:t>2</w:t>
            </w:r>
          </w:p>
        </w:tc>
        <w:tc>
          <w:tcPr>
            <w:tcW w:type="dxa" w:w="960"/>
          </w:tcPr>
          <w:p>
            <w:r>
              <w:t>专业必修课</w:t>
            </w:r>
          </w:p>
        </w:tc>
        <w:tc>
          <w:tcPr>
            <w:tcW w:type="dxa" w:w="960"/>
          </w:tcPr>
          <w:p>
            <w:r>
              <w:t>艺术学院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创新创业教育基础</w:t>
            </w:r>
          </w:p>
        </w:tc>
        <w:tc>
          <w:tcPr>
            <w:tcW w:type="dxa" w:w="960"/>
          </w:tcPr>
          <w:p>
            <w:r>
              <w:t>2BU11001</w:t>
            </w:r>
          </w:p>
        </w:tc>
        <w:tc>
          <w:tcPr>
            <w:tcW w:type="dxa" w:w="960"/>
          </w:tcPr>
          <w:p>
            <w:r>
              <w:t>1</w:t>
            </w:r>
          </w:p>
        </w:tc>
        <w:tc>
          <w:tcPr>
            <w:tcW w:type="dxa" w:w="960"/>
          </w:tcPr>
          <w:p>
            <w:r>
              <w:t>通识必修课</w:t>
            </w:r>
          </w:p>
        </w:tc>
        <w:tc>
          <w:tcPr>
            <w:tcW w:type="dxa" w:w="960"/>
          </w:tcPr>
          <w:p>
            <w:r>
              <w:t>商学院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大学生心理健康教育</w:t>
            </w:r>
          </w:p>
        </w:tc>
        <w:tc>
          <w:tcPr>
            <w:tcW w:type="dxa" w:w="960"/>
          </w:tcPr>
          <w:p>
            <w:r>
              <w:t>2ED11001</w:t>
            </w:r>
          </w:p>
        </w:tc>
        <w:tc>
          <w:tcPr>
            <w:tcW w:type="dxa" w:w="960"/>
          </w:tcPr>
          <w:p>
            <w:r>
              <w:t>1</w:t>
            </w:r>
          </w:p>
        </w:tc>
        <w:tc>
          <w:tcPr>
            <w:tcW w:type="dxa" w:w="960"/>
          </w:tcPr>
          <w:p>
            <w:r>
              <w:t>通识必修课</w:t>
            </w:r>
          </w:p>
        </w:tc>
        <w:tc>
          <w:tcPr>
            <w:tcW w:type="dxa" w:w="960"/>
          </w:tcPr>
          <w:p>
            <w:r>
              <w:t>教育学院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中国近现代史纲要</w:t>
            </w:r>
          </w:p>
        </w:tc>
        <w:tc>
          <w:tcPr>
            <w:tcW w:type="dxa" w:w="960"/>
          </w:tcPr>
          <w:p>
            <w:r>
              <w:t>2MX11002</w:t>
            </w:r>
          </w:p>
        </w:tc>
        <w:tc>
          <w:tcPr>
            <w:tcW w:type="dxa" w:w="960"/>
          </w:tcPr>
          <w:p>
            <w:r>
              <w:t>3</w:t>
            </w:r>
          </w:p>
        </w:tc>
        <w:tc>
          <w:tcPr>
            <w:tcW w:type="dxa" w:w="960"/>
          </w:tcPr>
          <w:p>
            <w:r>
              <w:t>通识必修课</w:t>
            </w:r>
          </w:p>
        </w:tc>
        <w:tc>
          <w:tcPr>
            <w:tcW w:type="dxa" w:w="960"/>
          </w:tcPr>
          <w:p>
            <w:r>
              <w:t>马克思主义学院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职业生涯规划</w:t>
            </w:r>
          </w:p>
        </w:tc>
        <w:tc>
          <w:tcPr>
            <w:tcW w:type="dxa" w:w="960"/>
          </w:tcPr>
          <w:p>
            <w:r>
              <w:t>2SA11001</w:t>
            </w:r>
          </w:p>
        </w:tc>
        <w:tc>
          <w:tcPr>
            <w:tcW w:type="dxa" w:w="960"/>
          </w:tcPr>
          <w:p>
            <w:r>
              <w:t>0.5</w:t>
            </w:r>
          </w:p>
        </w:tc>
        <w:tc>
          <w:tcPr>
            <w:tcW w:type="dxa" w:w="960"/>
          </w:tcPr>
          <w:p>
            <w:r>
              <w:t>通识必修课</w:t>
            </w:r>
          </w:p>
        </w:tc>
        <w:tc>
          <w:tcPr>
            <w:tcW w:type="dxa" w:w="960"/>
          </w:tcPr>
          <w:p>
            <w:r>
              <w:t>学生工作处</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体育(二)</w:t>
            </w:r>
          </w:p>
        </w:tc>
        <w:tc>
          <w:tcPr>
            <w:tcW w:type="dxa" w:w="960"/>
          </w:tcPr>
          <w:p>
            <w:r>
              <w:t>2SP11002</w:t>
            </w:r>
          </w:p>
        </w:tc>
        <w:tc>
          <w:tcPr>
            <w:tcW w:type="dxa" w:w="960"/>
          </w:tcPr>
          <w:p>
            <w:r>
              <w:t>1</w:t>
            </w:r>
          </w:p>
        </w:tc>
        <w:tc>
          <w:tcPr>
            <w:tcW w:type="dxa" w:w="960"/>
          </w:tcPr>
          <w:p>
            <w:r>
              <w:t>通识必修课</w:t>
            </w:r>
          </w:p>
        </w:tc>
        <w:tc>
          <w:tcPr>
            <w:tcW w:type="dxa" w:w="960"/>
          </w:tcPr>
          <w:p>
            <w:r>
              <w:t>体育部</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创意思维</w:t>
            </w:r>
          </w:p>
        </w:tc>
        <w:tc>
          <w:tcPr>
            <w:tcW w:type="dxa" w:w="960"/>
          </w:tcPr>
          <w:p>
            <w:r>
              <w:t>2AR21308</w:t>
            </w:r>
          </w:p>
        </w:tc>
        <w:tc>
          <w:tcPr>
            <w:tcW w:type="dxa" w:w="960"/>
          </w:tcPr>
          <w:p>
            <w:r>
              <w:t>2</w:t>
            </w:r>
          </w:p>
        </w:tc>
        <w:tc>
          <w:tcPr>
            <w:tcW w:type="dxa" w:w="960"/>
          </w:tcPr>
          <w:p>
            <w:r>
              <w:t>专业必修课</w:t>
            </w:r>
          </w:p>
        </w:tc>
        <w:tc>
          <w:tcPr>
            <w:tcW w:type="dxa" w:w="960"/>
          </w:tcPr>
          <w:p>
            <w:r>
              <w:t>艺术学院</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线描基础</w:t>
            </w:r>
          </w:p>
        </w:tc>
        <w:tc>
          <w:tcPr>
            <w:tcW w:type="dxa" w:w="960"/>
          </w:tcPr>
          <w:p>
            <w:r>
              <w:t>2AR22301</w:t>
            </w:r>
          </w:p>
        </w:tc>
        <w:tc>
          <w:tcPr>
            <w:tcW w:type="dxa" w:w="960"/>
          </w:tcPr>
          <w:p>
            <w:r>
              <w:t>4</w:t>
            </w:r>
          </w:p>
        </w:tc>
        <w:tc>
          <w:tcPr>
            <w:tcW w:type="dxa" w:w="960"/>
          </w:tcPr>
          <w:p>
            <w:r>
              <w:t>专业限选课</w:t>
            </w:r>
          </w:p>
        </w:tc>
        <w:tc>
          <w:tcPr>
            <w:tcW w:type="dxa" w:w="960"/>
          </w:tcPr>
          <w:p>
            <w:r>
              <w:t>艺术学院</w:t>
            </w:r>
          </w:p>
        </w:tc>
        <w:tc>
          <w:tcPr>
            <w:tcW w:type="dxa" w:w="960"/>
          </w:tcPr>
          <w:p>
            <w:r>
              <w:t>2024-2025</w:t>
            </w:r>
          </w:p>
        </w:tc>
        <w:tc>
          <w:tcPr>
            <w:tcW w:type="dxa" w:w="960"/>
          </w:tcPr>
          <w:p>
            <w:r>
              <w:t>1</w:t>
            </w:r>
          </w:p>
        </w:tc>
        <w:tc>
          <w:tcPr>
            <w:tcW w:type="dxa" w:w="960"/>
          </w:tcPr>
          <w:p>
            <w:r>
              <w:t>中国画方向</w:t>
            </w:r>
          </w:p>
        </w:tc>
      </w:tr>
      <w:tr>
        <w:tc>
          <w:tcPr>
            <w:tcW w:type="dxa" w:w="960"/>
          </w:tcPr>
          <w:p>
            <w:r/>
          </w:p>
        </w:tc>
        <w:tc>
          <w:tcPr>
            <w:tcW w:type="dxa" w:w="960"/>
          </w:tcPr>
          <w:p>
            <w:r>
              <w:t>书法篆刻</w:t>
            </w:r>
          </w:p>
        </w:tc>
        <w:tc>
          <w:tcPr>
            <w:tcW w:type="dxa" w:w="960"/>
          </w:tcPr>
          <w:p>
            <w:r>
              <w:t>2AR22302</w:t>
            </w:r>
          </w:p>
        </w:tc>
        <w:tc>
          <w:tcPr>
            <w:tcW w:type="dxa" w:w="960"/>
          </w:tcPr>
          <w:p>
            <w:r>
              <w:t>4</w:t>
            </w:r>
          </w:p>
        </w:tc>
        <w:tc>
          <w:tcPr>
            <w:tcW w:type="dxa" w:w="960"/>
          </w:tcPr>
          <w:p>
            <w:r>
              <w:t>专业限选课</w:t>
            </w:r>
          </w:p>
        </w:tc>
        <w:tc>
          <w:tcPr>
            <w:tcW w:type="dxa" w:w="960"/>
          </w:tcPr>
          <w:p>
            <w:r>
              <w:t>艺术学院</w:t>
            </w:r>
          </w:p>
        </w:tc>
        <w:tc>
          <w:tcPr>
            <w:tcW w:type="dxa" w:w="960"/>
          </w:tcPr>
          <w:p>
            <w:r>
              <w:t>2024-2025</w:t>
            </w:r>
          </w:p>
        </w:tc>
        <w:tc>
          <w:tcPr>
            <w:tcW w:type="dxa" w:w="960"/>
          </w:tcPr>
          <w:p>
            <w:r>
              <w:t>1</w:t>
            </w:r>
          </w:p>
        </w:tc>
        <w:tc>
          <w:tcPr>
            <w:tcW w:type="dxa" w:w="960"/>
          </w:tcPr>
          <w:p>
            <w:r>
              <w:t>中国画方向</w:t>
            </w:r>
          </w:p>
        </w:tc>
      </w:tr>
      <w:tr>
        <w:tc>
          <w:tcPr>
            <w:tcW w:type="dxa" w:w="960"/>
          </w:tcPr>
          <w:p>
            <w:r/>
          </w:p>
        </w:tc>
        <w:tc>
          <w:tcPr>
            <w:tcW w:type="dxa" w:w="960"/>
          </w:tcPr>
          <w:p>
            <w:r>
              <w:t>油画材料技法与临摹</w:t>
            </w:r>
          </w:p>
        </w:tc>
        <w:tc>
          <w:tcPr>
            <w:tcW w:type="dxa" w:w="960"/>
          </w:tcPr>
          <w:p>
            <w:r>
              <w:t>2AR22310</w:t>
            </w:r>
          </w:p>
        </w:tc>
        <w:tc>
          <w:tcPr>
            <w:tcW w:type="dxa" w:w="960"/>
          </w:tcPr>
          <w:p>
            <w:r>
              <w:t>4</w:t>
            </w:r>
          </w:p>
        </w:tc>
        <w:tc>
          <w:tcPr>
            <w:tcW w:type="dxa" w:w="960"/>
          </w:tcPr>
          <w:p>
            <w:r>
              <w:t>专业限选课</w:t>
            </w:r>
          </w:p>
        </w:tc>
        <w:tc>
          <w:tcPr>
            <w:tcW w:type="dxa" w:w="960"/>
          </w:tcPr>
          <w:p>
            <w:r>
              <w:t>艺术学院</w:t>
            </w:r>
          </w:p>
        </w:tc>
        <w:tc>
          <w:tcPr>
            <w:tcW w:type="dxa" w:w="960"/>
          </w:tcPr>
          <w:p>
            <w:r>
              <w:t>2024-2025</w:t>
            </w:r>
          </w:p>
        </w:tc>
        <w:tc>
          <w:tcPr>
            <w:tcW w:type="dxa" w:w="960"/>
          </w:tcPr>
          <w:p>
            <w:r>
              <w:t>1</w:t>
            </w:r>
          </w:p>
        </w:tc>
        <w:tc>
          <w:tcPr>
            <w:tcW w:type="dxa" w:w="960"/>
          </w:tcPr>
          <w:p>
            <w:r>
              <w:t>油画方向</w:t>
            </w:r>
          </w:p>
        </w:tc>
      </w:tr>
      <w:tr>
        <w:tc>
          <w:tcPr>
            <w:tcW w:type="dxa" w:w="960"/>
          </w:tcPr>
          <w:p>
            <w:r/>
          </w:p>
        </w:tc>
        <w:tc>
          <w:tcPr>
            <w:tcW w:type="dxa" w:w="960"/>
          </w:tcPr>
          <w:p>
            <w:r>
              <w:t>油画静物(一)</w:t>
            </w:r>
          </w:p>
        </w:tc>
        <w:tc>
          <w:tcPr>
            <w:tcW w:type="dxa" w:w="960"/>
          </w:tcPr>
          <w:p>
            <w:r>
              <w:t>2AR22311</w:t>
            </w:r>
          </w:p>
        </w:tc>
        <w:tc>
          <w:tcPr>
            <w:tcW w:type="dxa" w:w="960"/>
          </w:tcPr>
          <w:p>
            <w:r>
              <w:t>4</w:t>
            </w:r>
          </w:p>
        </w:tc>
        <w:tc>
          <w:tcPr>
            <w:tcW w:type="dxa" w:w="960"/>
          </w:tcPr>
          <w:p>
            <w:r>
              <w:t>专业限选课</w:t>
            </w:r>
          </w:p>
        </w:tc>
        <w:tc>
          <w:tcPr>
            <w:tcW w:type="dxa" w:w="960"/>
          </w:tcPr>
          <w:p>
            <w:r>
              <w:t>艺术学院</w:t>
            </w:r>
          </w:p>
        </w:tc>
        <w:tc>
          <w:tcPr>
            <w:tcW w:type="dxa" w:w="960"/>
          </w:tcPr>
          <w:p>
            <w:r>
              <w:t>2024-2025</w:t>
            </w:r>
          </w:p>
        </w:tc>
        <w:tc>
          <w:tcPr>
            <w:tcW w:type="dxa" w:w="960"/>
          </w:tcPr>
          <w:p>
            <w:r>
              <w:t>1</w:t>
            </w:r>
          </w:p>
        </w:tc>
        <w:tc>
          <w:tcPr>
            <w:tcW w:type="dxa" w:w="960"/>
          </w:tcPr>
          <w:p>
            <w:r>
              <w:t>油画方向</w:t>
            </w:r>
          </w:p>
        </w:tc>
      </w:tr>
      <w:tr>
        <w:tc>
          <w:tcPr>
            <w:tcW w:type="dxa" w:w="960"/>
          </w:tcPr>
          <w:p>
            <w:r/>
          </w:p>
        </w:tc>
        <w:tc>
          <w:tcPr>
            <w:tcW w:type="dxa" w:w="960"/>
          </w:tcPr>
          <w:p>
            <w:r>
              <w:t>马克思主义基本原理</w:t>
            </w:r>
          </w:p>
        </w:tc>
        <w:tc>
          <w:tcPr>
            <w:tcW w:type="dxa" w:w="960"/>
          </w:tcPr>
          <w:p>
            <w:r>
              <w:t>2MX11003</w:t>
            </w:r>
          </w:p>
        </w:tc>
        <w:tc>
          <w:tcPr>
            <w:tcW w:type="dxa" w:w="960"/>
          </w:tcPr>
          <w:p>
            <w:r>
              <w:t>3</w:t>
            </w:r>
          </w:p>
        </w:tc>
        <w:tc>
          <w:tcPr>
            <w:tcW w:type="dxa" w:w="960"/>
          </w:tcPr>
          <w:p>
            <w:r>
              <w:t>通识必修课</w:t>
            </w:r>
          </w:p>
        </w:tc>
        <w:tc>
          <w:tcPr>
            <w:tcW w:type="dxa" w:w="960"/>
          </w:tcPr>
          <w:p>
            <w:r>
              <w:t>马克思主义学院</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改革开放史</w:t>
            </w:r>
          </w:p>
        </w:tc>
        <w:tc>
          <w:tcPr>
            <w:tcW w:type="dxa" w:w="960"/>
          </w:tcPr>
          <w:p>
            <w:r>
              <w:t>2MX11009</w:t>
            </w:r>
          </w:p>
        </w:tc>
        <w:tc>
          <w:tcPr>
            <w:tcW w:type="dxa" w:w="960"/>
          </w:tcPr>
          <w:p>
            <w:r>
              <w:t>1.0</w:t>
            </w:r>
          </w:p>
        </w:tc>
        <w:tc>
          <w:tcPr>
            <w:tcW w:type="dxa" w:w="960"/>
          </w:tcPr>
          <w:p>
            <w:r>
              <w:t>通识必修课</w:t>
            </w:r>
          </w:p>
        </w:tc>
        <w:tc>
          <w:tcPr>
            <w:tcW w:type="dxa" w:w="960"/>
          </w:tcPr>
          <w:p>
            <w:r>
              <w:t>马克思主义学院</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体育(三)</w:t>
            </w:r>
          </w:p>
        </w:tc>
        <w:tc>
          <w:tcPr>
            <w:tcW w:type="dxa" w:w="960"/>
          </w:tcPr>
          <w:p>
            <w:r>
              <w:t>2SP11003</w:t>
            </w:r>
          </w:p>
        </w:tc>
        <w:tc>
          <w:tcPr>
            <w:tcW w:type="dxa" w:w="960"/>
          </w:tcPr>
          <w:p>
            <w:r>
              <w:t>1</w:t>
            </w:r>
          </w:p>
        </w:tc>
        <w:tc>
          <w:tcPr>
            <w:tcW w:type="dxa" w:w="960"/>
          </w:tcPr>
          <w:p>
            <w:r>
              <w:t>通识必修课</w:t>
            </w:r>
          </w:p>
        </w:tc>
        <w:tc>
          <w:tcPr>
            <w:tcW w:type="dxa" w:w="960"/>
          </w:tcPr>
          <w:p>
            <w:r>
              <w:t>体育部</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艺术管理</w:t>
            </w:r>
          </w:p>
        </w:tc>
        <w:tc>
          <w:tcPr>
            <w:tcW w:type="dxa" w:w="960"/>
          </w:tcPr>
          <w:p>
            <w:r>
              <w:t>2AR21309</w:t>
            </w:r>
          </w:p>
        </w:tc>
        <w:tc>
          <w:tcPr>
            <w:tcW w:type="dxa" w:w="960"/>
          </w:tcPr>
          <w:p>
            <w:r>
              <w:t>2</w:t>
            </w:r>
          </w:p>
        </w:tc>
        <w:tc>
          <w:tcPr>
            <w:tcW w:type="dxa" w:w="960"/>
          </w:tcPr>
          <w:p>
            <w:r>
              <w:t>专业必修课</w:t>
            </w:r>
          </w:p>
        </w:tc>
        <w:tc>
          <w:tcPr>
            <w:tcW w:type="dxa" w:w="960"/>
          </w:tcPr>
          <w:p>
            <w:r>
              <w:t>艺术学院</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陶艺工作坊</w:t>
            </w:r>
          </w:p>
        </w:tc>
        <w:tc>
          <w:tcPr>
            <w:tcW w:type="dxa" w:w="960"/>
          </w:tcPr>
          <w:p>
            <w:r>
              <w:t>2AR21318</w:t>
            </w:r>
          </w:p>
        </w:tc>
        <w:tc>
          <w:tcPr>
            <w:tcW w:type="dxa" w:w="960"/>
          </w:tcPr>
          <w:p>
            <w:r>
              <w:t>2</w:t>
            </w:r>
          </w:p>
        </w:tc>
        <w:tc>
          <w:tcPr>
            <w:tcW w:type="dxa" w:w="960"/>
          </w:tcPr>
          <w:p>
            <w:r>
              <w:t>专业必修课</w:t>
            </w:r>
          </w:p>
        </w:tc>
        <w:tc>
          <w:tcPr>
            <w:tcW w:type="dxa" w:w="960"/>
          </w:tcPr>
          <w:p>
            <w:r>
              <w:t>艺术学院</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工笔花鸟</w:t>
            </w:r>
          </w:p>
        </w:tc>
        <w:tc>
          <w:tcPr>
            <w:tcW w:type="dxa" w:w="960"/>
          </w:tcPr>
          <w:p>
            <w:r>
              <w:t>2AR22303</w:t>
            </w:r>
          </w:p>
        </w:tc>
        <w:tc>
          <w:tcPr>
            <w:tcW w:type="dxa" w:w="960"/>
          </w:tcPr>
          <w:p>
            <w:r>
              <w:t>5</w:t>
            </w:r>
          </w:p>
        </w:tc>
        <w:tc>
          <w:tcPr>
            <w:tcW w:type="dxa" w:w="960"/>
          </w:tcPr>
          <w:p>
            <w:r>
              <w:t>专业限选课</w:t>
            </w:r>
          </w:p>
        </w:tc>
        <w:tc>
          <w:tcPr>
            <w:tcW w:type="dxa" w:w="960"/>
          </w:tcPr>
          <w:p>
            <w:r>
              <w:t>艺术学院</w:t>
            </w:r>
          </w:p>
        </w:tc>
        <w:tc>
          <w:tcPr>
            <w:tcW w:type="dxa" w:w="960"/>
          </w:tcPr>
          <w:p>
            <w:r>
              <w:t>2024-2025</w:t>
            </w:r>
          </w:p>
        </w:tc>
        <w:tc>
          <w:tcPr>
            <w:tcW w:type="dxa" w:w="960"/>
          </w:tcPr>
          <w:p>
            <w:r>
              <w:t>2</w:t>
            </w:r>
          </w:p>
        </w:tc>
        <w:tc>
          <w:tcPr>
            <w:tcW w:type="dxa" w:w="960"/>
          </w:tcPr>
          <w:p>
            <w:r>
              <w:t>中国画方向</w:t>
            </w:r>
          </w:p>
        </w:tc>
      </w:tr>
      <w:tr>
        <w:tc>
          <w:tcPr>
            <w:tcW w:type="dxa" w:w="960"/>
          </w:tcPr>
          <w:p>
            <w:r/>
          </w:p>
        </w:tc>
        <w:tc>
          <w:tcPr>
            <w:tcW w:type="dxa" w:w="960"/>
          </w:tcPr>
          <w:p>
            <w:r>
              <w:t>山水</w:t>
            </w:r>
          </w:p>
        </w:tc>
        <w:tc>
          <w:tcPr>
            <w:tcW w:type="dxa" w:w="960"/>
          </w:tcPr>
          <w:p>
            <w:r>
              <w:t>2AR22304</w:t>
            </w:r>
          </w:p>
        </w:tc>
        <w:tc>
          <w:tcPr>
            <w:tcW w:type="dxa" w:w="960"/>
          </w:tcPr>
          <w:p>
            <w:r>
              <w:t>4</w:t>
            </w:r>
          </w:p>
        </w:tc>
        <w:tc>
          <w:tcPr>
            <w:tcW w:type="dxa" w:w="960"/>
          </w:tcPr>
          <w:p>
            <w:r>
              <w:t>专业限选课</w:t>
            </w:r>
          </w:p>
        </w:tc>
        <w:tc>
          <w:tcPr>
            <w:tcW w:type="dxa" w:w="960"/>
          </w:tcPr>
          <w:p>
            <w:r>
              <w:t>艺术学院</w:t>
            </w:r>
          </w:p>
        </w:tc>
        <w:tc>
          <w:tcPr>
            <w:tcW w:type="dxa" w:w="960"/>
          </w:tcPr>
          <w:p>
            <w:r>
              <w:t>2024-2025</w:t>
            </w:r>
          </w:p>
        </w:tc>
        <w:tc>
          <w:tcPr>
            <w:tcW w:type="dxa" w:w="960"/>
          </w:tcPr>
          <w:p>
            <w:r>
              <w:t>2</w:t>
            </w:r>
          </w:p>
        </w:tc>
        <w:tc>
          <w:tcPr>
            <w:tcW w:type="dxa" w:w="960"/>
          </w:tcPr>
          <w:p>
            <w:r>
              <w:t>中国画方向</w:t>
            </w:r>
          </w:p>
        </w:tc>
      </w:tr>
      <w:tr>
        <w:tc>
          <w:tcPr>
            <w:tcW w:type="dxa" w:w="960"/>
          </w:tcPr>
          <w:p>
            <w:r/>
          </w:p>
        </w:tc>
        <w:tc>
          <w:tcPr>
            <w:tcW w:type="dxa" w:w="960"/>
          </w:tcPr>
          <w:p>
            <w:r>
              <w:t>油画静物(二)</w:t>
            </w:r>
          </w:p>
        </w:tc>
        <w:tc>
          <w:tcPr>
            <w:tcW w:type="dxa" w:w="960"/>
          </w:tcPr>
          <w:p>
            <w:r>
              <w:t>2AR22312</w:t>
            </w:r>
          </w:p>
        </w:tc>
        <w:tc>
          <w:tcPr>
            <w:tcW w:type="dxa" w:w="960"/>
          </w:tcPr>
          <w:p>
            <w:r>
              <w:t>4</w:t>
            </w:r>
          </w:p>
        </w:tc>
        <w:tc>
          <w:tcPr>
            <w:tcW w:type="dxa" w:w="960"/>
          </w:tcPr>
          <w:p>
            <w:r>
              <w:t>专业限选课</w:t>
            </w:r>
          </w:p>
        </w:tc>
        <w:tc>
          <w:tcPr>
            <w:tcW w:type="dxa" w:w="960"/>
          </w:tcPr>
          <w:p>
            <w:r>
              <w:t>艺术学院</w:t>
            </w:r>
          </w:p>
        </w:tc>
        <w:tc>
          <w:tcPr>
            <w:tcW w:type="dxa" w:w="960"/>
          </w:tcPr>
          <w:p>
            <w:r>
              <w:t>2024-2025</w:t>
            </w:r>
          </w:p>
        </w:tc>
        <w:tc>
          <w:tcPr>
            <w:tcW w:type="dxa" w:w="960"/>
          </w:tcPr>
          <w:p>
            <w:r>
              <w:t>2</w:t>
            </w:r>
          </w:p>
        </w:tc>
        <w:tc>
          <w:tcPr>
            <w:tcW w:type="dxa" w:w="960"/>
          </w:tcPr>
          <w:p>
            <w:r>
              <w:t>油画方向</w:t>
            </w:r>
          </w:p>
        </w:tc>
      </w:tr>
      <w:tr>
        <w:tc>
          <w:tcPr>
            <w:tcW w:type="dxa" w:w="960"/>
          </w:tcPr>
          <w:p>
            <w:r/>
          </w:p>
        </w:tc>
        <w:tc>
          <w:tcPr>
            <w:tcW w:type="dxa" w:w="960"/>
          </w:tcPr>
          <w:p>
            <w:r>
              <w:t>素描肖像</w:t>
            </w:r>
          </w:p>
        </w:tc>
        <w:tc>
          <w:tcPr>
            <w:tcW w:type="dxa" w:w="960"/>
          </w:tcPr>
          <w:p>
            <w:r>
              <w:t>2AR22313</w:t>
            </w:r>
          </w:p>
        </w:tc>
        <w:tc>
          <w:tcPr>
            <w:tcW w:type="dxa" w:w="960"/>
          </w:tcPr>
          <w:p>
            <w:r>
              <w:t>5</w:t>
            </w:r>
          </w:p>
        </w:tc>
        <w:tc>
          <w:tcPr>
            <w:tcW w:type="dxa" w:w="960"/>
          </w:tcPr>
          <w:p>
            <w:r>
              <w:t>专业限选课</w:t>
            </w:r>
          </w:p>
        </w:tc>
        <w:tc>
          <w:tcPr>
            <w:tcW w:type="dxa" w:w="960"/>
          </w:tcPr>
          <w:p>
            <w:r>
              <w:t>艺术学院</w:t>
            </w:r>
          </w:p>
        </w:tc>
        <w:tc>
          <w:tcPr>
            <w:tcW w:type="dxa" w:w="960"/>
          </w:tcPr>
          <w:p>
            <w:r>
              <w:t>2024-2025</w:t>
            </w:r>
          </w:p>
        </w:tc>
        <w:tc>
          <w:tcPr>
            <w:tcW w:type="dxa" w:w="960"/>
          </w:tcPr>
          <w:p>
            <w:r>
              <w:t>2</w:t>
            </w:r>
          </w:p>
        </w:tc>
        <w:tc>
          <w:tcPr>
            <w:tcW w:type="dxa" w:w="960"/>
          </w:tcPr>
          <w:p>
            <w:r>
              <w:t>油画方向</w:t>
            </w:r>
          </w:p>
        </w:tc>
      </w:tr>
      <w:tr>
        <w:tc>
          <w:tcPr>
            <w:tcW w:type="dxa" w:w="960"/>
          </w:tcPr>
          <w:p>
            <w:r/>
          </w:p>
        </w:tc>
        <w:tc>
          <w:tcPr>
            <w:tcW w:type="dxa" w:w="960"/>
          </w:tcPr>
          <w:p>
            <w:r>
              <w:t>中国画创作实践(一)</w:t>
            </w:r>
          </w:p>
        </w:tc>
        <w:tc>
          <w:tcPr>
            <w:tcW w:type="dxa" w:w="960"/>
          </w:tcPr>
          <w:p>
            <w:r>
              <w:t>2AR22320</w:t>
            </w:r>
          </w:p>
        </w:tc>
        <w:tc>
          <w:tcPr>
            <w:tcW w:type="dxa" w:w="960"/>
          </w:tcPr>
          <w:p>
            <w:r>
              <w:t>3</w:t>
            </w:r>
          </w:p>
        </w:tc>
        <w:tc>
          <w:tcPr>
            <w:tcW w:type="dxa" w:w="960"/>
          </w:tcPr>
          <w:p>
            <w:r>
              <w:t>专业限选课</w:t>
            </w:r>
          </w:p>
        </w:tc>
        <w:tc>
          <w:tcPr>
            <w:tcW w:type="dxa" w:w="960"/>
          </w:tcPr>
          <w:p>
            <w:r>
              <w:t>艺术学院</w:t>
            </w:r>
          </w:p>
        </w:tc>
        <w:tc>
          <w:tcPr>
            <w:tcW w:type="dxa" w:w="960"/>
          </w:tcPr>
          <w:p>
            <w:r>
              <w:t>2024-2025</w:t>
            </w:r>
          </w:p>
        </w:tc>
        <w:tc>
          <w:tcPr>
            <w:tcW w:type="dxa" w:w="960"/>
          </w:tcPr>
          <w:p>
            <w:r>
              <w:t>2</w:t>
            </w:r>
          </w:p>
        </w:tc>
        <w:tc>
          <w:tcPr>
            <w:tcW w:type="dxa" w:w="960"/>
          </w:tcPr>
          <w:p>
            <w:r>
              <w:t>中国画方向</w:t>
            </w:r>
          </w:p>
        </w:tc>
      </w:tr>
      <w:tr>
        <w:tc>
          <w:tcPr>
            <w:tcW w:type="dxa" w:w="960"/>
          </w:tcPr>
          <w:p>
            <w:r/>
          </w:p>
        </w:tc>
        <w:tc>
          <w:tcPr>
            <w:tcW w:type="dxa" w:w="960"/>
          </w:tcPr>
          <w:p>
            <w:r>
              <w:t>油画创作实践(一)</w:t>
            </w:r>
          </w:p>
        </w:tc>
        <w:tc>
          <w:tcPr>
            <w:tcW w:type="dxa" w:w="960"/>
          </w:tcPr>
          <w:p>
            <w:r>
              <w:t>2AR22327</w:t>
            </w:r>
          </w:p>
        </w:tc>
        <w:tc>
          <w:tcPr>
            <w:tcW w:type="dxa" w:w="960"/>
          </w:tcPr>
          <w:p>
            <w:r>
              <w:t>3</w:t>
            </w:r>
          </w:p>
        </w:tc>
        <w:tc>
          <w:tcPr>
            <w:tcW w:type="dxa" w:w="960"/>
          </w:tcPr>
          <w:p>
            <w:r>
              <w:t>专业限选课</w:t>
            </w:r>
          </w:p>
        </w:tc>
        <w:tc>
          <w:tcPr>
            <w:tcW w:type="dxa" w:w="960"/>
          </w:tcPr>
          <w:p>
            <w:r>
              <w:t>艺术学院</w:t>
            </w:r>
          </w:p>
        </w:tc>
        <w:tc>
          <w:tcPr>
            <w:tcW w:type="dxa" w:w="960"/>
          </w:tcPr>
          <w:p>
            <w:r>
              <w:t>2024-2025</w:t>
            </w:r>
          </w:p>
        </w:tc>
        <w:tc>
          <w:tcPr>
            <w:tcW w:type="dxa" w:w="960"/>
          </w:tcPr>
          <w:p>
            <w:r>
              <w:t>2</w:t>
            </w:r>
          </w:p>
        </w:tc>
        <w:tc>
          <w:tcPr>
            <w:tcW w:type="dxa" w:w="960"/>
          </w:tcPr>
          <w:p>
            <w:r>
              <w:t>油画方向</w:t>
            </w:r>
          </w:p>
        </w:tc>
      </w:tr>
      <w:tr>
        <w:tc>
          <w:tcPr>
            <w:tcW w:type="dxa" w:w="960"/>
          </w:tcPr>
          <w:p>
            <w:r/>
          </w:p>
        </w:tc>
        <w:tc>
          <w:tcPr>
            <w:tcW w:type="dxa" w:w="960"/>
          </w:tcPr>
          <w:p>
            <w:r>
              <w:t>毛泽东思想和中国特色社会主义理论体系概论</w:t>
            </w:r>
          </w:p>
        </w:tc>
        <w:tc>
          <w:tcPr>
            <w:tcW w:type="dxa" w:w="960"/>
          </w:tcPr>
          <w:p>
            <w:r>
              <w:t>2MX11004</w:t>
            </w:r>
          </w:p>
        </w:tc>
        <w:tc>
          <w:tcPr>
            <w:tcW w:type="dxa" w:w="960"/>
          </w:tcPr>
          <w:p>
            <w:r>
              <w:t>3</w:t>
            </w:r>
          </w:p>
        </w:tc>
        <w:tc>
          <w:tcPr>
            <w:tcW w:type="dxa" w:w="960"/>
          </w:tcPr>
          <w:p>
            <w:r>
              <w:t>通识必修课</w:t>
            </w:r>
          </w:p>
        </w:tc>
        <w:tc>
          <w:tcPr>
            <w:tcW w:type="dxa" w:w="960"/>
          </w:tcPr>
          <w:p>
            <w:r>
              <w:t>马克思主义学院</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国家安全教育</w:t>
            </w:r>
          </w:p>
        </w:tc>
        <w:tc>
          <w:tcPr>
            <w:tcW w:type="dxa" w:w="960"/>
          </w:tcPr>
          <w:p>
            <w:r>
              <w:t>2MX11012</w:t>
            </w:r>
          </w:p>
        </w:tc>
        <w:tc>
          <w:tcPr>
            <w:tcW w:type="dxa" w:w="960"/>
          </w:tcPr>
          <w:p>
            <w:r>
              <w:t>1</w:t>
            </w:r>
          </w:p>
        </w:tc>
        <w:tc>
          <w:tcPr>
            <w:tcW w:type="dxa" w:w="960"/>
          </w:tcPr>
          <w:p>
            <w:r>
              <w:t>通识必修课</w:t>
            </w:r>
          </w:p>
        </w:tc>
        <w:tc>
          <w:tcPr>
            <w:tcW w:type="dxa" w:w="960"/>
          </w:tcPr>
          <w:p>
            <w:r>
              <w:t>马克思主义学院</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体育(四)</w:t>
            </w:r>
          </w:p>
        </w:tc>
        <w:tc>
          <w:tcPr>
            <w:tcW w:type="dxa" w:w="960"/>
          </w:tcPr>
          <w:p>
            <w:r>
              <w:t>2SP11004</w:t>
            </w:r>
          </w:p>
        </w:tc>
        <w:tc>
          <w:tcPr>
            <w:tcW w:type="dxa" w:w="960"/>
          </w:tcPr>
          <w:p>
            <w:r>
              <w:t>1</w:t>
            </w:r>
          </w:p>
        </w:tc>
        <w:tc>
          <w:tcPr>
            <w:tcW w:type="dxa" w:w="960"/>
          </w:tcPr>
          <w:p>
            <w:r>
              <w:t>通识必修课</w:t>
            </w:r>
          </w:p>
        </w:tc>
        <w:tc>
          <w:tcPr>
            <w:tcW w:type="dxa" w:w="960"/>
          </w:tcPr>
          <w:p>
            <w:r>
              <w:t>体育部</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形式构成基础</w:t>
            </w:r>
          </w:p>
        </w:tc>
        <w:tc>
          <w:tcPr>
            <w:tcW w:type="dxa" w:w="960"/>
          </w:tcPr>
          <w:p>
            <w:r>
              <w:t>2AR21310</w:t>
            </w:r>
          </w:p>
        </w:tc>
        <w:tc>
          <w:tcPr>
            <w:tcW w:type="dxa" w:w="960"/>
          </w:tcPr>
          <w:p>
            <w:r>
              <w:t>2</w:t>
            </w:r>
          </w:p>
        </w:tc>
        <w:tc>
          <w:tcPr>
            <w:tcW w:type="dxa" w:w="960"/>
          </w:tcPr>
          <w:p>
            <w:r>
              <w:t>专业必修课</w:t>
            </w:r>
          </w:p>
        </w:tc>
        <w:tc>
          <w:tcPr>
            <w:tcW w:type="dxa" w:w="960"/>
          </w:tcPr>
          <w:p>
            <w:r>
              <w:t>艺术学院</w:t>
            </w:r>
          </w:p>
        </w:tc>
        <w:tc>
          <w:tcPr>
            <w:tcW w:type="dxa" w:w="960"/>
          </w:tcPr>
          <w:p>
            <w:r>
              <w:t>2025-2026</w:t>
            </w:r>
          </w:p>
        </w:tc>
        <w:tc>
          <w:tcPr>
            <w:tcW w:type="dxa" w:w="960"/>
          </w:tcPr>
          <w:p>
            <w:r>
              <w:t>1</w:t>
            </w:r>
          </w:p>
        </w:tc>
        <w:tc>
          <w:tcPr>
            <w:tcW w:type="dxa" w:w="960"/>
          </w:tcPr>
          <w:p>
            <w:r>
              <w:t>无方向</w:t>
            </w:r>
          </w:p>
        </w:tc>
      </w:tr>
      <w:tr>
        <w:tc>
          <w:tcPr>
            <w:tcW w:type="dxa" w:w="960"/>
          </w:tcPr>
          <w:p>
            <w:r/>
          </w:p>
        </w:tc>
        <w:tc>
          <w:tcPr>
            <w:tcW w:type="dxa" w:w="960"/>
          </w:tcPr>
          <w:p>
            <w:r>
              <w:t>意笔花鸟</w:t>
            </w:r>
          </w:p>
        </w:tc>
        <w:tc>
          <w:tcPr>
            <w:tcW w:type="dxa" w:w="960"/>
          </w:tcPr>
          <w:p>
            <w:r>
              <w:t>2AR22305</w:t>
            </w:r>
          </w:p>
        </w:tc>
        <w:tc>
          <w:tcPr>
            <w:tcW w:type="dxa" w:w="960"/>
          </w:tcPr>
          <w:p>
            <w:r>
              <w:t>4</w:t>
            </w:r>
          </w:p>
        </w:tc>
        <w:tc>
          <w:tcPr>
            <w:tcW w:type="dxa" w:w="960"/>
          </w:tcPr>
          <w:p>
            <w:r>
              <w:t>专业限选课</w:t>
            </w:r>
          </w:p>
        </w:tc>
        <w:tc>
          <w:tcPr>
            <w:tcW w:type="dxa" w:w="960"/>
          </w:tcPr>
          <w:p>
            <w:r>
              <w:t>艺术学院</w:t>
            </w:r>
          </w:p>
        </w:tc>
        <w:tc>
          <w:tcPr>
            <w:tcW w:type="dxa" w:w="960"/>
          </w:tcPr>
          <w:p>
            <w:r>
              <w:t>2025-2026</w:t>
            </w:r>
          </w:p>
        </w:tc>
        <w:tc>
          <w:tcPr>
            <w:tcW w:type="dxa" w:w="960"/>
          </w:tcPr>
          <w:p>
            <w:r>
              <w:t>1</w:t>
            </w:r>
          </w:p>
        </w:tc>
        <w:tc>
          <w:tcPr>
            <w:tcW w:type="dxa" w:w="960"/>
          </w:tcPr>
          <w:p>
            <w:r>
              <w:t>中国画方向</w:t>
            </w:r>
          </w:p>
        </w:tc>
      </w:tr>
      <w:tr>
        <w:tc>
          <w:tcPr>
            <w:tcW w:type="dxa" w:w="960"/>
          </w:tcPr>
          <w:p>
            <w:r/>
          </w:p>
        </w:tc>
        <w:tc>
          <w:tcPr>
            <w:tcW w:type="dxa" w:w="960"/>
          </w:tcPr>
          <w:p>
            <w:r>
              <w:t>工笔人物(一)</w:t>
            </w:r>
          </w:p>
        </w:tc>
        <w:tc>
          <w:tcPr>
            <w:tcW w:type="dxa" w:w="960"/>
          </w:tcPr>
          <w:p>
            <w:r>
              <w:t>2AR22306</w:t>
            </w:r>
          </w:p>
        </w:tc>
        <w:tc>
          <w:tcPr>
            <w:tcW w:type="dxa" w:w="960"/>
          </w:tcPr>
          <w:p>
            <w:r>
              <w:t>4</w:t>
            </w:r>
          </w:p>
        </w:tc>
        <w:tc>
          <w:tcPr>
            <w:tcW w:type="dxa" w:w="960"/>
          </w:tcPr>
          <w:p>
            <w:r>
              <w:t>专业限选课</w:t>
            </w:r>
          </w:p>
        </w:tc>
        <w:tc>
          <w:tcPr>
            <w:tcW w:type="dxa" w:w="960"/>
          </w:tcPr>
          <w:p>
            <w:r>
              <w:t>艺术学院</w:t>
            </w:r>
          </w:p>
        </w:tc>
        <w:tc>
          <w:tcPr>
            <w:tcW w:type="dxa" w:w="960"/>
          </w:tcPr>
          <w:p>
            <w:r>
              <w:t>2025-2026</w:t>
            </w:r>
          </w:p>
        </w:tc>
        <w:tc>
          <w:tcPr>
            <w:tcW w:type="dxa" w:w="960"/>
          </w:tcPr>
          <w:p>
            <w:r>
              <w:t>1</w:t>
            </w:r>
          </w:p>
        </w:tc>
        <w:tc>
          <w:tcPr>
            <w:tcW w:type="dxa" w:w="960"/>
          </w:tcPr>
          <w:p>
            <w:r>
              <w:t>中国画方向</w:t>
            </w:r>
          </w:p>
        </w:tc>
      </w:tr>
      <w:tr>
        <w:tc>
          <w:tcPr>
            <w:tcW w:type="dxa" w:w="960"/>
          </w:tcPr>
          <w:p>
            <w:r/>
          </w:p>
        </w:tc>
        <w:tc>
          <w:tcPr>
            <w:tcW w:type="dxa" w:w="960"/>
          </w:tcPr>
          <w:p>
            <w:r>
              <w:t>意笔人物(一)</w:t>
            </w:r>
          </w:p>
        </w:tc>
        <w:tc>
          <w:tcPr>
            <w:tcW w:type="dxa" w:w="960"/>
          </w:tcPr>
          <w:p>
            <w:r>
              <w:t>2AR22307</w:t>
            </w:r>
          </w:p>
        </w:tc>
        <w:tc>
          <w:tcPr>
            <w:tcW w:type="dxa" w:w="960"/>
          </w:tcPr>
          <w:p>
            <w:r>
              <w:t>4</w:t>
            </w:r>
          </w:p>
        </w:tc>
        <w:tc>
          <w:tcPr>
            <w:tcW w:type="dxa" w:w="960"/>
          </w:tcPr>
          <w:p>
            <w:r>
              <w:t>专业限选课</w:t>
            </w:r>
          </w:p>
        </w:tc>
        <w:tc>
          <w:tcPr>
            <w:tcW w:type="dxa" w:w="960"/>
          </w:tcPr>
          <w:p>
            <w:r>
              <w:t>艺术学院</w:t>
            </w:r>
          </w:p>
        </w:tc>
        <w:tc>
          <w:tcPr>
            <w:tcW w:type="dxa" w:w="960"/>
          </w:tcPr>
          <w:p>
            <w:r>
              <w:t>2025-2026</w:t>
            </w:r>
          </w:p>
        </w:tc>
        <w:tc>
          <w:tcPr>
            <w:tcW w:type="dxa" w:w="960"/>
          </w:tcPr>
          <w:p>
            <w:r>
              <w:t>1</w:t>
            </w:r>
          </w:p>
        </w:tc>
        <w:tc>
          <w:tcPr>
            <w:tcW w:type="dxa" w:w="960"/>
          </w:tcPr>
          <w:p>
            <w:r>
              <w:t>中国画方向</w:t>
            </w:r>
          </w:p>
        </w:tc>
      </w:tr>
      <w:tr>
        <w:tc>
          <w:tcPr>
            <w:tcW w:type="dxa" w:w="960"/>
          </w:tcPr>
          <w:p>
            <w:r/>
          </w:p>
        </w:tc>
        <w:tc>
          <w:tcPr>
            <w:tcW w:type="dxa" w:w="960"/>
          </w:tcPr>
          <w:p>
            <w:r>
              <w:t>油画肖像(一)</w:t>
            </w:r>
          </w:p>
        </w:tc>
        <w:tc>
          <w:tcPr>
            <w:tcW w:type="dxa" w:w="960"/>
          </w:tcPr>
          <w:p>
            <w:r>
              <w:t>2AR22314</w:t>
            </w:r>
          </w:p>
        </w:tc>
        <w:tc>
          <w:tcPr>
            <w:tcW w:type="dxa" w:w="960"/>
          </w:tcPr>
          <w:p>
            <w:r>
              <w:t>4</w:t>
            </w:r>
          </w:p>
        </w:tc>
        <w:tc>
          <w:tcPr>
            <w:tcW w:type="dxa" w:w="960"/>
          </w:tcPr>
          <w:p>
            <w:r>
              <w:t>专业限选课</w:t>
            </w:r>
          </w:p>
        </w:tc>
        <w:tc>
          <w:tcPr>
            <w:tcW w:type="dxa" w:w="960"/>
          </w:tcPr>
          <w:p>
            <w:r>
              <w:t>艺术学院</w:t>
            </w:r>
          </w:p>
        </w:tc>
        <w:tc>
          <w:tcPr>
            <w:tcW w:type="dxa" w:w="960"/>
          </w:tcPr>
          <w:p>
            <w:r>
              <w:t>2025-2026</w:t>
            </w:r>
          </w:p>
        </w:tc>
        <w:tc>
          <w:tcPr>
            <w:tcW w:type="dxa" w:w="960"/>
          </w:tcPr>
          <w:p>
            <w:r>
              <w:t>1</w:t>
            </w:r>
          </w:p>
        </w:tc>
        <w:tc>
          <w:tcPr>
            <w:tcW w:type="dxa" w:w="960"/>
          </w:tcPr>
          <w:p>
            <w:r>
              <w:t>油画方向</w:t>
            </w:r>
          </w:p>
        </w:tc>
      </w:tr>
      <w:tr>
        <w:tc>
          <w:tcPr>
            <w:tcW w:type="dxa" w:w="960"/>
          </w:tcPr>
          <w:p>
            <w:r/>
          </w:p>
        </w:tc>
        <w:tc>
          <w:tcPr>
            <w:tcW w:type="dxa" w:w="960"/>
          </w:tcPr>
          <w:p>
            <w:r>
              <w:t>油画肖像(二)</w:t>
            </w:r>
          </w:p>
        </w:tc>
        <w:tc>
          <w:tcPr>
            <w:tcW w:type="dxa" w:w="960"/>
          </w:tcPr>
          <w:p>
            <w:r>
              <w:t>2AR22315</w:t>
            </w:r>
          </w:p>
        </w:tc>
        <w:tc>
          <w:tcPr>
            <w:tcW w:type="dxa" w:w="960"/>
          </w:tcPr>
          <w:p>
            <w:r>
              <w:t>4</w:t>
            </w:r>
          </w:p>
        </w:tc>
        <w:tc>
          <w:tcPr>
            <w:tcW w:type="dxa" w:w="960"/>
          </w:tcPr>
          <w:p>
            <w:r>
              <w:t>专业限选课</w:t>
            </w:r>
          </w:p>
        </w:tc>
        <w:tc>
          <w:tcPr>
            <w:tcW w:type="dxa" w:w="960"/>
          </w:tcPr>
          <w:p>
            <w:r>
              <w:t>艺术学院</w:t>
            </w:r>
          </w:p>
        </w:tc>
        <w:tc>
          <w:tcPr>
            <w:tcW w:type="dxa" w:w="960"/>
          </w:tcPr>
          <w:p>
            <w:r>
              <w:t>2025-2026</w:t>
            </w:r>
          </w:p>
        </w:tc>
        <w:tc>
          <w:tcPr>
            <w:tcW w:type="dxa" w:w="960"/>
          </w:tcPr>
          <w:p>
            <w:r>
              <w:t>1</w:t>
            </w:r>
          </w:p>
        </w:tc>
        <w:tc>
          <w:tcPr>
            <w:tcW w:type="dxa" w:w="960"/>
          </w:tcPr>
          <w:p>
            <w:r>
              <w:t>油画方向</w:t>
            </w:r>
          </w:p>
        </w:tc>
      </w:tr>
      <w:tr>
        <w:tc>
          <w:tcPr>
            <w:tcW w:type="dxa" w:w="960"/>
          </w:tcPr>
          <w:p>
            <w:r/>
          </w:p>
        </w:tc>
        <w:tc>
          <w:tcPr>
            <w:tcW w:type="dxa" w:w="960"/>
          </w:tcPr>
          <w:p>
            <w:r>
              <w:t>油画全身像</w:t>
            </w:r>
          </w:p>
        </w:tc>
        <w:tc>
          <w:tcPr>
            <w:tcW w:type="dxa" w:w="960"/>
          </w:tcPr>
          <w:p>
            <w:r>
              <w:t>2AR22316</w:t>
            </w:r>
          </w:p>
        </w:tc>
        <w:tc>
          <w:tcPr>
            <w:tcW w:type="dxa" w:w="960"/>
          </w:tcPr>
          <w:p>
            <w:r>
              <w:t>4</w:t>
            </w:r>
          </w:p>
        </w:tc>
        <w:tc>
          <w:tcPr>
            <w:tcW w:type="dxa" w:w="960"/>
          </w:tcPr>
          <w:p>
            <w:r>
              <w:t>专业限选课</w:t>
            </w:r>
          </w:p>
        </w:tc>
        <w:tc>
          <w:tcPr>
            <w:tcW w:type="dxa" w:w="960"/>
          </w:tcPr>
          <w:p>
            <w:r>
              <w:t>艺术学院</w:t>
            </w:r>
          </w:p>
        </w:tc>
        <w:tc>
          <w:tcPr>
            <w:tcW w:type="dxa" w:w="960"/>
          </w:tcPr>
          <w:p>
            <w:r>
              <w:t>2025-2026</w:t>
            </w:r>
          </w:p>
        </w:tc>
        <w:tc>
          <w:tcPr>
            <w:tcW w:type="dxa" w:w="960"/>
          </w:tcPr>
          <w:p>
            <w:r>
              <w:t>1</w:t>
            </w:r>
          </w:p>
        </w:tc>
        <w:tc>
          <w:tcPr>
            <w:tcW w:type="dxa" w:w="960"/>
          </w:tcPr>
          <w:p>
            <w:r>
              <w:t>油画方向</w:t>
            </w:r>
          </w:p>
        </w:tc>
      </w:tr>
      <w:tr>
        <w:tc>
          <w:tcPr>
            <w:tcW w:type="dxa" w:w="960"/>
          </w:tcPr>
          <w:p>
            <w:r/>
          </w:p>
        </w:tc>
        <w:tc>
          <w:tcPr>
            <w:tcW w:type="dxa" w:w="960"/>
          </w:tcPr>
          <w:p>
            <w:r>
              <w:t>艺术采风(中国画)</w:t>
            </w:r>
          </w:p>
        </w:tc>
        <w:tc>
          <w:tcPr>
            <w:tcW w:type="dxa" w:w="960"/>
          </w:tcPr>
          <w:p>
            <w:r>
              <w:t>2AR22321</w:t>
            </w:r>
          </w:p>
        </w:tc>
        <w:tc>
          <w:tcPr>
            <w:tcW w:type="dxa" w:w="960"/>
          </w:tcPr>
          <w:p>
            <w:r>
              <w:t>3</w:t>
            </w:r>
          </w:p>
        </w:tc>
        <w:tc>
          <w:tcPr>
            <w:tcW w:type="dxa" w:w="960"/>
          </w:tcPr>
          <w:p>
            <w:r>
              <w:t>专业限选课</w:t>
            </w:r>
          </w:p>
        </w:tc>
        <w:tc>
          <w:tcPr>
            <w:tcW w:type="dxa" w:w="960"/>
          </w:tcPr>
          <w:p>
            <w:r>
              <w:t>艺术学院</w:t>
            </w:r>
          </w:p>
        </w:tc>
        <w:tc>
          <w:tcPr>
            <w:tcW w:type="dxa" w:w="960"/>
          </w:tcPr>
          <w:p>
            <w:r>
              <w:t>2025-2026</w:t>
            </w:r>
          </w:p>
        </w:tc>
        <w:tc>
          <w:tcPr>
            <w:tcW w:type="dxa" w:w="960"/>
          </w:tcPr>
          <w:p>
            <w:r>
              <w:t>1</w:t>
            </w:r>
          </w:p>
        </w:tc>
        <w:tc>
          <w:tcPr>
            <w:tcW w:type="dxa" w:w="960"/>
          </w:tcPr>
          <w:p>
            <w:r>
              <w:t>中国画方向</w:t>
            </w:r>
          </w:p>
        </w:tc>
      </w:tr>
      <w:tr>
        <w:tc>
          <w:tcPr>
            <w:tcW w:type="dxa" w:w="960"/>
          </w:tcPr>
          <w:p>
            <w:r/>
          </w:p>
        </w:tc>
        <w:tc>
          <w:tcPr>
            <w:tcW w:type="dxa" w:w="960"/>
          </w:tcPr>
          <w:p>
            <w:r>
              <w:t>艺术采风(油画)</w:t>
            </w:r>
          </w:p>
        </w:tc>
        <w:tc>
          <w:tcPr>
            <w:tcW w:type="dxa" w:w="960"/>
          </w:tcPr>
          <w:p>
            <w:r>
              <w:t>2AR22328</w:t>
            </w:r>
          </w:p>
        </w:tc>
        <w:tc>
          <w:tcPr>
            <w:tcW w:type="dxa" w:w="960"/>
          </w:tcPr>
          <w:p>
            <w:r>
              <w:t>3</w:t>
            </w:r>
          </w:p>
        </w:tc>
        <w:tc>
          <w:tcPr>
            <w:tcW w:type="dxa" w:w="960"/>
          </w:tcPr>
          <w:p>
            <w:r>
              <w:t>专业限选课</w:t>
            </w:r>
          </w:p>
        </w:tc>
        <w:tc>
          <w:tcPr>
            <w:tcW w:type="dxa" w:w="960"/>
          </w:tcPr>
          <w:p>
            <w:r>
              <w:t>艺术学院</w:t>
            </w:r>
          </w:p>
        </w:tc>
        <w:tc>
          <w:tcPr>
            <w:tcW w:type="dxa" w:w="960"/>
          </w:tcPr>
          <w:p>
            <w:r>
              <w:t>2025-2026</w:t>
            </w:r>
          </w:p>
        </w:tc>
        <w:tc>
          <w:tcPr>
            <w:tcW w:type="dxa" w:w="960"/>
          </w:tcPr>
          <w:p>
            <w:r>
              <w:t>1</w:t>
            </w:r>
          </w:p>
        </w:tc>
        <w:tc>
          <w:tcPr>
            <w:tcW w:type="dxa" w:w="960"/>
          </w:tcPr>
          <w:p>
            <w:r>
              <w:t>油画方向</w:t>
            </w:r>
          </w:p>
        </w:tc>
      </w:tr>
      <w:tr>
        <w:tc>
          <w:tcPr>
            <w:tcW w:type="dxa" w:w="960"/>
          </w:tcPr>
          <w:p>
            <w:r/>
          </w:p>
        </w:tc>
        <w:tc>
          <w:tcPr>
            <w:tcW w:type="dxa" w:w="960"/>
          </w:tcPr>
          <w:p>
            <w:r>
              <w:t>习近平新时代中国特色社会主义思想概论</w:t>
            </w:r>
          </w:p>
        </w:tc>
        <w:tc>
          <w:tcPr>
            <w:tcW w:type="dxa" w:w="960"/>
          </w:tcPr>
          <w:p>
            <w:r>
              <w:t>2MX11005</w:t>
            </w:r>
          </w:p>
        </w:tc>
        <w:tc>
          <w:tcPr>
            <w:tcW w:type="dxa" w:w="960"/>
          </w:tcPr>
          <w:p>
            <w:r>
              <w:t>3</w:t>
            </w:r>
          </w:p>
        </w:tc>
        <w:tc>
          <w:tcPr>
            <w:tcW w:type="dxa" w:w="960"/>
          </w:tcPr>
          <w:p>
            <w:r>
              <w:t>通识必修课</w:t>
            </w:r>
          </w:p>
        </w:tc>
        <w:tc>
          <w:tcPr>
            <w:tcW w:type="dxa" w:w="960"/>
          </w:tcPr>
          <w:p>
            <w:r>
              <w:t>马克思主义学院</w:t>
            </w:r>
          </w:p>
        </w:tc>
        <w:tc>
          <w:tcPr>
            <w:tcW w:type="dxa" w:w="960"/>
          </w:tcPr>
          <w:p>
            <w:r>
              <w:t>2025-2026</w:t>
            </w:r>
          </w:p>
        </w:tc>
        <w:tc>
          <w:tcPr>
            <w:tcW w:type="dxa" w:w="960"/>
          </w:tcPr>
          <w:p>
            <w:r>
              <w:t>1</w:t>
            </w:r>
          </w:p>
        </w:tc>
        <w:tc>
          <w:tcPr>
            <w:tcW w:type="dxa" w:w="960"/>
          </w:tcPr>
          <w:p>
            <w:r>
              <w:t>无方向</w:t>
            </w:r>
          </w:p>
        </w:tc>
      </w:tr>
      <w:tr>
        <w:tc>
          <w:tcPr>
            <w:tcW w:type="dxa" w:w="960"/>
          </w:tcPr>
          <w:p>
            <w:r/>
          </w:p>
        </w:tc>
        <w:tc>
          <w:tcPr>
            <w:tcW w:type="dxa" w:w="960"/>
          </w:tcPr>
          <w:p>
            <w:r>
              <w:t>就业指导</w:t>
            </w:r>
          </w:p>
        </w:tc>
        <w:tc>
          <w:tcPr>
            <w:tcW w:type="dxa" w:w="960"/>
          </w:tcPr>
          <w:p>
            <w:r>
              <w:t>2SA11002</w:t>
            </w:r>
          </w:p>
        </w:tc>
        <w:tc>
          <w:tcPr>
            <w:tcW w:type="dxa" w:w="960"/>
          </w:tcPr>
          <w:p>
            <w:r>
              <w:t>0.5</w:t>
            </w:r>
          </w:p>
        </w:tc>
        <w:tc>
          <w:tcPr>
            <w:tcW w:type="dxa" w:w="960"/>
          </w:tcPr>
          <w:p>
            <w:r>
              <w:t>通识必修课</w:t>
            </w:r>
          </w:p>
        </w:tc>
        <w:tc>
          <w:tcPr>
            <w:tcW w:type="dxa" w:w="960"/>
          </w:tcPr>
          <w:p>
            <w:r>
              <w:t>学生工作处</w:t>
            </w:r>
          </w:p>
        </w:tc>
        <w:tc>
          <w:tcPr>
            <w:tcW w:type="dxa" w:w="960"/>
          </w:tcPr>
          <w:p>
            <w:r>
              <w:t>2025-2026</w:t>
            </w:r>
          </w:p>
        </w:tc>
        <w:tc>
          <w:tcPr>
            <w:tcW w:type="dxa" w:w="960"/>
          </w:tcPr>
          <w:p>
            <w:r>
              <w:t>1</w:t>
            </w:r>
          </w:p>
        </w:tc>
        <w:tc>
          <w:tcPr>
            <w:tcW w:type="dxa" w:w="960"/>
          </w:tcPr>
          <w:p>
            <w:r>
              <w:t>无方向</w:t>
            </w:r>
          </w:p>
        </w:tc>
      </w:tr>
      <w:tr>
        <w:tc>
          <w:tcPr>
            <w:tcW w:type="dxa" w:w="960"/>
          </w:tcPr>
          <w:p>
            <w:r/>
          </w:p>
        </w:tc>
        <w:tc>
          <w:tcPr>
            <w:tcW w:type="dxa" w:w="960"/>
          </w:tcPr>
          <w:p>
            <w:r>
              <w:t>绘本</w:t>
            </w:r>
          </w:p>
        </w:tc>
        <w:tc>
          <w:tcPr>
            <w:tcW w:type="dxa" w:w="960"/>
          </w:tcPr>
          <w:p>
            <w:r>
              <w:t>2AR21311</w:t>
            </w:r>
          </w:p>
        </w:tc>
        <w:tc>
          <w:tcPr>
            <w:tcW w:type="dxa" w:w="960"/>
          </w:tcPr>
          <w:p>
            <w:r>
              <w:t>3</w:t>
            </w:r>
          </w:p>
        </w:tc>
        <w:tc>
          <w:tcPr>
            <w:tcW w:type="dxa" w:w="960"/>
          </w:tcPr>
          <w:p>
            <w:r>
              <w:t>专业必修课</w:t>
            </w:r>
          </w:p>
        </w:tc>
        <w:tc>
          <w:tcPr>
            <w:tcW w:type="dxa" w:w="960"/>
          </w:tcPr>
          <w:p>
            <w:r>
              <w:t>艺术学院</w:t>
            </w:r>
          </w:p>
        </w:tc>
        <w:tc>
          <w:tcPr>
            <w:tcW w:type="dxa" w:w="960"/>
          </w:tcPr>
          <w:p>
            <w:r>
              <w:t>2025-2026</w:t>
            </w:r>
          </w:p>
        </w:tc>
        <w:tc>
          <w:tcPr>
            <w:tcW w:type="dxa" w:w="960"/>
          </w:tcPr>
          <w:p>
            <w:r>
              <w:t>2</w:t>
            </w:r>
          </w:p>
        </w:tc>
        <w:tc>
          <w:tcPr>
            <w:tcW w:type="dxa" w:w="960"/>
          </w:tcPr>
          <w:p>
            <w:r>
              <w:t>无方向</w:t>
            </w:r>
          </w:p>
        </w:tc>
      </w:tr>
      <w:tr>
        <w:tc>
          <w:tcPr>
            <w:tcW w:type="dxa" w:w="960"/>
          </w:tcPr>
          <w:p>
            <w:r/>
          </w:p>
        </w:tc>
        <w:tc>
          <w:tcPr>
            <w:tcW w:type="dxa" w:w="960"/>
          </w:tcPr>
          <w:p>
            <w:r>
              <w:t>中西美术史论专题研究</w:t>
            </w:r>
          </w:p>
        </w:tc>
        <w:tc>
          <w:tcPr>
            <w:tcW w:type="dxa" w:w="960"/>
          </w:tcPr>
          <w:p>
            <w:r>
              <w:t>2AR21312</w:t>
            </w:r>
          </w:p>
        </w:tc>
        <w:tc>
          <w:tcPr>
            <w:tcW w:type="dxa" w:w="960"/>
          </w:tcPr>
          <w:p>
            <w:r>
              <w:t>2</w:t>
            </w:r>
          </w:p>
        </w:tc>
        <w:tc>
          <w:tcPr>
            <w:tcW w:type="dxa" w:w="960"/>
          </w:tcPr>
          <w:p>
            <w:r>
              <w:t>专业必修课</w:t>
            </w:r>
          </w:p>
        </w:tc>
        <w:tc>
          <w:tcPr>
            <w:tcW w:type="dxa" w:w="960"/>
          </w:tcPr>
          <w:p>
            <w:r>
              <w:t>艺术学院</w:t>
            </w:r>
          </w:p>
        </w:tc>
        <w:tc>
          <w:tcPr>
            <w:tcW w:type="dxa" w:w="960"/>
          </w:tcPr>
          <w:p>
            <w:r>
              <w:t>2025-2026</w:t>
            </w:r>
          </w:p>
        </w:tc>
        <w:tc>
          <w:tcPr>
            <w:tcW w:type="dxa" w:w="960"/>
          </w:tcPr>
          <w:p>
            <w:r>
              <w:t>2</w:t>
            </w:r>
          </w:p>
        </w:tc>
        <w:tc>
          <w:tcPr>
            <w:tcW w:type="dxa" w:w="960"/>
          </w:tcPr>
          <w:p>
            <w:r>
              <w:t>无方向</w:t>
            </w:r>
          </w:p>
        </w:tc>
      </w:tr>
      <w:tr>
        <w:tc>
          <w:tcPr>
            <w:tcW w:type="dxa" w:w="960"/>
          </w:tcPr>
          <w:p>
            <w:r/>
          </w:p>
        </w:tc>
        <w:tc>
          <w:tcPr>
            <w:tcW w:type="dxa" w:w="960"/>
          </w:tcPr>
          <w:p>
            <w:r>
              <w:t>劳动教育实践</w:t>
            </w:r>
          </w:p>
        </w:tc>
        <w:tc>
          <w:tcPr>
            <w:tcW w:type="dxa" w:w="960"/>
          </w:tcPr>
          <w:p>
            <w:r>
              <w:t>2AR21316</w:t>
            </w:r>
          </w:p>
        </w:tc>
        <w:tc>
          <w:tcPr>
            <w:tcW w:type="dxa" w:w="960"/>
          </w:tcPr>
          <w:p>
            <w:r>
              <w:t>1</w:t>
            </w:r>
          </w:p>
        </w:tc>
        <w:tc>
          <w:tcPr>
            <w:tcW w:type="dxa" w:w="960"/>
          </w:tcPr>
          <w:p>
            <w:r>
              <w:t>专业必修课</w:t>
            </w:r>
          </w:p>
        </w:tc>
        <w:tc>
          <w:tcPr>
            <w:tcW w:type="dxa" w:w="960"/>
          </w:tcPr>
          <w:p>
            <w:r>
              <w:t>艺术学院</w:t>
            </w:r>
          </w:p>
        </w:tc>
        <w:tc>
          <w:tcPr>
            <w:tcW w:type="dxa" w:w="960"/>
          </w:tcPr>
          <w:p>
            <w:r>
              <w:t>2025-2026</w:t>
            </w:r>
          </w:p>
        </w:tc>
        <w:tc>
          <w:tcPr>
            <w:tcW w:type="dxa" w:w="960"/>
          </w:tcPr>
          <w:p>
            <w:r>
              <w:t>2</w:t>
            </w:r>
          </w:p>
        </w:tc>
        <w:tc>
          <w:tcPr>
            <w:tcW w:type="dxa" w:w="960"/>
          </w:tcPr>
          <w:p>
            <w:r>
              <w:t>无方向</w:t>
            </w:r>
          </w:p>
        </w:tc>
      </w:tr>
      <w:tr>
        <w:tc>
          <w:tcPr>
            <w:tcW w:type="dxa" w:w="960"/>
          </w:tcPr>
          <w:p>
            <w:r/>
          </w:p>
        </w:tc>
        <w:tc>
          <w:tcPr>
            <w:tcW w:type="dxa" w:w="960"/>
          </w:tcPr>
          <w:p>
            <w:r>
              <w:t>水彩、粉画工作坊</w:t>
            </w:r>
          </w:p>
        </w:tc>
        <w:tc>
          <w:tcPr>
            <w:tcW w:type="dxa" w:w="960"/>
          </w:tcPr>
          <w:p>
            <w:r>
              <w:t>2AR21319</w:t>
            </w:r>
          </w:p>
        </w:tc>
        <w:tc>
          <w:tcPr>
            <w:tcW w:type="dxa" w:w="960"/>
          </w:tcPr>
          <w:p>
            <w:r>
              <w:t>2</w:t>
            </w:r>
          </w:p>
        </w:tc>
        <w:tc>
          <w:tcPr>
            <w:tcW w:type="dxa" w:w="960"/>
          </w:tcPr>
          <w:p>
            <w:r>
              <w:t>专业必修课</w:t>
            </w:r>
          </w:p>
        </w:tc>
        <w:tc>
          <w:tcPr>
            <w:tcW w:type="dxa" w:w="960"/>
          </w:tcPr>
          <w:p>
            <w:r>
              <w:t>艺术学院</w:t>
            </w:r>
          </w:p>
        </w:tc>
        <w:tc>
          <w:tcPr>
            <w:tcW w:type="dxa" w:w="960"/>
          </w:tcPr>
          <w:p>
            <w:r>
              <w:t>2025-2026</w:t>
            </w:r>
          </w:p>
        </w:tc>
        <w:tc>
          <w:tcPr>
            <w:tcW w:type="dxa" w:w="960"/>
          </w:tcPr>
          <w:p>
            <w:r>
              <w:t>2</w:t>
            </w:r>
          </w:p>
        </w:tc>
        <w:tc>
          <w:tcPr>
            <w:tcW w:type="dxa" w:w="960"/>
          </w:tcPr>
          <w:p>
            <w:r>
              <w:t>无方向</w:t>
            </w:r>
          </w:p>
        </w:tc>
      </w:tr>
      <w:tr>
        <w:tc>
          <w:tcPr>
            <w:tcW w:type="dxa" w:w="960"/>
          </w:tcPr>
          <w:p>
            <w:r/>
          </w:p>
        </w:tc>
        <w:tc>
          <w:tcPr>
            <w:tcW w:type="dxa" w:w="960"/>
          </w:tcPr>
          <w:p>
            <w:r>
              <w:t>工笔人物(二)</w:t>
            </w:r>
          </w:p>
        </w:tc>
        <w:tc>
          <w:tcPr>
            <w:tcW w:type="dxa" w:w="960"/>
          </w:tcPr>
          <w:p>
            <w:r>
              <w:t>2AR22308</w:t>
            </w:r>
          </w:p>
        </w:tc>
        <w:tc>
          <w:tcPr>
            <w:tcW w:type="dxa" w:w="960"/>
          </w:tcPr>
          <w:p>
            <w:r>
              <w:t>5</w:t>
            </w:r>
          </w:p>
        </w:tc>
        <w:tc>
          <w:tcPr>
            <w:tcW w:type="dxa" w:w="960"/>
          </w:tcPr>
          <w:p>
            <w:r>
              <w:t>专业限选课</w:t>
            </w:r>
          </w:p>
        </w:tc>
        <w:tc>
          <w:tcPr>
            <w:tcW w:type="dxa" w:w="960"/>
          </w:tcPr>
          <w:p>
            <w:r>
              <w:t>艺术学院</w:t>
            </w:r>
          </w:p>
        </w:tc>
        <w:tc>
          <w:tcPr>
            <w:tcW w:type="dxa" w:w="960"/>
          </w:tcPr>
          <w:p>
            <w:r>
              <w:t>2025-2026</w:t>
            </w:r>
          </w:p>
        </w:tc>
        <w:tc>
          <w:tcPr>
            <w:tcW w:type="dxa" w:w="960"/>
          </w:tcPr>
          <w:p>
            <w:r>
              <w:t>2</w:t>
            </w:r>
          </w:p>
        </w:tc>
        <w:tc>
          <w:tcPr>
            <w:tcW w:type="dxa" w:w="960"/>
          </w:tcPr>
          <w:p>
            <w:r>
              <w:t>中国画方向</w:t>
            </w:r>
          </w:p>
        </w:tc>
      </w:tr>
      <w:tr>
        <w:tc>
          <w:tcPr>
            <w:tcW w:type="dxa" w:w="960"/>
          </w:tcPr>
          <w:p>
            <w:r/>
          </w:p>
        </w:tc>
        <w:tc>
          <w:tcPr>
            <w:tcW w:type="dxa" w:w="960"/>
          </w:tcPr>
          <w:p>
            <w:r>
              <w:t>意笔人物(二)</w:t>
            </w:r>
          </w:p>
        </w:tc>
        <w:tc>
          <w:tcPr>
            <w:tcW w:type="dxa" w:w="960"/>
          </w:tcPr>
          <w:p>
            <w:r>
              <w:t>2AR22309</w:t>
            </w:r>
          </w:p>
        </w:tc>
        <w:tc>
          <w:tcPr>
            <w:tcW w:type="dxa" w:w="960"/>
          </w:tcPr>
          <w:p>
            <w:r>
              <w:t>3</w:t>
            </w:r>
          </w:p>
        </w:tc>
        <w:tc>
          <w:tcPr>
            <w:tcW w:type="dxa" w:w="960"/>
          </w:tcPr>
          <w:p>
            <w:r>
              <w:t>专业限选课</w:t>
            </w:r>
          </w:p>
        </w:tc>
        <w:tc>
          <w:tcPr>
            <w:tcW w:type="dxa" w:w="960"/>
          </w:tcPr>
          <w:p>
            <w:r>
              <w:t>艺术学院</w:t>
            </w:r>
          </w:p>
        </w:tc>
        <w:tc>
          <w:tcPr>
            <w:tcW w:type="dxa" w:w="960"/>
          </w:tcPr>
          <w:p>
            <w:r>
              <w:t>2025-2026</w:t>
            </w:r>
          </w:p>
        </w:tc>
        <w:tc>
          <w:tcPr>
            <w:tcW w:type="dxa" w:w="960"/>
          </w:tcPr>
          <w:p>
            <w:r>
              <w:t>2</w:t>
            </w:r>
          </w:p>
        </w:tc>
        <w:tc>
          <w:tcPr>
            <w:tcW w:type="dxa" w:w="960"/>
          </w:tcPr>
          <w:p>
            <w:r>
              <w:t>中国画方向</w:t>
            </w:r>
          </w:p>
        </w:tc>
      </w:tr>
      <w:tr>
        <w:tc>
          <w:tcPr>
            <w:tcW w:type="dxa" w:w="960"/>
          </w:tcPr>
          <w:p>
            <w:r/>
          </w:p>
        </w:tc>
        <w:tc>
          <w:tcPr>
            <w:tcW w:type="dxa" w:w="960"/>
          </w:tcPr>
          <w:p>
            <w:r>
              <w:t>油画人体</w:t>
            </w:r>
          </w:p>
        </w:tc>
        <w:tc>
          <w:tcPr>
            <w:tcW w:type="dxa" w:w="960"/>
          </w:tcPr>
          <w:p>
            <w:r>
              <w:t>2AR22318</w:t>
            </w:r>
          </w:p>
        </w:tc>
        <w:tc>
          <w:tcPr>
            <w:tcW w:type="dxa" w:w="960"/>
          </w:tcPr>
          <w:p>
            <w:r>
              <w:t>5</w:t>
            </w:r>
          </w:p>
        </w:tc>
        <w:tc>
          <w:tcPr>
            <w:tcW w:type="dxa" w:w="960"/>
          </w:tcPr>
          <w:p>
            <w:r>
              <w:t>专业限选课</w:t>
            </w:r>
          </w:p>
        </w:tc>
        <w:tc>
          <w:tcPr>
            <w:tcW w:type="dxa" w:w="960"/>
          </w:tcPr>
          <w:p>
            <w:r>
              <w:t>艺术学院</w:t>
            </w:r>
          </w:p>
        </w:tc>
        <w:tc>
          <w:tcPr>
            <w:tcW w:type="dxa" w:w="960"/>
          </w:tcPr>
          <w:p>
            <w:r>
              <w:t>2025-2026</w:t>
            </w:r>
          </w:p>
        </w:tc>
        <w:tc>
          <w:tcPr>
            <w:tcW w:type="dxa" w:w="960"/>
          </w:tcPr>
          <w:p>
            <w:r>
              <w:t>2</w:t>
            </w:r>
          </w:p>
        </w:tc>
        <w:tc>
          <w:tcPr>
            <w:tcW w:type="dxa" w:w="960"/>
          </w:tcPr>
          <w:p>
            <w:r>
              <w:t>油画方向</w:t>
            </w:r>
          </w:p>
        </w:tc>
      </w:tr>
      <w:tr>
        <w:tc>
          <w:tcPr>
            <w:tcW w:type="dxa" w:w="960"/>
          </w:tcPr>
          <w:p>
            <w:r/>
          </w:p>
        </w:tc>
        <w:tc>
          <w:tcPr>
            <w:tcW w:type="dxa" w:w="960"/>
          </w:tcPr>
          <w:p>
            <w:r>
              <w:t>创作构思与构图</w:t>
            </w:r>
          </w:p>
        </w:tc>
        <w:tc>
          <w:tcPr>
            <w:tcW w:type="dxa" w:w="960"/>
          </w:tcPr>
          <w:p>
            <w:r>
              <w:t>2AR22319</w:t>
            </w:r>
          </w:p>
        </w:tc>
        <w:tc>
          <w:tcPr>
            <w:tcW w:type="dxa" w:w="960"/>
          </w:tcPr>
          <w:p>
            <w:r>
              <w:t>3</w:t>
            </w:r>
          </w:p>
        </w:tc>
        <w:tc>
          <w:tcPr>
            <w:tcW w:type="dxa" w:w="960"/>
          </w:tcPr>
          <w:p>
            <w:r>
              <w:t>专业限选课</w:t>
            </w:r>
          </w:p>
        </w:tc>
        <w:tc>
          <w:tcPr>
            <w:tcW w:type="dxa" w:w="960"/>
          </w:tcPr>
          <w:p>
            <w:r>
              <w:t>艺术学院</w:t>
            </w:r>
          </w:p>
        </w:tc>
        <w:tc>
          <w:tcPr>
            <w:tcW w:type="dxa" w:w="960"/>
          </w:tcPr>
          <w:p>
            <w:r>
              <w:t>2025-2026</w:t>
            </w:r>
          </w:p>
        </w:tc>
        <w:tc>
          <w:tcPr>
            <w:tcW w:type="dxa" w:w="960"/>
          </w:tcPr>
          <w:p>
            <w:r>
              <w:t>2</w:t>
            </w:r>
          </w:p>
        </w:tc>
        <w:tc>
          <w:tcPr>
            <w:tcW w:type="dxa" w:w="960"/>
          </w:tcPr>
          <w:p>
            <w:r>
              <w:t>油画方向</w:t>
            </w:r>
          </w:p>
        </w:tc>
      </w:tr>
      <w:tr>
        <w:tc>
          <w:tcPr>
            <w:tcW w:type="dxa" w:w="960"/>
          </w:tcPr>
          <w:p>
            <w:r/>
          </w:p>
        </w:tc>
        <w:tc>
          <w:tcPr>
            <w:tcW w:type="dxa" w:w="960"/>
          </w:tcPr>
          <w:p>
            <w:r>
              <w:t>园林写生(中国画)</w:t>
            </w:r>
          </w:p>
        </w:tc>
        <w:tc>
          <w:tcPr>
            <w:tcW w:type="dxa" w:w="960"/>
          </w:tcPr>
          <w:p>
            <w:r>
              <w:t>2AR22322</w:t>
            </w:r>
          </w:p>
        </w:tc>
        <w:tc>
          <w:tcPr>
            <w:tcW w:type="dxa" w:w="960"/>
          </w:tcPr>
          <w:p>
            <w:r>
              <w:t>3</w:t>
            </w:r>
          </w:p>
        </w:tc>
        <w:tc>
          <w:tcPr>
            <w:tcW w:type="dxa" w:w="960"/>
          </w:tcPr>
          <w:p>
            <w:r>
              <w:t>专业限选课</w:t>
            </w:r>
          </w:p>
        </w:tc>
        <w:tc>
          <w:tcPr>
            <w:tcW w:type="dxa" w:w="960"/>
          </w:tcPr>
          <w:p>
            <w:r>
              <w:t>艺术学院</w:t>
            </w:r>
          </w:p>
        </w:tc>
        <w:tc>
          <w:tcPr>
            <w:tcW w:type="dxa" w:w="960"/>
          </w:tcPr>
          <w:p>
            <w:r>
              <w:t>2025-2026</w:t>
            </w:r>
          </w:p>
        </w:tc>
        <w:tc>
          <w:tcPr>
            <w:tcW w:type="dxa" w:w="960"/>
          </w:tcPr>
          <w:p>
            <w:r>
              <w:t>2</w:t>
            </w:r>
          </w:p>
        </w:tc>
        <w:tc>
          <w:tcPr>
            <w:tcW w:type="dxa" w:w="960"/>
          </w:tcPr>
          <w:p>
            <w:r>
              <w:t>中国画方向</w:t>
            </w:r>
          </w:p>
        </w:tc>
      </w:tr>
      <w:tr>
        <w:tc>
          <w:tcPr>
            <w:tcW w:type="dxa" w:w="960"/>
          </w:tcPr>
          <w:p>
            <w:r/>
          </w:p>
        </w:tc>
        <w:tc>
          <w:tcPr>
            <w:tcW w:type="dxa" w:w="960"/>
          </w:tcPr>
          <w:p>
            <w:r>
              <w:t>中国画创作实践(二)</w:t>
            </w:r>
          </w:p>
        </w:tc>
        <w:tc>
          <w:tcPr>
            <w:tcW w:type="dxa" w:w="960"/>
          </w:tcPr>
          <w:p>
            <w:r>
              <w:t>2AR22323</w:t>
            </w:r>
          </w:p>
        </w:tc>
        <w:tc>
          <w:tcPr>
            <w:tcW w:type="dxa" w:w="960"/>
          </w:tcPr>
          <w:p>
            <w:r>
              <w:t>3</w:t>
            </w:r>
          </w:p>
        </w:tc>
        <w:tc>
          <w:tcPr>
            <w:tcW w:type="dxa" w:w="960"/>
          </w:tcPr>
          <w:p>
            <w:r>
              <w:t>专业限选课</w:t>
            </w:r>
          </w:p>
        </w:tc>
        <w:tc>
          <w:tcPr>
            <w:tcW w:type="dxa" w:w="960"/>
          </w:tcPr>
          <w:p>
            <w:r>
              <w:t>艺术学院</w:t>
            </w:r>
          </w:p>
        </w:tc>
        <w:tc>
          <w:tcPr>
            <w:tcW w:type="dxa" w:w="960"/>
          </w:tcPr>
          <w:p>
            <w:r>
              <w:t>2025-2026</w:t>
            </w:r>
          </w:p>
        </w:tc>
        <w:tc>
          <w:tcPr>
            <w:tcW w:type="dxa" w:w="960"/>
          </w:tcPr>
          <w:p>
            <w:r>
              <w:t>2</w:t>
            </w:r>
          </w:p>
        </w:tc>
        <w:tc>
          <w:tcPr>
            <w:tcW w:type="dxa" w:w="960"/>
          </w:tcPr>
          <w:p>
            <w:r>
              <w:t>中国画方向</w:t>
            </w:r>
          </w:p>
        </w:tc>
      </w:tr>
      <w:tr>
        <w:tc>
          <w:tcPr>
            <w:tcW w:type="dxa" w:w="960"/>
          </w:tcPr>
          <w:p>
            <w:r/>
          </w:p>
        </w:tc>
        <w:tc>
          <w:tcPr>
            <w:tcW w:type="dxa" w:w="960"/>
          </w:tcPr>
          <w:p>
            <w:r>
              <w:t>园林写生(油画)</w:t>
            </w:r>
          </w:p>
        </w:tc>
        <w:tc>
          <w:tcPr>
            <w:tcW w:type="dxa" w:w="960"/>
          </w:tcPr>
          <w:p>
            <w:r>
              <w:t>2AR22329</w:t>
            </w:r>
          </w:p>
        </w:tc>
        <w:tc>
          <w:tcPr>
            <w:tcW w:type="dxa" w:w="960"/>
          </w:tcPr>
          <w:p>
            <w:r>
              <w:t>3</w:t>
            </w:r>
          </w:p>
        </w:tc>
        <w:tc>
          <w:tcPr>
            <w:tcW w:type="dxa" w:w="960"/>
          </w:tcPr>
          <w:p>
            <w:r>
              <w:t>专业限选课</w:t>
            </w:r>
          </w:p>
        </w:tc>
        <w:tc>
          <w:tcPr>
            <w:tcW w:type="dxa" w:w="960"/>
          </w:tcPr>
          <w:p>
            <w:r>
              <w:t>艺术学院</w:t>
            </w:r>
          </w:p>
        </w:tc>
        <w:tc>
          <w:tcPr>
            <w:tcW w:type="dxa" w:w="960"/>
          </w:tcPr>
          <w:p>
            <w:r>
              <w:t>2025-2026</w:t>
            </w:r>
          </w:p>
        </w:tc>
        <w:tc>
          <w:tcPr>
            <w:tcW w:type="dxa" w:w="960"/>
          </w:tcPr>
          <w:p>
            <w:r>
              <w:t>2</w:t>
            </w:r>
          </w:p>
        </w:tc>
        <w:tc>
          <w:tcPr>
            <w:tcW w:type="dxa" w:w="960"/>
          </w:tcPr>
          <w:p>
            <w:r>
              <w:t>油画方向</w:t>
            </w:r>
          </w:p>
        </w:tc>
      </w:tr>
      <w:tr>
        <w:tc>
          <w:tcPr>
            <w:tcW w:type="dxa" w:w="960"/>
          </w:tcPr>
          <w:p>
            <w:r/>
          </w:p>
        </w:tc>
        <w:tc>
          <w:tcPr>
            <w:tcW w:type="dxa" w:w="960"/>
          </w:tcPr>
          <w:p>
            <w:r>
              <w:t>油画创作实践(二)</w:t>
            </w:r>
          </w:p>
        </w:tc>
        <w:tc>
          <w:tcPr>
            <w:tcW w:type="dxa" w:w="960"/>
          </w:tcPr>
          <w:p>
            <w:r>
              <w:t>2AR22330</w:t>
            </w:r>
          </w:p>
        </w:tc>
        <w:tc>
          <w:tcPr>
            <w:tcW w:type="dxa" w:w="960"/>
          </w:tcPr>
          <w:p>
            <w:r>
              <w:t>3</w:t>
            </w:r>
          </w:p>
        </w:tc>
        <w:tc>
          <w:tcPr>
            <w:tcW w:type="dxa" w:w="960"/>
          </w:tcPr>
          <w:p>
            <w:r>
              <w:t>专业限选课</w:t>
            </w:r>
          </w:p>
        </w:tc>
        <w:tc>
          <w:tcPr>
            <w:tcW w:type="dxa" w:w="960"/>
          </w:tcPr>
          <w:p>
            <w:r>
              <w:t>艺术学院</w:t>
            </w:r>
          </w:p>
        </w:tc>
        <w:tc>
          <w:tcPr>
            <w:tcW w:type="dxa" w:w="960"/>
          </w:tcPr>
          <w:p>
            <w:r>
              <w:t>2025-2026</w:t>
            </w:r>
          </w:p>
        </w:tc>
        <w:tc>
          <w:tcPr>
            <w:tcW w:type="dxa" w:w="960"/>
          </w:tcPr>
          <w:p>
            <w:r>
              <w:t>2</w:t>
            </w:r>
          </w:p>
        </w:tc>
        <w:tc>
          <w:tcPr>
            <w:tcW w:type="dxa" w:w="960"/>
          </w:tcPr>
          <w:p>
            <w:r>
              <w:t>油画方向</w:t>
            </w:r>
          </w:p>
        </w:tc>
      </w:tr>
      <w:tr>
        <w:tc>
          <w:tcPr>
            <w:tcW w:type="dxa" w:w="960"/>
          </w:tcPr>
          <w:p>
            <w:r>
              <w:t>注：按修读学年学期排序。</w:t>
            </w:r>
          </w:p>
        </w:tc>
        <w:tc>
          <w:tcPr>
            <w:tcW w:type="dxa" w:w="960"/>
          </w:tcPr>
          <w:p>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制表人（签字）：日期：学院（公章）：</w:t>
            </w:r>
          </w:p>
        </w:tc>
        <w:tc>
          <w:tcPr>
            <w:tcW w:type="dxa" w:w="960"/>
          </w:tcPr>
          <w:p>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bl>
    <w:tbl>
      <w:tblPr>
        <w:tblStyle w:val="TableGrid"/>
        <w:tblW w:type="auto" w:w="0"/>
        <w:tblLook w:firstColumn="1" w:firstRow="1" w:lastColumn="0" w:lastRow="0" w:noHBand="0" w:noVBand="1" w:val="04A0"/>
      </w:tblPr>
      <w:tblGrid>
        <w:gridCol w:w="960"/>
        <w:gridCol w:w="960"/>
        <w:gridCol w:w="960"/>
        <w:gridCol w:w="960"/>
        <w:gridCol w:w="960"/>
        <w:gridCol w:w="960"/>
        <w:gridCol w:w="960"/>
        <w:gridCol w:w="960"/>
        <w:gridCol w:w="960"/>
      </w:tblGrid>
      <w:tr>
        <w:tc>
          <w:tcPr>
            <w:tcW w:type="dxa" w:w="960"/>
          </w:tcPr>
          <w:p>
            <w:r>
              <w:t>苏州科技大学艺术学院推荐2027年优秀应届本科毕业生免试攻读研究生课程清单</w:t>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年级：2023</w:t>
            </w:r>
          </w:p>
        </w:tc>
        <w:tc>
          <w:tcPr>
            <w:tcW w:type="dxa" w:w="960"/>
          </w:tcPr>
          <w:p>
            <w:r>
              <w:t>专业：</w:t>
            </w:r>
          </w:p>
        </w:tc>
        <w:tc>
          <w:tcPr>
            <w:tcW w:type="dxa" w:w="960"/>
          </w:tcPr>
          <w:p>
            <w:r/>
          </w:p>
        </w:tc>
        <w:tc>
          <w:tcPr>
            <w:tcW w:type="dxa" w:w="960"/>
          </w:tcPr>
          <w:p>
            <w:r>
              <w:t>数字媒体技术</w:t>
            </w:r>
          </w:p>
        </w:tc>
        <w:tc>
          <w:tcPr>
            <w:tcW w:type="dxa" w:w="960"/>
          </w:tcPr>
          <w:p>
            <w:r/>
          </w:p>
        </w:tc>
        <w:tc>
          <w:tcPr>
            <w:tcW w:type="dxa" w:w="960"/>
          </w:tcPr>
          <w:p>
            <w:r/>
          </w:p>
        </w:tc>
        <w:tc>
          <w:tcPr>
            <w:tcW w:type="dxa" w:w="960"/>
          </w:tcPr>
          <w:p>
            <w:r/>
          </w:p>
        </w:tc>
        <w:tc>
          <w:tcPr>
            <w:tcW w:type="dxa" w:w="960"/>
          </w:tcPr>
          <w:p/>
        </w:tc>
        <w:tc>
          <w:tcPr>
            <w:tcW w:type="dxa" w:w="960"/>
          </w:tcPr>
          <w:p/>
        </w:tc>
      </w:tr>
      <w:tr>
        <w:tc>
          <w:tcPr>
            <w:tcW w:type="dxa" w:w="960"/>
          </w:tcPr>
          <w:p>
            <w:r>
              <w:t>序号</w:t>
            </w:r>
          </w:p>
        </w:tc>
        <w:tc>
          <w:tcPr>
            <w:tcW w:type="dxa" w:w="960"/>
          </w:tcPr>
          <w:p>
            <w:r>
              <w:t>课程名称</w:t>
            </w:r>
          </w:p>
        </w:tc>
        <w:tc>
          <w:tcPr>
            <w:tcW w:type="dxa" w:w="960"/>
          </w:tcPr>
          <w:p>
            <w:r>
              <w:t>课程代码</w:t>
            </w:r>
          </w:p>
        </w:tc>
        <w:tc>
          <w:tcPr>
            <w:tcW w:type="dxa" w:w="960"/>
          </w:tcPr>
          <w:p>
            <w:r>
              <w:t>学分</w:t>
            </w:r>
          </w:p>
        </w:tc>
        <w:tc>
          <w:tcPr>
            <w:tcW w:type="dxa" w:w="960"/>
          </w:tcPr>
          <w:p>
            <w:r>
              <w:t>课程性质</w:t>
            </w:r>
          </w:p>
        </w:tc>
        <w:tc>
          <w:tcPr>
            <w:tcW w:type="dxa" w:w="960"/>
          </w:tcPr>
          <w:p>
            <w:r>
              <w:t>开课学院</w:t>
            </w:r>
          </w:p>
        </w:tc>
        <w:tc>
          <w:tcPr>
            <w:tcW w:type="dxa" w:w="960"/>
          </w:tcPr>
          <w:p>
            <w:r>
              <w:t>修读学年</w:t>
            </w:r>
          </w:p>
        </w:tc>
        <w:tc>
          <w:tcPr>
            <w:tcW w:type="dxa" w:w="960"/>
          </w:tcPr>
          <w:p>
            <w:r>
              <w:t>修读学期</w:t>
            </w:r>
          </w:p>
        </w:tc>
        <w:tc>
          <w:tcPr>
            <w:tcW w:type="dxa" w:w="960"/>
          </w:tcPr>
          <w:p>
            <w:r>
              <w:t>专业方向</w:t>
            </w:r>
          </w:p>
        </w:tc>
      </w:tr>
      <w:tr>
        <w:tc>
          <w:tcPr>
            <w:tcW w:type="dxa" w:w="960"/>
          </w:tcPr>
          <w:p>
            <w:r/>
          </w:p>
        </w:tc>
        <w:tc>
          <w:tcPr>
            <w:tcW w:type="dxa" w:w="960"/>
          </w:tcPr>
          <w:p>
            <w:r>
              <w:t>入学教育</w:t>
            </w:r>
          </w:p>
        </w:tc>
        <w:tc>
          <w:tcPr>
            <w:tcW w:type="dxa" w:w="960"/>
          </w:tcPr>
          <w:p>
            <w:r>
              <w:t>2AA31001</w:t>
            </w:r>
          </w:p>
        </w:tc>
        <w:tc>
          <w:tcPr>
            <w:tcW w:type="dxa" w:w="960"/>
          </w:tcPr>
          <w:p>
            <w:r>
              <w:t>0.0</w:t>
            </w:r>
          </w:p>
        </w:tc>
        <w:tc>
          <w:tcPr>
            <w:tcW w:type="dxa" w:w="960"/>
          </w:tcPr>
          <w:p>
            <w:r>
              <w:t>素质必修课</w:t>
            </w:r>
          </w:p>
        </w:tc>
        <w:tc>
          <w:tcPr>
            <w:tcW w:type="dxa" w:w="960"/>
          </w:tcPr>
          <w:p>
            <w:r>
              <w:t>艺术学院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造型基础</w:t>
            </w:r>
          </w:p>
        </w:tc>
        <w:tc>
          <w:tcPr>
            <w:tcW w:type="dxa" w:w="960"/>
          </w:tcPr>
          <w:p>
            <w:r>
              <w:t>2AR21101</w:t>
            </w:r>
          </w:p>
        </w:tc>
        <w:tc>
          <w:tcPr>
            <w:tcW w:type="dxa" w:w="960"/>
          </w:tcPr>
          <w:p>
            <w:r>
              <w:t>4</w:t>
            </w:r>
          </w:p>
        </w:tc>
        <w:tc>
          <w:tcPr>
            <w:tcW w:type="dxa" w:w="960"/>
          </w:tcPr>
          <w:p>
            <w:r>
              <w:t>专业必修课</w:t>
            </w:r>
          </w:p>
        </w:tc>
        <w:tc>
          <w:tcPr>
            <w:tcW w:type="dxa" w:w="960"/>
          </w:tcPr>
          <w:p>
            <w:r>
              <w:t>艺术学院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设计元素</w:t>
            </w:r>
          </w:p>
        </w:tc>
        <w:tc>
          <w:tcPr>
            <w:tcW w:type="dxa" w:w="960"/>
          </w:tcPr>
          <w:p>
            <w:r>
              <w:t>2AR21102</w:t>
            </w:r>
          </w:p>
        </w:tc>
        <w:tc>
          <w:tcPr>
            <w:tcW w:type="dxa" w:w="960"/>
          </w:tcPr>
          <w:p>
            <w:r>
              <w:t>5</w:t>
            </w:r>
          </w:p>
        </w:tc>
        <w:tc>
          <w:tcPr>
            <w:tcW w:type="dxa" w:w="960"/>
          </w:tcPr>
          <w:p>
            <w:r>
              <w:t>专业必修课</w:t>
            </w:r>
          </w:p>
        </w:tc>
        <w:tc>
          <w:tcPr>
            <w:tcW w:type="dxa" w:w="960"/>
          </w:tcPr>
          <w:p>
            <w:r>
              <w:t>艺术学院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专业导论</w:t>
            </w:r>
          </w:p>
        </w:tc>
        <w:tc>
          <w:tcPr>
            <w:tcW w:type="dxa" w:w="960"/>
          </w:tcPr>
          <w:p>
            <w:r>
              <w:t>2AR21106</w:t>
            </w:r>
          </w:p>
        </w:tc>
        <w:tc>
          <w:tcPr>
            <w:tcW w:type="dxa" w:w="960"/>
          </w:tcPr>
          <w:p>
            <w:r>
              <w:t>3</w:t>
            </w:r>
          </w:p>
        </w:tc>
        <w:tc>
          <w:tcPr>
            <w:tcW w:type="dxa" w:w="960"/>
          </w:tcPr>
          <w:p>
            <w:r>
              <w:t>专业必修课</w:t>
            </w:r>
          </w:p>
        </w:tc>
        <w:tc>
          <w:tcPr>
            <w:tcW w:type="dxa" w:w="960"/>
          </w:tcPr>
          <w:p>
            <w:r>
              <w:t>艺术学院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数字媒体专业技能自主实践（一）</w:t>
            </w:r>
          </w:p>
        </w:tc>
        <w:tc>
          <w:tcPr>
            <w:tcW w:type="dxa" w:w="960"/>
          </w:tcPr>
          <w:p>
            <w:r>
              <w:t>2AR21119</w:t>
            </w:r>
          </w:p>
        </w:tc>
        <w:tc>
          <w:tcPr>
            <w:tcW w:type="dxa" w:w="960"/>
          </w:tcPr>
          <w:p>
            <w:r>
              <w:t>1.0</w:t>
            </w:r>
          </w:p>
        </w:tc>
        <w:tc>
          <w:tcPr>
            <w:tcW w:type="dxa" w:w="960"/>
          </w:tcPr>
          <w:p>
            <w:r>
              <w:t>专业必修课</w:t>
            </w:r>
          </w:p>
        </w:tc>
        <w:tc>
          <w:tcPr>
            <w:tcW w:type="dxa" w:w="960"/>
          </w:tcPr>
          <w:p>
            <w:r>
              <w:t>艺术学院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军事理论</w:t>
            </w:r>
          </w:p>
        </w:tc>
        <w:tc>
          <w:tcPr>
            <w:tcW w:type="dxa" w:w="960"/>
          </w:tcPr>
          <w:p>
            <w:r>
              <w:t>2AS11001</w:t>
            </w:r>
          </w:p>
        </w:tc>
        <w:tc>
          <w:tcPr>
            <w:tcW w:type="dxa" w:w="960"/>
          </w:tcPr>
          <w:p>
            <w:r>
              <w:t>2.0</w:t>
            </w:r>
          </w:p>
        </w:tc>
        <w:tc>
          <w:tcPr>
            <w:tcW w:type="dxa" w:w="960"/>
          </w:tcPr>
          <w:p>
            <w:r>
              <w:t>通识必修课</w:t>
            </w:r>
          </w:p>
        </w:tc>
        <w:tc>
          <w:tcPr>
            <w:tcW w:type="dxa" w:w="960"/>
          </w:tcPr>
          <w:p>
            <w:r>
              <w:t>武保处</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军事技能</w:t>
            </w:r>
          </w:p>
        </w:tc>
        <w:tc>
          <w:tcPr>
            <w:tcW w:type="dxa" w:w="960"/>
          </w:tcPr>
          <w:p>
            <w:r>
              <w:t>2AS11002</w:t>
            </w:r>
          </w:p>
        </w:tc>
        <w:tc>
          <w:tcPr>
            <w:tcW w:type="dxa" w:w="960"/>
          </w:tcPr>
          <w:p>
            <w:r>
              <w:t>2.0</w:t>
            </w:r>
          </w:p>
        </w:tc>
        <w:tc>
          <w:tcPr>
            <w:tcW w:type="dxa" w:w="960"/>
          </w:tcPr>
          <w:p>
            <w:r>
              <w:t>通识必修课</w:t>
            </w:r>
          </w:p>
        </w:tc>
        <w:tc>
          <w:tcPr>
            <w:tcW w:type="dxa" w:w="960"/>
          </w:tcPr>
          <w:p>
            <w:r>
              <w:t>武保处</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大学生心理健康实践</w:t>
            </w:r>
          </w:p>
        </w:tc>
        <w:tc>
          <w:tcPr>
            <w:tcW w:type="dxa" w:w="960"/>
          </w:tcPr>
          <w:p>
            <w:r>
              <w:t>2ED11002</w:t>
            </w:r>
          </w:p>
        </w:tc>
        <w:tc>
          <w:tcPr>
            <w:tcW w:type="dxa" w:w="960"/>
          </w:tcPr>
          <w:p>
            <w:r>
              <w:t>1.0</w:t>
            </w:r>
          </w:p>
        </w:tc>
        <w:tc>
          <w:tcPr>
            <w:tcW w:type="dxa" w:w="960"/>
          </w:tcPr>
          <w:p>
            <w:r>
              <w:t>通识必修课</w:t>
            </w:r>
          </w:p>
        </w:tc>
        <w:tc>
          <w:tcPr>
            <w:tcW w:type="dxa" w:w="960"/>
          </w:tcPr>
          <w:p>
            <w:r>
              <w:t>教育学院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文科高等数学</w:t>
            </w:r>
          </w:p>
        </w:tc>
        <w:tc>
          <w:tcPr>
            <w:tcW w:type="dxa" w:w="960"/>
          </w:tcPr>
          <w:p>
            <w:r>
              <w:t>2MA11010</w:t>
            </w:r>
          </w:p>
        </w:tc>
        <w:tc>
          <w:tcPr>
            <w:tcW w:type="dxa" w:w="960"/>
          </w:tcPr>
          <w:p>
            <w:r>
              <w:t>1.0</w:t>
            </w:r>
          </w:p>
        </w:tc>
        <w:tc>
          <w:tcPr>
            <w:tcW w:type="dxa" w:w="960"/>
          </w:tcPr>
          <w:p>
            <w:r>
              <w:t>通识必修课</w:t>
            </w:r>
          </w:p>
        </w:tc>
        <w:tc>
          <w:tcPr>
            <w:tcW w:type="dxa" w:w="960"/>
          </w:tcPr>
          <w:p>
            <w:r>
              <w:t>数学科学学院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思想道德与法治</w:t>
            </w:r>
          </w:p>
        </w:tc>
        <w:tc>
          <w:tcPr>
            <w:tcW w:type="dxa" w:w="960"/>
          </w:tcPr>
          <w:p>
            <w:r>
              <w:t>2MX11001</w:t>
            </w:r>
          </w:p>
        </w:tc>
        <w:tc>
          <w:tcPr>
            <w:tcW w:type="dxa" w:w="960"/>
          </w:tcPr>
          <w:p>
            <w:r>
              <w:t>3.0</w:t>
            </w:r>
          </w:p>
        </w:tc>
        <w:tc>
          <w:tcPr>
            <w:tcW w:type="dxa" w:w="960"/>
          </w:tcPr>
          <w:p>
            <w:r>
              <w:t>通识必修课</w:t>
            </w:r>
          </w:p>
        </w:tc>
        <w:tc>
          <w:tcPr>
            <w:tcW w:type="dxa" w:w="960"/>
          </w:tcPr>
          <w:p>
            <w:r>
              <w:t>马克思主义学院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劳动教育理论</w:t>
            </w:r>
          </w:p>
        </w:tc>
        <w:tc>
          <w:tcPr>
            <w:tcW w:type="dxa" w:w="960"/>
          </w:tcPr>
          <w:p>
            <w:r>
              <w:t>2SD11001</w:t>
            </w:r>
          </w:p>
        </w:tc>
        <w:tc>
          <w:tcPr>
            <w:tcW w:type="dxa" w:w="960"/>
          </w:tcPr>
          <w:p>
            <w:r>
              <w:t>1.0</w:t>
            </w:r>
          </w:p>
        </w:tc>
        <w:tc>
          <w:tcPr>
            <w:tcW w:type="dxa" w:w="960"/>
          </w:tcPr>
          <w:p>
            <w:r>
              <w:t>通识必修课</w:t>
            </w:r>
          </w:p>
        </w:tc>
        <w:tc>
          <w:tcPr>
            <w:tcW w:type="dxa" w:w="960"/>
          </w:tcPr>
          <w:p>
            <w:r>
              <w:t>社会发展与公共管理学院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体育(一)</w:t>
            </w:r>
          </w:p>
        </w:tc>
        <w:tc>
          <w:tcPr>
            <w:tcW w:type="dxa" w:w="960"/>
          </w:tcPr>
          <w:p>
            <w:r>
              <w:t>2SP11001</w:t>
            </w:r>
          </w:p>
        </w:tc>
        <w:tc>
          <w:tcPr>
            <w:tcW w:type="dxa" w:w="960"/>
          </w:tcPr>
          <w:p>
            <w:r>
              <w:t>1</w:t>
            </w:r>
          </w:p>
        </w:tc>
        <w:tc>
          <w:tcPr>
            <w:tcW w:type="dxa" w:w="960"/>
          </w:tcPr>
          <w:p>
            <w:r>
              <w:t>通识必修课</w:t>
            </w:r>
          </w:p>
        </w:tc>
        <w:tc>
          <w:tcPr>
            <w:tcW w:type="dxa" w:w="960"/>
          </w:tcPr>
          <w:p>
            <w:r>
              <w:t>体育部</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设计思维</w:t>
            </w:r>
          </w:p>
        </w:tc>
        <w:tc>
          <w:tcPr>
            <w:tcW w:type="dxa" w:w="960"/>
          </w:tcPr>
          <w:p>
            <w:r>
              <w:t>2AR21103</w:t>
            </w:r>
          </w:p>
        </w:tc>
        <w:tc>
          <w:tcPr>
            <w:tcW w:type="dxa" w:w="960"/>
          </w:tcPr>
          <w:p>
            <w:r>
              <w:t>4</w:t>
            </w:r>
          </w:p>
        </w:tc>
        <w:tc>
          <w:tcPr>
            <w:tcW w:type="dxa" w:w="960"/>
          </w:tcPr>
          <w:p>
            <w:r>
              <w:t>专业必修课</w:t>
            </w:r>
          </w:p>
        </w:tc>
        <w:tc>
          <w:tcPr>
            <w:tcW w:type="dxa" w:w="960"/>
          </w:tcPr>
          <w:p>
            <w:r>
              <w:t>艺术学院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设计技术</w:t>
            </w:r>
          </w:p>
        </w:tc>
        <w:tc>
          <w:tcPr>
            <w:tcW w:type="dxa" w:w="960"/>
          </w:tcPr>
          <w:p>
            <w:r>
              <w:t>2AR21104</w:t>
            </w:r>
          </w:p>
        </w:tc>
        <w:tc>
          <w:tcPr>
            <w:tcW w:type="dxa" w:w="960"/>
          </w:tcPr>
          <w:p>
            <w:r>
              <w:t>2</w:t>
            </w:r>
          </w:p>
        </w:tc>
        <w:tc>
          <w:tcPr>
            <w:tcW w:type="dxa" w:w="960"/>
          </w:tcPr>
          <w:p>
            <w:r>
              <w:t>专业必修课</w:t>
            </w:r>
          </w:p>
        </w:tc>
        <w:tc>
          <w:tcPr>
            <w:tcW w:type="dxa" w:w="960"/>
          </w:tcPr>
          <w:p>
            <w:r>
              <w:t>艺术学院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设计表达</w:t>
            </w:r>
          </w:p>
        </w:tc>
        <w:tc>
          <w:tcPr>
            <w:tcW w:type="dxa" w:w="960"/>
          </w:tcPr>
          <w:p>
            <w:r>
              <w:t>2AR21105</w:t>
            </w:r>
          </w:p>
        </w:tc>
        <w:tc>
          <w:tcPr>
            <w:tcW w:type="dxa" w:w="960"/>
          </w:tcPr>
          <w:p>
            <w:r>
              <w:t>3</w:t>
            </w:r>
          </w:p>
        </w:tc>
        <w:tc>
          <w:tcPr>
            <w:tcW w:type="dxa" w:w="960"/>
          </w:tcPr>
          <w:p>
            <w:r>
              <w:t>专业必修课</w:t>
            </w:r>
          </w:p>
        </w:tc>
        <w:tc>
          <w:tcPr>
            <w:tcW w:type="dxa" w:w="960"/>
          </w:tcPr>
          <w:p>
            <w:r>
              <w:t>艺术学院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概念设计实践工作坊</w:t>
            </w:r>
          </w:p>
        </w:tc>
        <w:tc>
          <w:tcPr>
            <w:tcW w:type="dxa" w:w="960"/>
          </w:tcPr>
          <w:p>
            <w:r>
              <w:t>2AR21122</w:t>
            </w:r>
          </w:p>
        </w:tc>
        <w:tc>
          <w:tcPr>
            <w:tcW w:type="dxa" w:w="960"/>
          </w:tcPr>
          <w:p>
            <w:r>
              <w:t>2</w:t>
            </w:r>
          </w:p>
        </w:tc>
        <w:tc>
          <w:tcPr>
            <w:tcW w:type="dxa" w:w="960"/>
          </w:tcPr>
          <w:p>
            <w:r>
              <w:t>专业必修课</w:t>
            </w:r>
          </w:p>
        </w:tc>
        <w:tc>
          <w:tcPr>
            <w:tcW w:type="dxa" w:w="960"/>
          </w:tcPr>
          <w:p>
            <w:r>
              <w:t>艺术学院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创新创业教育基础</w:t>
            </w:r>
          </w:p>
        </w:tc>
        <w:tc>
          <w:tcPr>
            <w:tcW w:type="dxa" w:w="960"/>
          </w:tcPr>
          <w:p>
            <w:r>
              <w:t>2BU11001</w:t>
            </w:r>
          </w:p>
        </w:tc>
        <w:tc>
          <w:tcPr>
            <w:tcW w:type="dxa" w:w="960"/>
          </w:tcPr>
          <w:p>
            <w:r>
              <w:t>1</w:t>
            </w:r>
          </w:p>
        </w:tc>
        <w:tc>
          <w:tcPr>
            <w:tcW w:type="dxa" w:w="960"/>
          </w:tcPr>
          <w:p>
            <w:r>
              <w:t>通识必修课</w:t>
            </w:r>
          </w:p>
        </w:tc>
        <w:tc>
          <w:tcPr>
            <w:tcW w:type="dxa" w:w="960"/>
          </w:tcPr>
          <w:p>
            <w:r>
              <w:t>商学院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大学生心理健康教育</w:t>
            </w:r>
          </w:p>
        </w:tc>
        <w:tc>
          <w:tcPr>
            <w:tcW w:type="dxa" w:w="960"/>
          </w:tcPr>
          <w:p>
            <w:r>
              <w:t>2ED11001</w:t>
            </w:r>
          </w:p>
        </w:tc>
        <w:tc>
          <w:tcPr>
            <w:tcW w:type="dxa" w:w="960"/>
          </w:tcPr>
          <w:p>
            <w:r>
              <w:t>1</w:t>
            </w:r>
          </w:p>
        </w:tc>
        <w:tc>
          <w:tcPr>
            <w:tcW w:type="dxa" w:w="960"/>
          </w:tcPr>
          <w:p>
            <w:r>
              <w:t>通识必修课</w:t>
            </w:r>
          </w:p>
        </w:tc>
        <w:tc>
          <w:tcPr>
            <w:tcW w:type="dxa" w:w="960"/>
          </w:tcPr>
          <w:p>
            <w:r>
              <w:t>教育学院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中国近现代史纲要</w:t>
            </w:r>
          </w:p>
        </w:tc>
        <w:tc>
          <w:tcPr>
            <w:tcW w:type="dxa" w:w="960"/>
          </w:tcPr>
          <w:p>
            <w:r>
              <w:t>2MX11002</w:t>
            </w:r>
          </w:p>
        </w:tc>
        <w:tc>
          <w:tcPr>
            <w:tcW w:type="dxa" w:w="960"/>
          </w:tcPr>
          <w:p>
            <w:r>
              <w:t>3</w:t>
            </w:r>
          </w:p>
        </w:tc>
        <w:tc>
          <w:tcPr>
            <w:tcW w:type="dxa" w:w="960"/>
          </w:tcPr>
          <w:p>
            <w:r>
              <w:t>通识必修课</w:t>
            </w:r>
          </w:p>
        </w:tc>
        <w:tc>
          <w:tcPr>
            <w:tcW w:type="dxa" w:w="960"/>
          </w:tcPr>
          <w:p>
            <w:r>
              <w:t>马克思主义学院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职业生涯规划</w:t>
            </w:r>
          </w:p>
        </w:tc>
        <w:tc>
          <w:tcPr>
            <w:tcW w:type="dxa" w:w="960"/>
          </w:tcPr>
          <w:p>
            <w:r>
              <w:t>2SA11001</w:t>
            </w:r>
          </w:p>
        </w:tc>
        <w:tc>
          <w:tcPr>
            <w:tcW w:type="dxa" w:w="960"/>
          </w:tcPr>
          <w:p>
            <w:r>
              <w:t>0.5</w:t>
            </w:r>
          </w:p>
        </w:tc>
        <w:tc>
          <w:tcPr>
            <w:tcW w:type="dxa" w:w="960"/>
          </w:tcPr>
          <w:p>
            <w:r>
              <w:t>通识必修课</w:t>
            </w:r>
          </w:p>
        </w:tc>
        <w:tc>
          <w:tcPr>
            <w:tcW w:type="dxa" w:w="960"/>
          </w:tcPr>
          <w:p>
            <w:r>
              <w:t>学生工作处</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体育(二)</w:t>
            </w:r>
          </w:p>
        </w:tc>
        <w:tc>
          <w:tcPr>
            <w:tcW w:type="dxa" w:w="960"/>
          </w:tcPr>
          <w:p>
            <w:r>
              <w:t>2SP11002</w:t>
            </w:r>
          </w:p>
        </w:tc>
        <w:tc>
          <w:tcPr>
            <w:tcW w:type="dxa" w:w="960"/>
          </w:tcPr>
          <w:p>
            <w:r>
              <w:t>1</w:t>
            </w:r>
          </w:p>
        </w:tc>
        <w:tc>
          <w:tcPr>
            <w:tcW w:type="dxa" w:w="960"/>
          </w:tcPr>
          <w:p>
            <w:r>
              <w:t>通识必修课</w:t>
            </w:r>
          </w:p>
        </w:tc>
        <w:tc>
          <w:tcPr>
            <w:tcW w:type="dxa" w:w="960"/>
          </w:tcPr>
          <w:p>
            <w:r>
              <w:t>体育部</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媒介叙事</w:t>
            </w:r>
          </w:p>
        </w:tc>
        <w:tc>
          <w:tcPr>
            <w:tcW w:type="dxa" w:w="960"/>
          </w:tcPr>
          <w:p>
            <w:r>
              <w:t>2AR21108</w:t>
            </w:r>
          </w:p>
        </w:tc>
        <w:tc>
          <w:tcPr>
            <w:tcW w:type="dxa" w:w="960"/>
          </w:tcPr>
          <w:p>
            <w:r>
              <w:t>3</w:t>
            </w:r>
          </w:p>
        </w:tc>
        <w:tc>
          <w:tcPr>
            <w:tcW w:type="dxa" w:w="960"/>
          </w:tcPr>
          <w:p>
            <w:r>
              <w:t>专业必修课</w:t>
            </w:r>
          </w:p>
        </w:tc>
        <w:tc>
          <w:tcPr>
            <w:tcW w:type="dxa" w:w="960"/>
          </w:tcPr>
          <w:p>
            <w:r>
              <w:t>艺术学院</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数字视频</w:t>
            </w:r>
          </w:p>
        </w:tc>
        <w:tc>
          <w:tcPr>
            <w:tcW w:type="dxa" w:w="960"/>
          </w:tcPr>
          <w:p>
            <w:r>
              <w:t>2AR21109</w:t>
            </w:r>
          </w:p>
        </w:tc>
        <w:tc>
          <w:tcPr>
            <w:tcW w:type="dxa" w:w="960"/>
          </w:tcPr>
          <w:p>
            <w:r>
              <w:t>4</w:t>
            </w:r>
          </w:p>
        </w:tc>
        <w:tc>
          <w:tcPr>
            <w:tcW w:type="dxa" w:w="960"/>
          </w:tcPr>
          <w:p>
            <w:r>
              <w:t>专业必修课</w:t>
            </w:r>
          </w:p>
        </w:tc>
        <w:tc>
          <w:tcPr>
            <w:tcW w:type="dxa" w:w="960"/>
          </w:tcPr>
          <w:p>
            <w:r>
              <w:t>艺术学院</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数字媒体设计与创意</w:t>
            </w:r>
          </w:p>
        </w:tc>
        <w:tc>
          <w:tcPr>
            <w:tcW w:type="dxa" w:w="960"/>
          </w:tcPr>
          <w:p>
            <w:r>
              <w:t>2AR21110</w:t>
            </w:r>
          </w:p>
        </w:tc>
        <w:tc>
          <w:tcPr>
            <w:tcW w:type="dxa" w:w="960"/>
          </w:tcPr>
          <w:p>
            <w:r>
              <w:t>4</w:t>
            </w:r>
          </w:p>
        </w:tc>
        <w:tc>
          <w:tcPr>
            <w:tcW w:type="dxa" w:w="960"/>
          </w:tcPr>
          <w:p>
            <w:r>
              <w:t>专业必修课</w:t>
            </w:r>
          </w:p>
        </w:tc>
        <w:tc>
          <w:tcPr>
            <w:tcW w:type="dxa" w:w="960"/>
          </w:tcPr>
          <w:p>
            <w:r>
              <w:t>艺术学院</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媒体传播</w:t>
            </w:r>
          </w:p>
        </w:tc>
        <w:tc>
          <w:tcPr>
            <w:tcW w:type="dxa" w:w="960"/>
          </w:tcPr>
          <w:p>
            <w:r>
              <w:t>2AR21111</w:t>
            </w:r>
          </w:p>
        </w:tc>
        <w:tc>
          <w:tcPr>
            <w:tcW w:type="dxa" w:w="960"/>
          </w:tcPr>
          <w:p>
            <w:r>
              <w:t>3</w:t>
            </w:r>
          </w:p>
        </w:tc>
        <w:tc>
          <w:tcPr>
            <w:tcW w:type="dxa" w:w="960"/>
          </w:tcPr>
          <w:p>
            <w:r>
              <w:t>专业必修课</w:t>
            </w:r>
          </w:p>
        </w:tc>
        <w:tc>
          <w:tcPr>
            <w:tcW w:type="dxa" w:w="960"/>
          </w:tcPr>
          <w:p>
            <w:r>
              <w:t>艺术学院</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数字媒体专业技能自主实践(二)</w:t>
            </w:r>
          </w:p>
        </w:tc>
        <w:tc>
          <w:tcPr>
            <w:tcW w:type="dxa" w:w="960"/>
          </w:tcPr>
          <w:p>
            <w:r>
              <w:t>2AR21120</w:t>
            </w:r>
          </w:p>
        </w:tc>
        <w:tc>
          <w:tcPr>
            <w:tcW w:type="dxa" w:w="960"/>
          </w:tcPr>
          <w:p>
            <w:r>
              <w:t>1</w:t>
            </w:r>
          </w:p>
        </w:tc>
        <w:tc>
          <w:tcPr>
            <w:tcW w:type="dxa" w:w="960"/>
          </w:tcPr>
          <w:p>
            <w:r>
              <w:t>专业必修课</w:t>
            </w:r>
          </w:p>
        </w:tc>
        <w:tc>
          <w:tcPr>
            <w:tcW w:type="dxa" w:w="960"/>
          </w:tcPr>
          <w:p>
            <w:r>
              <w:t>艺术学院</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马克思主义基本原理</w:t>
            </w:r>
          </w:p>
        </w:tc>
        <w:tc>
          <w:tcPr>
            <w:tcW w:type="dxa" w:w="960"/>
          </w:tcPr>
          <w:p>
            <w:r>
              <w:t>2MX11003</w:t>
            </w:r>
          </w:p>
        </w:tc>
        <w:tc>
          <w:tcPr>
            <w:tcW w:type="dxa" w:w="960"/>
          </w:tcPr>
          <w:p>
            <w:r>
              <w:t>3</w:t>
            </w:r>
          </w:p>
        </w:tc>
        <w:tc>
          <w:tcPr>
            <w:tcW w:type="dxa" w:w="960"/>
          </w:tcPr>
          <w:p>
            <w:r>
              <w:t>通识必修课</w:t>
            </w:r>
          </w:p>
        </w:tc>
        <w:tc>
          <w:tcPr>
            <w:tcW w:type="dxa" w:w="960"/>
          </w:tcPr>
          <w:p>
            <w:r>
              <w:t>马克思主义学院</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改革开放史</w:t>
            </w:r>
          </w:p>
        </w:tc>
        <w:tc>
          <w:tcPr>
            <w:tcW w:type="dxa" w:w="960"/>
          </w:tcPr>
          <w:p>
            <w:r>
              <w:t>2MX11009</w:t>
            </w:r>
          </w:p>
        </w:tc>
        <w:tc>
          <w:tcPr>
            <w:tcW w:type="dxa" w:w="960"/>
          </w:tcPr>
          <w:p>
            <w:r>
              <w:t>1.0</w:t>
            </w:r>
          </w:p>
        </w:tc>
        <w:tc>
          <w:tcPr>
            <w:tcW w:type="dxa" w:w="960"/>
          </w:tcPr>
          <w:p>
            <w:r>
              <w:t>通识必修课</w:t>
            </w:r>
          </w:p>
        </w:tc>
        <w:tc>
          <w:tcPr>
            <w:tcW w:type="dxa" w:w="960"/>
          </w:tcPr>
          <w:p>
            <w:r>
              <w:t>马克思主义学院</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体育(三)</w:t>
            </w:r>
          </w:p>
        </w:tc>
        <w:tc>
          <w:tcPr>
            <w:tcW w:type="dxa" w:w="960"/>
          </w:tcPr>
          <w:p>
            <w:r>
              <w:t>2SP11003</w:t>
            </w:r>
          </w:p>
        </w:tc>
        <w:tc>
          <w:tcPr>
            <w:tcW w:type="dxa" w:w="960"/>
          </w:tcPr>
          <w:p>
            <w:r>
              <w:t>1</w:t>
            </w:r>
          </w:p>
        </w:tc>
        <w:tc>
          <w:tcPr>
            <w:tcW w:type="dxa" w:w="960"/>
          </w:tcPr>
          <w:p>
            <w:r>
              <w:t>通识必修课</w:t>
            </w:r>
          </w:p>
        </w:tc>
        <w:tc>
          <w:tcPr>
            <w:tcW w:type="dxa" w:w="960"/>
          </w:tcPr>
          <w:p>
            <w:r>
              <w:t>体育部</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三维技术</w:t>
            </w:r>
          </w:p>
        </w:tc>
        <w:tc>
          <w:tcPr>
            <w:tcW w:type="dxa" w:w="960"/>
          </w:tcPr>
          <w:p>
            <w:r>
              <w:t>2AR21112</w:t>
            </w:r>
          </w:p>
        </w:tc>
        <w:tc>
          <w:tcPr>
            <w:tcW w:type="dxa" w:w="960"/>
          </w:tcPr>
          <w:p>
            <w:r>
              <w:t>3</w:t>
            </w:r>
          </w:p>
        </w:tc>
        <w:tc>
          <w:tcPr>
            <w:tcW w:type="dxa" w:w="960"/>
          </w:tcPr>
          <w:p>
            <w:r>
              <w:t>专业必修课</w:t>
            </w:r>
          </w:p>
        </w:tc>
        <w:tc>
          <w:tcPr>
            <w:tcW w:type="dxa" w:w="960"/>
          </w:tcPr>
          <w:p>
            <w:r>
              <w:t>艺术学院</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数字音频</w:t>
            </w:r>
          </w:p>
        </w:tc>
        <w:tc>
          <w:tcPr>
            <w:tcW w:type="dxa" w:w="960"/>
          </w:tcPr>
          <w:p>
            <w:r>
              <w:t>2AR21113</w:t>
            </w:r>
          </w:p>
        </w:tc>
        <w:tc>
          <w:tcPr>
            <w:tcW w:type="dxa" w:w="960"/>
          </w:tcPr>
          <w:p>
            <w:r>
              <w:t>2</w:t>
            </w:r>
          </w:p>
        </w:tc>
        <w:tc>
          <w:tcPr>
            <w:tcW w:type="dxa" w:w="960"/>
          </w:tcPr>
          <w:p>
            <w:r>
              <w:t>专业必修课</w:t>
            </w:r>
          </w:p>
        </w:tc>
        <w:tc>
          <w:tcPr>
            <w:tcW w:type="dxa" w:w="960"/>
          </w:tcPr>
          <w:p>
            <w:r>
              <w:t>艺术学院</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劳动教育实践</w:t>
            </w:r>
          </w:p>
        </w:tc>
        <w:tc>
          <w:tcPr>
            <w:tcW w:type="dxa" w:w="960"/>
          </w:tcPr>
          <w:p>
            <w:r>
              <w:t>2AR21116</w:t>
            </w:r>
          </w:p>
        </w:tc>
        <w:tc>
          <w:tcPr>
            <w:tcW w:type="dxa" w:w="960"/>
          </w:tcPr>
          <w:p>
            <w:r>
              <w:t>1</w:t>
            </w:r>
          </w:p>
        </w:tc>
        <w:tc>
          <w:tcPr>
            <w:tcW w:type="dxa" w:w="960"/>
          </w:tcPr>
          <w:p>
            <w:r>
              <w:t>专业必修课</w:t>
            </w:r>
          </w:p>
        </w:tc>
        <w:tc>
          <w:tcPr>
            <w:tcW w:type="dxa" w:w="960"/>
          </w:tcPr>
          <w:p>
            <w:r>
              <w:t>艺术学院</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设计应用实践工作坊</w:t>
            </w:r>
          </w:p>
        </w:tc>
        <w:tc>
          <w:tcPr>
            <w:tcW w:type="dxa" w:w="960"/>
          </w:tcPr>
          <w:p>
            <w:r>
              <w:t>2AR21123</w:t>
            </w:r>
          </w:p>
        </w:tc>
        <w:tc>
          <w:tcPr>
            <w:tcW w:type="dxa" w:w="960"/>
          </w:tcPr>
          <w:p>
            <w:r>
              <w:t>2</w:t>
            </w:r>
          </w:p>
        </w:tc>
        <w:tc>
          <w:tcPr>
            <w:tcW w:type="dxa" w:w="960"/>
          </w:tcPr>
          <w:p>
            <w:r>
              <w:t>专业必修课</w:t>
            </w:r>
          </w:p>
        </w:tc>
        <w:tc>
          <w:tcPr>
            <w:tcW w:type="dxa" w:w="960"/>
          </w:tcPr>
          <w:p>
            <w:r>
              <w:t>艺术学院</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视听语言</w:t>
            </w:r>
          </w:p>
        </w:tc>
        <w:tc>
          <w:tcPr>
            <w:tcW w:type="dxa" w:w="960"/>
          </w:tcPr>
          <w:p>
            <w:r>
              <w:t>2AR22101</w:t>
            </w:r>
          </w:p>
        </w:tc>
        <w:tc>
          <w:tcPr>
            <w:tcW w:type="dxa" w:w="960"/>
          </w:tcPr>
          <w:p>
            <w:r>
              <w:t>3</w:t>
            </w:r>
          </w:p>
        </w:tc>
        <w:tc>
          <w:tcPr>
            <w:tcW w:type="dxa" w:w="960"/>
          </w:tcPr>
          <w:p>
            <w:r>
              <w:t>专业限选课</w:t>
            </w:r>
          </w:p>
        </w:tc>
        <w:tc>
          <w:tcPr>
            <w:tcW w:type="dxa" w:w="960"/>
          </w:tcPr>
          <w:p>
            <w:r>
              <w:t>艺术学院</w:t>
            </w:r>
          </w:p>
        </w:tc>
        <w:tc>
          <w:tcPr>
            <w:tcW w:type="dxa" w:w="960"/>
          </w:tcPr>
          <w:p>
            <w:r>
              <w:t>2024-2025</w:t>
            </w:r>
          </w:p>
        </w:tc>
        <w:tc>
          <w:tcPr>
            <w:tcW w:type="dxa" w:w="960"/>
          </w:tcPr>
          <w:p>
            <w:r>
              <w:t>2</w:t>
            </w:r>
          </w:p>
        </w:tc>
        <w:tc>
          <w:tcPr>
            <w:tcW w:type="dxa" w:w="960"/>
          </w:tcPr>
          <w:p>
            <w:r>
              <w:t>数字影视创作方向</w:t>
            </w:r>
          </w:p>
        </w:tc>
      </w:tr>
      <w:tr>
        <w:tc>
          <w:tcPr>
            <w:tcW w:type="dxa" w:w="960"/>
          </w:tcPr>
          <w:p>
            <w:r/>
          </w:p>
        </w:tc>
        <w:tc>
          <w:tcPr>
            <w:tcW w:type="dxa" w:w="960"/>
          </w:tcPr>
          <w:p>
            <w:r>
              <w:t>影视技术</w:t>
            </w:r>
          </w:p>
        </w:tc>
        <w:tc>
          <w:tcPr>
            <w:tcW w:type="dxa" w:w="960"/>
          </w:tcPr>
          <w:p>
            <w:r>
              <w:t>2AR22102</w:t>
            </w:r>
          </w:p>
        </w:tc>
        <w:tc>
          <w:tcPr>
            <w:tcW w:type="dxa" w:w="960"/>
          </w:tcPr>
          <w:p>
            <w:r>
              <w:t>3</w:t>
            </w:r>
          </w:p>
        </w:tc>
        <w:tc>
          <w:tcPr>
            <w:tcW w:type="dxa" w:w="960"/>
          </w:tcPr>
          <w:p>
            <w:r>
              <w:t>专业限选课</w:t>
            </w:r>
          </w:p>
        </w:tc>
        <w:tc>
          <w:tcPr>
            <w:tcW w:type="dxa" w:w="960"/>
          </w:tcPr>
          <w:p>
            <w:r>
              <w:t>艺术学院</w:t>
            </w:r>
          </w:p>
        </w:tc>
        <w:tc>
          <w:tcPr>
            <w:tcW w:type="dxa" w:w="960"/>
          </w:tcPr>
          <w:p>
            <w:r>
              <w:t>2024-2025</w:t>
            </w:r>
          </w:p>
        </w:tc>
        <w:tc>
          <w:tcPr>
            <w:tcW w:type="dxa" w:w="960"/>
          </w:tcPr>
          <w:p>
            <w:r>
              <w:t>2</w:t>
            </w:r>
          </w:p>
        </w:tc>
        <w:tc>
          <w:tcPr>
            <w:tcW w:type="dxa" w:w="960"/>
          </w:tcPr>
          <w:p>
            <w:r>
              <w:t>数字影视创作方向</w:t>
            </w:r>
          </w:p>
        </w:tc>
      </w:tr>
      <w:tr>
        <w:tc>
          <w:tcPr>
            <w:tcW w:type="dxa" w:w="960"/>
          </w:tcPr>
          <w:p>
            <w:r/>
          </w:p>
        </w:tc>
        <w:tc>
          <w:tcPr>
            <w:tcW w:type="dxa" w:w="960"/>
          </w:tcPr>
          <w:p>
            <w:r>
              <w:t>新媒体广告设计与创作</w:t>
            </w:r>
          </w:p>
        </w:tc>
        <w:tc>
          <w:tcPr>
            <w:tcW w:type="dxa" w:w="960"/>
          </w:tcPr>
          <w:p>
            <w:r>
              <w:t>2AR22103</w:t>
            </w:r>
          </w:p>
        </w:tc>
        <w:tc>
          <w:tcPr>
            <w:tcW w:type="dxa" w:w="960"/>
          </w:tcPr>
          <w:p>
            <w:r>
              <w:t>4</w:t>
            </w:r>
          </w:p>
        </w:tc>
        <w:tc>
          <w:tcPr>
            <w:tcW w:type="dxa" w:w="960"/>
          </w:tcPr>
          <w:p>
            <w:r>
              <w:t>专业限选课</w:t>
            </w:r>
          </w:p>
        </w:tc>
        <w:tc>
          <w:tcPr>
            <w:tcW w:type="dxa" w:w="960"/>
          </w:tcPr>
          <w:p>
            <w:r>
              <w:t>艺术学院</w:t>
            </w:r>
          </w:p>
        </w:tc>
        <w:tc>
          <w:tcPr>
            <w:tcW w:type="dxa" w:w="960"/>
          </w:tcPr>
          <w:p>
            <w:r>
              <w:t>2024-2025</w:t>
            </w:r>
          </w:p>
        </w:tc>
        <w:tc>
          <w:tcPr>
            <w:tcW w:type="dxa" w:w="960"/>
          </w:tcPr>
          <w:p>
            <w:r>
              <w:t>2</w:t>
            </w:r>
          </w:p>
        </w:tc>
        <w:tc>
          <w:tcPr>
            <w:tcW w:type="dxa" w:w="960"/>
          </w:tcPr>
          <w:p>
            <w:r>
              <w:t>数字影视创作方向</w:t>
            </w:r>
          </w:p>
        </w:tc>
      </w:tr>
      <w:tr>
        <w:tc>
          <w:tcPr>
            <w:tcW w:type="dxa" w:w="960"/>
          </w:tcPr>
          <w:p>
            <w:r/>
          </w:p>
        </w:tc>
        <w:tc>
          <w:tcPr>
            <w:tcW w:type="dxa" w:w="960"/>
          </w:tcPr>
          <w:p>
            <w:r>
              <w:t>交互设计导论</w:t>
            </w:r>
          </w:p>
        </w:tc>
        <w:tc>
          <w:tcPr>
            <w:tcW w:type="dxa" w:w="960"/>
          </w:tcPr>
          <w:p>
            <w:r>
              <w:t>2AR22112</w:t>
            </w:r>
          </w:p>
        </w:tc>
        <w:tc>
          <w:tcPr>
            <w:tcW w:type="dxa" w:w="960"/>
          </w:tcPr>
          <w:p>
            <w:r>
              <w:t>2</w:t>
            </w:r>
          </w:p>
        </w:tc>
        <w:tc>
          <w:tcPr>
            <w:tcW w:type="dxa" w:w="960"/>
          </w:tcPr>
          <w:p>
            <w:r>
              <w:t>专业限选课</w:t>
            </w:r>
          </w:p>
        </w:tc>
        <w:tc>
          <w:tcPr>
            <w:tcW w:type="dxa" w:w="960"/>
          </w:tcPr>
          <w:p>
            <w:r>
              <w:t>艺术学院</w:t>
            </w:r>
          </w:p>
        </w:tc>
        <w:tc>
          <w:tcPr>
            <w:tcW w:type="dxa" w:w="960"/>
          </w:tcPr>
          <w:p>
            <w:r>
              <w:t>2024-2025</w:t>
            </w:r>
          </w:p>
        </w:tc>
        <w:tc>
          <w:tcPr>
            <w:tcW w:type="dxa" w:w="960"/>
          </w:tcPr>
          <w:p>
            <w:r>
              <w:t>2</w:t>
            </w:r>
          </w:p>
        </w:tc>
        <w:tc>
          <w:tcPr>
            <w:tcW w:type="dxa" w:w="960"/>
          </w:tcPr>
          <w:p>
            <w:r>
              <w:t>新媒体交互设计方向</w:t>
            </w:r>
          </w:p>
        </w:tc>
      </w:tr>
      <w:tr>
        <w:tc>
          <w:tcPr>
            <w:tcW w:type="dxa" w:w="960"/>
          </w:tcPr>
          <w:p>
            <w:r/>
          </w:p>
        </w:tc>
        <w:tc>
          <w:tcPr>
            <w:tcW w:type="dxa" w:w="960"/>
          </w:tcPr>
          <w:p>
            <w:r>
              <w:t>交互设计程序与方法</w:t>
            </w:r>
          </w:p>
        </w:tc>
        <w:tc>
          <w:tcPr>
            <w:tcW w:type="dxa" w:w="960"/>
          </w:tcPr>
          <w:p>
            <w:r>
              <w:t>2AR22113</w:t>
            </w:r>
          </w:p>
        </w:tc>
        <w:tc>
          <w:tcPr>
            <w:tcW w:type="dxa" w:w="960"/>
          </w:tcPr>
          <w:p>
            <w:r>
              <w:t>3</w:t>
            </w:r>
          </w:p>
        </w:tc>
        <w:tc>
          <w:tcPr>
            <w:tcW w:type="dxa" w:w="960"/>
          </w:tcPr>
          <w:p>
            <w:r>
              <w:t>专业限选课</w:t>
            </w:r>
          </w:p>
        </w:tc>
        <w:tc>
          <w:tcPr>
            <w:tcW w:type="dxa" w:w="960"/>
          </w:tcPr>
          <w:p>
            <w:r>
              <w:t>艺术学院</w:t>
            </w:r>
          </w:p>
        </w:tc>
        <w:tc>
          <w:tcPr>
            <w:tcW w:type="dxa" w:w="960"/>
          </w:tcPr>
          <w:p>
            <w:r>
              <w:t>2024-2025</w:t>
            </w:r>
          </w:p>
        </w:tc>
        <w:tc>
          <w:tcPr>
            <w:tcW w:type="dxa" w:w="960"/>
          </w:tcPr>
          <w:p>
            <w:r>
              <w:t>2</w:t>
            </w:r>
          </w:p>
        </w:tc>
        <w:tc>
          <w:tcPr>
            <w:tcW w:type="dxa" w:w="960"/>
          </w:tcPr>
          <w:p>
            <w:r>
              <w:t>新媒体交互设计方向</w:t>
            </w:r>
          </w:p>
        </w:tc>
      </w:tr>
      <w:tr>
        <w:tc>
          <w:tcPr>
            <w:tcW w:type="dxa" w:w="960"/>
          </w:tcPr>
          <w:p>
            <w:r/>
          </w:p>
        </w:tc>
        <w:tc>
          <w:tcPr>
            <w:tcW w:type="dxa" w:w="960"/>
          </w:tcPr>
          <w:p>
            <w:r>
              <w:t>交互界面设计</w:t>
            </w:r>
          </w:p>
        </w:tc>
        <w:tc>
          <w:tcPr>
            <w:tcW w:type="dxa" w:w="960"/>
          </w:tcPr>
          <w:p>
            <w:r>
              <w:t>2AR22114</w:t>
            </w:r>
          </w:p>
        </w:tc>
        <w:tc>
          <w:tcPr>
            <w:tcW w:type="dxa" w:w="960"/>
          </w:tcPr>
          <w:p>
            <w:r>
              <w:t>3</w:t>
            </w:r>
          </w:p>
        </w:tc>
        <w:tc>
          <w:tcPr>
            <w:tcW w:type="dxa" w:w="960"/>
          </w:tcPr>
          <w:p>
            <w:r>
              <w:t>专业限选课</w:t>
            </w:r>
          </w:p>
        </w:tc>
        <w:tc>
          <w:tcPr>
            <w:tcW w:type="dxa" w:w="960"/>
          </w:tcPr>
          <w:p>
            <w:r>
              <w:t>艺术学院</w:t>
            </w:r>
          </w:p>
        </w:tc>
        <w:tc>
          <w:tcPr>
            <w:tcW w:type="dxa" w:w="960"/>
          </w:tcPr>
          <w:p>
            <w:r>
              <w:t>2024-2025</w:t>
            </w:r>
          </w:p>
        </w:tc>
        <w:tc>
          <w:tcPr>
            <w:tcW w:type="dxa" w:w="960"/>
          </w:tcPr>
          <w:p>
            <w:r>
              <w:t>2</w:t>
            </w:r>
          </w:p>
        </w:tc>
        <w:tc>
          <w:tcPr>
            <w:tcW w:type="dxa" w:w="960"/>
          </w:tcPr>
          <w:p>
            <w:r>
              <w:t>新媒体交互设计方向</w:t>
            </w:r>
          </w:p>
        </w:tc>
      </w:tr>
      <w:tr>
        <w:tc>
          <w:tcPr>
            <w:tcW w:type="dxa" w:w="960"/>
          </w:tcPr>
          <w:p>
            <w:r/>
          </w:p>
        </w:tc>
        <w:tc>
          <w:tcPr>
            <w:tcW w:type="dxa" w:w="960"/>
          </w:tcPr>
          <w:p>
            <w:r>
              <w:t>信息可视化设计</w:t>
            </w:r>
          </w:p>
        </w:tc>
        <w:tc>
          <w:tcPr>
            <w:tcW w:type="dxa" w:w="960"/>
          </w:tcPr>
          <w:p>
            <w:r>
              <w:t>2AR22115</w:t>
            </w:r>
          </w:p>
        </w:tc>
        <w:tc>
          <w:tcPr>
            <w:tcW w:type="dxa" w:w="960"/>
          </w:tcPr>
          <w:p>
            <w:r>
              <w:t>3</w:t>
            </w:r>
          </w:p>
        </w:tc>
        <w:tc>
          <w:tcPr>
            <w:tcW w:type="dxa" w:w="960"/>
          </w:tcPr>
          <w:p>
            <w:r>
              <w:t>专业限选课</w:t>
            </w:r>
          </w:p>
        </w:tc>
        <w:tc>
          <w:tcPr>
            <w:tcW w:type="dxa" w:w="960"/>
          </w:tcPr>
          <w:p>
            <w:r>
              <w:t>艺术学院</w:t>
            </w:r>
          </w:p>
        </w:tc>
        <w:tc>
          <w:tcPr>
            <w:tcW w:type="dxa" w:w="960"/>
          </w:tcPr>
          <w:p>
            <w:r>
              <w:t>2024-2025</w:t>
            </w:r>
          </w:p>
        </w:tc>
        <w:tc>
          <w:tcPr>
            <w:tcW w:type="dxa" w:w="960"/>
          </w:tcPr>
          <w:p>
            <w:r>
              <w:t>2</w:t>
            </w:r>
          </w:p>
        </w:tc>
        <w:tc>
          <w:tcPr>
            <w:tcW w:type="dxa" w:w="960"/>
          </w:tcPr>
          <w:p>
            <w:r>
              <w:t>新媒体交互设计方向</w:t>
            </w:r>
          </w:p>
        </w:tc>
      </w:tr>
      <w:tr>
        <w:tc>
          <w:tcPr>
            <w:tcW w:type="dxa" w:w="960"/>
          </w:tcPr>
          <w:p>
            <w:r/>
          </w:p>
        </w:tc>
        <w:tc>
          <w:tcPr>
            <w:tcW w:type="dxa" w:w="960"/>
          </w:tcPr>
          <w:p>
            <w:r>
              <w:t>毛泽东思想和中国特色社会主义理论体系概论</w:t>
            </w:r>
          </w:p>
        </w:tc>
        <w:tc>
          <w:tcPr>
            <w:tcW w:type="dxa" w:w="960"/>
          </w:tcPr>
          <w:p>
            <w:r>
              <w:t>2MX11004</w:t>
            </w:r>
          </w:p>
        </w:tc>
        <w:tc>
          <w:tcPr>
            <w:tcW w:type="dxa" w:w="960"/>
          </w:tcPr>
          <w:p>
            <w:r>
              <w:t>3</w:t>
            </w:r>
          </w:p>
        </w:tc>
        <w:tc>
          <w:tcPr>
            <w:tcW w:type="dxa" w:w="960"/>
          </w:tcPr>
          <w:p>
            <w:r>
              <w:t>通识必修课</w:t>
            </w:r>
          </w:p>
        </w:tc>
        <w:tc>
          <w:tcPr>
            <w:tcW w:type="dxa" w:w="960"/>
          </w:tcPr>
          <w:p>
            <w:r>
              <w:t>马克思主义学院</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国家安全教育</w:t>
            </w:r>
          </w:p>
        </w:tc>
        <w:tc>
          <w:tcPr>
            <w:tcW w:type="dxa" w:w="960"/>
          </w:tcPr>
          <w:p>
            <w:r>
              <w:t>2MX11012</w:t>
            </w:r>
          </w:p>
        </w:tc>
        <w:tc>
          <w:tcPr>
            <w:tcW w:type="dxa" w:w="960"/>
          </w:tcPr>
          <w:p>
            <w:r>
              <w:t>1</w:t>
            </w:r>
          </w:p>
        </w:tc>
        <w:tc>
          <w:tcPr>
            <w:tcW w:type="dxa" w:w="960"/>
          </w:tcPr>
          <w:p>
            <w:r>
              <w:t>通识必修课</w:t>
            </w:r>
          </w:p>
        </w:tc>
        <w:tc>
          <w:tcPr>
            <w:tcW w:type="dxa" w:w="960"/>
          </w:tcPr>
          <w:p>
            <w:r>
              <w:t>马克思主义学院</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体育(四)</w:t>
            </w:r>
          </w:p>
        </w:tc>
        <w:tc>
          <w:tcPr>
            <w:tcW w:type="dxa" w:w="960"/>
          </w:tcPr>
          <w:p>
            <w:r>
              <w:t>2SP11004</w:t>
            </w:r>
          </w:p>
        </w:tc>
        <w:tc>
          <w:tcPr>
            <w:tcW w:type="dxa" w:w="960"/>
          </w:tcPr>
          <w:p>
            <w:r>
              <w:t>1</w:t>
            </w:r>
          </w:p>
        </w:tc>
        <w:tc>
          <w:tcPr>
            <w:tcW w:type="dxa" w:w="960"/>
          </w:tcPr>
          <w:p>
            <w:r>
              <w:t>通识必修课</w:t>
            </w:r>
          </w:p>
        </w:tc>
        <w:tc>
          <w:tcPr>
            <w:tcW w:type="dxa" w:w="960"/>
          </w:tcPr>
          <w:p>
            <w:r>
              <w:t>体育部</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数字媒体专业技能自主实践(三)</w:t>
            </w:r>
          </w:p>
        </w:tc>
        <w:tc>
          <w:tcPr>
            <w:tcW w:type="dxa" w:w="960"/>
          </w:tcPr>
          <w:p>
            <w:r>
              <w:t>2AR21121</w:t>
            </w:r>
          </w:p>
        </w:tc>
        <w:tc>
          <w:tcPr>
            <w:tcW w:type="dxa" w:w="960"/>
          </w:tcPr>
          <w:p>
            <w:r>
              <w:t>1</w:t>
            </w:r>
          </w:p>
        </w:tc>
        <w:tc>
          <w:tcPr>
            <w:tcW w:type="dxa" w:w="960"/>
          </w:tcPr>
          <w:p>
            <w:r>
              <w:t>专业必修课</w:t>
            </w:r>
          </w:p>
        </w:tc>
        <w:tc>
          <w:tcPr>
            <w:tcW w:type="dxa" w:w="960"/>
          </w:tcPr>
          <w:p>
            <w:r>
              <w:t>艺术学院</w:t>
            </w:r>
          </w:p>
        </w:tc>
        <w:tc>
          <w:tcPr>
            <w:tcW w:type="dxa" w:w="960"/>
          </w:tcPr>
          <w:p>
            <w:r>
              <w:t>2025-2026</w:t>
            </w:r>
          </w:p>
        </w:tc>
        <w:tc>
          <w:tcPr>
            <w:tcW w:type="dxa" w:w="960"/>
          </w:tcPr>
          <w:p>
            <w:r>
              <w:t>1</w:t>
            </w:r>
          </w:p>
        </w:tc>
        <w:tc>
          <w:tcPr>
            <w:tcW w:type="dxa" w:w="960"/>
          </w:tcPr>
          <w:p>
            <w:r>
              <w:t>无方向</w:t>
            </w:r>
          </w:p>
        </w:tc>
      </w:tr>
      <w:tr>
        <w:tc>
          <w:tcPr>
            <w:tcW w:type="dxa" w:w="960"/>
          </w:tcPr>
          <w:p>
            <w:r/>
          </w:p>
        </w:tc>
        <w:tc>
          <w:tcPr>
            <w:tcW w:type="dxa" w:w="960"/>
          </w:tcPr>
          <w:p>
            <w:r>
              <w:t>影视导演</w:t>
            </w:r>
          </w:p>
        </w:tc>
        <w:tc>
          <w:tcPr>
            <w:tcW w:type="dxa" w:w="960"/>
          </w:tcPr>
          <w:p>
            <w:r>
              <w:t>2AR22104</w:t>
            </w:r>
          </w:p>
        </w:tc>
        <w:tc>
          <w:tcPr>
            <w:tcW w:type="dxa" w:w="960"/>
          </w:tcPr>
          <w:p>
            <w:r>
              <w:t>4</w:t>
            </w:r>
          </w:p>
        </w:tc>
        <w:tc>
          <w:tcPr>
            <w:tcW w:type="dxa" w:w="960"/>
          </w:tcPr>
          <w:p>
            <w:r>
              <w:t>专业限选课</w:t>
            </w:r>
          </w:p>
        </w:tc>
        <w:tc>
          <w:tcPr>
            <w:tcW w:type="dxa" w:w="960"/>
          </w:tcPr>
          <w:p>
            <w:r>
              <w:t>艺术学院</w:t>
            </w:r>
          </w:p>
        </w:tc>
        <w:tc>
          <w:tcPr>
            <w:tcW w:type="dxa" w:w="960"/>
          </w:tcPr>
          <w:p>
            <w:r>
              <w:t>2025-2026</w:t>
            </w:r>
          </w:p>
        </w:tc>
        <w:tc>
          <w:tcPr>
            <w:tcW w:type="dxa" w:w="960"/>
          </w:tcPr>
          <w:p>
            <w:r>
              <w:t>1</w:t>
            </w:r>
          </w:p>
        </w:tc>
        <w:tc>
          <w:tcPr>
            <w:tcW w:type="dxa" w:w="960"/>
          </w:tcPr>
          <w:p>
            <w:r>
              <w:t>数字影视创作方向</w:t>
            </w:r>
          </w:p>
        </w:tc>
      </w:tr>
      <w:tr>
        <w:tc>
          <w:tcPr>
            <w:tcW w:type="dxa" w:w="960"/>
          </w:tcPr>
          <w:p>
            <w:r/>
          </w:p>
        </w:tc>
        <w:tc>
          <w:tcPr>
            <w:tcW w:type="dxa" w:w="960"/>
          </w:tcPr>
          <w:p>
            <w:r>
              <w:t>影像表现</w:t>
            </w:r>
          </w:p>
        </w:tc>
        <w:tc>
          <w:tcPr>
            <w:tcW w:type="dxa" w:w="960"/>
          </w:tcPr>
          <w:p>
            <w:r>
              <w:t>2AR22105</w:t>
            </w:r>
          </w:p>
        </w:tc>
        <w:tc>
          <w:tcPr>
            <w:tcW w:type="dxa" w:w="960"/>
          </w:tcPr>
          <w:p>
            <w:r>
              <w:t>4</w:t>
            </w:r>
          </w:p>
        </w:tc>
        <w:tc>
          <w:tcPr>
            <w:tcW w:type="dxa" w:w="960"/>
          </w:tcPr>
          <w:p>
            <w:r>
              <w:t>专业限选课</w:t>
            </w:r>
          </w:p>
        </w:tc>
        <w:tc>
          <w:tcPr>
            <w:tcW w:type="dxa" w:w="960"/>
          </w:tcPr>
          <w:p>
            <w:r>
              <w:t>艺术学院</w:t>
            </w:r>
          </w:p>
        </w:tc>
        <w:tc>
          <w:tcPr>
            <w:tcW w:type="dxa" w:w="960"/>
          </w:tcPr>
          <w:p>
            <w:r>
              <w:t>2025-2026</w:t>
            </w:r>
          </w:p>
        </w:tc>
        <w:tc>
          <w:tcPr>
            <w:tcW w:type="dxa" w:w="960"/>
          </w:tcPr>
          <w:p>
            <w:r>
              <w:t>1</w:t>
            </w:r>
          </w:p>
        </w:tc>
        <w:tc>
          <w:tcPr>
            <w:tcW w:type="dxa" w:w="960"/>
          </w:tcPr>
          <w:p>
            <w:r>
              <w:t>数字影视创作方向</w:t>
            </w:r>
          </w:p>
        </w:tc>
      </w:tr>
      <w:tr>
        <w:tc>
          <w:tcPr>
            <w:tcW w:type="dxa" w:w="960"/>
          </w:tcPr>
          <w:p>
            <w:r/>
          </w:p>
        </w:tc>
        <w:tc>
          <w:tcPr>
            <w:tcW w:type="dxa" w:w="960"/>
          </w:tcPr>
          <w:p>
            <w:r>
              <w:t>影音表现</w:t>
            </w:r>
          </w:p>
        </w:tc>
        <w:tc>
          <w:tcPr>
            <w:tcW w:type="dxa" w:w="960"/>
          </w:tcPr>
          <w:p>
            <w:r>
              <w:t>2AR22106</w:t>
            </w:r>
          </w:p>
        </w:tc>
        <w:tc>
          <w:tcPr>
            <w:tcW w:type="dxa" w:w="960"/>
          </w:tcPr>
          <w:p>
            <w:r>
              <w:t>3</w:t>
            </w:r>
          </w:p>
        </w:tc>
        <w:tc>
          <w:tcPr>
            <w:tcW w:type="dxa" w:w="960"/>
          </w:tcPr>
          <w:p>
            <w:r>
              <w:t>专业限选课</w:t>
            </w:r>
          </w:p>
        </w:tc>
        <w:tc>
          <w:tcPr>
            <w:tcW w:type="dxa" w:w="960"/>
          </w:tcPr>
          <w:p>
            <w:r>
              <w:t>艺术学院</w:t>
            </w:r>
          </w:p>
        </w:tc>
        <w:tc>
          <w:tcPr>
            <w:tcW w:type="dxa" w:w="960"/>
          </w:tcPr>
          <w:p>
            <w:r>
              <w:t>2025-2026</w:t>
            </w:r>
          </w:p>
        </w:tc>
        <w:tc>
          <w:tcPr>
            <w:tcW w:type="dxa" w:w="960"/>
          </w:tcPr>
          <w:p>
            <w:r>
              <w:t>1</w:t>
            </w:r>
          </w:p>
        </w:tc>
        <w:tc>
          <w:tcPr>
            <w:tcW w:type="dxa" w:w="960"/>
          </w:tcPr>
          <w:p>
            <w:r>
              <w:t>数字影视创作方向</w:t>
            </w:r>
          </w:p>
        </w:tc>
      </w:tr>
      <w:tr>
        <w:tc>
          <w:tcPr>
            <w:tcW w:type="dxa" w:w="960"/>
          </w:tcPr>
          <w:p>
            <w:r/>
          </w:p>
        </w:tc>
        <w:tc>
          <w:tcPr>
            <w:tcW w:type="dxa" w:w="960"/>
          </w:tcPr>
          <w:p>
            <w:r>
              <w:t>微剧情短片设计与创作</w:t>
            </w:r>
          </w:p>
        </w:tc>
        <w:tc>
          <w:tcPr>
            <w:tcW w:type="dxa" w:w="960"/>
          </w:tcPr>
          <w:p>
            <w:r>
              <w:t>2AR22107</w:t>
            </w:r>
          </w:p>
        </w:tc>
        <w:tc>
          <w:tcPr>
            <w:tcW w:type="dxa" w:w="960"/>
          </w:tcPr>
          <w:p>
            <w:r>
              <w:t>4</w:t>
            </w:r>
          </w:p>
        </w:tc>
        <w:tc>
          <w:tcPr>
            <w:tcW w:type="dxa" w:w="960"/>
          </w:tcPr>
          <w:p>
            <w:r>
              <w:t>专业限选课</w:t>
            </w:r>
          </w:p>
        </w:tc>
        <w:tc>
          <w:tcPr>
            <w:tcW w:type="dxa" w:w="960"/>
          </w:tcPr>
          <w:p>
            <w:r>
              <w:t>艺术学院</w:t>
            </w:r>
          </w:p>
        </w:tc>
        <w:tc>
          <w:tcPr>
            <w:tcW w:type="dxa" w:w="960"/>
          </w:tcPr>
          <w:p>
            <w:r>
              <w:t>2025-2026</w:t>
            </w:r>
          </w:p>
        </w:tc>
        <w:tc>
          <w:tcPr>
            <w:tcW w:type="dxa" w:w="960"/>
          </w:tcPr>
          <w:p>
            <w:r>
              <w:t>1</w:t>
            </w:r>
          </w:p>
        </w:tc>
        <w:tc>
          <w:tcPr>
            <w:tcW w:type="dxa" w:w="960"/>
          </w:tcPr>
          <w:p>
            <w:r>
              <w:t>数字影视创作方向</w:t>
            </w:r>
          </w:p>
        </w:tc>
      </w:tr>
      <w:tr>
        <w:tc>
          <w:tcPr>
            <w:tcW w:type="dxa" w:w="960"/>
          </w:tcPr>
          <w:p>
            <w:r/>
          </w:p>
        </w:tc>
        <w:tc>
          <w:tcPr>
            <w:tcW w:type="dxa" w:w="960"/>
          </w:tcPr>
          <w:p>
            <w:r>
              <w:t>三维造型设计</w:t>
            </w:r>
          </w:p>
        </w:tc>
        <w:tc>
          <w:tcPr>
            <w:tcW w:type="dxa" w:w="960"/>
          </w:tcPr>
          <w:p>
            <w:r>
              <w:t>2AR22116</w:t>
            </w:r>
          </w:p>
        </w:tc>
        <w:tc>
          <w:tcPr>
            <w:tcW w:type="dxa" w:w="960"/>
          </w:tcPr>
          <w:p>
            <w:r>
              <w:t>6</w:t>
            </w:r>
          </w:p>
        </w:tc>
        <w:tc>
          <w:tcPr>
            <w:tcW w:type="dxa" w:w="960"/>
          </w:tcPr>
          <w:p>
            <w:r>
              <w:t>专业限选课</w:t>
            </w:r>
          </w:p>
        </w:tc>
        <w:tc>
          <w:tcPr>
            <w:tcW w:type="dxa" w:w="960"/>
          </w:tcPr>
          <w:p>
            <w:r>
              <w:t>艺术学院</w:t>
            </w:r>
          </w:p>
        </w:tc>
        <w:tc>
          <w:tcPr>
            <w:tcW w:type="dxa" w:w="960"/>
          </w:tcPr>
          <w:p>
            <w:r>
              <w:t>2025-2026</w:t>
            </w:r>
          </w:p>
        </w:tc>
        <w:tc>
          <w:tcPr>
            <w:tcW w:type="dxa" w:w="960"/>
          </w:tcPr>
          <w:p>
            <w:r>
              <w:t>1</w:t>
            </w:r>
          </w:p>
        </w:tc>
        <w:tc>
          <w:tcPr>
            <w:tcW w:type="dxa" w:w="960"/>
          </w:tcPr>
          <w:p>
            <w:r>
              <w:t>新媒体交互设计方向</w:t>
            </w:r>
          </w:p>
        </w:tc>
      </w:tr>
      <w:tr>
        <w:tc>
          <w:tcPr>
            <w:tcW w:type="dxa" w:w="960"/>
          </w:tcPr>
          <w:p>
            <w:r/>
          </w:p>
        </w:tc>
        <w:tc>
          <w:tcPr>
            <w:tcW w:type="dxa" w:w="960"/>
          </w:tcPr>
          <w:p>
            <w:r>
              <w:t>移动应用设计</w:t>
            </w:r>
          </w:p>
        </w:tc>
        <w:tc>
          <w:tcPr>
            <w:tcW w:type="dxa" w:w="960"/>
          </w:tcPr>
          <w:p>
            <w:r>
              <w:t>2AR22117</w:t>
            </w:r>
          </w:p>
        </w:tc>
        <w:tc>
          <w:tcPr>
            <w:tcW w:type="dxa" w:w="960"/>
          </w:tcPr>
          <w:p>
            <w:r>
              <w:t>5</w:t>
            </w:r>
          </w:p>
        </w:tc>
        <w:tc>
          <w:tcPr>
            <w:tcW w:type="dxa" w:w="960"/>
          </w:tcPr>
          <w:p>
            <w:r>
              <w:t>专业限选课</w:t>
            </w:r>
          </w:p>
        </w:tc>
        <w:tc>
          <w:tcPr>
            <w:tcW w:type="dxa" w:w="960"/>
          </w:tcPr>
          <w:p>
            <w:r>
              <w:t>艺术学院</w:t>
            </w:r>
          </w:p>
        </w:tc>
        <w:tc>
          <w:tcPr>
            <w:tcW w:type="dxa" w:w="960"/>
          </w:tcPr>
          <w:p>
            <w:r>
              <w:t>2025-2026</w:t>
            </w:r>
          </w:p>
        </w:tc>
        <w:tc>
          <w:tcPr>
            <w:tcW w:type="dxa" w:w="960"/>
          </w:tcPr>
          <w:p>
            <w:r>
              <w:t>1</w:t>
            </w:r>
          </w:p>
        </w:tc>
        <w:tc>
          <w:tcPr>
            <w:tcW w:type="dxa" w:w="960"/>
          </w:tcPr>
          <w:p>
            <w:r>
              <w:t>新媒体交互设计方向</w:t>
            </w:r>
          </w:p>
        </w:tc>
      </w:tr>
      <w:tr>
        <w:tc>
          <w:tcPr>
            <w:tcW w:type="dxa" w:w="960"/>
          </w:tcPr>
          <w:p>
            <w:r/>
          </w:p>
        </w:tc>
        <w:tc>
          <w:tcPr>
            <w:tcW w:type="dxa" w:w="960"/>
          </w:tcPr>
          <w:p>
            <w:r>
              <w:t>习近平新时代中国特色社会主义思想概论</w:t>
            </w:r>
          </w:p>
        </w:tc>
        <w:tc>
          <w:tcPr>
            <w:tcW w:type="dxa" w:w="960"/>
          </w:tcPr>
          <w:p>
            <w:r>
              <w:t>2MX11005</w:t>
            </w:r>
          </w:p>
        </w:tc>
        <w:tc>
          <w:tcPr>
            <w:tcW w:type="dxa" w:w="960"/>
          </w:tcPr>
          <w:p>
            <w:r>
              <w:t>3</w:t>
            </w:r>
          </w:p>
        </w:tc>
        <w:tc>
          <w:tcPr>
            <w:tcW w:type="dxa" w:w="960"/>
          </w:tcPr>
          <w:p>
            <w:r>
              <w:t>通识必修课</w:t>
            </w:r>
          </w:p>
        </w:tc>
        <w:tc>
          <w:tcPr>
            <w:tcW w:type="dxa" w:w="960"/>
          </w:tcPr>
          <w:p>
            <w:r>
              <w:t>马克思主义学院</w:t>
            </w:r>
          </w:p>
        </w:tc>
        <w:tc>
          <w:tcPr>
            <w:tcW w:type="dxa" w:w="960"/>
          </w:tcPr>
          <w:p>
            <w:r>
              <w:t>2025-2026</w:t>
            </w:r>
          </w:p>
        </w:tc>
        <w:tc>
          <w:tcPr>
            <w:tcW w:type="dxa" w:w="960"/>
          </w:tcPr>
          <w:p>
            <w:r>
              <w:t>1</w:t>
            </w:r>
          </w:p>
        </w:tc>
        <w:tc>
          <w:tcPr>
            <w:tcW w:type="dxa" w:w="960"/>
          </w:tcPr>
          <w:p>
            <w:r>
              <w:t>无方向</w:t>
            </w:r>
          </w:p>
        </w:tc>
      </w:tr>
      <w:tr>
        <w:tc>
          <w:tcPr>
            <w:tcW w:type="dxa" w:w="960"/>
          </w:tcPr>
          <w:p>
            <w:r/>
          </w:p>
        </w:tc>
        <w:tc>
          <w:tcPr>
            <w:tcW w:type="dxa" w:w="960"/>
          </w:tcPr>
          <w:p>
            <w:r>
              <w:t>就业指导</w:t>
            </w:r>
          </w:p>
        </w:tc>
        <w:tc>
          <w:tcPr>
            <w:tcW w:type="dxa" w:w="960"/>
          </w:tcPr>
          <w:p>
            <w:r>
              <w:t>2SA11002</w:t>
            </w:r>
          </w:p>
        </w:tc>
        <w:tc>
          <w:tcPr>
            <w:tcW w:type="dxa" w:w="960"/>
          </w:tcPr>
          <w:p>
            <w:r>
              <w:t>0.5</w:t>
            </w:r>
          </w:p>
        </w:tc>
        <w:tc>
          <w:tcPr>
            <w:tcW w:type="dxa" w:w="960"/>
          </w:tcPr>
          <w:p>
            <w:r>
              <w:t>通识必修课</w:t>
            </w:r>
          </w:p>
        </w:tc>
        <w:tc>
          <w:tcPr>
            <w:tcW w:type="dxa" w:w="960"/>
          </w:tcPr>
          <w:p>
            <w:r>
              <w:t>学生工作处</w:t>
            </w:r>
          </w:p>
        </w:tc>
        <w:tc>
          <w:tcPr>
            <w:tcW w:type="dxa" w:w="960"/>
          </w:tcPr>
          <w:p>
            <w:r>
              <w:t>2025-2026</w:t>
            </w:r>
          </w:p>
        </w:tc>
        <w:tc>
          <w:tcPr>
            <w:tcW w:type="dxa" w:w="960"/>
          </w:tcPr>
          <w:p>
            <w:r>
              <w:t>1</w:t>
            </w:r>
          </w:p>
        </w:tc>
        <w:tc>
          <w:tcPr>
            <w:tcW w:type="dxa" w:w="960"/>
          </w:tcPr>
          <w:p>
            <w:r>
              <w:t>无方向</w:t>
            </w:r>
          </w:p>
        </w:tc>
      </w:tr>
      <w:tr>
        <w:tc>
          <w:tcPr>
            <w:tcW w:type="dxa" w:w="960"/>
          </w:tcPr>
          <w:p>
            <w:r/>
          </w:p>
        </w:tc>
        <w:tc>
          <w:tcPr>
            <w:tcW w:type="dxa" w:w="960"/>
          </w:tcPr>
          <w:p>
            <w:r>
              <w:t>专业实务考察</w:t>
            </w:r>
          </w:p>
        </w:tc>
        <w:tc>
          <w:tcPr>
            <w:tcW w:type="dxa" w:w="960"/>
          </w:tcPr>
          <w:p>
            <w:r>
              <w:t>2AR21118</w:t>
            </w:r>
          </w:p>
        </w:tc>
        <w:tc>
          <w:tcPr>
            <w:tcW w:type="dxa" w:w="960"/>
          </w:tcPr>
          <w:p>
            <w:r>
              <w:t>2</w:t>
            </w:r>
          </w:p>
        </w:tc>
        <w:tc>
          <w:tcPr>
            <w:tcW w:type="dxa" w:w="960"/>
          </w:tcPr>
          <w:p>
            <w:r>
              <w:t>专业必修课</w:t>
            </w:r>
          </w:p>
        </w:tc>
        <w:tc>
          <w:tcPr>
            <w:tcW w:type="dxa" w:w="960"/>
          </w:tcPr>
          <w:p>
            <w:r>
              <w:t>艺术学院</w:t>
            </w:r>
          </w:p>
        </w:tc>
        <w:tc>
          <w:tcPr>
            <w:tcW w:type="dxa" w:w="960"/>
          </w:tcPr>
          <w:p>
            <w:r>
              <w:t>2025-2026</w:t>
            </w:r>
          </w:p>
        </w:tc>
        <w:tc>
          <w:tcPr>
            <w:tcW w:type="dxa" w:w="960"/>
          </w:tcPr>
          <w:p>
            <w:r>
              <w:t>2</w:t>
            </w:r>
          </w:p>
        </w:tc>
        <w:tc>
          <w:tcPr>
            <w:tcW w:type="dxa" w:w="960"/>
          </w:tcPr>
          <w:p>
            <w:r>
              <w:t>无方向</w:t>
            </w:r>
          </w:p>
        </w:tc>
      </w:tr>
      <w:tr>
        <w:tc>
          <w:tcPr>
            <w:tcW w:type="dxa" w:w="960"/>
          </w:tcPr>
          <w:p>
            <w:r/>
          </w:p>
        </w:tc>
        <w:tc>
          <w:tcPr>
            <w:tcW w:type="dxa" w:w="960"/>
          </w:tcPr>
          <w:p>
            <w:r>
              <w:t>新媒体综合实践工作坊</w:t>
            </w:r>
          </w:p>
        </w:tc>
        <w:tc>
          <w:tcPr>
            <w:tcW w:type="dxa" w:w="960"/>
          </w:tcPr>
          <w:p>
            <w:r>
              <w:t>2AR21124</w:t>
            </w:r>
          </w:p>
        </w:tc>
        <w:tc>
          <w:tcPr>
            <w:tcW w:type="dxa" w:w="960"/>
          </w:tcPr>
          <w:p>
            <w:r>
              <w:t>2</w:t>
            </w:r>
          </w:p>
        </w:tc>
        <w:tc>
          <w:tcPr>
            <w:tcW w:type="dxa" w:w="960"/>
          </w:tcPr>
          <w:p>
            <w:r>
              <w:t>专业必修课</w:t>
            </w:r>
          </w:p>
        </w:tc>
        <w:tc>
          <w:tcPr>
            <w:tcW w:type="dxa" w:w="960"/>
          </w:tcPr>
          <w:p>
            <w:r>
              <w:t>艺术学院</w:t>
            </w:r>
          </w:p>
        </w:tc>
        <w:tc>
          <w:tcPr>
            <w:tcW w:type="dxa" w:w="960"/>
          </w:tcPr>
          <w:p>
            <w:r>
              <w:t>2025-2026</w:t>
            </w:r>
          </w:p>
        </w:tc>
        <w:tc>
          <w:tcPr>
            <w:tcW w:type="dxa" w:w="960"/>
          </w:tcPr>
          <w:p>
            <w:r>
              <w:t>2</w:t>
            </w:r>
          </w:p>
        </w:tc>
        <w:tc>
          <w:tcPr>
            <w:tcW w:type="dxa" w:w="960"/>
          </w:tcPr>
          <w:p>
            <w:r>
              <w:t>无方向</w:t>
            </w:r>
          </w:p>
        </w:tc>
      </w:tr>
      <w:tr>
        <w:tc>
          <w:tcPr>
            <w:tcW w:type="dxa" w:w="960"/>
          </w:tcPr>
          <w:p>
            <w:r/>
          </w:p>
        </w:tc>
        <w:tc>
          <w:tcPr>
            <w:tcW w:type="dxa" w:w="960"/>
          </w:tcPr>
          <w:p>
            <w:r>
              <w:t>影视剪辑</w:t>
            </w:r>
          </w:p>
        </w:tc>
        <w:tc>
          <w:tcPr>
            <w:tcW w:type="dxa" w:w="960"/>
          </w:tcPr>
          <w:p>
            <w:r>
              <w:t>2AR22108</w:t>
            </w:r>
          </w:p>
        </w:tc>
        <w:tc>
          <w:tcPr>
            <w:tcW w:type="dxa" w:w="960"/>
          </w:tcPr>
          <w:p>
            <w:r>
              <w:t>3</w:t>
            </w:r>
          </w:p>
        </w:tc>
        <w:tc>
          <w:tcPr>
            <w:tcW w:type="dxa" w:w="960"/>
          </w:tcPr>
          <w:p>
            <w:r>
              <w:t>专业限选课</w:t>
            </w:r>
          </w:p>
        </w:tc>
        <w:tc>
          <w:tcPr>
            <w:tcW w:type="dxa" w:w="960"/>
          </w:tcPr>
          <w:p>
            <w:r>
              <w:t>艺术学院</w:t>
            </w:r>
          </w:p>
        </w:tc>
        <w:tc>
          <w:tcPr>
            <w:tcW w:type="dxa" w:w="960"/>
          </w:tcPr>
          <w:p>
            <w:r>
              <w:t>2025-2026</w:t>
            </w:r>
          </w:p>
        </w:tc>
        <w:tc>
          <w:tcPr>
            <w:tcW w:type="dxa" w:w="960"/>
          </w:tcPr>
          <w:p>
            <w:r>
              <w:t>2</w:t>
            </w:r>
          </w:p>
        </w:tc>
        <w:tc>
          <w:tcPr>
            <w:tcW w:type="dxa" w:w="960"/>
          </w:tcPr>
          <w:p>
            <w:r>
              <w:t>数字影视创作方向</w:t>
            </w:r>
          </w:p>
        </w:tc>
      </w:tr>
      <w:tr>
        <w:tc>
          <w:tcPr>
            <w:tcW w:type="dxa" w:w="960"/>
          </w:tcPr>
          <w:p>
            <w:r/>
          </w:p>
        </w:tc>
        <w:tc>
          <w:tcPr>
            <w:tcW w:type="dxa" w:w="960"/>
          </w:tcPr>
          <w:p>
            <w:r>
              <w:t>影视特效</w:t>
            </w:r>
          </w:p>
        </w:tc>
        <w:tc>
          <w:tcPr>
            <w:tcW w:type="dxa" w:w="960"/>
          </w:tcPr>
          <w:p>
            <w:r>
              <w:t>2AR22109</w:t>
            </w:r>
          </w:p>
        </w:tc>
        <w:tc>
          <w:tcPr>
            <w:tcW w:type="dxa" w:w="960"/>
          </w:tcPr>
          <w:p>
            <w:r>
              <w:t>4</w:t>
            </w:r>
          </w:p>
        </w:tc>
        <w:tc>
          <w:tcPr>
            <w:tcW w:type="dxa" w:w="960"/>
          </w:tcPr>
          <w:p>
            <w:r>
              <w:t>专业限选课</w:t>
            </w:r>
          </w:p>
        </w:tc>
        <w:tc>
          <w:tcPr>
            <w:tcW w:type="dxa" w:w="960"/>
          </w:tcPr>
          <w:p>
            <w:r>
              <w:t>艺术学院</w:t>
            </w:r>
          </w:p>
        </w:tc>
        <w:tc>
          <w:tcPr>
            <w:tcW w:type="dxa" w:w="960"/>
          </w:tcPr>
          <w:p>
            <w:r>
              <w:t>2025-2026</w:t>
            </w:r>
          </w:p>
        </w:tc>
        <w:tc>
          <w:tcPr>
            <w:tcW w:type="dxa" w:w="960"/>
          </w:tcPr>
          <w:p>
            <w:r>
              <w:t>2</w:t>
            </w:r>
          </w:p>
        </w:tc>
        <w:tc>
          <w:tcPr>
            <w:tcW w:type="dxa" w:w="960"/>
          </w:tcPr>
          <w:p>
            <w:r>
              <w:t>数字影视创作方向</w:t>
            </w:r>
          </w:p>
        </w:tc>
      </w:tr>
      <w:tr>
        <w:tc>
          <w:tcPr>
            <w:tcW w:type="dxa" w:w="960"/>
          </w:tcPr>
          <w:p>
            <w:r/>
          </w:p>
        </w:tc>
        <w:tc>
          <w:tcPr>
            <w:tcW w:type="dxa" w:w="960"/>
          </w:tcPr>
          <w:p>
            <w:r>
              <w:t>微纪录影像设计与创作</w:t>
            </w:r>
          </w:p>
        </w:tc>
        <w:tc>
          <w:tcPr>
            <w:tcW w:type="dxa" w:w="960"/>
          </w:tcPr>
          <w:p>
            <w:r>
              <w:t>2AR22110</w:t>
            </w:r>
          </w:p>
        </w:tc>
        <w:tc>
          <w:tcPr>
            <w:tcW w:type="dxa" w:w="960"/>
          </w:tcPr>
          <w:p>
            <w:r>
              <w:t>4</w:t>
            </w:r>
          </w:p>
        </w:tc>
        <w:tc>
          <w:tcPr>
            <w:tcW w:type="dxa" w:w="960"/>
          </w:tcPr>
          <w:p>
            <w:r>
              <w:t>专业限选课</w:t>
            </w:r>
          </w:p>
        </w:tc>
        <w:tc>
          <w:tcPr>
            <w:tcW w:type="dxa" w:w="960"/>
          </w:tcPr>
          <w:p>
            <w:r>
              <w:t>艺术学院</w:t>
            </w:r>
          </w:p>
        </w:tc>
        <w:tc>
          <w:tcPr>
            <w:tcW w:type="dxa" w:w="960"/>
          </w:tcPr>
          <w:p>
            <w:r>
              <w:t>2025-2026</w:t>
            </w:r>
          </w:p>
        </w:tc>
        <w:tc>
          <w:tcPr>
            <w:tcW w:type="dxa" w:w="960"/>
          </w:tcPr>
          <w:p>
            <w:r>
              <w:t>2</w:t>
            </w:r>
          </w:p>
        </w:tc>
        <w:tc>
          <w:tcPr>
            <w:tcW w:type="dxa" w:w="960"/>
          </w:tcPr>
          <w:p>
            <w:r>
              <w:t>数字影视创作方向</w:t>
            </w:r>
          </w:p>
        </w:tc>
      </w:tr>
      <w:tr>
        <w:tc>
          <w:tcPr>
            <w:tcW w:type="dxa" w:w="960"/>
          </w:tcPr>
          <w:p>
            <w:r/>
          </w:p>
        </w:tc>
        <w:tc>
          <w:tcPr>
            <w:tcW w:type="dxa" w:w="960"/>
          </w:tcPr>
          <w:p>
            <w:r>
              <w:t>虚拟现实应用设计</w:t>
            </w:r>
          </w:p>
        </w:tc>
        <w:tc>
          <w:tcPr>
            <w:tcW w:type="dxa" w:w="960"/>
          </w:tcPr>
          <w:p>
            <w:r>
              <w:t>2AR22118</w:t>
            </w:r>
          </w:p>
        </w:tc>
        <w:tc>
          <w:tcPr>
            <w:tcW w:type="dxa" w:w="960"/>
          </w:tcPr>
          <w:p>
            <w:r>
              <w:t>6</w:t>
            </w:r>
          </w:p>
        </w:tc>
        <w:tc>
          <w:tcPr>
            <w:tcW w:type="dxa" w:w="960"/>
          </w:tcPr>
          <w:p>
            <w:r>
              <w:t>专业限选课</w:t>
            </w:r>
          </w:p>
        </w:tc>
        <w:tc>
          <w:tcPr>
            <w:tcW w:type="dxa" w:w="960"/>
          </w:tcPr>
          <w:p>
            <w:r>
              <w:t>艺术学院</w:t>
            </w:r>
          </w:p>
        </w:tc>
        <w:tc>
          <w:tcPr>
            <w:tcW w:type="dxa" w:w="960"/>
          </w:tcPr>
          <w:p>
            <w:r>
              <w:t>2025-2026</w:t>
            </w:r>
          </w:p>
        </w:tc>
        <w:tc>
          <w:tcPr>
            <w:tcW w:type="dxa" w:w="960"/>
          </w:tcPr>
          <w:p>
            <w:r>
              <w:t>2</w:t>
            </w:r>
          </w:p>
        </w:tc>
        <w:tc>
          <w:tcPr>
            <w:tcW w:type="dxa" w:w="960"/>
          </w:tcPr>
          <w:p>
            <w:r>
              <w:t>新媒体交互设计方向</w:t>
            </w:r>
          </w:p>
        </w:tc>
      </w:tr>
      <w:tr>
        <w:tc>
          <w:tcPr>
            <w:tcW w:type="dxa" w:w="960"/>
          </w:tcPr>
          <w:p>
            <w:r/>
          </w:p>
        </w:tc>
        <w:tc>
          <w:tcPr>
            <w:tcW w:type="dxa" w:w="960"/>
          </w:tcPr>
          <w:p>
            <w:r>
              <w:t>交互装置设计</w:t>
            </w:r>
          </w:p>
        </w:tc>
        <w:tc>
          <w:tcPr>
            <w:tcW w:type="dxa" w:w="960"/>
          </w:tcPr>
          <w:p>
            <w:r>
              <w:t>2AR22119</w:t>
            </w:r>
          </w:p>
        </w:tc>
        <w:tc>
          <w:tcPr>
            <w:tcW w:type="dxa" w:w="960"/>
          </w:tcPr>
          <w:p>
            <w:r>
              <w:t>4</w:t>
            </w:r>
          </w:p>
        </w:tc>
        <w:tc>
          <w:tcPr>
            <w:tcW w:type="dxa" w:w="960"/>
          </w:tcPr>
          <w:p>
            <w:r>
              <w:t>专业限选课</w:t>
            </w:r>
          </w:p>
        </w:tc>
        <w:tc>
          <w:tcPr>
            <w:tcW w:type="dxa" w:w="960"/>
          </w:tcPr>
          <w:p>
            <w:r>
              <w:t>艺术学院</w:t>
            </w:r>
          </w:p>
        </w:tc>
        <w:tc>
          <w:tcPr>
            <w:tcW w:type="dxa" w:w="960"/>
          </w:tcPr>
          <w:p>
            <w:r>
              <w:t>2025-2026</w:t>
            </w:r>
          </w:p>
        </w:tc>
        <w:tc>
          <w:tcPr>
            <w:tcW w:type="dxa" w:w="960"/>
          </w:tcPr>
          <w:p>
            <w:r>
              <w:t>2</w:t>
            </w:r>
          </w:p>
        </w:tc>
        <w:tc>
          <w:tcPr>
            <w:tcW w:type="dxa" w:w="960"/>
          </w:tcPr>
          <w:p>
            <w:r>
              <w:t>新媒体交互设计方向</w:t>
            </w:r>
          </w:p>
        </w:tc>
      </w:tr>
      <w:tr>
        <w:tc>
          <w:tcPr>
            <w:tcW w:type="dxa" w:w="960"/>
          </w:tcPr>
          <w:p>
            <w:r>
              <w:t>注：按修读学年学期排序。</w:t>
            </w:r>
          </w:p>
        </w:tc>
        <w:tc>
          <w:tcPr>
            <w:tcW w:type="dxa" w:w="960"/>
          </w:tcPr>
          <w:p>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制表人（签字）：日期：学院（公章）：</w:t>
            </w:r>
          </w:p>
        </w:tc>
        <w:tc>
          <w:tcPr>
            <w:tcW w:type="dxa" w:w="960"/>
          </w:tcPr>
          <w:p>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bl>
    <w:tbl>
      <w:tblPr>
        <w:tblStyle w:val="TableGrid"/>
        <w:tblW w:type="auto" w:w="0"/>
        <w:tblLook w:firstColumn="1" w:firstRow="1" w:lastColumn="0" w:lastRow="0" w:noHBand="0" w:noVBand="1" w:val="04A0"/>
      </w:tblPr>
      <w:tblGrid>
        <w:gridCol w:w="960"/>
        <w:gridCol w:w="960"/>
        <w:gridCol w:w="960"/>
        <w:gridCol w:w="960"/>
        <w:gridCol w:w="960"/>
        <w:gridCol w:w="960"/>
        <w:gridCol w:w="960"/>
        <w:gridCol w:w="960"/>
        <w:gridCol w:w="960"/>
      </w:tblGrid>
      <w:tr>
        <w:tc>
          <w:tcPr>
            <w:tcW w:type="dxa" w:w="960"/>
          </w:tcPr>
          <w:p>
            <w:r>
              <w:t>苏州科技大学艺术学院推荐2027年优秀应届本科毕业生免试攻读研究生课程清单</w:t>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年级：2023</w:t>
            </w:r>
          </w:p>
        </w:tc>
        <w:tc>
          <w:tcPr>
            <w:tcW w:type="dxa" w:w="960"/>
          </w:tcPr>
          <w:p>
            <w:r>
              <w:t>专业：</w:t>
            </w:r>
          </w:p>
        </w:tc>
        <w:tc>
          <w:tcPr>
            <w:tcW w:type="dxa" w:w="960"/>
          </w:tcPr>
          <w:p>
            <w:r/>
          </w:p>
        </w:tc>
        <w:tc>
          <w:tcPr>
            <w:tcW w:type="dxa" w:w="960"/>
          </w:tcPr>
          <w:p>
            <w:r>
              <w:t>视觉传达设计</w:t>
            </w:r>
          </w:p>
        </w:tc>
        <w:tc>
          <w:tcPr>
            <w:tcW w:type="dxa" w:w="960"/>
          </w:tcPr>
          <w:p>
            <w:r/>
          </w:p>
        </w:tc>
        <w:tc>
          <w:tcPr>
            <w:tcW w:type="dxa" w:w="960"/>
          </w:tcPr>
          <w:p>
            <w:r/>
          </w:p>
        </w:tc>
        <w:tc>
          <w:tcPr>
            <w:tcW w:type="dxa" w:w="960"/>
          </w:tcPr>
          <w:p>
            <w:r/>
          </w:p>
        </w:tc>
        <w:tc>
          <w:tcPr>
            <w:tcW w:type="dxa" w:w="960"/>
          </w:tcPr>
          <w:p/>
        </w:tc>
        <w:tc>
          <w:tcPr>
            <w:tcW w:type="dxa" w:w="960"/>
          </w:tcPr>
          <w:p/>
        </w:tc>
      </w:tr>
      <w:tr>
        <w:tc>
          <w:tcPr>
            <w:tcW w:type="dxa" w:w="960"/>
          </w:tcPr>
          <w:p>
            <w:r>
              <w:t>序号</w:t>
            </w:r>
          </w:p>
        </w:tc>
        <w:tc>
          <w:tcPr>
            <w:tcW w:type="dxa" w:w="960"/>
          </w:tcPr>
          <w:p>
            <w:r>
              <w:t>课程名称</w:t>
            </w:r>
          </w:p>
        </w:tc>
        <w:tc>
          <w:tcPr>
            <w:tcW w:type="dxa" w:w="960"/>
          </w:tcPr>
          <w:p>
            <w:r>
              <w:t>课程代码</w:t>
            </w:r>
          </w:p>
        </w:tc>
        <w:tc>
          <w:tcPr>
            <w:tcW w:type="dxa" w:w="960"/>
          </w:tcPr>
          <w:p>
            <w:r>
              <w:t>学分</w:t>
            </w:r>
          </w:p>
        </w:tc>
        <w:tc>
          <w:tcPr>
            <w:tcW w:type="dxa" w:w="960"/>
          </w:tcPr>
          <w:p>
            <w:r>
              <w:t>课程性质</w:t>
            </w:r>
          </w:p>
        </w:tc>
        <w:tc>
          <w:tcPr>
            <w:tcW w:type="dxa" w:w="960"/>
          </w:tcPr>
          <w:p>
            <w:r>
              <w:t>开课学院</w:t>
            </w:r>
          </w:p>
        </w:tc>
        <w:tc>
          <w:tcPr>
            <w:tcW w:type="dxa" w:w="960"/>
          </w:tcPr>
          <w:p>
            <w:r>
              <w:t>修读学年</w:t>
            </w:r>
          </w:p>
        </w:tc>
        <w:tc>
          <w:tcPr>
            <w:tcW w:type="dxa" w:w="960"/>
          </w:tcPr>
          <w:p>
            <w:r>
              <w:t>修读学期</w:t>
            </w:r>
          </w:p>
        </w:tc>
        <w:tc>
          <w:tcPr>
            <w:tcW w:type="dxa" w:w="960"/>
          </w:tcPr>
          <w:p>
            <w:r>
              <w:t>专业方向</w:t>
            </w:r>
          </w:p>
        </w:tc>
      </w:tr>
      <w:tr>
        <w:tc>
          <w:tcPr>
            <w:tcW w:type="dxa" w:w="960"/>
          </w:tcPr>
          <w:p>
            <w:r/>
          </w:p>
        </w:tc>
        <w:tc>
          <w:tcPr>
            <w:tcW w:type="dxa" w:w="960"/>
          </w:tcPr>
          <w:p>
            <w:r>
              <w:t>入学教育</w:t>
            </w:r>
          </w:p>
        </w:tc>
        <w:tc>
          <w:tcPr>
            <w:tcW w:type="dxa" w:w="960"/>
          </w:tcPr>
          <w:p>
            <w:r>
              <w:t>2AA31001</w:t>
            </w:r>
          </w:p>
        </w:tc>
        <w:tc>
          <w:tcPr>
            <w:tcW w:type="dxa" w:w="960"/>
          </w:tcPr>
          <w:p>
            <w:r>
              <w:t>0.0</w:t>
            </w:r>
          </w:p>
        </w:tc>
        <w:tc>
          <w:tcPr>
            <w:tcW w:type="dxa" w:w="960"/>
          </w:tcPr>
          <w:p>
            <w:r>
              <w:t>素质必修课</w:t>
            </w:r>
          </w:p>
        </w:tc>
        <w:tc>
          <w:tcPr>
            <w:tcW w:type="dxa" w:w="960"/>
          </w:tcPr>
          <w:p>
            <w:r>
              <w:t>艺术学院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专业导论</w:t>
            </w:r>
          </w:p>
        </w:tc>
        <w:tc>
          <w:tcPr>
            <w:tcW w:type="dxa" w:w="960"/>
          </w:tcPr>
          <w:p>
            <w:r>
              <w:t>2AR21501</w:t>
            </w:r>
          </w:p>
        </w:tc>
        <w:tc>
          <w:tcPr>
            <w:tcW w:type="dxa" w:w="960"/>
          </w:tcPr>
          <w:p>
            <w:r>
              <w:t>3</w:t>
            </w:r>
          </w:p>
        </w:tc>
        <w:tc>
          <w:tcPr>
            <w:tcW w:type="dxa" w:w="960"/>
          </w:tcPr>
          <w:p>
            <w:r>
              <w:t>专业必修课</w:t>
            </w:r>
          </w:p>
        </w:tc>
        <w:tc>
          <w:tcPr>
            <w:tcW w:type="dxa" w:w="960"/>
          </w:tcPr>
          <w:p>
            <w:r>
              <w:t>艺术学院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设计元素</w:t>
            </w:r>
          </w:p>
        </w:tc>
        <w:tc>
          <w:tcPr>
            <w:tcW w:type="dxa" w:w="960"/>
          </w:tcPr>
          <w:p>
            <w:r>
              <w:t>2AR21503</w:t>
            </w:r>
          </w:p>
        </w:tc>
        <w:tc>
          <w:tcPr>
            <w:tcW w:type="dxa" w:w="960"/>
          </w:tcPr>
          <w:p>
            <w:r>
              <w:t>5.0</w:t>
            </w:r>
          </w:p>
        </w:tc>
        <w:tc>
          <w:tcPr>
            <w:tcW w:type="dxa" w:w="960"/>
          </w:tcPr>
          <w:p>
            <w:r>
              <w:t>专业必修课</w:t>
            </w:r>
          </w:p>
        </w:tc>
        <w:tc>
          <w:tcPr>
            <w:tcW w:type="dxa" w:w="960"/>
          </w:tcPr>
          <w:p>
            <w:r>
              <w:t>艺术学院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造型基础</w:t>
            </w:r>
          </w:p>
        </w:tc>
        <w:tc>
          <w:tcPr>
            <w:tcW w:type="dxa" w:w="960"/>
          </w:tcPr>
          <w:p>
            <w:r>
              <w:t>2AR21507</w:t>
            </w:r>
          </w:p>
        </w:tc>
        <w:tc>
          <w:tcPr>
            <w:tcW w:type="dxa" w:w="960"/>
          </w:tcPr>
          <w:p>
            <w:r>
              <w:t>4</w:t>
            </w:r>
          </w:p>
        </w:tc>
        <w:tc>
          <w:tcPr>
            <w:tcW w:type="dxa" w:w="960"/>
          </w:tcPr>
          <w:p>
            <w:r>
              <w:t>专业必修课</w:t>
            </w:r>
          </w:p>
        </w:tc>
        <w:tc>
          <w:tcPr>
            <w:tcW w:type="dxa" w:w="960"/>
          </w:tcPr>
          <w:p>
            <w:r>
              <w:t>艺术学院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专业技能自主实践（一）</w:t>
            </w:r>
          </w:p>
        </w:tc>
        <w:tc>
          <w:tcPr>
            <w:tcW w:type="dxa" w:w="960"/>
          </w:tcPr>
          <w:p>
            <w:r>
              <w:t>2AR21524</w:t>
            </w:r>
          </w:p>
        </w:tc>
        <w:tc>
          <w:tcPr>
            <w:tcW w:type="dxa" w:w="960"/>
          </w:tcPr>
          <w:p>
            <w:r>
              <w:t>1</w:t>
            </w:r>
          </w:p>
        </w:tc>
        <w:tc>
          <w:tcPr>
            <w:tcW w:type="dxa" w:w="960"/>
          </w:tcPr>
          <w:p>
            <w:r>
              <w:t>专业必修课</w:t>
            </w:r>
          </w:p>
        </w:tc>
        <w:tc>
          <w:tcPr>
            <w:tcW w:type="dxa" w:w="960"/>
          </w:tcPr>
          <w:p>
            <w:r>
              <w:t>艺术学院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军事理论</w:t>
            </w:r>
          </w:p>
        </w:tc>
        <w:tc>
          <w:tcPr>
            <w:tcW w:type="dxa" w:w="960"/>
          </w:tcPr>
          <w:p>
            <w:r>
              <w:t>2AS11001</w:t>
            </w:r>
          </w:p>
        </w:tc>
        <w:tc>
          <w:tcPr>
            <w:tcW w:type="dxa" w:w="960"/>
          </w:tcPr>
          <w:p>
            <w:r>
              <w:t>2.0</w:t>
            </w:r>
          </w:p>
        </w:tc>
        <w:tc>
          <w:tcPr>
            <w:tcW w:type="dxa" w:w="960"/>
          </w:tcPr>
          <w:p>
            <w:r>
              <w:t>通识必修课</w:t>
            </w:r>
          </w:p>
        </w:tc>
        <w:tc>
          <w:tcPr>
            <w:tcW w:type="dxa" w:w="960"/>
          </w:tcPr>
          <w:p>
            <w:r>
              <w:t>武保处</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军事技能</w:t>
            </w:r>
          </w:p>
        </w:tc>
        <w:tc>
          <w:tcPr>
            <w:tcW w:type="dxa" w:w="960"/>
          </w:tcPr>
          <w:p>
            <w:r>
              <w:t>2AS11002</w:t>
            </w:r>
          </w:p>
        </w:tc>
        <w:tc>
          <w:tcPr>
            <w:tcW w:type="dxa" w:w="960"/>
          </w:tcPr>
          <w:p>
            <w:r>
              <w:t>2.0</w:t>
            </w:r>
          </w:p>
        </w:tc>
        <w:tc>
          <w:tcPr>
            <w:tcW w:type="dxa" w:w="960"/>
          </w:tcPr>
          <w:p>
            <w:r>
              <w:t>通识必修课</w:t>
            </w:r>
          </w:p>
        </w:tc>
        <w:tc>
          <w:tcPr>
            <w:tcW w:type="dxa" w:w="960"/>
          </w:tcPr>
          <w:p>
            <w:r>
              <w:t>武保处</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大学生心理健康实践</w:t>
            </w:r>
          </w:p>
        </w:tc>
        <w:tc>
          <w:tcPr>
            <w:tcW w:type="dxa" w:w="960"/>
          </w:tcPr>
          <w:p>
            <w:r>
              <w:t>2ED11002</w:t>
            </w:r>
          </w:p>
        </w:tc>
        <w:tc>
          <w:tcPr>
            <w:tcW w:type="dxa" w:w="960"/>
          </w:tcPr>
          <w:p>
            <w:r>
              <w:t>1.0</w:t>
            </w:r>
          </w:p>
        </w:tc>
        <w:tc>
          <w:tcPr>
            <w:tcW w:type="dxa" w:w="960"/>
          </w:tcPr>
          <w:p>
            <w:r>
              <w:t>通识必修课</w:t>
            </w:r>
          </w:p>
        </w:tc>
        <w:tc>
          <w:tcPr>
            <w:tcW w:type="dxa" w:w="960"/>
          </w:tcPr>
          <w:p>
            <w:r>
              <w:t>教育学院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文科高等数学</w:t>
            </w:r>
          </w:p>
        </w:tc>
        <w:tc>
          <w:tcPr>
            <w:tcW w:type="dxa" w:w="960"/>
          </w:tcPr>
          <w:p>
            <w:r>
              <w:t>2MA11010</w:t>
            </w:r>
          </w:p>
        </w:tc>
        <w:tc>
          <w:tcPr>
            <w:tcW w:type="dxa" w:w="960"/>
          </w:tcPr>
          <w:p>
            <w:r>
              <w:t>1</w:t>
            </w:r>
          </w:p>
        </w:tc>
        <w:tc>
          <w:tcPr>
            <w:tcW w:type="dxa" w:w="960"/>
          </w:tcPr>
          <w:p>
            <w:r>
              <w:t>通识必修课</w:t>
            </w:r>
          </w:p>
        </w:tc>
        <w:tc>
          <w:tcPr>
            <w:tcW w:type="dxa" w:w="960"/>
          </w:tcPr>
          <w:p>
            <w:r>
              <w:t>数学科学学院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思想道德与法治</w:t>
            </w:r>
          </w:p>
        </w:tc>
        <w:tc>
          <w:tcPr>
            <w:tcW w:type="dxa" w:w="960"/>
          </w:tcPr>
          <w:p>
            <w:r>
              <w:t>2MX11001</w:t>
            </w:r>
          </w:p>
        </w:tc>
        <w:tc>
          <w:tcPr>
            <w:tcW w:type="dxa" w:w="960"/>
          </w:tcPr>
          <w:p>
            <w:r>
              <w:t>3.0</w:t>
            </w:r>
          </w:p>
        </w:tc>
        <w:tc>
          <w:tcPr>
            <w:tcW w:type="dxa" w:w="960"/>
          </w:tcPr>
          <w:p>
            <w:r>
              <w:t>通识必修课</w:t>
            </w:r>
          </w:p>
        </w:tc>
        <w:tc>
          <w:tcPr>
            <w:tcW w:type="dxa" w:w="960"/>
          </w:tcPr>
          <w:p>
            <w:r>
              <w:t>马克思主义学院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劳动教育理论</w:t>
            </w:r>
          </w:p>
        </w:tc>
        <w:tc>
          <w:tcPr>
            <w:tcW w:type="dxa" w:w="960"/>
          </w:tcPr>
          <w:p>
            <w:r>
              <w:t>2SD11001</w:t>
            </w:r>
          </w:p>
        </w:tc>
        <w:tc>
          <w:tcPr>
            <w:tcW w:type="dxa" w:w="960"/>
          </w:tcPr>
          <w:p>
            <w:r>
              <w:t>1.0</w:t>
            </w:r>
          </w:p>
        </w:tc>
        <w:tc>
          <w:tcPr>
            <w:tcW w:type="dxa" w:w="960"/>
          </w:tcPr>
          <w:p>
            <w:r>
              <w:t>通识必修课</w:t>
            </w:r>
          </w:p>
        </w:tc>
        <w:tc>
          <w:tcPr>
            <w:tcW w:type="dxa" w:w="960"/>
          </w:tcPr>
          <w:p>
            <w:r>
              <w:t>社会发展与公共管理学院</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体育(一)</w:t>
            </w:r>
          </w:p>
        </w:tc>
        <w:tc>
          <w:tcPr>
            <w:tcW w:type="dxa" w:w="960"/>
          </w:tcPr>
          <w:p>
            <w:r>
              <w:t>2SP11001</w:t>
            </w:r>
          </w:p>
        </w:tc>
        <w:tc>
          <w:tcPr>
            <w:tcW w:type="dxa" w:w="960"/>
          </w:tcPr>
          <w:p>
            <w:r>
              <w:t>1</w:t>
            </w:r>
          </w:p>
        </w:tc>
        <w:tc>
          <w:tcPr>
            <w:tcW w:type="dxa" w:w="960"/>
          </w:tcPr>
          <w:p>
            <w:r>
              <w:t>通识必修课</w:t>
            </w:r>
          </w:p>
        </w:tc>
        <w:tc>
          <w:tcPr>
            <w:tcW w:type="dxa" w:w="960"/>
          </w:tcPr>
          <w:p>
            <w:r>
              <w:t>体育部</w:t>
            </w:r>
          </w:p>
        </w:tc>
        <w:tc>
          <w:tcPr>
            <w:tcW w:type="dxa" w:w="960"/>
          </w:tcPr>
          <w:p>
            <w:r>
              <w:t>2023-2024</w:t>
            </w:r>
          </w:p>
        </w:tc>
        <w:tc>
          <w:tcPr>
            <w:tcW w:type="dxa" w:w="960"/>
          </w:tcPr>
          <w:p>
            <w:r>
              <w:t>1</w:t>
            </w:r>
          </w:p>
        </w:tc>
        <w:tc>
          <w:tcPr>
            <w:tcW w:type="dxa" w:w="960"/>
          </w:tcPr>
          <w:p>
            <w:r>
              <w:t>无方向</w:t>
            </w:r>
          </w:p>
        </w:tc>
      </w:tr>
      <w:tr>
        <w:tc>
          <w:tcPr>
            <w:tcW w:type="dxa" w:w="960"/>
          </w:tcPr>
          <w:p>
            <w:r/>
          </w:p>
        </w:tc>
        <w:tc>
          <w:tcPr>
            <w:tcW w:type="dxa" w:w="960"/>
          </w:tcPr>
          <w:p>
            <w:r>
              <w:t>设计思维</w:t>
            </w:r>
          </w:p>
        </w:tc>
        <w:tc>
          <w:tcPr>
            <w:tcW w:type="dxa" w:w="960"/>
          </w:tcPr>
          <w:p>
            <w:r>
              <w:t>2AR21502</w:t>
            </w:r>
          </w:p>
        </w:tc>
        <w:tc>
          <w:tcPr>
            <w:tcW w:type="dxa" w:w="960"/>
          </w:tcPr>
          <w:p>
            <w:r>
              <w:t>2</w:t>
            </w:r>
          </w:p>
        </w:tc>
        <w:tc>
          <w:tcPr>
            <w:tcW w:type="dxa" w:w="960"/>
          </w:tcPr>
          <w:p>
            <w:r>
              <w:t>专业必修课</w:t>
            </w:r>
          </w:p>
        </w:tc>
        <w:tc>
          <w:tcPr>
            <w:tcW w:type="dxa" w:w="960"/>
          </w:tcPr>
          <w:p>
            <w:r>
              <w:t>艺术学院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设计技术</w:t>
            </w:r>
          </w:p>
        </w:tc>
        <w:tc>
          <w:tcPr>
            <w:tcW w:type="dxa" w:w="960"/>
          </w:tcPr>
          <w:p>
            <w:r>
              <w:t>2AR21504</w:t>
            </w:r>
          </w:p>
        </w:tc>
        <w:tc>
          <w:tcPr>
            <w:tcW w:type="dxa" w:w="960"/>
          </w:tcPr>
          <w:p>
            <w:r>
              <w:t>2</w:t>
            </w:r>
          </w:p>
        </w:tc>
        <w:tc>
          <w:tcPr>
            <w:tcW w:type="dxa" w:w="960"/>
          </w:tcPr>
          <w:p>
            <w:r>
              <w:t>专业必修课</w:t>
            </w:r>
          </w:p>
        </w:tc>
        <w:tc>
          <w:tcPr>
            <w:tcW w:type="dxa" w:w="960"/>
          </w:tcPr>
          <w:p>
            <w:r>
              <w:t>艺术学院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设计表达</w:t>
            </w:r>
          </w:p>
        </w:tc>
        <w:tc>
          <w:tcPr>
            <w:tcW w:type="dxa" w:w="960"/>
          </w:tcPr>
          <w:p>
            <w:r>
              <w:t>2AR21505</w:t>
            </w:r>
          </w:p>
        </w:tc>
        <w:tc>
          <w:tcPr>
            <w:tcW w:type="dxa" w:w="960"/>
          </w:tcPr>
          <w:p>
            <w:r>
              <w:t>2</w:t>
            </w:r>
          </w:p>
        </w:tc>
        <w:tc>
          <w:tcPr>
            <w:tcW w:type="dxa" w:w="960"/>
          </w:tcPr>
          <w:p>
            <w:r>
              <w:t>专业必修课</w:t>
            </w:r>
          </w:p>
        </w:tc>
        <w:tc>
          <w:tcPr>
            <w:tcW w:type="dxa" w:w="960"/>
          </w:tcPr>
          <w:p>
            <w:r>
              <w:t>艺术学院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图形语言</w:t>
            </w:r>
          </w:p>
        </w:tc>
        <w:tc>
          <w:tcPr>
            <w:tcW w:type="dxa" w:w="960"/>
          </w:tcPr>
          <w:p>
            <w:r>
              <w:t>2AR21506</w:t>
            </w:r>
          </w:p>
        </w:tc>
        <w:tc>
          <w:tcPr>
            <w:tcW w:type="dxa" w:w="960"/>
          </w:tcPr>
          <w:p>
            <w:r>
              <w:t>3</w:t>
            </w:r>
          </w:p>
        </w:tc>
        <w:tc>
          <w:tcPr>
            <w:tcW w:type="dxa" w:w="960"/>
          </w:tcPr>
          <w:p>
            <w:r>
              <w:t>专业必修课</w:t>
            </w:r>
          </w:p>
        </w:tc>
        <w:tc>
          <w:tcPr>
            <w:tcW w:type="dxa" w:w="960"/>
          </w:tcPr>
          <w:p>
            <w:r>
              <w:t>艺术学院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装饰基础</w:t>
            </w:r>
          </w:p>
        </w:tc>
        <w:tc>
          <w:tcPr>
            <w:tcW w:type="dxa" w:w="960"/>
          </w:tcPr>
          <w:p>
            <w:r>
              <w:t>2AR21509</w:t>
            </w:r>
          </w:p>
        </w:tc>
        <w:tc>
          <w:tcPr>
            <w:tcW w:type="dxa" w:w="960"/>
          </w:tcPr>
          <w:p>
            <w:r>
              <w:t>4</w:t>
            </w:r>
          </w:p>
        </w:tc>
        <w:tc>
          <w:tcPr>
            <w:tcW w:type="dxa" w:w="960"/>
          </w:tcPr>
          <w:p>
            <w:r>
              <w:t>专业必修课</w:t>
            </w:r>
          </w:p>
        </w:tc>
        <w:tc>
          <w:tcPr>
            <w:tcW w:type="dxa" w:w="960"/>
          </w:tcPr>
          <w:p>
            <w:r>
              <w:t>艺术学院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创意专题工作坊(一)</w:t>
            </w:r>
          </w:p>
        </w:tc>
        <w:tc>
          <w:tcPr>
            <w:tcW w:type="dxa" w:w="960"/>
          </w:tcPr>
          <w:p>
            <w:r>
              <w:t>2AR21527</w:t>
            </w:r>
          </w:p>
        </w:tc>
        <w:tc>
          <w:tcPr>
            <w:tcW w:type="dxa" w:w="960"/>
          </w:tcPr>
          <w:p>
            <w:r>
              <w:t>2</w:t>
            </w:r>
          </w:p>
        </w:tc>
        <w:tc>
          <w:tcPr>
            <w:tcW w:type="dxa" w:w="960"/>
          </w:tcPr>
          <w:p>
            <w:r>
              <w:t>专业必修课</w:t>
            </w:r>
          </w:p>
        </w:tc>
        <w:tc>
          <w:tcPr>
            <w:tcW w:type="dxa" w:w="960"/>
          </w:tcPr>
          <w:p>
            <w:r>
              <w:t>艺术学院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创新创业教育基础</w:t>
            </w:r>
          </w:p>
        </w:tc>
        <w:tc>
          <w:tcPr>
            <w:tcW w:type="dxa" w:w="960"/>
          </w:tcPr>
          <w:p>
            <w:r>
              <w:t>2BU11001</w:t>
            </w:r>
          </w:p>
        </w:tc>
        <w:tc>
          <w:tcPr>
            <w:tcW w:type="dxa" w:w="960"/>
          </w:tcPr>
          <w:p>
            <w:r>
              <w:t>1</w:t>
            </w:r>
          </w:p>
        </w:tc>
        <w:tc>
          <w:tcPr>
            <w:tcW w:type="dxa" w:w="960"/>
          </w:tcPr>
          <w:p>
            <w:r>
              <w:t>通识必修课</w:t>
            </w:r>
          </w:p>
        </w:tc>
        <w:tc>
          <w:tcPr>
            <w:tcW w:type="dxa" w:w="960"/>
          </w:tcPr>
          <w:p>
            <w:r>
              <w:t>商学院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大学生心理健康教育</w:t>
            </w:r>
          </w:p>
        </w:tc>
        <w:tc>
          <w:tcPr>
            <w:tcW w:type="dxa" w:w="960"/>
          </w:tcPr>
          <w:p>
            <w:r>
              <w:t>2ED11001</w:t>
            </w:r>
          </w:p>
        </w:tc>
        <w:tc>
          <w:tcPr>
            <w:tcW w:type="dxa" w:w="960"/>
          </w:tcPr>
          <w:p>
            <w:r>
              <w:t>1</w:t>
            </w:r>
          </w:p>
        </w:tc>
        <w:tc>
          <w:tcPr>
            <w:tcW w:type="dxa" w:w="960"/>
          </w:tcPr>
          <w:p>
            <w:r>
              <w:t>通识必修课</w:t>
            </w:r>
          </w:p>
        </w:tc>
        <w:tc>
          <w:tcPr>
            <w:tcW w:type="dxa" w:w="960"/>
          </w:tcPr>
          <w:p>
            <w:r>
              <w:t>教育学院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中国近现代史纲要</w:t>
            </w:r>
          </w:p>
        </w:tc>
        <w:tc>
          <w:tcPr>
            <w:tcW w:type="dxa" w:w="960"/>
          </w:tcPr>
          <w:p>
            <w:r>
              <w:t>2MX11002</w:t>
            </w:r>
          </w:p>
        </w:tc>
        <w:tc>
          <w:tcPr>
            <w:tcW w:type="dxa" w:w="960"/>
          </w:tcPr>
          <w:p>
            <w:r>
              <w:t>3</w:t>
            </w:r>
          </w:p>
        </w:tc>
        <w:tc>
          <w:tcPr>
            <w:tcW w:type="dxa" w:w="960"/>
          </w:tcPr>
          <w:p>
            <w:r>
              <w:t>通识必修课</w:t>
            </w:r>
          </w:p>
        </w:tc>
        <w:tc>
          <w:tcPr>
            <w:tcW w:type="dxa" w:w="960"/>
          </w:tcPr>
          <w:p>
            <w:r>
              <w:t>马克思主义学院</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职业生涯规划</w:t>
            </w:r>
          </w:p>
        </w:tc>
        <w:tc>
          <w:tcPr>
            <w:tcW w:type="dxa" w:w="960"/>
          </w:tcPr>
          <w:p>
            <w:r>
              <w:t>2SA11001</w:t>
            </w:r>
          </w:p>
        </w:tc>
        <w:tc>
          <w:tcPr>
            <w:tcW w:type="dxa" w:w="960"/>
          </w:tcPr>
          <w:p>
            <w:r>
              <w:t>0.5</w:t>
            </w:r>
          </w:p>
        </w:tc>
        <w:tc>
          <w:tcPr>
            <w:tcW w:type="dxa" w:w="960"/>
          </w:tcPr>
          <w:p>
            <w:r>
              <w:t>通识必修课</w:t>
            </w:r>
          </w:p>
        </w:tc>
        <w:tc>
          <w:tcPr>
            <w:tcW w:type="dxa" w:w="960"/>
          </w:tcPr>
          <w:p>
            <w:r>
              <w:t>学生工作处</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体育(二)</w:t>
            </w:r>
          </w:p>
        </w:tc>
        <w:tc>
          <w:tcPr>
            <w:tcW w:type="dxa" w:w="960"/>
          </w:tcPr>
          <w:p>
            <w:r>
              <w:t>2SP11002</w:t>
            </w:r>
          </w:p>
        </w:tc>
        <w:tc>
          <w:tcPr>
            <w:tcW w:type="dxa" w:w="960"/>
          </w:tcPr>
          <w:p>
            <w:r>
              <w:t>1</w:t>
            </w:r>
          </w:p>
        </w:tc>
        <w:tc>
          <w:tcPr>
            <w:tcW w:type="dxa" w:w="960"/>
          </w:tcPr>
          <w:p>
            <w:r>
              <w:t>通识必修课</w:t>
            </w:r>
          </w:p>
        </w:tc>
        <w:tc>
          <w:tcPr>
            <w:tcW w:type="dxa" w:w="960"/>
          </w:tcPr>
          <w:p>
            <w:r>
              <w:t>体育部</w:t>
            </w:r>
          </w:p>
        </w:tc>
        <w:tc>
          <w:tcPr>
            <w:tcW w:type="dxa" w:w="960"/>
          </w:tcPr>
          <w:p>
            <w:r>
              <w:t>2023-2024</w:t>
            </w:r>
          </w:p>
        </w:tc>
        <w:tc>
          <w:tcPr>
            <w:tcW w:type="dxa" w:w="960"/>
          </w:tcPr>
          <w:p>
            <w:r>
              <w:t>2</w:t>
            </w:r>
          </w:p>
        </w:tc>
        <w:tc>
          <w:tcPr>
            <w:tcW w:type="dxa" w:w="960"/>
          </w:tcPr>
          <w:p>
            <w:r>
              <w:t>无方向</w:t>
            </w:r>
          </w:p>
        </w:tc>
      </w:tr>
      <w:tr>
        <w:tc>
          <w:tcPr>
            <w:tcW w:type="dxa" w:w="960"/>
          </w:tcPr>
          <w:p>
            <w:r/>
          </w:p>
        </w:tc>
        <w:tc>
          <w:tcPr>
            <w:tcW w:type="dxa" w:w="960"/>
          </w:tcPr>
          <w:p>
            <w:r>
              <w:t>设计调研与分析</w:t>
            </w:r>
          </w:p>
        </w:tc>
        <w:tc>
          <w:tcPr>
            <w:tcW w:type="dxa" w:w="960"/>
          </w:tcPr>
          <w:p>
            <w:r>
              <w:t>2AR21510</w:t>
            </w:r>
          </w:p>
        </w:tc>
        <w:tc>
          <w:tcPr>
            <w:tcW w:type="dxa" w:w="960"/>
          </w:tcPr>
          <w:p>
            <w:r>
              <w:t>3</w:t>
            </w:r>
          </w:p>
        </w:tc>
        <w:tc>
          <w:tcPr>
            <w:tcW w:type="dxa" w:w="960"/>
          </w:tcPr>
          <w:p>
            <w:r>
              <w:t>专业必修课</w:t>
            </w:r>
          </w:p>
        </w:tc>
        <w:tc>
          <w:tcPr>
            <w:tcW w:type="dxa" w:w="960"/>
          </w:tcPr>
          <w:p>
            <w:r>
              <w:t>艺术学院</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文字设计</w:t>
            </w:r>
          </w:p>
        </w:tc>
        <w:tc>
          <w:tcPr>
            <w:tcW w:type="dxa" w:w="960"/>
          </w:tcPr>
          <w:p>
            <w:r>
              <w:t>2AR21511</w:t>
            </w:r>
          </w:p>
        </w:tc>
        <w:tc>
          <w:tcPr>
            <w:tcW w:type="dxa" w:w="960"/>
          </w:tcPr>
          <w:p>
            <w:r>
              <w:t>4</w:t>
            </w:r>
          </w:p>
        </w:tc>
        <w:tc>
          <w:tcPr>
            <w:tcW w:type="dxa" w:w="960"/>
          </w:tcPr>
          <w:p>
            <w:r>
              <w:t>专业必修课</w:t>
            </w:r>
          </w:p>
        </w:tc>
        <w:tc>
          <w:tcPr>
            <w:tcW w:type="dxa" w:w="960"/>
          </w:tcPr>
          <w:p>
            <w:r>
              <w:t>艺术学院</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版式设计</w:t>
            </w:r>
          </w:p>
        </w:tc>
        <w:tc>
          <w:tcPr>
            <w:tcW w:type="dxa" w:w="960"/>
          </w:tcPr>
          <w:p>
            <w:r>
              <w:t>2AR21512</w:t>
            </w:r>
          </w:p>
        </w:tc>
        <w:tc>
          <w:tcPr>
            <w:tcW w:type="dxa" w:w="960"/>
          </w:tcPr>
          <w:p>
            <w:r>
              <w:t>3</w:t>
            </w:r>
          </w:p>
        </w:tc>
        <w:tc>
          <w:tcPr>
            <w:tcW w:type="dxa" w:w="960"/>
          </w:tcPr>
          <w:p>
            <w:r>
              <w:t>专业必修课</w:t>
            </w:r>
          </w:p>
        </w:tc>
        <w:tc>
          <w:tcPr>
            <w:tcW w:type="dxa" w:w="960"/>
          </w:tcPr>
          <w:p>
            <w:r>
              <w:t>艺术学院</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插画设计</w:t>
            </w:r>
          </w:p>
        </w:tc>
        <w:tc>
          <w:tcPr>
            <w:tcW w:type="dxa" w:w="960"/>
          </w:tcPr>
          <w:p>
            <w:r>
              <w:t>2AR21513</w:t>
            </w:r>
          </w:p>
        </w:tc>
        <w:tc>
          <w:tcPr>
            <w:tcW w:type="dxa" w:w="960"/>
          </w:tcPr>
          <w:p>
            <w:r>
              <w:t>3</w:t>
            </w:r>
          </w:p>
        </w:tc>
        <w:tc>
          <w:tcPr>
            <w:tcW w:type="dxa" w:w="960"/>
          </w:tcPr>
          <w:p>
            <w:r>
              <w:t>专业必修课</w:t>
            </w:r>
          </w:p>
        </w:tc>
        <w:tc>
          <w:tcPr>
            <w:tcW w:type="dxa" w:w="960"/>
          </w:tcPr>
          <w:p>
            <w:r>
              <w:t>艺术学院</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动态图形设计</w:t>
            </w:r>
          </w:p>
        </w:tc>
        <w:tc>
          <w:tcPr>
            <w:tcW w:type="dxa" w:w="960"/>
          </w:tcPr>
          <w:p>
            <w:r>
              <w:t>2AR21514</w:t>
            </w:r>
          </w:p>
        </w:tc>
        <w:tc>
          <w:tcPr>
            <w:tcW w:type="dxa" w:w="960"/>
          </w:tcPr>
          <w:p>
            <w:r>
              <w:t>3</w:t>
            </w:r>
          </w:p>
        </w:tc>
        <w:tc>
          <w:tcPr>
            <w:tcW w:type="dxa" w:w="960"/>
          </w:tcPr>
          <w:p>
            <w:r>
              <w:t>专业必修课</w:t>
            </w:r>
          </w:p>
        </w:tc>
        <w:tc>
          <w:tcPr>
            <w:tcW w:type="dxa" w:w="960"/>
          </w:tcPr>
          <w:p>
            <w:r>
              <w:t>艺术学院</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专业技能自主实践(二)</w:t>
            </w:r>
          </w:p>
        </w:tc>
        <w:tc>
          <w:tcPr>
            <w:tcW w:type="dxa" w:w="960"/>
          </w:tcPr>
          <w:p>
            <w:r>
              <w:t>2AR21525</w:t>
            </w:r>
          </w:p>
        </w:tc>
        <w:tc>
          <w:tcPr>
            <w:tcW w:type="dxa" w:w="960"/>
          </w:tcPr>
          <w:p>
            <w:r>
              <w:t>1</w:t>
            </w:r>
          </w:p>
        </w:tc>
        <w:tc>
          <w:tcPr>
            <w:tcW w:type="dxa" w:w="960"/>
          </w:tcPr>
          <w:p>
            <w:r>
              <w:t>专业必修课</w:t>
            </w:r>
          </w:p>
        </w:tc>
        <w:tc>
          <w:tcPr>
            <w:tcW w:type="dxa" w:w="960"/>
          </w:tcPr>
          <w:p>
            <w:r>
              <w:t>艺术学院</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马克思主义基本原理</w:t>
            </w:r>
          </w:p>
        </w:tc>
        <w:tc>
          <w:tcPr>
            <w:tcW w:type="dxa" w:w="960"/>
          </w:tcPr>
          <w:p>
            <w:r>
              <w:t>2MX11003</w:t>
            </w:r>
          </w:p>
        </w:tc>
        <w:tc>
          <w:tcPr>
            <w:tcW w:type="dxa" w:w="960"/>
          </w:tcPr>
          <w:p>
            <w:r>
              <w:t>3</w:t>
            </w:r>
          </w:p>
        </w:tc>
        <w:tc>
          <w:tcPr>
            <w:tcW w:type="dxa" w:w="960"/>
          </w:tcPr>
          <w:p>
            <w:r>
              <w:t>通识必修课</w:t>
            </w:r>
          </w:p>
        </w:tc>
        <w:tc>
          <w:tcPr>
            <w:tcW w:type="dxa" w:w="960"/>
          </w:tcPr>
          <w:p>
            <w:r>
              <w:t>马克思主义学院</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改革开放史</w:t>
            </w:r>
          </w:p>
        </w:tc>
        <w:tc>
          <w:tcPr>
            <w:tcW w:type="dxa" w:w="960"/>
          </w:tcPr>
          <w:p>
            <w:r>
              <w:t>2MX11009</w:t>
            </w:r>
          </w:p>
        </w:tc>
        <w:tc>
          <w:tcPr>
            <w:tcW w:type="dxa" w:w="960"/>
          </w:tcPr>
          <w:p>
            <w:r>
              <w:t>1.0</w:t>
            </w:r>
          </w:p>
        </w:tc>
        <w:tc>
          <w:tcPr>
            <w:tcW w:type="dxa" w:w="960"/>
          </w:tcPr>
          <w:p>
            <w:r>
              <w:t>通识必修课</w:t>
            </w:r>
          </w:p>
        </w:tc>
        <w:tc>
          <w:tcPr>
            <w:tcW w:type="dxa" w:w="960"/>
          </w:tcPr>
          <w:p>
            <w:r>
              <w:t>马克思主义学院</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体育(三)</w:t>
            </w:r>
          </w:p>
        </w:tc>
        <w:tc>
          <w:tcPr>
            <w:tcW w:type="dxa" w:w="960"/>
          </w:tcPr>
          <w:p>
            <w:r>
              <w:t>2SP11003</w:t>
            </w:r>
          </w:p>
        </w:tc>
        <w:tc>
          <w:tcPr>
            <w:tcW w:type="dxa" w:w="960"/>
          </w:tcPr>
          <w:p>
            <w:r>
              <w:t>1</w:t>
            </w:r>
          </w:p>
        </w:tc>
        <w:tc>
          <w:tcPr>
            <w:tcW w:type="dxa" w:w="960"/>
          </w:tcPr>
          <w:p>
            <w:r>
              <w:t>通识必修课</w:t>
            </w:r>
          </w:p>
        </w:tc>
        <w:tc>
          <w:tcPr>
            <w:tcW w:type="dxa" w:w="960"/>
          </w:tcPr>
          <w:p>
            <w:r>
              <w:t>体育部</w:t>
            </w:r>
          </w:p>
        </w:tc>
        <w:tc>
          <w:tcPr>
            <w:tcW w:type="dxa" w:w="960"/>
          </w:tcPr>
          <w:p>
            <w:r>
              <w:t>2024-2025</w:t>
            </w:r>
          </w:p>
        </w:tc>
        <w:tc>
          <w:tcPr>
            <w:tcW w:type="dxa" w:w="960"/>
          </w:tcPr>
          <w:p>
            <w:r>
              <w:t>1</w:t>
            </w:r>
          </w:p>
        </w:tc>
        <w:tc>
          <w:tcPr>
            <w:tcW w:type="dxa" w:w="960"/>
          </w:tcPr>
          <w:p>
            <w:r>
              <w:t>无方向</w:t>
            </w:r>
          </w:p>
        </w:tc>
      </w:tr>
      <w:tr>
        <w:tc>
          <w:tcPr>
            <w:tcW w:type="dxa" w:w="960"/>
          </w:tcPr>
          <w:p>
            <w:r/>
          </w:p>
        </w:tc>
        <w:tc>
          <w:tcPr>
            <w:tcW w:type="dxa" w:w="960"/>
          </w:tcPr>
          <w:p>
            <w:r>
              <w:t>媒体策划与文案</w:t>
            </w:r>
          </w:p>
        </w:tc>
        <w:tc>
          <w:tcPr>
            <w:tcW w:type="dxa" w:w="960"/>
          </w:tcPr>
          <w:p>
            <w:r>
              <w:t>2AR21515</w:t>
            </w:r>
          </w:p>
        </w:tc>
        <w:tc>
          <w:tcPr>
            <w:tcW w:type="dxa" w:w="960"/>
          </w:tcPr>
          <w:p>
            <w:r>
              <w:t>4</w:t>
            </w:r>
          </w:p>
        </w:tc>
        <w:tc>
          <w:tcPr>
            <w:tcW w:type="dxa" w:w="960"/>
          </w:tcPr>
          <w:p>
            <w:r>
              <w:t>专业必修课</w:t>
            </w:r>
          </w:p>
        </w:tc>
        <w:tc>
          <w:tcPr>
            <w:tcW w:type="dxa" w:w="960"/>
          </w:tcPr>
          <w:p>
            <w:r>
              <w:t>艺术学院</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制图基础</w:t>
            </w:r>
          </w:p>
        </w:tc>
        <w:tc>
          <w:tcPr>
            <w:tcW w:type="dxa" w:w="960"/>
          </w:tcPr>
          <w:p>
            <w:r>
              <w:t>2AR21516</w:t>
            </w:r>
          </w:p>
        </w:tc>
        <w:tc>
          <w:tcPr>
            <w:tcW w:type="dxa" w:w="960"/>
          </w:tcPr>
          <w:p>
            <w:r>
              <w:t>3</w:t>
            </w:r>
          </w:p>
        </w:tc>
        <w:tc>
          <w:tcPr>
            <w:tcW w:type="dxa" w:w="960"/>
          </w:tcPr>
          <w:p>
            <w:r>
              <w:t>专业必修课</w:t>
            </w:r>
          </w:p>
        </w:tc>
        <w:tc>
          <w:tcPr>
            <w:tcW w:type="dxa" w:w="960"/>
          </w:tcPr>
          <w:p>
            <w:r>
              <w:t>艺术学院</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海报设计</w:t>
            </w:r>
          </w:p>
        </w:tc>
        <w:tc>
          <w:tcPr>
            <w:tcW w:type="dxa" w:w="960"/>
          </w:tcPr>
          <w:p>
            <w:r>
              <w:t>2AR21517</w:t>
            </w:r>
          </w:p>
        </w:tc>
        <w:tc>
          <w:tcPr>
            <w:tcW w:type="dxa" w:w="960"/>
          </w:tcPr>
          <w:p>
            <w:r>
              <w:t>3</w:t>
            </w:r>
          </w:p>
        </w:tc>
        <w:tc>
          <w:tcPr>
            <w:tcW w:type="dxa" w:w="960"/>
          </w:tcPr>
          <w:p>
            <w:r>
              <w:t>专业必修课</w:t>
            </w:r>
          </w:p>
        </w:tc>
        <w:tc>
          <w:tcPr>
            <w:tcW w:type="dxa" w:w="960"/>
          </w:tcPr>
          <w:p>
            <w:r>
              <w:t>艺术学院</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VI设计</w:t>
            </w:r>
          </w:p>
        </w:tc>
        <w:tc>
          <w:tcPr>
            <w:tcW w:type="dxa" w:w="960"/>
          </w:tcPr>
          <w:p>
            <w:r>
              <w:t>2AR21518</w:t>
            </w:r>
          </w:p>
        </w:tc>
        <w:tc>
          <w:tcPr>
            <w:tcW w:type="dxa" w:w="960"/>
          </w:tcPr>
          <w:p>
            <w:r>
              <w:t>4</w:t>
            </w:r>
          </w:p>
        </w:tc>
        <w:tc>
          <w:tcPr>
            <w:tcW w:type="dxa" w:w="960"/>
          </w:tcPr>
          <w:p>
            <w:r>
              <w:t>专业必修课</w:t>
            </w:r>
          </w:p>
        </w:tc>
        <w:tc>
          <w:tcPr>
            <w:tcW w:type="dxa" w:w="960"/>
          </w:tcPr>
          <w:p>
            <w:r>
              <w:t>艺术学院</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劳动教育实践</w:t>
            </w:r>
          </w:p>
        </w:tc>
        <w:tc>
          <w:tcPr>
            <w:tcW w:type="dxa" w:w="960"/>
          </w:tcPr>
          <w:p>
            <w:r>
              <w:t>2AR21521</w:t>
            </w:r>
          </w:p>
        </w:tc>
        <w:tc>
          <w:tcPr>
            <w:tcW w:type="dxa" w:w="960"/>
          </w:tcPr>
          <w:p>
            <w:r>
              <w:t>1</w:t>
            </w:r>
          </w:p>
        </w:tc>
        <w:tc>
          <w:tcPr>
            <w:tcW w:type="dxa" w:w="960"/>
          </w:tcPr>
          <w:p>
            <w:r>
              <w:t>专业必修课</w:t>
            </w:r>
          </w:p>
        </w:tc>
        <w:tc>
          <w:tcPr>
            <w:tcW w:type="dxa" w:w="960"/>
          </w:tcPr>
          <w:p>
            <w:r>
              <w:t>艺术学院</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创意专题工作坊(二)</w:t>
            </w:r>
          </w:p>
        </w:tc>
        <w:tc>
          <w:tcPr>
            <w:tcW w:type="dxa" w:w="960"/>
          </w:tcPr>
          <w:p>
            <w:r>
              <w:t>2AR21528</w:t>
            </w:r>
          </w:p>
        </w:tc>
        <w:tc>
          <w:tcPr>
            <w:tcW w:type="dxa" w:w="960"/>
          </w:tcPr>
          <w:p>
            <w:r>
              <w:t>2</w:t>
            </w:r>
          </w:p>
        </w:tc>
        <w:tc>
          <w:tcPr>
            <w:tcW w:type="dxa" w:w="960"/>
          </w:tcPr>
          <w:p>
            <w:r>
              <w:t>专业必修课</w:t>
            </w:r>
          </w:p>
        </w:tc>
        <w:tc>
          <w:tcPr>
            <w:tcW w:type="dxa" w:w="960"/>
          </w:tcPr>
          <w:p>
            <w:r>
              <w:t>艺术学院</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毛泽东思想和中国特色社会主义理论体系概论</w:t>
            </w:r>
          </w:p>
        </w:tc>
        <w:tc>
          <w:tcPr>
            <w:tcW w:type="dxa" w:w="960"/>
          </w:tcPr>
          <w:p>
            <w:r>
              <w:t>2MX11004</w:t>
            </w:r>
          </w:p>
        </w:tc>
        <w:tc>
          <w:tcPr>
            <w:tcW w:type="dxa" w:w="960"/>
          </w:tcPr>
          <w:p>
            <w:r>
              <w:t>3</w:t>
            </w:r>
          </w:p>
        </w:tc>
        <w:tc>
          <w:tcPr>
            <w:tcW w:type="dxa" w:w="960"/>
          </w:tcPr>
          <w:p>
            <w:r>
              <w:t>通识必修课</w:t>
            </w:r>
          </w:p>
        </w:tc>
        <w:tc>
          <w:tcPr>
            <w:tcW w:type="dxa" w:w="960"/>
          </w:tcPr>
          <w:p>
            <w:r>
              <w:t>马克思主义学院</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国家安全教育</w:t>
            </w:r>
          </w:p>
        </w:tc>
        <w:tc>
          <w:tcPr>
            <w:tcW w:type="dxa" w:w="960"/>
          </w:tcPr>
          <w:p>
            <w:r>
              <w:t>2MX11012</w:t>
            </w:r>
          </w:p>
        </w:tc>
        <w:tc>
          <w:tcPr>
            <w:tcW w:type="dxa" w:w="960"/>
          </w:tcPr>
          <w:p>
            <w:r>
              <w:t>1</w:t>
            </w:r>
          </w:p>
        </w:tc>
        <w:tc>
          <w:tcPr>
            <w:tcW w:type="dxa" w:w="960"/>
          </w:tcPr>
          <w:p>
            <w:r>
              <w:t>通识必修课</w:t>
            </w:r>
          </w:p>
        </w:tc>
        <w:tc>
          <w:tcPr>
            <w:tcW w:type="dxa" w:w="960"/>
          </w:tcPr>
          <w:p>
            <w:r>
              <w:t>马克思主义学院</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体育(四)</w:t>
            </w:r>
          </w:p>
        </w:tc>
        <w:tc>
          <w:tcPr>
            <w:tcW w:type="dxa" w:w="960"/>
          </w:tcPr>
          <w:p>
            <w:r>
              <w:t>2SP11004</w:t>
            </w:r>
          </w:p>
        </w:tc>
        <w:tc>
          <w:tcPr>
            <w:tcW w:type="dxa" w:w="960"/>
          </w:tcPr>
          <w:p>
            <w:r>
              <w:t>1</w:t>
            </w:r>
          </w:p>
        </w:tc>
        <w:tc>
          <w:tcPr>
            <w:tcW w:type="dxa" w:w="960"/>
          </w:tcPr>
          <w:p>
            <w:r>
              <w:t>通识必修课</w:t>
            </w:r>
          </w:p>
        </w:tc>
        <w:tc>
          <w:tcPr>
            <w:tcW w:type="dxa" w:w="960"/>
          </w:tcPr>
          <w:p>
            <w:r>
              <w:t>体育部</w:t>
            </w:r>
          </w:p>
        </w:tc>
        <w:tc>
          <w:tcPr>
            <w:tcW w:type="dxa" w:w="960"/>
          </w:tcPr>
          <w:p>
            <w:r>
              <w:t>2024-2025</w:t>
            </w:r>
          </w:p>
        </w:tc>
        <w:tc>
          <w:tcPr>
            <w:tcW w:type="dxa" w:w="960"/>
          </w:tcPr>
          <w:p>
            <w:r>
              <w:t>2</w:t>
            </w:r>
          </w:p>
        </w:tc>
        <w:tc>
          <w:tcPr>
            <w:tcW w:type="dxa" w:w="960"/>
          </w:tcPr>
          <w:p>
            <w:r>
              <w:t>无方向</w:t>
            </w:r>
          </w:p>
        </w:tc>
      </w:tr>
      <w:tr>
        <w:tc>
          <w:tcPr>
            <w:tcW w:type="dxa" w:w="960"/>
          </w:tcPr>
          <w:p>
            <w:r/>
          </w:p>
        </w:tc>
        <w:tc>
          <w:tcPr>
            <w:tcW w:type="dxa" w:w="960"/>
          </w:tcPr>
          <w:p>
            <w:r>
              <w:t>论文写作与文献导读</w:t>
            </w:r>
          </w:p>
        </w:tc>
        <w:tc>
          <w:tcPr>
            <w:tcW w:type="dxa" w:w="960"/>
          </w:tcPr>
          <w:p>
            <w:r>
              <w:t>2AR21407</w:t>
            </w:r>
          </w:p>
        </w:tc>
        <w:tc>
          <w:tcPr>
            <w:tcW w:type="dxa" w:w="960"/>
          </w:tcPr>
          <w:p>
            <w:r>
              <w:t>1</w:t>
            </w:r>
          </w:p>
        </w:tc>
        <w:tc>
          <w:tcPr>
            <w:tcW w:type="dxa" w:w="960"/>
          </w:tcPr>
          <w:p>
            <w:r>
              <w:t>专业必修课</w:t>
            </w:r>
          </w:p>
        </w:tc>
        <w:tc>
          <w:tcPr>
            <w:tcW w:type="dxa" w:w="960"/>
          </w:tcPr>
          <w:p>
            <w:r>
              <w:t>艺术学院</w:t>
            </w:r>
          </w:p>
        </w:tc>
        <w:tc>
          <w:tcPr>
            <w:tcW w:type="dxa" w:w="960"/>
          </w:tcPr>
          <w:p>
            <w:r>
              <w:t>2025-2026</w:t>
            </w:r>
          </w:p>
        </w:tc>
        <w:tc>
          <w:tcPr>
            <w:tcW w:type="dxa" w:w="960"/>
          </w:tcPr>
          <w:p>
            <w:r>
              <w:t>1</w:t>
            </w:r>
          </w:p>
        </w:tc>
        <w:tc>
          <w:tcPr>
            <w:tcW w:type="dxa" w:w="960"/>
          </w:tcPr>
          <w:p>
            <w:r>
              <w:t>无方向</w:t>
            </w:r>
          </w:p>
        </w:tc>
      </w:tr>
      <w:tr>
        <w:tc>
          <w:tcPr>
            <w:tcW w:type="dxa" w:w="960"/>
          </w:tcPr>
          <w:p>
            <w:r/>
          </w:p>
        </w:tc>
        <w:tc>
          <w:tcPr>
            <w:tcW w:type="dxa" w:w="960"/>
          </w:tcPr>
          <w:p>
            <w:r>
              <w:t>书籍设计</w:t>
            </w:r>
          </w:p>
        </w:tc>
        <w:tc>
          <w:tcPr>
            <w:tcW w:type="dxa" w:w="960"/>
          </w:tcPr>
          <w:p>
            <w:r>
              <w:t>2AR21519</w:t>
            </w:r>
          </w:p>
        </w:tc>
        <w:tc>
          <w:tcPr>
            <w:tcW w:type="dxa" w:w="960"/>
          </w:tcPr>
          <w:p>
            <w:r>
              <w:t>3</w:t>
            </w:r>
          </w:p>
        </w:tc>
        <w:tc>
          <w:tcPr>
            <w:tcW w:type="dxa" w:w="960"/>
          </w:tcPr>
          <w:p>
            <w:r>
              <w:t>专业必修课</w:t>
            </w:r>
          </w:p>
        </w:tc>
        <w:tc>
          <w:tcPr>
            <w:tcW w:type="dxa" w:w="960"/>
          </w:tcPr>
          <w:p>
            <w:r>
              <w:t>艺术学院</w:t>
            </w:r>
          </w:p>
        </w:tc>
        <w:tc>
          <w:tcPr>
            <w:tcW w:type="dxa" w:w="960"/>
          </w:tcPr>
          <w:p>
            <w:r>
              <w:t>2025-2026</w:t>
            </w:r>
          </w:p>
        </w:tc>
        <w:tc>
          <w:tcPr>
            <w:tcW w:type="dxa" w:w="960"/>
          </w:tcPr>
          <w:p>
            <w:r>
              <w:t>1</w:t>
            </w:r>
          </w:p>
        </w:tc>
        <w:tc>
          <w:tcPr>
            <w:tcW w:type="dxa" w:w="960"/>
          </w:tcPr>
          <w:p>
            <w:r>
              <w:t>无方向</w:t>
            </w:r>
          </w:p>
        </w:tc>
      </w:tr>
      <w:tr>
        <w:tc>
          <w:tcPr>
            <w:tcW w:type="dxa" w:w="960"/>
          </w:tcPr>
          <w:p>
            <w:r/>
          </w:p>
        </w:tc>
        <w:tc>
          <w:tcPr>
            <w:tcW w:type="dxa" w:w="960"/>
          </w:tcPr>
          <w:p>
            <w:r>
              <w:t>专业技能自主实践(三)</w:t>
            </w:r>
          </w:p>
        </w:tc>
        <w:tc>
          <w:tcPr>
            <w:tcW w:type="dxa" w:w="960"/>
          </w:tcPr>
          <w:p>
            <w:r>
              <w:t>2AR21526</w:t>
            </w:r>
          </w:p>
        </w:tc>
        <w:tc>
          <w:tcPr>
            <w:tcW w:type="dxa" w:w="960"/>
          </w:tcPr>
          <w:p>
            <w:r>
              <w:t>1</w:t>
            </w:r>
          </w:p>
        </w:tc>
        <w:tc>
          <w:tcPr>
            <w:tcW w:type="dxa" w:w="960"/>
          </w:tcPr>
          <w:p>
            <w:r>
              <w:t>专业必修课</w:t>
            </w:r>
          </w:p>
        </w:tc>
        <w:tc>
          <w:tcPr>
            <w:tcW w:type="dxa" w:w="960"/>
          </w:tcPr>
          <w:p>
            <w:r>
              <w:t>艺术学院</w:t>
            </w:r>
          </w:p>
        </w:tc>
        <w:tc>
          <w:tcPr>
            <w:tcW w:type="dxa" w:w="960"/>
          </w:tcPr>
          <w:p>
            <w:r>
              <w:t>2025-2026</w:t>
            </w:r>
          </w:p>
        </w:tc>
        <w:tc>
          <w:tcPr>
            <w:tcW w:type="dxa" w:w="960"/>
          </w:tcPr>
          <w:p>
            <w:r>
              <w:t>1</w:t>
            </w:r>
          </w:p>
        </w:tc>
        <w:tc>
          <w:tcPr>
            <w:tcW w:type="dxa" w:w="960"/>
          </w:tcPr>
          <w:p>
            <w:r>
              <w:t>无方向</w:t>
            </w:r>
          </w:p>
        </w:tc>
      </w:tr>
      <w:tr>
        <w:tc>
          <w:tcPr>
            <w:tcW w:type="dxa" w:w="960"/>
          </w:tcPr>
          <w:p>
            <w:r/>
          </w:p>
        </w:tc>
        <w:tc>
          <w:tcPr>
            <w:tcW w:type="dxa" w:w="960"/>
          </w:tcPr>
          <w:p>
            <w:r>
              <w:t>品牌创新与设计</w:t>
            </w:r>
          </w:p>
        </w:tc>
        <w:tc>
          <w:tcPr>
            <w:tcW w:type="dxa" w:w="960"/>
          </w:tcPr>
          <w:p>
            <w:r>
              <w:t>2AR22501</w:t>
            </w:r>
          </w:p>
        </w:tc>
        <w:tc>
          <w:tcPr>
            <w:tcW w:type="dxa" w:w="960"/>
          </w:tcPr>
          <w:p>
            <w:r>
              <w:t>3</w:t>
            </w:r>
          </w:p>
        </w:tc>
        <w:tc>
          <w:tcPr>
            <w:tcW w:type="dxa" w:w="960"/>
          </w:tcPr>
          <w:p>
            <w:r>
              <w:t>专业限选课</w:t>
            </w:r>
          </w:p>
        </w:tc>
        <w:tc>
          <w:tcPr>
            <w:tcW w:type="dxa" w:w="960"/>
          </w:tcPr>
          <w:p>
            <w:r>
              <w:t>艺术学院</w:t>
            </w:r>
          </w:p>
        </w:tc>
        <w:tc>
          <w:tcPr>
            <w:tcW w:type="dxa" w:w="960"/>
          </w:tcPr>
          <w:p>
            <w:r>
              <w:t>2025-2026</w:t>
            </w:r>
          </w:p>
        </w:tc>
        <w:tc>
          <w:tcPr>
            <w:tcW w:type="dxa" w:w="960"/>
          </w:tcPr>
          <w:p>
            <w:r>
              <w:t>1</w:t>
            </w:r>
          </w:p>
        </w:tc>
        <w:tc>
          <w:tcPr>
            <w:tcW w:type="dxa" w:w="960"/>
          </w:tcPr>
          <w:p>
            <w:r>
              <w:t>媒体传播设计方向</w:t>
            </w:r>
          </w:p>
        </w:tc>
      </w:tr>
      <w:tr>
        <w:tc>
          <w:tcPr>
            <w:tcW w:type="dxa" w:w="960"/>
          </w:tcPr>
          <w:p>
            <w:r/>
          </w:p>
        </w:tc>
        <w:tc>
          <w:tcPr>
            <w:tcW w:type="dxa" w:w="960"/>
          </w:tcPr>
          <w:p>
            <w:r>
              <w:t>交互与界面设计</w:t>
            </w:r>
          </w:p>
        </w:tc>
        <w:tc>
          <w:tcPr>
            <w:tcW w:type="dxa" w:w="960"/>
          </w:tcPr>
          <w:p>
            <w:r>
              <w:t>2AR22502</w:t>
            </w:r>
          </w:p>
        </w:tc>
        <w:tc>
          <w:tcPr>
            <w:tcW w:type="dxa" w:w="960"/>
          </w:tcPr>
          <w:p>
            <w:r>
              <w:t>4</w:t>
            </w:r>
          </w:p>
        </w:tc>
        <w:tc>
          <w:tcPr>
            <w:tcW w:type="dxa" w:w="960"/>
          </w:tcPr>
          <w:p>
            <w:r>
              <w:t>专业限选课</w:t>
            </w:r>
          </w:p>
        </w:tc>
        <w:tc>
          <w:tcPr>
            <w:tcW w:type="dxa" w:w="960"/>
          </w:tcPr>
          <w:p>
            <w:r>
              <w:t>艺术学院</w:t>
            </w:r>
          </w:p>
        </w:tc>
        <w:tc>
          <w:tcPr>
            <w:tcW w:type="dxa" w:w="960"/>
          </w:tcPr>
          <w:p>
            <w:r>
              <w:t>2025-2026</w:t>
            </w:r>
          </w:p>
        </w:tc>
        <w:tc>
          <w:tcPr>
            <w:tcW w:type="dxa" w:w="960"/>
          </w:tcPr>
          <w:p>
            <w:r>
              <w:t>1</w:t>
            </w:r>
          </w:p>
        </w:tc>
        <w:tc>
          <w:tcPr>
            <w:tcW w:type="dxa" w:w="960"/>
          </w:tcPr>
          <w:p>
            <w:r>
              <w:t>媒体传播设计方向</w:t>
            </w:r>
          </w:p>
        </w:tc>
      </w:tr>
      <w:tr>
        <w:tc>
          <w:tcPr>
            <w:tcW w:type="dxa" w:w="960"/>
          </w:tcPr>
          <w:p>
            <w:r/>
          </w:p>
        </w:tc>
        <w:tc>
          <w:tcPr>
            <w:tcW w:type="dxa" w:w="960"/>
          </w:tcPr>
          <w:p>
            <w:r>
              <w:t>文创材料与工艺</w:t>
            </w:r>
          </w:p>
        </w:tc>
        <w:tc>
          <w:tcPr>
            <w:tcW w:type="dxa" w:w="960"/>
          </w:tcPr>
          <w:p>
            <w:r>
              <w:t>2AR22508</w:t>
            </w:r>
          </w:p>
        </w:tc>
        <w:tc>
          <w:tcPr>
            <w:tcW w:type="dxa" w:w="960"/>
          </w:tcPr>
          <w:p>
            <w:r>
              <w:t>4</w:t>
            </w:r>
          </w:p>
        </w:tc>
        <w:tc>
          <w:tcPr>
            <w:tcW w:type="dxa" w:w="960"/>
          </w:tcPr>
          <w:p>
            <w:r>
              <w:t>专业限选课</w:t>
            </w:r>
          </w:p>
        </w:tc>
        <w:tc>
          <w:tcPr>
            <w:tcW w:type="dxa" w:w="960"/>
          </w:tcPr>
          <w:p>
            <w:r>
              <w:t>艺术学院</w:t>
            </w:r>
          </w:p>
        </w:tc>
        <w:tc>
          <w:tcPr>
            <w:tcW w:type="dxa" w:w="960"/>
          </w:tcPr>
          <w:p>
            <w:r>
              <w:t>2025-2026</w:t>
            </w:r>
          </w:p>
        </w:tc>
        <w:tc>
          <w:tcPr>
            <w:tcW w:type="dxa" w:w="960"/>
          </w:tcPr>
          <w:p>
            <w:r>
              <w:t>1</w:t>
            </w:r>
          </w:p>
        </w:tc>
        <w:tc>
          <w:tcPr>
            <w:tcW w:type="dxa" w:w="960"/>
          </w:tcPr>
          <w:p>
            <w:r>
              <w:t>文化创意设计方向</w:t>
            </w:r>
          </w:p>
        </w:tc>
      </w:tr>
      <w:tr>
        <w:tc>
          <w:tcPr>
            <w:tcW w:type="dxa" w:w="960"/>
          </w:tcPr>
          <w:p>
            <w:r/>
          </w:p>
        </w:tc>
        <w:tc>
          <w:tcPr>
            <w:tcW w:type="dxa" w:w="960"/>
          </w:tcPr>
          <w:p>
            <w:r>
              <w:t>数字建模与输出</w:t>
            </w:r>
          </w:p>
        </w:tc>
        <w:tc>
          <w:tcPr>
            <w:tcW w:type="dxa" w:w="960"/>
          </w:tcPr>
          <w:p>
            <w:r>
              <w:t>2AR22509</w:t>
            </w:r>
          </w:p>
        </w:tc>
        <w:tc>
          <w:tcPr>
            <w:tcW w:type="dxa" w:w="960"/>
          </w:tcPr>
          <w:p>
            <w:r>
              <w:t>3</w:t>
            </w:r>
          </w:p>
        </w:tc>
        <w:tc>
          <w:tcPr>
            <w:tcW w:type="dxa" w:w="960"/>
          </w:tcPr>
          <w:p>
            <w:r>
              <w:t>专业限选课</w:t>
            </w:r>
          </w:p>
        </w:tc>
        <w:tc>
          <w:tcPr>
            <w:tcW w:type="dxa" w:w="960"/>
          </w:tcPr>
          <w:p>
            <w:r>
              <w:t>艺术学院</w:t>
            </w:r>
          </w:p>
        </w:tc>
        <w:tc>
          <w:tcPr>
            <w:tcW w:type="dxa" w:w="960"/>
          </w:tcPr>
          <w:p>
            <w:r>
              <w:t>2025-2026</w:t>
            </w:r>
          </w:p>
        </w:tc>
        <w:tc>
          <w:tcPr>
            <w:tcW w:type="dxa" w:w="960"/>
          </w:tcPr>
          <w:p>
            <w:r>
              <w:t>1</w:t>
            </w:r>
          </w:p>
        </w:tc>
        <w:tc>
          <w:tcPr>
            <w:tcW w:type="dxa" w:w="960"/>
          </w:tcPr>
          <w:p>
            <w:r>
              <w:t>文化创意设计方向</w:t>
            </w:r>
          </w:p>
        </w:tc>
      </w:tr>
      <w:tr>
        <w:tc>
          <w:tcPr>
            <w:tcW w:type="dxa" w:w="960"/>
          </w:tcPr>
          <w:p>
            <w:r/>
          </w:p>
        </w:tc>
        <w:tc>
          <w:tcPr>
            <w:tcW w:type="dxa" w:w="960"/>
          </w:tcPr>
          <w:p>
            <w:r>
              <w:t>习近平新时代中国特色社会主义思想概论</w:t>
            </w:r>
          </w:p>
        </w:tc>
        <w:tc>
          <w:tcPr>
            <w:tcW w:type="dxa" w:w="960"/>
          </w:tcPr>
          <w:p>
            <w:r>
              <w:t>2MX11005</w:t>
            </w:r>
          </w:p>
        </w:tc>
        <w:tc>
          <w:tcPr>
            <w:tcW w:type="dxa" w:w="960"/>
          </w:tcPr>
          <w:p>
            <w:r>
              <w:t>3</w:t>
            </w:r>
          </w:p>
        </w:tc>
        <w:tc>
          <w:tcPr>
            <w:tcW w:type="dxa" w:w="960"/>
          </w:tcPr>
          <w:p>
            <w:r>
              <w:t>通识必修课</w:t>
            </w:r>
          </w:p>
        </w:tc>
        <w:tc>
          <w:tcPr>
            <w:tcW w:type="dxa" w:w="960"/>
          </w:tcPr>
          <w:p>
            <w:r>
              <w:t>马克思主义学院</w:t>
            </w:r>
          </w:p>
        </w:tc>
        <w:tc>
          <w:tcPr>
            <w:tcW w:type="dxa" w:w="960"/>
          </w:tcPr>
          <w:p>
            <w:r>
              <w:t>2025-2026</w:t>
            </w:r>
          </w:p>
        </w:tc>
        <w:tc>
          <w:tcPr>
            <w:tcW w:type="dxa" w:w="960"/>
          </w:tcPr>
          <w:p>
            <w:r>
              <w:t>1</w:t>
            </w:r>
          </w:p>
        </w:tc>
        <w:tc>
          <w:tcPr>
            <w:tcW w:type="dxa" w:w="960"/>
          </w:tcPr>
          <w:p>
            <w:r>
              <w:t>无方向</w:t>
            </w:r>
          </w:p>
        </w:tc>
      </w:tr>
      <w:tr>
        <w:tc>
          <w:tcPr>
            <w:tcW w:type="dxa" w:w="960"/>
          </w:tcPr>
          <w:p>
            <w:r/>
          </w:p>
        </w:tc>
        <w:tc>
          <w:tcPr>
            <w:tcW w:type="dxa" w:w="960"/>
          </w:tcPr>
          <w:p>
            <w:r>
              <w:t>就业指导</w:t>
            </w:r>
          </w:p>
        </w:tc>
        <w:tc>
          <w:tcPr>
            <w:tcW w:type="dxa" w:w="960"/>
          </w:tcPr>
          <w:p>
            <w:r>
              <w:t>2SA11002</w:t>
            </w:r>
          </w:p>
        </w:tc>
        <w:tc>
          <w:tcPr>
            <w:tcW w:type="dxa" w:w="960"/>
          </w:tcPr>
          <w:p>
            <w:r>
              <w:t>0.5</w:t>
            </w:r>
          </w:p>
        </w:tc>
        <w:tc>
          <w:tcPr>
            <w:tcW w:type="dxa" w:w="960"/>
          </w:tcPr>
          <w:p>
            <w:r>
              <w:t>通识必修课</w:t>
            </w:r>
          </w:p>
        </w:tc>
        <w:tc>
          <w:tcPr>
            <w:tcW w:type="dxa" w:w="960"/>
          </w:tcPr>
          <w:p>
            <w:r>
              <w:t>学生工作处</w:t>
            </w:r>
          </w:p>
        </w:tc>
        <w:tc>
          <w:tcPr>
            <w:tcW w:type="dxa" w:w="960"/>
          </w:tcPr>
          <w:p>
            <w:r>
              <w:t>2025-2026</w:t>
            </w:r>
          </w:p>
        </w:tc>
        <w:tc>
          <w:tcPr>
            <w:tcW w:type="dxa" w:w="960"/>
          </w:tcPr>
          <w:p>
            <w:r>
              <w:t>1</w:t>
            </w:r>
          </w:p>
        </w:tc>
        <w:tc>
          <w:tcPr>
            <w:tcW w:type="dxa" w:w="960"/>
          </w:tcPr>
          <w:p>
            <w:r>
              <w:t>无方向</w:t>
            </w:r>
          </w:p>
        </w:tc>
      </w:tr>
      <w:tr>
        <w:tc>
          <w:tcPr>
            <w:tcW w:type="dxa" w:w="960"/>
          </w:tcPr>
          <w:p>
            <w:r/>
          </w:p>
        </w:tc>
        <w:tc>
          <w:tcPr>
            <w:tcW w:type="dxa" w:w="960"/>
          </w:tcPr>
          <w:p>
            <w:r>
              <w:t>专业实务考察</w:t>
            </w:r>
          </w:p>
        </w:tc>
        <w:tc>
          <w:tcPr>
            <w:tcW w:type="dxa" w:w="960"/>
          </w:tcPr>
          <w:p>
            <w:r>
              <w:t>2AR21523</w:t>
            </w:r>
          </w:p>
        </w:tc>
        <w:tc>
          <w:tcPr>
            <w:tcW w:type="dxa" w:w="960"/>
          </w:tcPr>
          <w:p>
            <w:r>
              <w:t>2</w:t>
            </w:r>
          </w:p>
        </w:tc>
        <w:tc>
          <w:tcPr>
            <w:tcW w:type="dxa" w:w="960"/>
          </w:tcPr>
          <w:p>
            <w:r>
              <w:t>专业必修课</w:t>
            </w:r>
          </w:p>
        </w:tc>
        <w:tc>
          <w:tcPr>
            <w:tcW w:type="dxa" w:w="960"/>
          </w:tcPr>
          <w:p>
            <w:r>
              <w:t>艺术学院</w:t>
            </w:r>
          </w:p>
        </w:tc>
        <w:tc>
          <w:tcPr>
            <w:tcW w:type="dxa" w:w="960"/>
          </w:tcPr>
          <w:p>
            <w:r>
              <w:t>2025-2026</w:t>
            </w:r>
          </w:p>
        </w:tc>
        <w:tc>
          <w:tcPr>
            <w:tcW w:type="dxa" w:w="960"/>
          </w:tcPr>
          <w:p>
            <w:r>
              <w:t>2</w:t>
            </w:r>
          </w:p>
        </w:tc>
        <w:tc>
          <w:tcPr>
            <w:tcW w:type="dxa" w:w="960"/>
          </w:tcPr>
          <w:p>
            <w:r>
              <w:t>无方向</w:t>
            </w:r>
          </w:p>
        </w:tc>
      </w:tr>
      <w:tr>
        <w:tc>
          <w:tcPr>
            <w:tcW w:type="dxa" w:w="960"/>
          </w:tcPr>
          <w:p>
            <w:r/>
          </w:p>
        </w:tc>
        <w:tc>
          <w:tcPr>
            <w:tcW w:type="dxa" w:w="960"/>
          </w:tcPr>
          <w:p>
            <w:r>
              <w:t>整合创新专题工作坊</w:t>
            </w:r>
          </w:p>
        </w:tc>
        <w:tc>
          <w:tcPr>
            <w:tcW w:type="dxa" w:w="960"/>
          </w:tcPr>
          <w:p>
            <w:r>
              <w:t>2AR21529</w:t>
            </w:r>
          </w:p>
        </w:tc>
        <w:tc>
          <w:tcPr>
            <w:tcW w:type="dxa" w:w="960"/>
          </w:tcPr>
          <w:p>
            <w:r>
              <w:t>2</w:t>
            </w:r>
          </w:p>
        </w:tc>
        <w:tc>
          <w:tcPr>
            <w:tcW w:type="dxa" w:w="960"/>
          </w:tcPr>
          <w:p>
            <w:r>
              <w:t>专业必修课</w:t>
            </w:r>
          </w:p>
        </w:tc>
        <w:tc>
          <w:tcPr>
            <w:tcW w:type="dxa" w:w="960"/>
          </w:tcPr>
          <w:p>
            <w:r>
              <w:t>艺术学院</w:t>
            </w:r>
          </w:p>
        </w:tc>
        <w:tc>
          <w:tcPr>
            <w:tcW w:type="dxa" w:w="960"/>
          </w:tcPr>
          <w:p>
            <w:r>
              <w:t>2025-2026</w:t>
            </w:r>
          </w:p>
        </w:tc>
        <w:tc>
          <w:tcPr>
            <w:tcW w:type="dxa" w:w="960"/>
          </w:tcPr>
          <w:p>
            <w:r>
              <w:t>2</w:t>
            </w:r>
          </w:p>
        </w:tc>
        <w:tc>
          <w:tcPr>
            <w:tcW w:type="dxa" w:w="960"/>
          </w:tcPr>
          <w:p>
            <w:r>
              <w:t>无方向</w:t>
            </w:r>
          </w:p>
        </w:tc>
      </w:tr>
      <w:tr>
        <w:tc>
          <w:tcPr>
            <w:tcW w:type="dxa" w:w="960"/>
          </w:tcPr>
          <w:p>
            <w:r/>
          </w:p>
        </w:tc>
        <w:tc>
          <w:tcPr>
            <w:tcW w:type="dxa" w:w="960"/>
          </w:tcPr>
          <w:p>
            <w:r>
              <w:t>广告传播设计</w:t>
            </w:r>
          </w:p>
        </w:tc>
        <w:tc>
          <w:tcPr>
            <w:tcW w:type="dxa" w:w="960"/>
          </w:tcPr>
          <w:p>
            <w:r>
              <w:t>2AR22503</w:t>
            </w:r>
          </w:p>
        </w:tc>
        <w:tc>
          <w:tcPr>
            <w:tcW w:type="dxa" w:w="960"/>
          </w:tcPr>
          <w:p>
            <w:r>
              <w:t>4</w:t>
            </w:r>
          </w:p>
        </w:tc>
        <w:tc>
          <w:tcPr>
            <w:tcW w:type="dxa" w:w="960"/>
          </w:tcPr>
          <w:p>
            <w:r>
              <w:t>专业限选课</w:t>
            </w:r>
          </w:p>
        </w:tc>
        <w:tc>
          <w:tcPr>
            <w:tcW w:type="dxa" w:w="960"/>
          </w:tcPr>
          <w:p>
            <w:r>
              <w:t>艺术学院</w:t>
            </w:r>
          </w:p>
        </w:tc>
        <w:tc>
          <w:tcPr>
            <w:tcW w:type="dxa" w:w="960"/>
          </w:tcPr>
          <w:p>
            <w:r>
              <w:t>2025-2026</w:t>
            </w:r>
          </w:p>
        </w:tc>
        <w:tc>
          <w:tcPr>
            <w:tcW w:type="dxa" w:w="960"/>
          </w:tcPr>
          <w:p>
            <w:r>
              <w:t>2</w:t>
            </w:r>
          </w:p>
        </w:tc>
        <w:tc>
          <w:tcPr>
            <w:tcW w:type="dxa" w:w="960"/>
          </w:tcPr>
          <w:p>
            <w:r>
              <w:t>媒体传播设计方向</w:t>
            </w:r>
          </w:p>
        </w:tc>
      </w:tr>
      <w:tr>
        <w:tc>
          <w:tcPr>
            <w:tcW w:type="dxa" w:w="960"/>
          </w:tcPr>
          <w:p>
            <w:r/>
          </w:p>
        </w:tc>
        <w:tc>
          <w:tcPr>
            <w:tcW w:type="dxa" w:w="960"/>
          </w:tcPr>
          <w:p>
            <w:r>
              <w:t>信息可视化设计A</w:t>
            </w:r>
          </w:p>
        </w:tc>
        <w:tc>
          <w:tcPr>
            <w:tcW w:type="dxa" w:w="960"/>
          </w:tcPr>
          <w:p>
            <w:r>
              <w:t>2AR22504</w:t>
            </w:r>
          </w:p>
        </w:tc>
        <w:tc>
          <w:tcPr>
            <w:tcW w:type="dxa" w:w="960"/>
          </w:tcPr>
          <w:p>
            <w:r>
              <w:t>4</w:t>
            </w:r>
          </w:p>
        </w:tc>
        <w:tc>
          <w:tcPr>
            <w:tcW w:type="dxa" w:w="960"/>
          </w:tcPr>
          <w:p>
            <w:r>
              <w:t>专业限选课</w:t>
            </w:r>
          </w:p>
        </w:tc>
        <w:tc>
          <w:tcPr>
            <w:tcW w:type="dxa" w:w="960"/>
          </w:tcPr>
          <w:p>
            <w:r>
              <w:t>艺术学院</w:t>
            </w:r>
          </w:p>
        </w:tc>
        <w:tc>
          <w:tcPr>
            <w:tcW w:type="dxa" w:w="960"/>
          </w:tcPr>
          <w:p>
            <w:r>
              <w:t>2025-2026</w:t>
            </w:r>
          </w:p>
        </w:tc>
        <w:tc>
          <w:tcPr>
            <w:tcW w:type="dxa" w:w="960"/>
          </w:tcPr>
          <w:p>
            <w:r>
              <w:t>2</w:t>
            </w:r>
          </w:p>
        </w:tc>
        <w:tc>
          <w:tcPr>
            <w:tcW w:type="dxa" w:w="960"/>
          </w:tcPr>
          <w:p>
            <w:r>
              <w:t>媒体传播设计方向</w:t>
            </w:r>
          </w:p>
        </w:tc>
      </w:tr>
      <w:tr>
        <w:tc>
          <w:tcPr>
            <w:tcW w:type="dxa" w:w="960"/>
          </w:tcPr>
          <w:p>
            <w:r/>
          </w:p>
        </w:tc>
        <w:tc>
          <w:tcPr>
            <w:tcW w:type="dxa" w:w="960"/>
          </w:tcPr>
          <w:p>
            <w:r>
              <w:t>跨媒介设计</w:t>
            </w:r>
          </w:p>
        </w:tc>
        <w:tc>
          <w:tcPr>
            <w:tcW w:type="dxa" w:w="960"/>
          </w:tcPr>
          <w:p>
            <w:r>
              <w:t>2AR22505</w:t>
            </w:r>
          </w:p>
        </w:tc>
        <w:tc>
          <w:tcPr>
            <w:tcW w:type="dxa" w:w="960"/>
          </w:tcPr>
          <w:p>
            <w:r>
              <w:t>3</w:t>
            </w:r>
          </w:p>
        </w:tc>
        <w:tc>
          <w:tcPr>
            <w:tcW w:type="dxa" w:w="960"/>
          </w:tcPr>
          <w:p>
            <w:r>
              <w:t>专业限选课</w:t>
            </w:r>
          </w:p>
        </w:tc>
        <w:tc>
          <w:tcPr>
            <w:tcW w:type="dxa" w:w="960"/>
          </w:tcPr>
          <w:p>
            <w:r>
              <w:t>艺术学院</w:t>
            </w:r>
          </w:p>
        </w:tc>
        <w:tc>
          <w:tcPr>
            <w:tcW w:type="dxa" w:w="960"/>
          </w:tcPr>
          <w:p>
            <w:r>
              <w:t>2025-2026</w:t>
            </w:r>
          </w:p>
        </w:tc>
        <w:tc>
          <w:tcPr>
            <w:tcW w:type="dxa" w:w="960"/>
          </w:tcPr>
          <w:p>
            <w:r>
              <w:t>2</w:t>
            </w:r>
          </w:p>
        </w:tc>
        <w:tc>
          <w:tcPr>
            <w:tcW w:type="dxa" w:w="960"/>
          </w:tcPr>
          <w:p>
            <w:r>
              <w:t>媒体传播设计方向</w:t>
            </w:r>
          </w:p>
        </w:tc>
      </w:tr>
      <w:tr>
        <w:tc>
          <w:tcPr>
            <w:tcW w:type="dxa" w:w="960"/>
          </w:tcPr>
          <w:p>
            <w:r/>
          </w:p>
        </w:tc>
        <w:tc>
          <w:tcPr>
            <w:tcW w:type="dxa" w:w="960"/>
          </w:tcPr>
          <w:p>
            <w:r>
              <w:t>信息可视化设计B</w:t>
            </w:r>
          </w:p>
        </w:tc>
        <w:tc>
          <w:tcPr>
            <w:tcW w:type="dxa" w:w="960"/>
          </w:tcPr>
          <w:p>
            <w:r>
              <w:t>2AR22510</w:t>
            </w:r>
          </w:p>
        </w:tc>
        <w:tc>
          <w:tcPr>
            <w:tcW w:type="dxa" w:w="960"/>
          </w:tcPr>
          <w:p>
            <w:r>
              <w:t>4</w:t>
            </w:r>
          </w:p>
        </w:tc>
        <w:tc>
          <w:tcPr>
            <w:tcW w:type="dxa" w:w="960"/>
          </w:tcPr>
          <w:p>
            <w:r>
              <w:t>专业限选课</w:t>
            </w:r>
          </w:p>
        </w:tc>
        <w:tc>
          <w:tcPr>
            <w:tcW w:type="dxa" w:w="960"/>
          </w:tcPr>
          <w:p>
            <w:r>
              <w:t>艺术学院</w:t>
            </w:r>
          </w:p>
        </w:tc>
        <w:tc>
          <w:tcPr>
            <w:tcW w:type="dxa" w:w="960"/>
          </w:tcPr>
          <w:p>
            <w:r>
              <w:t>2025-2026</w:t>
            </w:r>
          </w:p>
        </w:tc>
        <w:tc>
          <w:tcPr>
            <w:tcW w:type="dxa" w:w="960"/>
          </w:tcPr>
          <w:p>
            <w:r>
              <w:t>2</w:t>
            </w:r>
          </w:p>
        </w:tc>
        <w:tc>
          <w:tcPr>
            <w:tcW w:type="dxa" w:w="960"/>
          </w:tcPr>
          <w:p>
            <w:r>
              <w:t>文化创意设计方向</w:t>
            </w:r>
          </w:p>
        </w:tc>
      </w:tr>
      <w:tr>
        <w:tc>
          <w:tcPr>
            <w:tcW w:type="dxa" w:w="960"/>
          </w:tcPr>
          <w:p>
            <w:r/>
          </w:p>
        </w:tc>
        <w:tc>
          <w:tcPr>
            <w:tcW w:type="dxa" w:w="960"/>
          </w:tcPr>
          <w:p>
            <w:r>
              <w:t>传统手工艺设计</w:t>
            </w:r>
          </w:p>
        </w:tc>
        <w:tc>
          <w:tcPr>
            <w:tcW w:type="dxa" w:w="960"/>
          </w:tcPr>
          <w:p>
            <w:r>
              <w:t>2AR22511</w:t>
            </w:r>
          </w:p>
        </w:tc>
        <w:tc>
          <w:tcPr>
            <w:tcW w:type="dxa" w:w="960"/>
          </w:tcPr>
          <w:p>
            <w:r>
              <w:t>3</w:t>
            </w:r>
          </w:p>
        </w:tc>
        <w:tc>
          <w:tcPr>
            <w:tcW w:type="dxa" w:w="960"/>
          </w:tcPr>
          <w:p>
            <w:r>
              <w:t>专业限选课</w:t>
            </w:r>
          </w:p>
        </w:tc>
        <w:tc>
          <w:tcPr>
            <w:tcW w:type="dxa" w:w="960"/>
          </w:tcPr>
          <w:p>
            <w:r>
              <w:t>艺术学院</w:t>
            </w:r>
          </w:p>
        </w:tc>
        <w:tc>
          <w:tcPr>
            <w:tcW w:type="dxa" w:w="960"/>
          </w:tcPr>
          <w:p>
            <w:r>
              <w:t>2025-2026</w:t>
            </w:r>
          </w:p>
        </w:tc>
        <w:tc>
          <w:tcPr>
            <w:tcW w:type="dxa" w:w="960"/>
          </w:tcPr>
          <w:p>
            <w:r>
              <w:t>2</w:t>
            </w:r>
          </w:p>
        </w:tc>
        <w:tc>
          <w:tcPr>
            <w:tcW w:type="dxa" w:w="960"/>
          </w:tcPr>
          <w:p>
            <w:r>
              <w:t>文化创意设计方向</w:t>
            </w:r>
          </w:p>
        </w:tc>
      </w:tr>
      <w:tr>
        <w:tc>
          <w:tcPr>
            <w:tcW w:type="dxa" w:w="960"/>
          </w:tcPr>
          <w:p>
            <w:r/>
          </w:p>
        </w:tc>
        <w:tc>
          <w:tcPr>
            <w:tcW w:type="dxa" w:w="960"/>
          </w:tcPr>
          <w:p>
            <w:r>
              <w:t>文旅纪念品设计</w:t>
            </w:r>
          </w:p>
        </w:tc>
        <w:tc>
          <w:tcPr>
            <w:tcW w:type="dxa" w:w="960"/>
          </w:tcPr>
          <w:p>
            <w:r>
              <w:t>2AR22512</w:t>
            </w:r>
          </w:p>
        </w:tc>
        <w:tc>
          <w:tcPr>
            <w:tcW w:type="dxa" w:w="960"/>
          </w:tcPr>
          <w:p>
            <w:r>
              <w:t>4</w:t>
            </w:r>
          </w:p>
        </w:tc>
        <w:tc>
          <w:tcPr>
            <w:tcW w:type="dxa" w:w="960"/>
          </w:tcPr>
          <w:p>
            <w:r>
              <w:t>专业限选课</w:t>
            </w:r>
          </w:p>
        </w:tc>
        <w:tc>
          <w:tcPr>
            <w:tcW w:type="dxa" w:w="960"/>
          </w:tcPr>
          <w:p>
            <w:r>
              <w:t>艺术学院</w:t>
            </w:r>
          </w:p>
        </w:tc>
        <w:tc>
          <w:tcPr>
            <w:tcW w:type="dxa" w:w="960"/>
          </w:tcPr>
          <w:p>
            <w:r>
              <w:t>2025-2026</w:t>
            </w:r>
          </w:p>
        </w:tc>
        <w:tc>
          <w:tcPr>
            <w:tcW w:type="dxa" w:w="960"/>
          </w:tcPr>
          <w:p>
            <w:r>
              <w:t>2</w:t>
            </w:r>
          </w:p>
        </w:tc>
        <w:tc>
          <w:tcPr>
            <w:tcW w:type="dxa" w:w="960"/>
          </w:tcPr>
          <w:p>
            <w:r>
              <w:t>文化创意设计方向</w:t>
            </w:r>
          </w:p>
        </w:tc>
      </w:tr>
      <w:tr>
        <w:tc>
          <w:tcPr>
            <w:tcW w:type="dxa" w:w="960"/>
          </w:tcPr>
          <w:p>
            <w:r>
              <w:t>注：按修读学年学期排序。</w:t>
            </w:r>
          </w:p>
        </w:tc>
        <w:tc>
          <w:tcPr>
            <w:tcW w:type="dxa" w:w="960"/>
          </w:tcPr>
          <w:p>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r>
        <w:tc>
          <w:tcPr>
            <w:tcW w:type="dxa" w:w="960"/>
          </w:tcPr>
          <w:p>
            <w:r>
              <w:t>制表人（签字）：日期：学院（公章）：</w:t>
            </w:r>
          </w:p>
        </w:tc>
        <w:tc>
          <w:tcPr>
            <w:tcW w:type="dxa" w:w="960"/>
          </w:tcPr>
          <w:p>
            <w:r/>
          </w:p>
        </w:tc>
        <w:tc>
          <w:tcPr>
            <w:tcW w:type="dxa" w:w="960"/>
          </w:tcPr>
          <w:p/>
        </w:tc>
        <w:tc>
          <w:tcPr>
            <w:tcW w:type="dxa" w:w="960"/>
          </w:tcPr>
          <w:p/>
        </w:tc>
        <w:tc>
          <w:tcPr>
            <w:tcW w:type="dxa" w:w="960"/>
          </w:tcPr>
          <w:p/>
        </w:tc>
        <w:tc>
          <w:tcPr>
            <w:tcW w:type="dxa" w:w="960"/>
          </w:tcPr>
          <w:p/>
        </w:tc>
        <w:tc>
          <w:tcPr>
            <w:tcW w:type="dxa" w:w="960"/>
          </w:tcPr>
          <w:p/>
        </w:tc>
        <w:tc>
          <w:tcPr>
            <w:tcW w:type="dxa" w:w="960"/>
          </w:tcPr>
          <w:p/>
        </w:tc>
        <w:tc>
          <w:tcPr>
            <w:tcW w:type="dxa" w:w="96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