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苏州科技大学社会发展与公共管理学院推荐2027年优秀应届本科毕业生免试攻读研究生工作细则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组长：夏新广、王本立</w:t>
      </w:r>
    </w:p>
    <w:p>
      <w:r>
        <w:t>成员：杨波涛、张笑川、赵伟、王春、糜皛</w:t>
      </w:r>
    </w:p>
    <w:p>
      <w:r>
        <w:t>咨询电话：0512-68415928申诉电话：0512-68415348、13862018805邮箱：shxytj@mail.usts.edu.cn</w:t>
      </w:r>
    </w:p>
    <w:p>
      <w:r>
        <w:t>二、名额分配</w:t>
      </w:r>
    </w:p>
    <w:p>
      <w:r>
        <w:t>总名额：6名</w:t>
      </w:r>
    </w:p>
    <w:p>
      <w:r>
        <w:t>名额分配如下：历史学（师范）专业2名；社会工作专业2名；劳动与社会保障专业2名。</w:t>
      </w:r>
    </w:p>
    <w:p>
      <w:r>
        <w:t>三、申请报名条件</w:t>
      </w:r>
    </w:p>
    <w:p>
      <w:r>
        <w:t>申请者须满足学校规定的遴选基本条件。</w:t>
      </w:r>
    </w:p>
    <w:p>
      <w:r>
        <w:t>四、申请受理时间、地点</w:t>
      </w:r>
    </w:p>
    <w:p>
      <w:r>
        <w:t>截止时间：9月1日16:00之前，提交报名申请及相关材料。</w:t>
      </w:r>
    </w:p>
    <w:p>
      <w:r>
        <w:t>受理地点：石湖校区教1楼305室</w:t>
      </w:r>
    </w:p>
    <w:p>
      <w:r>
        <w:t>受理人员：胡绮老师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社会发展与公共管理学院</w:t>
      </w:r>
    </w:p>
    <w:p>
      <w:r>
        <w:t>日期：2026年8月29日</w:t>
      </w:r>
    </w:p>
    <w:p>
      <w:r>
        <w:t>附件1:苏州科技大学社会发展与公共管理学院推免生综合素质单项分值设置表</w:t>
      </w:r>
    </w:p>
    <w:p>
      <w:r>
        <w:t>附件2：苏州科技大学推荐2027年优秀应届本科毕业生免试攻读研究生课程清单</w:t>
      </w:r>
    </w:p>
    <w:p>
      <w:r>
        <w:t>苏州科技大学社会发展与公共管理学院推免生综合素质单项分值设置表</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类别</w:t>
            </w:r>
          </w:p>
        </w:tc>
        <w:tc>
          <w:tcPr>
            <w:tcW w:type="dxa" w:w="864"/>
          </w:tcPr>
          <w:p>
            <w:r>
              <w:t>项目等级</w:t>
            </w:r>
          </w:p>
        </w:tc>
        <w:tc>
          <w:tcPr>
            <w:tcW w:type="dxa" w:w="864"/>
          </w:tcPr>
          <w:p>
            <w:r>
              <w:t>第一等次</w:t>
            </w:r>
          </w:p>
        </w:tc>
        <w:tc>
          <w:tcPr>
            <w:tcW w:type="dxa" w:w="864"/>
          </w:tcPr>
          <w:p>
            <w:r>
              <w:t>第二等次</w:t>
            </w:r>
          </w:p>
        </w:tc>
        <w:tc>
          <w:tcPr>
            <w:tcW w:type="dxa" w:w="864"/>
          </w:tcPr>
          <w:p>
            <w:r>
              <w:t>第三等次</w:t>
            </w:r>
          </w:p>
        </w:tc>
        <w:tc>
          <w:tcPr>
            <w:tcW w:type="dxa" w:w="864"/>
          </w:tcPr>
          <w:p>
            <w:r>
              <w:t>第四等次</w:t>
            </w:r>
          </w:p>
        </w:tc>
        <w:tc>
          <w:tcPr>
            <w:tcW w:type="dxa" w:w="864"/>
          </w:tcPr>
          <w:p>
            <w:r>
              <w:t>备注</w:t>
            </w:r>
          </w:p>
        </w:tc>
        <w:tc>
          <w:tcPr>
            <w:tcW w:type="dxa" w:w="864"/>
          </w:tcPr>
          <w:p/>
        </w:tc>
        <w:tc>
          <w:tcPr>
            <w:tcW w:type="dxa" w:w="864"/>
          </w:tcPr>
          <w:p/>
        </w:tc>
        <w:tc>
          <w:tcPr>
            <w:tcW w:type="dxa" w:w="864"/>
          </w:tcPr>
          <w:p/>
        </w:tc>
      </w:tr>
      <w:tr>
        <w:tc>
          <w:tcPr>
            <w:tcW w:type="dxa" w:w="864"/>
          </w:tcPr>
          <w:p>
            <w:r>
              <w:t>学科竞赛(不超过40分)</w:t>
            </w:r>
          </w:p>
        </w:tc>
        <w:tc>
          <w:tcPr>
            <w:tcW w:type="dxa" w:w="864"/>
          </w:tcPr>
          <w:p>
            <w:r>
              <w:t>I甲</w:t>
            </w:r>
          </w:p>
        </w:tc>
        <w:tc>
          <w:tcPr>
            <w:tcW w:type="dxa" w:w="864"/>
          </w:tcPr>
          <w:p>
            <w:r>
              <w:t>40</w:t>
            </w:r>
          </w:p>
        </w:tc>
        <w:tc>
          <w:tcPr>
            <w:tcW w:type="dxa" w:w="864"/>
          </w:tcPr>
          <w:p>
            <w:r>
              <w:t>30</w:t>
            </w:r>
          </w:p>
        </w:tc>
        <w:tc>
          <w:tcPr>
            <w:tcW w:type="dxa" w:w="864"/>
          </w:tcPr>
          <w:p>
            <w:r>
              <w:t>15</w:t>
            </w:r>
          </w:p>
        </w:tc>
        <w:tc>
          <w:tcPr>
            <w:tcW w:type="dxa" w:w="864"/>
          </w:tcPr>
          <w:p>
            <w:r>
              <w:t>5</w:t>
            </w:r>
          </w:p>
        </w:tc>
        <w:tc>
          <w:tcPr>
            <w:tcW w:type="dxa" w:w="864"/>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864"/>
          </w:tcPr>
          <w:p/>
        </w:tc>
        <w:tc>
          <w:tcPr>
            <w:tcW w:type="dxa" w:w="864"/>
          </w:tcPr>
          <w:p/>
        </w:tc>
        <w:tc>
          <w:tcPr>
            <w:tcW w:type="dxa" w:w="864"/>
          </w:tcPr>
          <w:p/>
        </w:tc>
      </w:tr>
      <w:tr>
        <w:tc>
          <w:tcPr>
            <w:tcW w:type="dxa" w:w="864"/>
          </w:tcPr>
          <w:p>
            <w:r>
              <w:t>I乙</w:t>
            </w:r>
          </w:p>
        </w:tc>
        <w:tc>
          <w:tcPr>
            <w:tcW w:type="dxa" w:w="864"/>
          </w:tcPr>
          <w:p>
            <w:r>
              <w:t>15</w:t>
            </w:r>
          </w:p>
        </w:tc>
        <w:tc>
          <w:tcPr>
            <w:tcW w:type="dxa" w:w="864"/>
          </w:tcPr>
          <w:p>
            <w:r>
              <w:t>10</w:t>
            </w:r>
          </w:p>
        </w:tc>
        <w:tc>
          <w:tcPr>
            <w:tcW w:type="dxa" w:w="864"/>
          </w:tcPr>
          <w:p>
            <w:r>
              <w:t>3</w:t>
            </w:r>
          </w:p>
        </w:tc>
        <w:tc>
          <w:tcPr>
            <w:tcW w:type="dxa" w:w="864"/>
          </w:tcPr>
          <w:p>
            <w:r>
              <w:t>1</w:t>
            </w:r>
          </w:p>
        </w:tc>
        <w:tc>
          <w:tcPr>
            <w:tcW w:type="dxa" w:w="864"/>
          </w:tcPr>
          <w:p/>
        </w:tc>
        <w:tc>
          <w:tcPr>
            <w:tcW w:type="dxa" w:w="864"/>
          </w:tcPr>
          <w:p/>
        </w:tc>
        <w:tc>
          <w:tcPr>
            <w:tcW w:type="dxa" w:w="864"/>
          </w:tcPr>
          <w:p/>
        </w:tc>
        <w:tc>
          <w:tcPr>
            <w:tcW w:type="dxa" w:w="864"/>
          </w:tcPr>
          <w:p/>
        </w:tc>
        <w:tc>
          <w:tcPr>
            <w:tcW w:type="dxa" w:w="864"/>
          </w:tcPr>
          <w:p/>
        </w:tc>
      </w:tr>
      <w:tr>
        <w:tc>
          <w:tcPr>
            <w:tcW w:type="dxa" w:w="864"/>
          </w:tcPr>
          <w:p>
            <w:r>
              <w:t>科研成果(不超过40分)</w:t>
            </w:r>
          </w:p>
        </w:tc>
        <w:tc>
          <w:tcPr>
            <w:tcW w:type="dxa" w:w="864"/>
          </w:tcPr>
          <w:p>
            <w:r>
              <w:t>一类核心</w:t>
            </w:r>
          </w:p>
        </w:tc>
        <w:tc>
          <w:tcPr>
            <w:tcW w:type="dxa" w:w="864"/>
          </w:tcPr>
          <w:p>
            <w:r>
              <w:t>二类核心</w:t>
            </w:r>
          </w:p>
        </w:tc>
        <w:tc>
          <w:tcPr>
            <w:tcW w:type="dxa" w:w="864"/>
          </w:tcPr>
          <w:p>
            <w:r>
              <w:t>三类核心</w:t>
            </w:r>
          </w:p>
        </w:tc>
        <w:tc>
          <w:tcPr>
            <w:tcW w:type="dxa" w:w="864"/>
          </w:tcPr>
          <w:p>
            <w:r>
              <w:t>四类核心</w:t>
            </w:r>
          </w:p>
        </w:tc>
        <w:tc>
          <w:tcPr>
            <w:tcW w:type="dxa" w:w="864"/>
          </w:tcPr>
          <w:p>
            <w:r>
              <w:t>中文核心</w:t>
            </w:r>
          </w:p>
        </w:tc>
        <w:tc>
          <w:tcPr>
            <w:tcW w:type="dxa" w:w="864"/>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核心期刊分类及认定按照学校《苏州科技大学核心期刊目录（2021修订）》等相关文件规定，中文核心以《中文核心期刊要目总览》为准。</w:t>
            </w:r>
          </w:p>
        </w:tc>
        <w:tc>
          <w:tcPr>
            <w:tcW w:type="dxa" w:w="864"/>
          </w:tcPr>
          <w:p/>
        </w:tc>
        <w:tc>
          <w:tcPr>
            <w:tcW w:type="dxa" w:w="864"/>
          </w:tcPr>
          <w:p/>
        </w:tc>
        <w:tc>
          <w:tcPr>
            <w:tcW w:type="dxa" w:w="864"/>
          </w:tcPr>
          <w:p/>
        </w:tc>
      </w:tr>
      <w:tr>
        <w:tc>
          <w:tcPr>
            <w:tcW w:type="dxa" w:w="864"/>
          </w:tcPr>
          <w:p>
            <w:r>
              <w:t>40</w:t>
            </w:r>
          </w:p>
        </w:tc>
        <w:tc>
          <w:tcPr>
            <w:tcW w:type="dxa" w:w="864"/>
          </w:tcPr>
          <w:p>
            <w:r>
              <w:t>35</w:t>
            </w:r>
          </w:p>
        </w:tc>
        <w:tc>
          <w:tcPr>
            <w:tcW w:type="dxa" w:w="864"/>
          </w:tcPr>
          <w:p>
            <w:r>
              <w:t>30</w:t>
            </w:r>
          </w:p>
        </w:tc>
        <w:tc>
          <w:tcPr>
            <w:tcW w:type="dxa" w:w="864"/>
          </w:tcPr>
          <w:p>
            <w:r>
              <w:t>25</w:t>
            </w:r>
          </w:p>
        </w:tc>
        <w:tc>
          <w:tcPr>
            <w:tcW w:type="dxa" w:w="864"/>
          </w:tcPr>
          <w:p>
            <w:r>
              <w:t>20</w:t>
            </w:r>
          </w:p>
        </w:tc>
        <w:tc>
          <w:tcPr>
            <w:tcW w:type="dxa" w:w="864"/>
          </w:tcPr>
          <w:p/>
        </w:tc>
        <w:tc>
          <w:tcPr>
            <w:tcW w:type="dxa" w:w="864"/>
          </w:tcPr>
          <w:p/>
        </w:tc>
        <w:tc>
          <w:tcPr>
            <w:tcW w:type="dxa" w:w="864"/>
          </w:tcPr>
          <w:p/>
        </w:tc>
        <w:tc>
          <w:tcPr>
            <w:tcW w:type="dxa" w:w="864"/>
          </w:tcPr>
          <w:p/>
        </w:tc>
        <w:tc>
          <w:tcPr>
            <w:tcW w:type="dxa" w:w="864"/>
          </w:tcPr>
          <w:p/>
        </w:tc>
      </w:tr>
      <w:tr>
        <w:tc>
          <w:tcPr>
            <w:tcW w:type="dxa" w:w="864"/>
          </w:tcPr>
          <w:p>
            <w:r>
              <w:t>志愿服务(不超过10分)</w:t>
            </w:r>
          </w:p>
        </w:tc>
        <w:tc>
          <w:tcPr>
            <w:tcW w:type="dxa" w:w="864"/>
          </w:tcPr>
          <w:p>
            <w:r/>
          </w:p>
        </w:tc>
        <w:tc>
          <w:tcPr>
            <w:tcW w:type="dxa" w:w="864"/>
          </w:tcPr>
          <w:p>
            <w:r>
              <w:t>第一等次</w:t>
            </w:r>
          </w:p>
        </w:tc>
        <w:tc>
          <w:tcPr>
            <w:tcW w:type="dxa" w:w="864"/>
          </w:tcPr>
          <w:p>
            <w:r>
              <w:t>第二等次</w:t>
            </w:r>
          </w:p>
        </w:tc>
        <w:tc>
          <w:tcPr>
            <w:tcW w:type="dxa" w:w="864"/>
          </w:tcPr>
          <w:p>
            <w:r>
              <w:t>第三等次</w:t>
            </w:r>
          </w:p>
        </w:tc>
        <w:tc>
          <w:tcPr>
            <w:tcW w:type="dxa" w:w="864"/>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864"/>
          </w:tcPr>
          <w:p/>
        </w:tc>
        <w:tc>
          <w:tcPr>
            <w:tcW w:type="dxa" w:w="864"/>
          </w:tcPr>
          <w:p/>
        </w:tc>
        <w:tc>
          <w:tcPr>
            <w:tcW w:type="dxa" w:w="864"/>
          </w:tcPr>
          <w:p/>
        </w:tc>
        <w:tc>
          <w:tcPr>
            <w:tcW w:type="dxa" w:w="864"/>
          </w:tcPr>
          <w:p/>
        </w:tc>
      </w:tr>
      <w:tr>
        <w:tc>
          <w:tcPr>
            <w:tcW w:type="dxa" w:w="864"/>
          </w:tcPr>
          <w:p>
            <w:r>
              <w:t>国家级</w:t>
            </w:r>
          </w:p>
        </w:tc>
        <w:tc>
          <w:tcPr>
            <w:tcW w:type="dxa" w:w="864"/>
          </w:tcPr>
          <w:p>
            <w:r>
              <w:t>10</w:t>
            </w:r>
          </w:p>
        </w:tc>
        <w:tc>
          <w:tcPr>
            <w:tcW w:type="dxa" w:w="864"/>
          </w:tcPr>
          <w:p>
            <w:r>
              <w:t>7</w:t>
            </w:r>
          </w:p>
        </w:tc>
        <w:tc>
          <w:tcPr>
            <w:tcW w:type="dxa" w:w="864"/>
          </w:tcPr>
          <w:p>
            <w:r>
              <w:t>5</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省部级</w:t>
            </w:r>
          </w:p>
        </w:tc>
        <w:tc>
          <w:tcPr>
            <w:tcW w:type="dxa" w:w="864"/>
          </w:tcPr>
          <w:p>
            <w:r>
              <w:t>5</w:t>
            </w:r>
          </w:p>
        </w:tc>
        <w:tc>
          <w:tcPr>
            <w:tcW w:type="dxa" w:w="864"/>
          </w:tcPr>
          <w:p>
            <w:r>
              <w:t>3</w:t>
            </w:r>
          </w:p>
        </w:tc>
        <w:tc>
          <w:tcPr>
            <w:tcW w:type="dxa" w:w="864"/>
          </w:tcPr>
          <w:p>
            <w:r>
              <w:t>1</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到国际组织实习（不超过5分）</w:t>
            </w:r>
          </w:p>
        </w:tc>
        <w:tc>
          <w:tcPr>
            <w:tcW w:type="dxa" w:w="864"/>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参军入伍服兵役（不超过5分）</w:t>
            </w:r>
          </w:p>
        </w:tc>
        <w:tc>
          <w:tcPr>
            <w:tcW w:type="dxa" w:w="864"/>
          </w:tcPr>
          <w:p>
            <w:r>
              <w:t>须提供入伍批准书及退出现役证。</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苏州科技大学2027年推荐优秀应届本科毕业生免试攻读研究生课程清单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p>
        </w:tc>
        <w:tc>
          <w:tcPr>
            <w:tcW w:type="dxa" w:w="1080"/>
          </w:tcPr>
          <w:p>
            <w:r>
              <w:t>历史学（师范）</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书法基础</w:t>
            </w:r>
          </w:p>
        </w:tc>
        <w:tc>
          <w:tcPr>
            <w:tcW w:type="dxa" w:w="1080"/>
          </w:tcPr>
          <w:p>
            <w:r>
              <w:t>2AR41001</w:t>
            </w:r>
          </w:p>
        </w:tc>
        <w:tc>
          <w:tcPr>
            <w:tcW w:type="dxa" w:w="1080"/>
          </w:tcPr>
          <w:p>
            <w:r>
              <w:t>1.0</w:t>
            </w:r>
          </w:p>
        </w:tc>
        <w:tc>
          <w:tcPr>
            <w:tcW w:type="dxa" w:w="1080"/>
          </w:tcPr>
          <w:p>
            <w:r>
              <w:t>教师教育必修课</w:t>
            </w:r>
          </w:p>
        </w:tc>
        <w:tc>
          <w:tcPr>
            <w:tcW w:type="dxa" w:w="1080"/>
          </w:tcPr>
          <w:p>
            <w:r>
              <w:t>艺术学院</w:t>
            </w:r>
          </w:p>
        </w:tc>
        <w:tc>
          <w:tcPr>
            <w:tcW w:type="dxa" w:w="1080"/>
          </w:tcPr>
          <w:p>
            <w:r>
              <w:t>2023-2024</w:t>
            </w:r>
          </w:p>
        </w:tc>
        <w:tc>
          <w:tcPr>
            <w:tcW w:type="dxa" w:w="1080"/>
          </w:tcPr>
          <w:p>
            <w:r>
              <w:t>1</w:t>
            </w:r>
          </w:p>
        </w:tc>
      </w:tr>
      <w:tr>
        <w:tc>
          <w:tcPr>
            <w:tcW w:type="dxa" w:w="1080"/>
          </w:tcPr>
          <w:p>
            <w:r>
              <w:t>3</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5</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文科高等数学</w:t>
            </w:r>
          </w:p>
        </w:tc>
        <w:tc>
          <w:tcPr>
            <w:tcW w:type="dxa" w:w="1080"/>
          </w:tcPr>
          <w:p>
            <w:r>
              <w:t>2MA11010</w:t>
            </w:r>
          </w:p>
        </w:tc>
        <w:tc>
          <w:tcPr>
            <w:tcW w:type="dxa" w:w="1080"/>
          </w:tcPr>
          <w:p>
            <w:r>
              <w:t>1.0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8</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9</w:t>
            </w:r>
          </w:p>
        </w:tc>
        <w:tc>
          <w:tcPr>
            <w:tcW w:type="dxa" w:w="1080"/>
          </w:tcPr>
          <w:p>
            <w:r>
              <w:t>中国古代史（一）</w:t>
            </w:r>
          </w:p>
        </w:tc>
        <w:tc>
          <w:tcPr>
            <w:tcW w:type="dxa" w:w="1080"/>
          </w:tcPr>
          <w:p>
            <w:r>
              <w:t>2SD21101</w:t>
            </w:r>
          </w:p>
        </w:tc>
        <w:tc>
          <w:tcPr>
            <w:tcW w:type="dxa" w:w="1080"/>
          </w:tcPr>
          <w:p>
            <w:r>
              <w:t>4.0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世界古代史（一）</w:t>
            </w:r>
          </w:p>
        </w:tc>
        <w:tc>
          <w:tcPr>
            <w:tcW w:type="dxa" w:w="1080"/>
          </w:tcPr>
          <w:p>
            <w:r>
              <w:t>2SD21103</w:t>
            </w:r>
          </w:p>
        </w:tc>
        <w:tc>
          <w:tcPr>
            <w:tcW w:type="dxa" w:w="1080"/>
          </w:tcPr>
          <w:p>
            <w:r>
              <w:t>4.0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历史文选（一）</w:t>
            </w:r>
          </w:p>
        </w:tc>
        <w:tc>
          <w:tcPr>
            <w:tcW w:type="dxa" w:w="1080"/>
          </w:tcPr>
          <w:p>
            <w:r>
              <w:t>2SD21109</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教师发展与职业道德</w:t>
            </w:r>
          </w:p>
        </w:tc>
        <w:tc>
          <w:tcPr>
            <w:tcW w:type="dxa" w:w="1080"/>
          </w:tcPr>
          <w:p>
            <w:r>
              <w:t>2SD41107</w:t>
            </w:r>
          </w:p>
        </w:tc>
        <w:tc>
          <w:tcPr>
            <w:tcW w:type="dxa" w:w="1080"/>
          </w:tcPr>
          <w:p>
            <w:r>
              <w:t>1.0</w:t>
            </w:r>
          </w:p>
        </w:tc>
        <w:tc>
          <w:tcPr>
            <w:tcW w:type="dxa" w:w="1080"/>
          </w:tcPr>
          <w:p>
            <w:r>
              <w:t>教师教育必修课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14</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教育学基础</w:t>
            </w:r>
          </w:p>
        </w:tc>
        <w:tc>
          <w:tcPr>
            <w:tcW w:type="dxa" w:w="1080"/>
          </w:tcPr>
          <w:p>
            <w:r>
              <w:t>2ED41001</w:t>
            </w:r>
          </w:p>
        </w:tc>
        <w:tc>
          <w:tcPr>
            <w:tcW w:type="dxa" w:w="1080"/>
          </w:tcPr>
          <w:p>
            <w:r>
              <w:t>2.0</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习近平总书记关于教育的重要论述研究</w:t>
            </w:r>
          </w:p>
        </w:tc>
        <w:tc>
          <w:tcPr>
            <w:tcW w:type="dxa" w:w="1080"/>
          </w:tcPr>
          <w:p>
            <w:r>
              <w:t>2MX11011</w:t>
            </w:r>
          </w:p>
        </w:tc>
        <w:tc>
          <w:tcPr>
            <w:tcW w:type="dxa" w:w="1080"/>
          </w:tcPr>
          <w:p>
            <w:r>
              <w:t>2.0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19</w:t>
            </w:r>
          </w:p>
        </w:tc>
        <w:tc>
          <w:tcPr>
            <w:tcW w:type="dxa" w:w="1080"/>
          </w:tcPr>
          <w:p>
            <w:r>
              <w:t>中国古代史(二)</w:t>
            </w:r>
          </w:p>
        </w:tc>
        <w:tc>
          <w:tcPr>
            <w:tcW w:type="dxa" w:w="1080"/>
          </w:tcPr>
          <w:p>
            <w:r>
              <w:t>2SD21102</w:t>
            </w:r>
          </w:p>
        </w:tc>
        <w:tc>
          <w:tcPr>
            <w:tcW w:type="dxa" w:w="1080"/>
          </w:tcPr>
          <w:p>
            <w:r>
              <w:t>4.0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20</w:t>
            </w:r>
          </w:p>
        </w:tc>
        <w:tc>
          <w:tcPr>
            <w:tcW w:type="dxa" w:w="1080"/>
          </w:tcPr>
          <w:p>
            <w:r>
              <w:t>世界古代史(二)</w:t>
            </w:r>
          </w:p>
        </w:tc>
        <w:tc>
          <w:tcPr>
            <w:tcW w:type="dxa" w:w="1080"/>
          </w:tcPr>
          <w:p>
            <w:r>
              <w:t>2SD21104</w:t>
            </w:r>
          </w:p>
        </w:tc>
        <w:tc>
          <w:tcPr>
            <w:tcW w:type="dxa" w:w="1080"/>
          </w:tcPr>
          <w:p>
            <w:r>
              <w:t>4.0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21</w:t>
            </w:r>
          </w:p>
        </w:tc>
        <w:tc>
          <w:tcPr>
            <w:tcW w:type="dxa" w:w="1080"/>
          </w:tcPr>
          <w:p>
            <w:r>
              <w:t>历史文选(二)</w:t>
            </w:r>
          </w:p>
        </w:tc>
        <w:tc>
          <w:tcPr>
            <w:tcW w:type="dxa" w:w="1080"/>
          </w:tcPr>
          <w:p>
            <w:r>
              <w:t>2SD21110</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22</w:t>
            </w:r>
          </w:p>
        </w:tc>
        <w:tc>
          <w:tcPr>
            <w:tcW w:type="dxa" w:w="1080"/>
          </w:tcPr>
          <w:p>
            <w:r>
              <w:t>吴文化专题教育和劳动实践</w:t>
            </w:r>
          </w:p>
        </w:tc>
        <w:tc>
          <w:tcPr>
            <w:tcW w:type="dxa" w:w="1080"/>
          </w:tcPr>
          <w:p>
            <w:r>
              <w:t>2SD21120</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23</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24</w:t>
            </w:r>
          </w:p>
        </w:tc>
        <w:tc>
          <w:tcPr>
            <w:tcW w:type="dxa" w:w="1080"/>
          </w:tcPr>
          <w:p>
            <w:r>
              <w:t>教师语言表达与训练</w:t>
            </w:r>
          </w:p>
        </w:tc>
        <w:tc>
          <w:tcPr>
            <w:tcW w:type="dxa" w:w="1080"/>
          </w:tcPr>
          <w:p>
            <w:r>
              <w:t>2CL41001</w:t>
            </w:r>
          </w:p>
        </w:tc>
        <w:tc>
          <w:tcPr>
            <w:tcW w:type="dxa" w:w="1080"/>
          </w:tcPr>
          <w:p>
            <w:r>
              <w:t>1.0</w:t>
            </w:r>
          </w:p>
        </w:tc>
        <w:tc>
          <w:tcPr>
            <w:tcW w:type="dxa" w:w="1080"/>
          </w:tcPr>
          <w:p>
            <w:r>
              <w:t>教师教育必修课</w:t>
            </w:r>
          </w:p>
        </w:tc>
        <w:tc>
          <w:tcPr>
            <w:tcW w:type="dxa" w:w="1080"/>
          </w:tcPr>
          <w:p>
            <w:r>
              <w:t>文学院</w:t>
            </w:r>
          </w:p>
        </w:tc>
        <w:tc>
          <w:tcPr>
            <w:tcW w:type="dxa" w:w="1080"/>
          </w:tcPr>
          <w:p>
            <w:r>
              <w:t>2024-2025</w:t>
            </w:r>
          </w:p>
        </w:tc>
        <w:tc>
          <w:tcPr>
            <w:tcW w:type="dxa" w:w="1080"/>
          </w:tcPr>
          <w:p>
            <w:r>
              <w:t>3</w:t>
            </w:r>
          </w:p>
        </w:tc>
      </w:tr>
      <w:tr>
        <w:tc>
          <w:tcPr>
            <w:tcW w:type="dxa" w:w="1080"/>
          </w:tcPr>
          <w:p>
            <w:r>
              <w:t>25</w:t>
            </w:r>
          </w:p>
        </w:tc>
        <w:tc>
          <w:tcPr>
            <w:tcW w:type="dxa" w:w="1080"/>
          </w:tcPr>
          <w:p>
            <w:r>
              <w:t>学习心理学</w:t>
            </w:r>
          </w:p>
        </w:tc>
        <w:tc>
          <w:tcPr>
            <w:tcW w:type="dxa" w:w="1080"/>
          </w:tcPr>
          <w:p>
            <w:r>
              <w:t>2ED41002</w:t>
            </w:r>
          </w:p>
        </w:tc>
        <w:tc>
          <w:tcPr>
            <w:tcW w:type="dxa" w:w="1080"/>
          </w:tcPr>
          <w:p>
            <w:r>
              <w:t>2.0</w:t>
            </w:r>
          </w:p>
        </w:tc>
        <w:tc>
          <w:tcPr>
            <w:tcW w:type="dxa" w:w="1080"/>
          </w:tcPr>
          <w:p>
            <w:r>
              <w:t>教师教育必修课</w:t>
            </w:r>
          </w:p>
        </w:tc>
        <w:tc>
          <w:tcPr>
            <w:tcW w:type="dxa" w:w="1080"/>
          </w:tcPr>
          <w:p>
            <w:r>
              <w:t>教育学院</w:t>
            </w:r>
          </w:p>
        </w:tc>
        <w:tc>
          <w:tcPr>
            <w:tcW w:type="dxa" w:w="1080"/>
          </w:tcPr>
          <w:p>
            <w:r>
              <w:t>2024-2025</w:t>
            </w:r>
          </w:p>
        </w:tc>
        <w:tc>
          <w:tcPr>
            <w:tcW w:type="dxa" w:w="1080"/>
          </w:tcPr>
          <w:p>
            <w:r>
              <w:t>3</w:t>
            </w:r>
          </w:p>
        </w:tc>
      </w:tr>
      <w:tr>
        <w:tc>
          <w:tcPr>
            <w:tcW w:type="dxa" w:w="1080"/>
          </w:tcPr>
          <w:p>
            <w:r>
              <w:t>26</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27</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28</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29</w:t>
            </w:r>
          </w:p>
        </w:tc>
        <w:tc>
          <w:tcPr>
            <w:tcW w:type="dxa" w:w="1080"/>
          </w:tcPr>
          <w:p>
            <w:r>
              <w:t>中国近现代史(一)</w:t>
            </w:r>
          </w:p>
        </w:tc>
        <w:tc>
          <w:tcPr>
            <w:tcW w:type="dxa" w:w="1080"/>
          </w:tcPr>
          <w:p>
            <w:r>
              <w:t>2SD21105</w:t>
            </w:r>
          </w:p>
        </w:tc>
        <w:tc>
          <w:tcPr>
            <w:tcW w:type="dxa" w:w="1080"/>
          </w:tcPr>
          <w:p>
            <w:r>
              <w:t>4.0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30</w:t>
            </w:r>
          </w:p>
        </w:tc>
        <w:tc>
          <w:tcPr>
            <w:tcW w:type="dxa" w:w="1080"/>
          </w:tcPr>
          <w:p>
            <w:r>
              <w:t>世界近现代史(一)</w:t>
            </w:r>
          </w:p>
        </w:tc>
        <w:tc>
          <w:tcPr>
            <w:tcW w:type="dxa" w:w="1080"/>
          </w:tcPr>
          <w:p>
            <w:r>
              <w:t>2SD21107</w:t>
            </w:r>
          </w:p>
        </w:tc>
        <w:tc>
          <w:tcPr>
            <w:tcW w:type="dxa" w:w="1080"/>
          </w:tcPr>
          <w:p>
            <w:r>
              <w:t>4.0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31</w:t>
            </w:r>
          </w:p>
        </w:tc>
        <w:tc>
          <w:tcPr>
            <w:tcW w:type="dxa" w:w="1080"/>
          </w:tcPr>
          <w:p>
            <w:r>
              <w:t>中国政治制度史</w:t>
            </w:r>
          </w:p>
        </w:tc>
        <w:tc>
          <w:tcPr>
            <w:tcW w:type="dxa" w:w="1080"/>
          </w:tcPr>
          <w:p>
            <w:r>
              <w:t>2SD21116</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32</w:t>
            </w:r>
          </w:p>
        </w:tc>
        <w:tc>
          <w:tcPr>
            <w:tcW w:type="dxa" w:w="1080"/>
          </w:tcPr>
          <w:p>
            <w:r>
              <w:t>西方政治思想史</w:t>
            </w:r>
          </w:p>
        </w:tc>
        <w:tc>
          <w:tcPr>
            <w:tcW w:type="dxa" w:w="1080"/>
          </w:tcPr>
          <w:p>
            <w:r>
              <w:t>2SD21118</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33</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3</w:t>
            </w:r>
          </w:p>
        </w:tc>
      </w:tr>
      <w:tr>
        <w:tc>
          <w:tcPr>
            <w:tcW w:type="dxa" w:w="1080"/>
          </w:tcPr>
          <w:p>
            <w:r>
              <w:t>34</w:t>
            </w:r>
          </w:p>
        </w:tc>
        <w:tc>
          <w:tcPr>
            <w:tcW w:type="dxa" w:w="1080"/>
          </w:tcPr>
          <w:p>
            <w:r>
              <w:t>有效教学</w:t>
            </w:r>
          </w:p>
        </w:tc>
        <w:tc>
          <w:tcPr>
            <w:tcW w:type="dxa" w:w="1080"/>
          </w:tcPr>
          <w:p>
            <w:r>
              <w:t>2ED41003</w:t>
            </w:r>
          </w:p>
        </w:tc>
        <w:tc>
          <w:tcPr>
            <w:tcW w:type="dxa" w:w="1080"/>
          </w:tcPr>
          <w:p>
            <w:r>
              <w:t>1.0</w:t>
            </w:r>
          </w:p>
        </w:tc>
        <w:tc>
          <w:tcPr>
            <w:tcW w:type="dxa" w:w="1080"/>
          </w:tcPr>
          <w:p>
            <w:r>
              <w:t>教师教育必修课</w:t>
            </w:r>
          </w:p>
        </w:tc>
        <w:tc>
          <w:tcPr>
            <w:tcW w:type="dxa" w:w="1080"/>
          </w:tcPr>
          <w:p>
            <w:r>
              <w:t>教育学院</w:t>
            </w:r>
          </w:p>
        </w:tc>
        <w:tc>
          <w:tcPr>
            <w:tcW w:type="dxa" w:w="1080"/>
          </w:tcPr>
          <w:p>
            <w:r>
              <w:t>2024-2025</w:t>
            </w:r>
          </w:p>
        </w:tc>
        <w:tc>
          <w:tcPr>
            <w:tcW w:type="dxa" w:w="1080"/>
          </w:tcPr>
          <w:p>
            <w:r>
              <w:t>4</w:t>
            </w:r>
          </w:p>
        </w:tc>
      </w:tr>
      <w:tr>
        <w:tc>
          <w:tcPr>
            <w:tcW w:type="dxa" w:w="1080"/>
          </w:tcPr>
          <w:p>
            <w:r>
              <w:t>35</w:t>
            </w:r>
          </w:p>
        </w:tc>
        <w:tc>
          <w:tcPr>
            <w:tcW w:type="dxa" w:w="1080"/>
          </w:tcPr>
          <w:p>
            <w:r>
              <w:t>班级工作与心理辅导</w:t>
            </w:r>
          </w:p>
        </w:tc>
        <w:tc>
          <w:tcPr>
            <w:tcW w:type="dxa" w:w="1080"/>
          </w:tcPr>
          <w:p>
            <w:r>
              <w:t>2ED41004</w:t>
            </w:r>
          </w:p>
        </w:tc>
        <w:tc>
          <w:tcPr>
            <w:tcW w:type="dxa" w:w="1080"/>
          </w:tcPr>
          <w:p>
            <w:r>
              <w:t>1.0</w:t>
            </w:r>
          </w:p>
        </w:tc>
        <w:tc>
          <w:tcPr>
            <w:tcW w:type="dxa" w:w="1080"/>
          </w:tcPr>
          <w:p>
            <w:r>
              <w:t>教师教育必修课</w:t>
            </w:r>
          </w:p>
        </w:tc>
        <w:tc>
          <w:tcPr>
            <w:tcW w:type="dxa" w:w="1080"/>
          </w:tcPr>
          <w:p>
            <w:r>
              <w:t>教育学院</w:t>
            </w:r>
          </w:p>
        </w:tc>
        <w:tc>
          <w:tcPr>
            <w:tcW w:type="dxa" w:w="1080"/>
          </w:tcPr>
          <w:p>
            <w:r>
              <w:t>2024-2025</w:t>
            </w:r>
          </w:p>
        </w:tc>
        <w:tc>
          <w:tcPr>
            <w:tcW w:type="dxa" w:w="1080"/>
          </w:tcPr>
          <w:p>
            <w:r>
              <w:t>4</w:t>
            </w:r>
          </w:p>
        </w:tc>
      </w:tr>
      <w:tr>
        <w:tc>
          <w:tcPr>
            <w:tcW w:type="dxa" w:w="1080"/>
          </w:tcPr>
          <w:p>
            <w:r>
              <w:t>36</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4</w:t>
            </w:r>
          </w:p>
        </w:tc>
      </w:tr>
      <w:tr>
        <w:tc>
          <w:tcPr>
            <w:tcW w:type="dxa" w:w="1080"/>
          </w:tcPr>
          <w:p>
            <w:r>
              <w:t>37</w:t>
            </w:r>
          </w:p>
        </w:tc>
        <w:tc>
          <w:tcPr>
            <w:tcW w:type="dxa" w:w="1080"/>
          </w:tcPr>
          <w:p>
            <w:r>
              <w:t>中国近现代史(二)</w:t>
            </w:r>
          </w:p>
        </w:tc>
        <w:tc>
          <w:tcPr>
            <w:tcW w:type="dxa" w:w="1080"/>
          </w:tcPr>
          <w:p>
            <w:r>
              <w:t>2SD21106</w:t>
            </w:r>
          </w:p>
        </w:tc>
        <w:tc>
          <w:tcPr>
            <w:tcW w:type="dxa" w:w="1080"/>
          </w:tcPr>
          <w:p>
            <w:r>
              <w:t>4.0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38</w:t>
            </w:r>
          </w:p>
        </w:tc>
        <w:tc>
          <w:tcPr>
            <w:tcW w:type="dxa" w:w="1080"/>
          </w:tcPr>
          <w:p>
            <w:r>
              <w:t>世界近现代史(二)</w:t>
            </w:r>
          </w:p>
        </w:tc>
        <w:tc>
          <w:tcPr>
            <w:tcW w:type="dxa" w:w="1080"/>
          </w:tcPr>
          <w:p>
            <w:r>
              <w:t>2SD21108</w:t>
            </w:r>
          </w:p>
        </w:tc>
        <w:tc>
          <w:tcPr>
            <w:tcW w:type="dxa" w:w="1080"/>
          </w:tcPr>
          <w:p>
            <w:r>
              <w:t>4.0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39</w:t>
            </w:r>
          </w:p>
        </w:tc>
        <w:tc>
          <w:tcPr>
            <w:tcW w:type="dxa" w:w="1080"/>
          </w:tcPr>
          <w:p>
            <w:r>
              <w:t>史学概论</w:t>
            </w:r>
          </w:p>
        </w:tc>
        <w:tc>
          <w:tcPr>
            <w:tcW w:type="dxa" w:w="1080"/>
          </w:tcPr>
          <w:p>
            <w:r>
              <w:t>2SD21111</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40</w:t>
            </w:r>
          </w:p>
        </w:tc>
        <w:tc>
          <w:tcPr>
            <w:tcW w:type="dxa" w:w="1080"/>
          </w:tcPr>
          <w:p>
            <w:r>
              <w:t>史学论文写作</w:t>
            </w:r>
          </w:p>
        </w:tc>
        <w:tc>
          <w:tcPr>
            <w:tcW w:type="dxa" w:w="1080"/>
          </w:tcPr>
          <w:p>
            <w:r>
              <w:t>2SD21114</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41</w:t>
            </w:r>
          </w:p>
        </w:tc>
        <w:tc>
          <w:tcPr>
            <w:tcW w:type="dxa" w:w="1080"/>
          </w:tcPr>
          <w:p>
            <w:r>
              <w:t>学术讨论与模拟训练</w:t>
            </w:r>
          </w:p>
        </w:tc>
        <w:tc>
          <w:tcPr>
            <w:tcW w:type="dxa" w:w="1080"/>
          </w:tcPr>
          <w:p>
            <w:r>
              <w:t>2SD21121</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42</w:t>
            </w:r>
          </w:p>
        </w:tc>
        <w:tc>
          <w:tcPr>
            <w:tcW w:type="dxa" w:w="1080"/>
          </w:tcPr>
          <w:p>
            <w:r>
              <w:t>中学历史课程标准与教材分析</w:t>
            </w:r>
          </w:p>
        </w:tc>
        <w:tc>
          <w:tcPr>
            <w:tcW w:type="dxa" w:w="1080"/>
          </w:tcPr>
          <w:p>
            <w:r>
              <w:t>2SD41101</w:t>
            </w:r>
          </w:p>
        </w:tc>
        <w:tc>
          <w:tcPr>
            <w:tcW w:type="dxa" w:w="1080"/>
          </w:tcPr>
          <w:p>
            <w:r>
              <w:t>2.0</w:t>
            </w:r>
          </w:p>
        </w:tc>
        <w:tc>
          <w:tcPr>
            <w:tcW w:type="dxa" w:w="1080"/>
          </w:tcPr>
          <w:p>
            <w:r>
              <w:t>教师教育必修课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43</w:t>
            </w:r>
          </w:p>
        </w:tc>
        <w:tc>
          <w:tcPr>
            <w:tcW w:type="dxa" w:w="1080"/>
          </w:tcPr>
          <w:p>
            <w:r>
              <w:t>教育见习一</w:t>
            </w:r>
          </w:p>
        </w:tc>
        <w:tc>
          <w:tcPr>
            <w:tcW w:type="dxa" w:w="1080"/>
          </w:tcPr>
          <w:p>
            <w:r>
              <w:t>2SD41103</w:t>
            </w:r>
          </w:p>
        </w:tc>
        <w:tc>
          <w:tcPr>
            <w:tcW w:type="dxa" w:w="1080"/>
          </w:tcPr>
          <w:p>
            <w:r>
              <w:t>1.0</w:t>
            </w:r>
          </w:p>
        </w:tc>
        <w:tc>
          <w:tcPr>
            <w:tcW w:type="dxa" w:w="1080"/>
          </w:tcPr>
          <w:p>
            <w:r>
              <w:t>教师教育必修课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44</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4</w:t>
            </w:r>
          </w:p>
        </w:tc>
      </w:tr>
      <w:tr>
        <w:tc>
          <w:tcPr>
            <w:tcW w:type="dxa" w:w="1080"/>
          </w:tcPr>
          <w:p>
            <w:r>
              <w:t>45</w:t>
            </w:r>
          </w:p>
        </w:tc>
        <w:tc>
          <w:tcPr>
            <w:tcW w:type="dxa" w:w="1080"/>
          </w:tcPr>
          <w:p>
            <w:r>
              <w:t>现代教育技术及应用</w:t>
            </w:r>
          </w:p>
        </w:tc>
        <w:tc>
          <w:tcPr>
            <w:tcW w:type="dxa" w:w="1080"/>
          </w:tcPr>
          <w:p>
            <w:r>
              <w:t>2ED41005</w:t>
            </w:r>
          </w:p>
        </w:tc>
        <w:tc>
          <w:tcPr>
            <w:tcW w:type="dxa" w:w="1080"/>
          </w:tcPr>
          <w:p>
            <w:r>
              <w:t>2.0</w:t>
            </w:r>
          </w:p>
        </w:tc>
        <w:tc>
          <w:tcPr>
            <w:tcW w:type="dxa" w:w="1080"/>
          </w:tcPr>
          <w:p>
            <w:r>
              <w:t>教师教育必修课</w:t>
            </w:r>
          </w:p>
        </w:tc>
        <w:tc>
          <w:tcPr>
            <w:tcW w:type="dxa" w:w="1080"/>
          </w:tcPr>
          <w:p>
            <w:r>
              <w:t>教育学院</w:t>
            </w:r>
          </w:p>
        </w:tc>
        <w:tc>
          <w:tcPr>
            <w:tcW w:type="dxa" w:w="1080"/>
          </w:tcPr>
          <w:p>
            <w:r>
              <w:t>2025-2026</w:t>
            </w:r>
          </w:p>
        </w:tc>
        <w:tc>
          <w:tcPr>
            <w:tcW w:type="dxa" w:w="1080"/>
          </w:tcPr>
          <w:p>
            <w:r>
              <w:t>5</w:t>
            </w:r>
          </w:p>
        </w:tc>
      </w:tr>
      <w:tr>
        <w:tc>
          <w:tcPr>
            <w:tcW w:type="dxa" w:w="1080"/>
          </w:tcPr>
          <w:p>
            <w:r>
              <w:t>46</w:t>
            </w:r>
          </w:p>
        </w:tc>
        <w:tc>
          <w:tcPr>
            <w:tcW w:type="dxa" w:w="1080"/>
          </w:tcPr>
          <w:p>
            <w:r>
              <w:t>教育研究概论</w:t>
            </w:r>
          </w:p>
        </w:tc>
        <w:tc>
          <w:tcPr>
            <w:tcW w:type="dxa" w:w="1080"/>
          </w:tcPr>
          <w:p>
            <w:r>
              <w:t>2ED41006</w:t>
            </w:r>
          </w:p>
        </w:tc>
        <w:tc>
          <w:tcPr>
            <w:tcW w:type="dxa" w:w="1080"/>
          </w:tcPr>
          <w:p>
            <w:r>
              <w:t>2.0</w:t>
            </w:r>
          </w:p>
        </w:tc>
        <w:tc>
          <w:tcPr>
            <w:tcW w:type="dxa" w:w="1080"/>
          </w:tcPr>
          <w:p>
            <w:r>
              <w:t>教师教育必修课</w:t>
            </w:r>
          </w:p>
        </w:tc>
        <w:tc>
          <w:tcPr>
            <w:tcW w:type="dxa" w:w="1080"/>
          </w:tcPr>
          <w:p>
            <w:r>
              <w:t>教育学院</w:t>
            </w:r>
          </w:p>
        </w:tc>
        <w:tc>
          <w:tcPr>
            <w:tcW w:type="dxa" w:w="1080"/>
          </w:tcPr>
          <w:p>
            <w:r>
              <w:t>2025-2026</w:t>
            </w:r>
          </w:p>
        </w:tc>
        <w:tc>
          <w:tcPr>
            <w:tcW w:type="dxa" w:w="1080"/>
          </w:tcPr>
          <w:p>
            <w:r>
              <w:t>5</w:t>
            </w:r>
          </w:p>
        </w:tc>
      </w:tr>
      <w:tr>
        <w:tc>
          <w:tcPr>
            <w:tcW w:type="dxa" w:w="1080"/>
          </w:tcPr>
          <w:p>
            <w:r>
              <w:t>47</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5</w:t>
            </w:r>
          </w:p>
        </w:tc>
      </w:tr>
      <w:tr>
        <w:tc>
          <w:tcPr>
            <w:tcW w:type="dxa" w:w="1080"/>
          </w:tcPr>
          <w:p>
            <w:r>
              <w:t>48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5</w:t>
            </w:r>
          </w:p>
        </w:tc>
      </w:tr>
      <w:tr>
        <w:tc>
          <w:tcPr>
            <w:tcW w:type="dxa" w:w="1080"/>
          </w:tcPr>
          <w:p>
            <w:r>
              <w:t>49</w:t>
            </w:r>
          </w:p>
        </w:tc>
        <w:tc>
          <w:tcPr>
            <w:tcW w:type="dxa" w:w="1080"/>
          </w:tcPr>
          <w:p>
            <w:r>
              <w:t>中国史学史</w:t>
            </w:r>
          </w:p>
        </w:tc>
        <w:tc>
          <w:tcPr>
            <w:tcW w:type="dxa" w:w="1080"/>
          </w:tcPr>
          <w:p>
            <w:r>
              <w:t>2SD21112</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50</w:t>
            </w:r>
          </w:p>
        </w:tc>
        <w:tc>
          <w:tcPr>
            <w:tcW w:type="dxa" w:w="1080"/>
          </w:tcPr>
          <w:p>
            <w:r>
              <w:t>外国史学史</w:t>
            </w:r>
          </w:p>
        </w:tc>
        <w:tc>
          <w:tcPr>
            <w:tcW w:type="dxa" w:w="1080"/>
          </w:tcPr>
          <w:p>
            <w:r>
              <w:t>2SD21113</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51</w:t>
            </w:r>
          </w:p>
        </w:tc>
        <w:tc>
          <w:tcPr>
            <w:tcW w:type="dxa" w:w="1080"/>
          </w:tcPr>
          <w:p>
            <w:r>
              <w:t>中国社会史</w:t>
            </w:r>
          </w:p>
        </w:tc>
        <w:tc>
          <w:tcPr>
            <w:tcW w:type="dxa" w:w="1080"/>
          </w:tcPr>
          <w:p>
            <w:r>
              <w:t>2SD21117</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52</w:t>
            </w:r>
          </w:p>
        </w:tc>
        <w:tc>
          <w:tcPr>
            <w:tcW w:type="dxa" w:w="1080"/>
          </w:tcPr>
          <w:p>
            <w:r>
              <w:t>国际关系史</w:t>
            </w:r>
          </w:p>
        </w:tc>
        <w:tc>
          <w:tcPr>
            <w:tcW w:type="dxa" w:w="1080"/>
          </w:tcPr>
          <w:p>
            <w:r>
              <w:t>2SD21119</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53</w:t>
            </w:r>
          </w:p>
        </w:tc>
        <w:tc>
          <w:tcPr>
            <w:tcW w:type="dxa" w:w="1080"/>
          </w:tcPr>
          <w:p>
            <w:r>
              <w:t>中学历史课程教学论课程实习</w:t>
            </w:r>
          </w:p>
        </w:tc>
        <w:tc>
          <w:tcPr>
            <w:tcW w:type="dxa" w:w="1080"/>
          </w:tcPr>
          <w:p>
            <w:r>
              <w:t>2SD21123</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54</w:t>
            </w:r>
          </w:p>
        </w:tc>
        <w:tc>
          <w:tcPr>
            <w:tcW w:type="dxa" w:w="1080"/>
          </w:tcPr>
          <w:p>
            <w:r>
              <w:t>中学历史课程教学论</w:t>
            </w:r>
          </w:p>
        </w:tc>
        <w:tc>
          <w:tcPr>
            <w:tcW w:type="dxa" w:w="1080"/>
          </w:tcPr>
          <w:p>
            <w:r>
              <w:t>2SD41102</w:t>
            </w:r>
          </w:p>
        </w:tc>
        <w:tc>
          <w:tcPr>
            <w:tcW w:type="dxa" w:w="1080"/>
          </w:tcPr>
          <w:p>
            <w:r>
              <w:t>2.0</w:t>
            </w:r>
          </w:p>
        </w:tc>
        <w:tc>
          <w:tcPr>
            <w:tcW w:type="dxa" w:w="1080"/>
          </w:tcPr>
          <w:p>
            <w:r>
              <w:t>教师教育必修课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55</w:t>
            </w:r>
          </w:p>
        </w:tc>
        <w:tc>
          <w:tcPr>
            <w:tcW w:type="dxa" w:w="1080"/>
          </w:tcPr>
          <w:p>
            <w:r>
              <w:t>教育见习二</w:t>
            </w:r>
          </w:p>
        </w:tc>
        <w:tc>
          <w:tcPr>
            <w:tcW w:type="dxa" w:w="1080"/>
          </w:tcPr>
          <w:p>
            <w:r>
              <w:t>2SD41104</w:t>
            </w:r>
          </w:p>
        </w:tc>
        <w:tc>
          <w:tcPr>
            <w:tcW w:type="dxa" w:w="1080"/>
          </w:tcPr>
          <w:p>
            <w:r>
              <w:t>1.0</w:t>
            </w:r>
          </w:p>
        </w:tc>
        <w:tc>
          <w:tcPr>
            <w:tcW w:type="dxa" w:w="1080"/>
          </w:tcPr>
          <w:p>
            <w:r>
              <w:t>教师教育必修课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56</w:t>
            </w:r>
          </w:p>
        </w:tc>
        <w:tc>
          <w:tcPr>
            <w:tcW w:type="dxa" w:w="1080"/>
          </w:tcPr>
          <w:p>
            <w:r>
              <w:t>教育研习</w:t>
            </w:r>
          </w:p>
        </w:tc>
        <w:tc>
          <w:tcPr>
            <w:tcW w:type="dxa" w:w="1080"/>
          </w:tcPr>
          <w:p>
            <w:r>
              <w:t>2SD41105</w:t>
            </w:r>
          </w:p>
        </w:tc>
        <w:tc>
          <w:tcPr>
            <w:tcW w:type="dxa" w:w="1080"/>
          </w:tcPr>
          <w:p>
            <w:r>
              <w:t>1.0</w:t>
            </w:r>
          </w:p>
        </w:tc>
        <w:tc>
          <w:tcPr>
            <w:tcW w:type="dxa" w:w="1080"/>
          </w:tcPr>
          <w:p>
            <w:r>
              <w:t>教师教育必修课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57</w:t>
            </w:r>
          </w:p>
        </w:tc>
        <w:tc>
          <w:tcPr>
            <w:tcW w:type="dxa" w:w="1080"/>
          </w:tcPr>
          <w:p>
            <w:r>
              <w:t>教育实习</w:t>
            </w:r>
          </w:p>
        </w:tc>
        <w:tc>
          <w:tcPr>
            <w:tcW w:type="dxa" w:w="1080"/>
          </w:tcPr>
          <w:p>
            <w:r>
              <w:t>2SD41106</w:t>
            </w:r>
          </w:p>
        </w:tc>
        <w:tc>
          <w:tcPr>
            <w:tcW w:type="dxa" w:w="1080"/>
          </w:tcPr>
          <w:p>
            <w:r>
              <w:t>6.0</w:t>
            </w:r>
          </w:p>
        </w:tc>
        <w:tc>
          <w:tcPr>
            <w:tcW w:type="dxa" w:w="1080"/>
          </w:tcPr>
          <w:p>
            <w:r>
              <w:t>教师教育必修课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制表人（签字）：日期：2026年8月28日学院（公章）：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苏州科技大学2027年推荐优秀应届本科毕业生免试攻读研究生课程清单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p>
        </w:tc>
        <w:tc>
          <w:tcPr>
            <w:tcW w:type="dxa" w:w="1080"/>
          </w:tcPr>
          <w:p>
            <w:r>
              <w:t>社会工作</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文科高等数学</w:t>
            </w:r>
          </w:p>
        </w:tc>
        <w:tc>
          <w:tcPr>
            <w:tcW w:type="dxa" w:w="1080"/>
          </w:tcPr>
          <w:p>
            <w:r>
              <w:t>2MA11010</w:t>
            </w:r>
          </w:p>
        </w:tc>
        <w:tc>
          <w:tcPr>
            <w:tcW w:type="dxa" w:w="1080"/>
          </w:tcPr>
          <w:p>
            <w:r>
              <w:t>1.0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7</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8</w:t>
            </w:r>
          </w:p>
        </w:tc>
        <w:tc>
          <w:tcPr>
            <w:tcW w:type="dxa" w:w="1080"/>
          </w:tcPr>
          <w:p>
            <w:r>
              <w:t>社会学概论</w:t>
            </w:r>
          </w:p>
        </w:tc>
        <w:tc>
          <w:tcPr>
            <w:tcW w:type="dxa" w:w="1080"/>
          </w:tcPr>
          <w:p>
            <w:r>
              <w:t>2SD21201</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9</w:t>
            </w:r>
          </w:p>
        </w:tc>
        <w:tc>
          <w:tcPr>
            <w:tcW w:type="dxa" w:w="1080"/>
          </w:tcPr>
          <w:p>
            <w:r>
              <w:t>社会工作导论</w:t>
            </w:r>
          </w:p>
        </w:tc>
        <w:tc>
          <w:tcPr>
            <w:tcW w:type="dxa" w:w="1080"/>
          </w:tcPr>
          <w:p>
            <w:r>
              <w:t>2SD21202</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公共管理学</w:t>
            </w:r>
          </w:p>
        </w:tc>
        <w:tc>
          <w:tcPr>
            <w:tcW w:type="dxa" w:w="1080"/>
          </w:tcPr>
          <w:p>
            <w:r>
              <w:t>2SD21203</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社会工作专业认知与学业发展</w:t>
            </w:r>
          </w:p>
        </w:tc>
        <w:tc>
          <w:tcPr>
            <w:tcW w:type="dxa" w:w="1080"/>
          </w:tcPr>
          <w:p>
            <w:r>
              <w:t>2SD21206</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社会工作劳动教育实践</w:t>
            </w:r>
          </w:p>
        </w:tc>
        <w:tc>
          <w:tcPr>
            <w:tcW w:type="dxa" w:w="1080"/>
          </w:tcPr>
          <w:p>
            <w:r>
              <w:t>2SD21224</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智能办公及应用</w:t>
            </w:r>
          </w:p>
        </w:tc>
        <w:tc>
          <w:tcPr>
            <w:tcW w:type="dxa" w:w="1080"/>
          </w:tcPr>
          <w:p>
            <w:r>
              <w:t>2EI21005</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17</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19</w:t>
            </w:r>
          </w:p>
        </w:tc>
        <w:tc>
          <w:tcPr>
            <w:tcW w:type="dxa" w:w="1080"/>
          </w:tcPr>
          <w:p>
            <w:r>
              <w:t>普通心理学</w:t>
            </w:r>
          </w:p>
        </w:tc>
        <w:tc>
          <w:tcPr>
            <w:tcW w:type="dxa" w:w="1080"/>
          </w:tcPr>
          <w:p>
            <w:r>
              <w:t>2SD21204</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20</w:t>
            </w:r>
          </w:p>
        </w:tc>
        <w:tc>
          <w:tcPr>
            <w:tcW w:type="dxa" w:w="1080"/>
          </w:tcPr>
          <w:p>
            <w:r>
              <w:t>人类行为与社会环境</w:t>
            </w:r>
          </w:p>
        </w:tc>
        <w:tc>
          <w:tcPr>
            <w:tcW w:type="dxa" w:w="1080"/>
          </w:tcPr>
          <w:p>
            <w:r>
              <w:t>2SD21207</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21</w:t>
            </w:r>
          </w:p>
        </w:tc>
        <w:tc>
          <w:tcPr>
            <w:tcW w:type="dxa" w:w="1080"/>
          </w:tcPr>
          <w:p>
            <w:r>
              <w:t>个案工作</w:t>
            </w:r>
          </w:p>
        </w:tc>
        <w:tc>
          <w:tcPr>
            <w:tcW w:type="dxa" w:w="1080"/>
          </w:tcPr>
          <w:p>
            <w:r>
              <w:t>2SD21215</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22</w:t>
            </w:r>
          </w:p>
        </w:tc>
        <w:tc>
          <w:tcPr>
            <w:tcW w:type="dxa" w:w="1080"/>
          </w:tcPr>
          <w:p>
            <w:r>
              <w:t>个案工作课程实践</w:t>
            </w:r>
          </w:p>
        </w:tc>
        <w:tc>
          <w:tcPr>
            <w:tcW w:type="dxa" w:w="1080"/>
          </w:tcPr>
          <w:p>
            <w:r>
              <w:t>2SD21225</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23</w:t>
            </w:r>
          </w:p>
        </w:tc>
        <w:tc>
          <w:tcPr>
            <w:tcW w:type="dxa" w:w="1080"/>
          </w:tcPr>
          <w:p>
            <w:r>
              <w:t>专业经典书籍导读</w:t>
            </w:r>
          </w:p>
        </w:tc>
        <w:tc>
          <w:tcPr>
            <w:tcW w:type="dxa" w:w="1080"/>
          </w:tcPr>
          <w:p>
            <w:r>
              <w:t>2SD21230</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24</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25</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26</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27</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28</w:t>
            </w:r>
          </w:p>
        </w:tc>
        <w:tc>
          <w:tcPr>
            <w:tcW w:type="dxa" w:w="1080"/>
          </w:tcPr>
          <w:p>
            <w:r>
              <w:t>文化人类学</w:t>
            </w:r>
          </w:p>
        </w:tc>
        <w:tc>
          <w:tcPr>
            <w:tcW w:type="dxa" w:w="1080"/>
          </w:tcPr>
          <w:p>
            <w:r>
              <w:t>2SD21205</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29</w:t>
            </w:r>
          </w:p>
        </w:tc>
        <w:tc>
          <w:tcPr>
            <w:tcW w:type="dxa" w:w="1080"/>
          </w:tcPr>
          <w:p>
            <w:r>
              <w:t>社会心理学</w:t>
            </w:r>
          </w:p>
        </w:tc>
        <w:tc>
          <w:tcPr>
            <w:tcW w:type="dxa" w:w="1080"/>
          </w:tcPr>
          <w:p>
            <w:r>
              <w:t>2SD21208</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30</w:t>
            </w:r>
          </w:p>
        </w:tc>
        <w:tc>
          <w:tcPr>
            <w:tcW w:type="dxa" w:w="1080"/>
          </w:tcPr>
          <w:p>
            <w:r>
              <w:t>社会调查研究方法</w:t>
            </w:r>
          </w:p>
        </w:tc>
        <w:tc>
          <w:tcPr>
            <w:tcW w:type="dxa" w:w="1080"/>
          </w:tcPr>
          <w:p>
            <w:r>
              <w:t>2SD21209</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31</w:t>
            </w:r>
          </w:p>
        </w:tc>
        <w:tc>
          <w:tcPr>
            <w:tcW w:type="dxa" w:w="1080"/>
          </w:tcPr>
          <w:p>
            <w:r>
              <w:t>社会保障学</w:t>
            </w:r>
          </w:p>
        </w:tc>
        <w:tc>
          <w:tcPr>
            <w:tcW w:type="dxa" w:w="1080"/>
          </w:tcPr>
          <w:p>
            <w:r>
              <w:t>2SD21212</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32</w:t>
            </w:r>
          </w:p>
        </w:tc>
        <w:tc>
          <w:tcPr>
            <w:tcW w:type="dxa" w:w="1080"/>
          </w:tcPr>
          <w:p>
            <w:r>
              <w:t>小组工作</w:t>
            </w:r>
          </w:p>
        </w:tc>
        <w:tc>
          <w:tcPr>
            <w:tcW w:type="dxa" w:w="1080"/>
          </w:tcPr>
          <w:p>
            <w:r>
              <w:t>2SD21216</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33</w:t>
            </w:r>
          </w:p>
        </w:tc>
        <w:tc>
          <w:tcPr>
            <w:tcW w:type="dxa" w:w="1080"/>
          </w:tcPr>
          <w:p>
            <w:r>
              <w:t>社会工作伦理</w:t>
            </w:r>
          </w:p>
        </w:tc>
        <w:tc>
          <w:tcPr>
            <w:tcW w:type="dxa" w:w="1080"/>
          </w:tcPr>
          <w:p>
            <w:r>
              <w:t>2SD21220</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34</w:t>
            </w:r>
          </w:p>
        </w:tc>
        <w:tc>
          <w:tcPr>
            <w:tcW w:type="dxa" w:w="1080"/>
          </w:tcPr>
          <w:p>
            <w:r>
              <w:t>小组工作课程实践</w:t>
            </w:r>
          </w:p>
        </w:tc>
        <w:tc>
          <w:tcPr>
            <w:tcW w:type="dxa" w:w="1080"/>
          </w:tcPr>
          <w:p>
            <w:r>
              <w:t>2SD21226</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35</w:t>
            </w:r>
          </w:p>
        </w:tc>
        <w:tc>
          <w:tcPr>
            <w:tcW w:type="dxa" w:w="1080"/>
          </w:tcPr>
          <w:p>
            <w:r>
              <w:t>社会调查研究方法课程实践</w:t>
            </w:r>
          </w:p>
        </w:tc>
        <w:tc>
          <w:tcPr>
            <w:tcW w:type="dxa" w:w="1080"/>
          </w:tcPr>
          <w:p>
            <w:r>
              <w:t>2SD21229</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36</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3</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4</w:t>
            </w:r>
          </w:p>
        </w:tc>
      </w:tr>
      <w:tr>
        <w:tc>
          <w:tcPr>
            <w:tcW w:type="dxa" w:w="1080"/>
          </w:tcPr>
          <w:p>
            <w:r>
              <w:t>38</w:t>
            </w:r>
          </w:p>
        </w:tc>
        <w:tc>
          <w:tcPr>
            <w:tcW w:type="dxa" w:w="1080"/>
          </w:tcPr>
          <w:p>
            <w:r>
              <w:t>社会统计学</w:t>
            </w:r>
          </w:p>
        </w:tc>
        <w:tc>
          <w:tcPr>
            <w:tcW w:type="dxa" w:w="1080"/>
          </w:tcPr>
          <w:p>
            <w:r>
              <w:t>2SD21213</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39</w:t>
            </w:r>
          </w:p>
        </w:tc>
        <w:tc>
          <w:tcPr>
            <w:tcW w:type="dxa" w:w="1080"/>
          </w:tcPr>
          <w:p>
            <w:r>
              <w:t>社区工作</w:t>
            </w:r>
          </w:p>
        </w:tc>
        <w:tc>
          <w:tcPr>
            <w:tcW w:type="dxa" w:w="1080"/>
          </w:tcPr>
          <w:p>
            <w:r>
              <w:t>2SD21217</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40</w:t>
            </w:r>
          </w:p>
        </w:tc>
        <w:tc>
          <w:tcPr>
            <w:tcW w:type="dxa" w:w="1080"/>
          </w:tcPr>
          <w:p>
            <w:r>
              <w:t>社会工作理论</w:t>
            </w:r>
          </w:p>
        </w:tc>
        <w:tc>
          <w:tcPr>
            <w:tcW w:type="dxa" w:w="1080"/>
          </w:tcPr>
          <w:p>
            <w:r>
              <w:t>2SD21221</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41</w:t>
            </w:r>
          </w:p>
        </w:tc>
        <w:tc>
          <w:tcPr>
            <w:tcW w:type="dxa" w:w="1080"/>
          </w:tcPr>
          <w:p>
            <w:r>
              <w:t>社区工作课程实践</w:t>
            </w:r>
          </w:p>
        </w:tc>
        <w:tc>
          <w:tcPr>
            <w:tcW w:type="dxa" w:w="1080"/>
          </w:tcPr>
          <w:p>
            <w:r>
              <w:t>2SD21227</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42</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4</w:t>
            </w:r>
          </w:p>
        </w:tc>
      </w:tr>
      <w:tr>
        <w:tc>
          <w:tcPr>
            <w:tcW w:type="dxa" w:w="1080"/>
          </w:tcPr>
          <w:p>
            <w:r>
              <w:t>43</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5</w:t>
            </w:r>
          </w:p>
        </w:tc>
      </w:tr>
      <w:tr>
        <w:tc>
          <w:tcPr>
            <w:tcW w:type="dxa" w:w="1080"/>
          </w:tcPr>
          <w:p>
            <w:r>
              <w:t>44</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5</w:t>
            </w:r>
          </w:p>
        </w:tc>
      </w:tr>
      <w:tr>
        <w:tc>
          <w:tcPr>
            <w:tcW w:type="dxa" w:w="1080"/>
          </w:tcPr>
          <w:p>
            <w:r>
              <w:t>45</w:t>
            </w:r>
          </w:p>
        </w:tc>
        <w:tc>
          <w:tcPr>
            <w:tcW w:type="dxa" w:w="1080"/>
          </w:tcPr>
          <w:p>
            <w:r>
              <w:t>西方社会学理论</w:t>
            </w:r>
          </w:p>
        </w:tc>
        <w:tc>
          <w:tcPr>
            <w:tcW w:type="dxa" w:w="1080"/>
          </w:tcPr>
          <w:p>
            <w:r>
              <w:t>2SD21210</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46</w:t>
            </w:r>
          </w:p>
        </w:tc>
        <w:tc>
          <w:tcPr>
            <w:tcW w:type="dxa" w:w="1080"/>
          </w:tcPr>
          <w:p>
            <w:r>
              <w:t>社会统计软件应用</w:t>
            </w:r>
          </w:p>
        </w:tc>
        <w:tc>
          <w:tcPr>
            <w:tcW w:type="dxa" w:w="1080"/>
          </w:tcPr>
          <w:p>
            <w:r>
              <w:t>2SD21214</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47</w:t>
            </w:r>
          </w:p>
        </w:tc>
        <w:tc>
          <w:tcPr>
            <w:tcW w:type="dxa" w:w="1080"/>
          </w:tcPr>
          <w:p>
            <w:r>
              <w:t>社会工作行政</w:t>
            </w:r>
          </w:p>
        </w:tc>
        <w:tc>
          <w:tcPr>
            <w:tcW w:type="dxa" w:w="1080"/>
          </w:tcPr>
          <w:p>
            <w:r>
              <w:t>2SD21218</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48</w:t>
            </w:r>
          </w:p>
        </w:tc>
        <w:tc>
          <w:tcPr>
            <w:tcW w:type="dxa" w:w="1080"/>
          </w:tcPr>
          <w:p>
            <w:r>
              <w:t>社会工作行政课程实践</w:t>
            </w:r>
          </w:p>
        </w:tc>
        <w:tc>
          <w:tcPr>
            <w:tcW w:type="dxa" w:w="1080"/>
          </w:tcPr>
          <w:p>
            <w:r>
              <w:t>2SD21228</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49</w:t>
            </w:r>
          </w:p>
        </w:tc>
        <w:tc>
          <w:tcPr>
            <w:tcW w:type="dxa" w:w="1080"/>
          </w:tcPr>
          <w:p>
            <w:r>
              <w:t>专业见习</w:t>
            </w:r>
          </w:p>
        </w:tc>
        <w:tc>
          <w:tcPr>
            <w:tcW w:type="dxa" w:w="1080"/>
          </w:tcPr>
          <w:p>
            <w:r>
              <w:t>2SD21231</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50</w:t>
            </w:r>
          </w:p>
        </w:tc>
        <w:tc>
          <w:tcPr>
            <w:tcW w:type="dxa" w:w="1080"/>
          </w:tcPr>
          <w:p>
            <w:r>
              <w:t>现代社会福利思想</w:t>
            </w:r>
          </w:p>
        </w:tc>
        <w:tc>
          <w:tcPr>
            <w:tcW w:type="dxa" w:w="1080"/>
          </w:tcPr>
          <w:p>
            <w:r>
              <w:t>2SD21211</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51</w:t>
            </w:r>
          </w:p>
        </w:tc>
        <w:tc>
          <w:tcPr>
            <w:tcW w:type="dxa" w:w="1080"/>
          </w:tcPr>
          <w:p>
            <w:r>
              <w:t>社会政策</w:t>
            </w:r>
          </w:p>
        </w:tc>
        <w:tc>
          <w:tcPr>
            <w:tcW w:type="dxa" w:w="1080"/>
          </w:tcPr>
          <w:p>
            <w:r>
              <w:t>2SD21219</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52</w:t>
            </w:r>
          </w:p>
        </w:tc>
        <w:tc>
          <w:tcPr>
            <w:tcW w:type="dxa" w:w="1080"/>
          </w:tcPr>
          <w:p>
            <w:r>
              <w:t>社会工作评估</w:t>
            </w:r>
          </w:p>
        </w:tc>
        <w:tc>
          <w:tcPr>
            <w:tcW w:type="dxa" w:w="1080"/>
          </w:tcPr>
          <w:p>
            <w:r>
              <w:t>2SD21222</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53</w:t>
            </w:r>
          </w:p>
        </w:tc>
        <w:tc>
          <w:tcPr>
            <w:tcW w:type="dxa" w:w="1080"/>
          </w:tcPr>
          <w:p>
            <w:r>
              <w:t>学术论文写作</w:t>
            </w:r>
          </w:p>
        </w:tc>
        <w:tc>
          <w:tcPr>
            <w:tcW w:type="dxa" w:w="1080"/>
          </w:tcPr>
          <w:p>
            <w:r>
              <w:t>2SD21223</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54</w:t>
            </w:r>
          </w:p>
        </w:tc>
        <w:tc>
          <w:tcPr>
            <w:tcW w:type="dxa" w:w="1080"/>
          </w:tcPr>
          <w:p>
            <w:r>
              <w:t>社会工作职业技能训练</w:t>
            </w:r>
          </w:p>
        </w:tc>
        <w:tc>
          <w:tcPr>
            <w:tcW w:type="dxa" w:w="1080"/>
          </w:tcPr>
          <w:p>
            <w:r>
              <w:t>2SD21232</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55</w:t>
            </w:r>
          </w:p>
        </w:tc>
        <w:tc>
          <w:tcPr>
            <w:tcW w:type="dxa" w:w="1080"/>
          </w:tcPr>
          <w:p>
            <w:r>
              <w:t>学年论文</w:t>
            </w:r>
          </w:p>
        </w:tc>
        <w:tc>
          <w:tcPr>
            <w:tcW w:type="dxa" w:w="1080"/>
          </w:tcPr>
          <w:p>
            <w:r>
              <w:t>2SD21233</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制表人（签字）：日期：2026年8月28日学院（公章）：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苏州科技大学2027年推荐优秀应届本科毕业生免试攻读研究生课程清单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p>
        </w:tc>
        <w:tc>
          <w:tcPr>
            <w:tcW w:type="dxa" w:w="1080"/>
          </w:tcPr>
          <w:p>
            <w:r>
              <w:t>劳动与社会保障</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智能办公及应用</w:t>
            </w:r>
          </w:p>
        </w:tc>
        <w:tc>
          <w:tcPr>
            <w:tcW w:type="dxa" w:w="1080"/>
          </w:tcPr>
          <w:p>
            <w:r>
              <w:t>2EI21005</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6</w:t>
            </w:r>
          </w:p>
        </w:tc>
        <w:tc>
          <w:tcPr>
            <w:tcW w:type="dxa" w:w="1080"/>
          </w:tcPr>
          <w:p>
            <w:r>
              <w:t>高等数学D</w:t>
            </w:r>
          </w:p>
        </w:tc>
        <w:tc>
          <w:tcPr>
            <w:tcW w:type="dxa" w:w="1080"/>
          </w:tcPr>
          <w:p>
            <w:r>
              <w:t>2MA11007</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8</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9</w:t>
            </w:r>
          </w:p>
        </w:tc>
        <w:tc>
          <w:tcPr>
            <w:tcW w:type="dxa" w:w="1080"/>
          </w:tcPr>
          <w:p>
            <w:r>
              <w:t>管理学</w:t>
            </w:r>
          </w:p>
        </w:tc>
        <w:tc>
          <w:tcPr>
            <w:tcW w:type="dxa" w:w="1080"/>
          </w:tcPr>
          <w:p>
            <w:r>
              <w:t>2SD21001</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10</w:t>
            </w:r>
          </w:p>
        </w:tc>
        <w:tc>
          <w:tcPr>
            <w:tcW w:type="dxa" w:w="1080"/>
          </w:tcPr>
          <w:p>
            <w:r>
              <w:t>劳动与社会保障专业导论</w:t>
            </w:r>
          </w:p>
        </w:tc>
        <w:tc>
          <w:tcPr>
            <w:tcW w:type="dxa" w:w="1080"/>
          </w:tcPr>
          <w:p>
            <w:r>
              <w:t>2SD21002</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14</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15</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16</w:t>
            </w:r>
          </w:p>
        </w:tc>
        <w:tc>
          <w:tcPr>
            <w:tcW w:type="dxa" w:w="1080"/>
          </w:tcPr>
          <w:p>
            <w:r>
              <w:t>社会学概论A</w:t>
            </w:r>
          </w:p>
        </w:tc>
        <w:tc>
          <w:tcPr>
            <w:tcW w:type="dxa" w:w="1080"/>
          </w:tcPr>
          <w:p>
            <w:r>
              <w:t>2SD21003</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17</w:t>
            </w:r>
          </w:p>
        </w:tc>
        <w:tc>
          <w:tcPr>
            <w:tcW w:type="dxa" w:w="1080"/>
          </w:tcPr>
          <w:p>
            <w:r>
              <w:t>微观经济学</w:t>
            </w:r>
          </w:p>
        </w:tc>
        <w:tc>
          <w:tcPr>
            <w:tcW w:type="dxa" w:w="1080"/>
          </w:tcPr>
          <w:p>
            <w:r>
              <w:t>2SD21004</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18</w:t>
            </w:r>
          </w:p>
        </w:tc>
        <w:tc>
          <w:tcPr>
            <w:tcW w:type="dxa" w:w="1080"/>
          </w:tcPr>
          <w:p>
            <w:r>
              <w:t>社会保障学</w:t>
            </w:r>
          </w:p>
        </w:tc>
        <w:tc>
          <w:tcPr>
            <w:tcW w:type="dxa" w:w="1080"/>
          </w:tcPr>
          <w:p>
            <w:r>
              <w:t>2SD21301</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19</w:t>
            </w:r>
          </w:p>
        </w:tc>
        <w:tc>
          <w:tcPr>
            <w:tcW w:type="dxa" w:w="1080"/>
          </w:tcPr>
          <w:p>
            <w:r>
              <w:t>认识实习</w:t>
            </w:r>
          </w:p>
        </w:tc>
        <w:tc>
          <w:tcPr>
            <w:tcW w:type="dxa" w:w="1080"/>
          </w:tcPr>
          <w:p>
            <w:r>
              <w:t>2SD21318</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2023-2024</w:t>
            </w:r>
          </w:p>
        </w:tc>
        <w:tc>
          <w:tcPr>
            <w:tcW w:type="dxa" w:w="1080"/>
          </w:tcPr>
          <w:p>
            <w:r>
              <w:t>2</w:t>
            </w:r>
          </w:p>
        </w:tc>
      </w:tr>
      <w:tr>
        <w:tc>
          <w:tcPr>
            <w:tcW w:type="dxa" w:w="1080"/>
          </w:tcPr>
          <w:p>
            <w:r>
              <w:t>20</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21</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22</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23</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24</w:t>
            </w:r>
          </w:p>
        </w:tc>
        <w:tc>
          <w:tcPr>
            <w:tcW w:type="dxa" w:w="1080"/>
          </w:tcPr>
          <w:p>
            <w:r>
              <w:t>公共管理学B</w:t>
            </w:r>
          </w:p>
        </w:tc>
        <w:tc>
          <w:tcPr>
            <w:tcW w:type="dxa" w:w="1080"/>
          </w:tcPr>
          <w:p>
            <w:r>
              <w:t>2SD21005</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25</w:t>
            </w:r>
          </w:p>
        </w:tc>
        <w:tc>
          <w:tcPr>
            <w:tcW w:type="dxa" w:w="1080"/>
          </w:tcPr>
          <w:p>
            <w:r>
              <w:t>宏观经济学</w:t>
            </w:r>
          </w:p>
        </w:tc>
        <w:tc>
          <w:tcPr>
            <w:tcW w:type="dxa" w:w="1080"/>
          </w:tcPr>
          <w:p>
            <w:r>
              <w:t>2SD21006</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26</w:t>
            </w:r>
          </w:p>
        </w:tc>
        <w:tc>
          <w:tcPr>
            <w:tcW w:type="dxa" w:w="1080"/>
          </w:tcPr>
          <w:p>
            <w:r>
              <w:t>社会保险</w:t>
            </w:r>
          </w:p>
        </w:tc>
        <w:tc>
          <w:tcPr>
            <w:tcW w:type="dxa" w:w="1080"/>
          </w:tcPr>
          <w:p>
            <w:r>
              <w:t>2SD21302</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27</w:t>
            </w:r>
          </w:p>
        </w:tc>
        <w:tc>
          <w:tcPr>
            <w:tcW w:type="dxa" w:w="1080"/>
          </w:tcPr>
          <w:p>
            <w:r>
              <w:t>劳动教育实践</w:t>
            </w:r>
          </w:p>
        </w:tc>
        <w:tc>
          <w:tcPr>
            <w:tcW w:type="dxa" w:w="1080"/>
          </w:tcPr>
          <w:p>
            <w:r>
              <w:t>2SD21319</w:t>
            </w:r>
          </w:p>
        </w:tc>
        <w:tc>
          <w:tcPr>
            <w:tcW w:type="dxa" w:w="1080"/>
          </w:tcPr>
          <w:p>
            <w:r>
              <w:t>1.0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3</w:t>
            </w:r>
          </w:p>
        </w:tc>
      </w:tr>
      <w:tr>
        <w:tc>
          <w:tcPr>
            <w:tcW w:type="dxa" w:w="1080"/>
          </w:tcPr>
          <w:p>
            <w:r>
              <w:t>28</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3</w:t>
            </w:r>
          </w:p>
        </w:tc>
      </w:tr>
      <w:tr>
        <w:tc>
          <w:tcPr>
            <w:tcW w:type="dxa" w:w="1080"/>
          </w:tcPr>
          <w:p>
            <w:r>
              <w:t>29</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4</w:t>
            </w:r>
          </w:p>
        </w:tc>
      </w:tr>
      <w:tr>
        <w:tc>
          <w:tcPr>
            <w:tcW w:type="dxa" w:w="1080"/>
          </w:tcPr>
          <w:p>
            <w:r>
              <w:t>30</w:t>
            </w:r>
          </w:p>
        </w:tc>
        <w:tc>
          <w:tcPr>
            <w:tcW w:type="dxa" w:w="1080"/>
          </w:tcPr>
          <w:p>
            <w:r>
              <w:t>劳动经济学</w:t>
            </w:r>
          </w:p>
        </w:tc>
        <w:tc>
          <w:tcPr>
            <w:tcW w:type="dxa" w:w="1080"/>
          </w:tcPr>
          <w:p>
            <w:r>
              <w:t>2SD21007</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31</w:t>
            </w:r>
          </w:p>
        </w:tc>
        <w:tc>
          <w:tcPr>
            <w:tcW w:type="dxa" w:w="1080"/>
          </w:tcPr>
          <w:p>
            <w:r>
              <w:t>公共政策学</w:t>
            </w:r>
          </w:p>
        </w:tc>
        <w:tc>
          <w:tcPr>
            <w:tcW w:type="dxa" w:w="1080"/>
          </w:tcPr>
          <w:p>
            <w:r>
              <w:t>2SD21008</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32</w:t>
            </w:r>
          </w:p>
        </w:tc>
        <w:tc>
          <w:tcPr>
            <w:tcW w:type="dxa" w:w="1080"/>
          </w:tcPr>
          <w:p>
            <w:r>
              <w:t>社会统计与SPSS</w:t>
            </w:r>
          </w:p>
        </w:tc>
        <w:tc>
          <w:tcPr>
            <w:tcW w:type="dxa" w:w="1080"/>
          </w:tcPr>
          <w:p>
            <w:r>
              <w:t>2SD21303</w:t>
            </w:r>
          </w:p>
        </w:tc>
        <w:tc>
          <w:tcPr>
            <w:tcW w:type="dxa" w:w="1080"/>
          </w:tcPr>
          <w:p>
            <w:r>
              <w:t>2.5</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33</w:t>
            </w:r>
          </w:p>
        </w:tc>
        <w:tc>
          <w:tcPr>
            <w:tcW w:type="dxa" w:w="1080"/>
          </w:tcPr>
          <w:p>
            <w:r>
              <w:t>劳动与社会保障创新创业实务</w:t>
            </w:r>
          </w:p>
        </w:tc>
        <w:tc>
          <w:tcPr>
            <w:tcW w:type="dxa" w:w="1080"/>
          </w:tcPr>
          <w:p>
            <w:r>
              <w:t>2SD21304</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34</w:t>
            </w:r>
          </w:p>
        </w:tc>
        <w:tc>
          <w:tcPr>
            <w:tcW w:type="dxa" w:w="1080"/>
          </w:tcPr>
          <w:p>
            <w:r>
              <w:t>学年论文</w:t>
            </w:r>
          </w:p>
        </w:tc>
        <w:tc>
          <w:tcPr>
            <w:tcW w:type="dxa" w:w="1080"/>
          </w:tcPr>
          <w:p>
            <w:r>
              <w:t>2SD21320</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2024-2025</w:t>
            </w:r>
          </w:p>
        </w:tc>
        <w:tc>
          <w:tcPr>
            <w:tcW w:type="dxa" w:w="1080"/>
          </w:tcPr>
          <w:p>
            <w:r>
              <w:t>4</w:t>
            </w:r>
          </w:p>
        </w:tc>
      </w:tr>
      <w:tr>
        <w:tc>
          <w:tcPr>
            <w:tcW w:type="dxa" w:w="1080"/>
          </w:tcPr>
          <w:p>
            <w:r>
              <w:t>35</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4</w:t>
            </w:r>
          </w:p>
        </w:tc>
      </w:tr>
      <w:tr>
        <w:tc>
          <w:tcPr>
            <w:tcW w:type="dxa" w:w="1080"/>
          </w:tcPr>
          <w:p>
            <w:r>
              <w:t>36</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5</w:t>
            </w:r>
          </w:p>
        </w:tc>
      </w:tr>
      <w:tr>
        <w:tc>
          <w:tcPr>
            <w:tcW w:type="dxa" w:w="1080"/>
          </w:tcPr>
          <w:p>
            <w:r>
              <w:t>37</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5</w:t>
            </w:r>
          </w:p>
        </w:tc>
      </w:tr>
      <w:tr>
        <w:tc>
          <w:tcPr>
            <w:tcW w:type="dxa" w:w="1080"/>
          </w:tcPr>
          <w:p>
            <w:r>
              <w:t>38</w:t>
            </w:r>
          </w:p>
        </w:tc>
        <w:tc>
          <w:tcPr>
            <w:tcW w:type="dxa" w:w="1080"/>
          </w:tcPr>
          <w:p>
            <w:r>
              <w:t>社会福利与社会救助</w:t>
            </w:r>
          </w:p>
        </w:tc>
        <w:tc>
          <w:tcPr>
            <w:tcW w:type="dxa" w:w="1080"/>
          </w:tcPr>
          <w:p>
            <w:r>
              <w:t>2SD21305</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39</w:t>
            </w:r>
          </w:p>
        </w:tc>
        <w:tc>
          <w:tcPr>
            <w:tcW w:type="dxa" w:w="1080"/>
          </w:tcPr>
          <w:p>
            <w:r>
              <w:t>劳动关系学</w:t>
            </w:r>
          </w:p>
        </w:tc>
        <w:tc>
          <w:tcPr>
            <w:tcW w:type="dxa" w:w="1080"/>
          </w:tcPr>
          <w:p>
            <w:r>
              <w:t>2SD21306</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40</w:t>
            </w:r>
          </w:p>
        </w:tc>
        <w:tc>
          <w:tcPr>
            <w:tcW w:type="dxa" w:w="1080"/>
          </w:tcPr>
          <w:p>
            <w:r>
              <w:t>社会保障基金管理</w:t>
            </w:r>
          </w:p>
        </w:tc>
        <w:tc>
          <w:tcPr>
            <w:tcW w:type="dxa" w:w="1080"/>
          </w:tcPr>
          <w:p>
            <w:r>
              <w:t>2SD21307</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41</w:t>
            </w:r>
          </w:p>
        </w:tc>
        <w:tc>
          <w:tcPr>
            <w:tcW w:type="dxa" w:w="1080"/>
          </w:tcPr>
          <w:p>
            <w:r>
              <w:t>人社实务校政融合研究</w:t>
            </w:r>
          </w:p>
        </w:tc>
        <w:tc>
          <w:tcPr>
            <w:tcW w:type="dxa" w:w="1080"/>
          </w:tcPr>
          <w:p>
            <w:r>
              <w:t>2SD21308</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42</w:t>
            </w:r>
          </w:p>
        </w:tc>
        <w:tc>
          <w:tcPr>
            <w:tcW w:type="dxa" w:w="1080"/>
          </w:tcPr>
          <w:p>
            <w:r>
              <w:t>人力资源管理</w:t>
            </w:r>
          </w:p>
        </w:tc>
        <w:tc>
          <w:tcPr>
            <w:tcW w:type="dxa" w:w="1080"/>
          </w:tcPr>
          <w:p>
            <w:r>
              <w:t>2SD21309</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43</w:t>
            </w:r>
          </w:p>
        </w:tc>
        <w:tc>
          <w:tcPr>
            <w:tcW w:type="dxa" w:w="1080"/>
          </w:tcPr>
          <w:p>
            <w:r>
              <w:t>公共管理综合实验</w:t>
            </w:r>
          </w:p>
        </w:tc>
        <w:tc>
          <w:tcPr>
            <w:tcW w:type="dxa" w:w="1080"/>
          </w:tcPr>
          <w:p>
            <w:r>
              <w:t>2SD21321</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5</w:t>
            </w:r>
          </w:p>
        </w:tc>
      </w:tr>
      <w:tr>
        <w:tc>
          <w:tcPr>
            <w:tcW w:type="dxa" w:w="1080"/>
          </w:tcPr>
          <w:p>
            <w:r>
              <w:t>44</w:t>
            </w:r>
          </w:p>
        </w:tc>
        <w:tc>
          <w:tcPr>
            <w:tcW w:type="dxa" w:w="1080"/>
          </w:tcPr>
          <w:p>
            <w:r>
              <w:t>劳动法与社会保障法</w:t>
            </w:r>
          </w:p>
        </w:tc>
        <w:tc>
          <w:tcPr>
            <w:tcW w:type="dxa" w:w="1080"/>
          </w:tcPr>
          <w:p>
            <w:r>
              <w:t>2SD21310</w:t>
            </w:r>
          </w:p>
        </w:tc>
        <w:tc>
          <w:tcPr>
            <w:tcW w:type="dxa" w:w="1080"/>
          </w:tcPr>
          <w:p>
            <w:r>
              <w:t>3.0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45</w:t>
            </w:r>
          </w:p>
        </w:tc>
        <w:tc>
          <w:tcPr>
            <w:tcW w:type="dxa" w:w="1080"/>
          </w:tcPr>
          <w:p>
            <w:r>
              <w:t>社会保障国际比较</w:t>
            </w:r>
          </w:p>
        </w:tc>
        <w:tc>
          <w:tcPr>
            <w:tcW w:type="dxa" w:w="1080"/>
          </w:tcPr>
          <w:p>
            <w:r>
              <w:t>2SD21311</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46</w:t>
            </w:r>
          </w:p>
        </w:tc>
        <w:tc>
          <w:tcPr>
            <w:tcW w:type="dxa" w:w="1080"/>
          </w:tcPr>
          <w:p>
            <w:r>
              <w:t>劳动与社会保障前沿研究</w:t>
            </w:r>
          </w:p>
        </w:tc>
        <w:tc>
          <w:tcPr>
            <w:tcW w:type="dxa" w:w="1080"/>
          </w:tcPr>
          <w:p>
            <w:r>
              <w:t>2SD21312</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47</w:t>
            </w:r>
          </w:p>
        </w:tc>
        <w:tc>
          <w:tcPr>
            <w:tcW w:type="dxa" w:w="1080"/>
          </w:tcPr>
          <w:p>
            <w:r>
              <w:t>组织行为学</w:t>
            </w:r>
          </w:p>
        </w:tc>
        <w:tc>
          <w:tcPr>
            <w:tcW w:type="dxa" w:w="1080"/>
          </w:tcPr>
          <w:p>
            <w:r>
              <w:t>2SD21313</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48</w:t>
            </w:r>
          </w:p>
        </w:tc>
        <w:tc>
          <w:tcPr>
            <w:tcW w:type="dxa" w:w="1080"/>
          </w:tcPr>
          <w:p>
            <w:r>
              <w:t>绩效管理</w:t>
            </w:r>
          </w:p>
        </w:tc>
        <w:tc>
          <w:tcPr>
            <w:tcW w:type="dxa" w:w="1080"/>
          </w:tcPr>
          <w:p>
            <w:r>
              <w:t>2SD21314</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49</w:t>
            </w:r>
          </w:p>
        </w:tc>
        <w:tc>
          <w:tcPr>
            <w:tcW w:type="dxa" w:w="1080"/>
          </w:tcPr>
          <w:p>
            <w:r>
              <w:t>薪酬管理</w:t>
            </w:r>
          </w:p>
        </w:tc>
        <w:tc>
          <w:tcPr>
            <w:tcW w:type="dxa" w:w="1080"/>
          </w:tcPr>
          <w:p>
            <w:r>
              <w:t>2SD21315</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50</w:t>
            </w:r>
          </w:p>
        </w:tc>
        <w:tc>
          <w:tcPr>
            <w:tcW w:type="dxa" w:w="1080"/>
          </w:tcPr>
          <w:p>
            <w:r>
              <w:t>风险管理</w:t>
            </w:r>
          </w:p>
        </w:tc>
        <w:tc>
          <w:tcPr>
            <w:tcW w:type="dxa" w:w="1080"/>
          </w:tcPr>
          <w:p>
            <w:r>
              <w:t>2SD21316</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51</w:t>
            </w:r>
          </w:p>
        </w:tc>
        <w:tc>
          <w:tcPr>
            <w:tcW w:type="dxa" w:w="1080"/>
          </w:tcPr>
          <w:p>
            <w:r>
              <w:t>社会保险政策与实务</w:t>
            </w:r>
          </w:p>
        </w:tc>
        <w:tc>
          <w:tcPr>
            <w:tcW w:type="dxa" w:w="1080"/>
          </w:tcPr>
          <w:p>
            <w:r>
              <w:t>2SD21322</w:t>
            </w:r>
          </w:p>
        </w:tc>
        <w:tc>
          <w:tcPr>
            <w:tcW w:type="dxa" w:w="1080"/>
          </w:tcPr>
          <w:p>
            <w:r>
              <w:t>1.5</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52</w:t>
            </w:r>
          </w:p>
        </w:tc>
        <w:tc>
          <w:tcPr>
            <w:tcW w:type="dxa" w:w="1080"/>
          </w:tcPr>
          <w:p>
            <w:r>
              <w:t>专业实践</w:t>
            </w:r>
          </w:p>
        </w:tc>
        <w:tc>
          <w:tcPr>
            <w:tcW w:type="dxa" w:w="1080"/>
          </w:tcPr>
          <w:p>
            <w:r>
              <w:t>2SD21323</w:t>
            </w:r>
          </w:p>
        </w:tc>
        <w:tc>
          <w:tcPr>
            <w:tcW w:type="dxa" w:w="1080"/>
          </w:tcPr>
          <w:p>
            <w:r>
              <w:t>2.0</w:t>
            </w:r>
          </w:p>
        </w:tc>
        <w:tc>
          <w:tcPr>
            <w:tcW w:type="dxa" w:w="1080"/>
          </w:tcPr>
          <w:p>
            <w:r>
              <w:t>专业必修课</w:t>
            </w:r>
          </w:p>
        </w:tc>
        <w:tc>
          <w:tcPr>
            <w:tcW w:type="dxa" w:w="1080"/>
          </w:tcPr>
          <w:p>
            <w:r>
              <w:t>社会发展与公共管理学院</w:t>
            </w:r>
          </w:p>
        </w:tc>
        <w:tc>
          <w:tcPr>
            <w:tcW w:type="dxa" w:w="1080"/>
          </w:tcPr>
          <w:p>
            <w:r>
              <w:t>2025-2026</w:t>
            </w:r>
          </w:p>
        </w:tc>
        <w:tc>
          <w:tcPr>
            <w:tcW w:type="dxa" w:w="1080"/>
          </w:tcPr>
          <w:p>
            <w:r>
              <w:t>6</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制表人（签字）：日期：2026年8月28日学院（公章）：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