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苏州科技大学电子与信息工程学院 推荐2027年优秀应届本科毕业生免试攻读研究生工作细则</w:t>
      </w:r>
    </w:p>
    <w:p>
      <w:r>
        <w:t>苏州科技大学电子与信息工程学院</w:t>
      </w:r>
    </w:p>
    <w:p>
      <w:r>
        <w:t>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组长：伯洁、吴宏杰</w:t>
      </w:r>
    </w:p>
    <w:p>
      <w:r>
        <w:t>成员：李泽、吴征天、严生、胡善亭、耿天宇</w:t>
      </w:r>
    </w:p>
    <w:p>
      <w:r>
        <w:t>咨询电话：68090319，15006202366</w:t>
      </w:r>
    </w:p>
    <w:p>
      <w:r>
        <w:t>申诉电话：68097341，15250062910</w:t>
      </w:r>
    </w:p>
    <w:p>
      <w:r>
        <w:t>申诉邮箱：eed@mail.usts.edu.cn</w:t>
      </w:r>
    </w:p>
    <w:p>
      <w:r>
        <w:t>二、名额分配</w:t>
      </w:r>
    </w:p>
    <w:p>
      <w:r>
        <w:t>总名额：26名</w:t>
      </w:r>
    </w:p>
    <w:p>
      <w:r>
        <w:t>名额分配如下：计算机科学与技术专业4名；电子信息工程专业4名；电气工程及其自动化专业4名；人工智能专业4名；建筑电气与智能化专业4名；区块链工程专业3名；通信工程专业3名。</w:t>
      </w:r>
    </w:p>
    <w:p>
      <w:r>
        <w:t>三、申请报名条件</w:t>
      </w:r>
    </w:p>
    <w:p>
      <w:r>
        <w:t>申请者须满足学校规定的遴选基本条件。</w:t>
      </w:r>
    </w:p>
    <w:p>
      <w:r>
        <w:t>四、申请受理时间、地点</w:t>
      </w:r>
    </w:p>
    <w:p>
      <w:r>
        <w:t>截止时间：9月1日17:00之前，提交报名申请及相关材料</w:t>
      </w:r>
    </w:p>
    <w:p>
      <w:r>
        <w:t>受理地点：石湖校区电子与信息工程学院A楼102室</w:t>
      </w:r>
    </w:p>
    <w:p>
      <w:r>
        <w:t>受理人员：吴老师</w:t>
      </w:r>
    </w:p>
    <w:p>
      <w:r>
        <w:t>申请材料：申请表（附件3），综合素质加分申请统计表（附件4），学科竞赛、科研成果、参加志愿服务、到国际组织实习、参军入伍服兵役等综合素质相关材料的复印件3份。</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电子与信息工程学院</w:t>
      </w:r>
    </w:p>
    <w:p>
      <w:r>
        <w:t>日期：2026年8月30日</w:t>
      </w:r>
    </w:p>
    <w:p>
      <w:r>
        <w:t>附件1:苏州科技大学电子与信息工程学院推免生综合素质单项分值设置表</w:t>
      </w:r>
    </w:p>
    <w:p>
      <w:r>
        <w:t>附件2：苏州科技大学电子与信息工程学院推荐2027年优秀应届本科毕业生免试攻读研究生课程清单</w:t>
      </w:r>
    </w:p>
    <w:p>
      <w:r>
        <w:t>附件3：苏州科技大学推荐2027年优秀应届本科毕业生免试攻读研究生申请表</w:t>
      </w:r>
    </w:p>
    <w:p>
      <w:r>
        <w:t>附件4：电子与信息工程学院推免综合素质加分申请统计表</w:t>
      </w:r>
    </w:p>
    <w:p>
      <w:r>
        <w:t>附件5：苏州科技大学推荐2027年优秀应届本科毕业生免试攻读研究生相关人员亲属或利益关系报备登记表</w:t>
      </w:r>
    </w:p>
    <w:p>
      <w:r>
        <w:t>附件6：苏州科技大学推荐2027年优秀应届本科毕业生免试攻读研究生工作实施方案</w:t>
      </w:r>
    </w:p>
    <w:p>
      <w:r>
        <w:t>附件7：苏州科技大学推免生学科竞赛认定目录</w:t>
      </w:r>
    </w:p>
    <w:p>
      <w:r>
        <w:t>附件8：苏州科技大学核心期刊（2021修订）</w:t>
      </w:r>
    </w:p>
    <w:p>
      <w:r>
        <w:t>附件9：苏州科技大学电子与信息工程学院推荐2027年优秀应届本科毕业生免试攻读研究生思想品德考核办法</w:t>
      </w:r>
    </w:p>
    <w:p>
      <w:r>
        <w:t>苏州科技大学电子与信息工程学院推免生综合素质单项分值设置表</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t>类别</w:t>
            </w:r>
          </w:p>
        </w:tc>
        <w:tc>
          <w:tcPr>
            <w:tcW w:type="dxa" w:w="720"/>
          </w:tcPr>
          <w:p>
            <w:r>
              <w:t>项目等级</w:t>
            </w:r>
          </w:p>
        </w:tc>
        <w:tc>
          <w:tcPr>
            <w:tcW w:type="dxa" w:w="720"/>
          </w:tcPr>
          <w:p>
            <w:r>
              <w:t>第一等次</w:t>
            </w:r>
          </w:p>
        </w:tc>
        <w:tc>
          <w:tcPr>
            <w:tcW w:type="dxa" w:w="720"/>
          </w:tcPr>
          <w:p>
            <w:r>
              <w:t>第二等次</w:t>
            </w:r>
          </w:p>
        </w:tc>
        <w:tc>
          <w:tcPr>
            <w:tcW w:type="dxa" w:w="720"/>
          </w:tcPr>
          <w:p>
            <w:r>
              <w:t>第三等次</w:t>
            </w:r>
          </w:p>
        </w:tc>
        <w:tc>
          <w:tcPr>
            <w:tcW w:type="dxa" w:w="720"/>
          </w:tcPr>
          <w:p>
            <w:r>
              <w:t>第四等次</w:t>
            </w:r>
          </w:p>
        </w:tc>
        <w:tc>
          <w:tcPr>
            <w:tcW w:type="dxa" w:w="720"/>
          </w:tcPr>
          <w:p>
            <w:r>
              <w:t>备注</w:t>
            </w:r>
          </w:p>
        </w:tc>
        <w:tc>
          <w:tcPr>
            <w:tcW w:type="dxa" w:w="720"/>
          </w:tcPr>
          <w:p/>
        </w:tc>
        <w:tc>
          <w:tcPr>
            <w:tcW w:type="dxa" w:w="720"/>
          </w:tcPr>
          <w:p/>
        </w:tc>
        <w:tc>
          <w:tcPr>
            <w:tcW w:type="dxa" w:w="720"/>
          </w:tcPr>
          <w:p/>
        </w:tc>
        <w:tc>
          <w:tcPr>
            <w:tcW w:type="dxa" w:w="720"/>
          </w:tcPr>
          <w:p/>
        </w:tc>
        <w:tc>
          <w:tcPr>
            <w:tcW w:type="dxa" w:w="720"/>
          </w:tcPr>
          <w:p/>
        </w:tc>
      </w:tr>
      <w:tr>
        <w:tc>
          <w:tcPr>
            <w:tcW w:type="dxa" w:w="720"/>
          </w:tcPr>
          <w:p>
            <w:r>
              <w:t>学科竞赛(不超过40分)</w:t>
            </w:r>
          </w:p>
        </w:tc>
        <w:tc>
          <w:tcPr>
            <w:tcW w:type="dxa" w:w="720"/>
          </w:tcPr>
          <w:p>
            <w:r>
              <w:t>I甲</w:t>
            </w:r>
          </w:p>
        </w:tc>
        <w:tc>
          <w:tcPr>
            <w:tcW w:type="dxa" w:w="720"/>
          </w:tcPr>
          <w:p>
            <w:r>
              <w:t>40</w:t>
            </w:r>
          </w:p>
        </w:tc>
        <w:tc>
          <w:tcPr>
            <w:tcW w:type="dxa" w:w="720"/>
          </w:tcPr>
          <w:p>
            <w:r>
              <w:t>30</w:t>
            </w:r>
          </w:p>
        </w:tc>
        <w:tc>
          <w:tcPr>
            <w:tcW w:type="dxa" w:w="720"/>
          </w:tcPr>
          <w:p>
            <w:r>
              <w:t>15</w:t>
            </w:r>
          </w:p>
        </w:tc>
        <w:tc>
          <w:tcPr>
            <w:tcW w:type="dxa" w:w="720"/>
          </w:tcPr>
          <w:p>
            <w:r>
              <w:t>5</w:t>
            </w:r>
          </w:p>
        </w:tc>
        <w:tc>
          <w:tcPr>
            <w:tcW w:type="dxa" w:w="720"/>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720"/>
          </w:tcPr>
          <w:p/>
        </w:tc>
        <w:tc>
          <w:tcPr>
            <w:tcW w:type="dxa" w:w="720"/>
          </w:tcPr>
          <w:p/>
        </w:tc>
        <w:tc>
          <w:tcPr>
            <w:tcW w:type="dxa" w:w="720"/>
          </w:tcPr>
          <w:p/>
        </w:tc>
        <w:tc>
          <w:tcPr>
            <w:tcW w:type="dxa" w:w="720"/>
          </w:tcPr>
          <w:p/>
        </w:tc>
        <w:tc>
          <w:tcPr>
            <w:tcW w:type="dxa" w:w="720"/>
          </w:tcPr>
          <w:p/>
        </w:tc>
      </w:tr>
      <w:tr>
        <w:tc>
          <w:tcPr>
            <w:tcW w:type="dxa" w:w="720"/>
          </w:tcPr>
          <w:p>
            <w:r>
              <w:t>I乙</w:t>
            </w:r>
          </w:p>
        </w:tc>
        <w:tc>
          <w:tcPr>
            <w:tcW w:type="dxa" w:w="720"/>
          </w:tcPr>
          <w:p>
            <w:r>
              <w:t>15</w:t>
            </w:r>
          </w:p>
        </w:tc>
        <w:tc>
          <w:tcPr>
            <w:tcW w:type="dxa" w:w="720"/>
          </w:tcPr>
          <w:p>
            <w:r>
              <w:t>10</w:t>
            </w:r>
          </w:p>
        </w:tc>
        <w:tc>
          <w:tcPr>
            <w:tcW w:type="dxa" w:w="720"/>
          </w:tcPr>
          <w:p>
            <w:r>
              <w:t>3</w:t>
            </w:r>
          </w:p>
        </w:tc>
        <w:tc>
          <w:tcPr>
            <w:tcW w:type="dxa" w:w="720"/>
          </w:tcPr>
          <w:p>
            <w:r>
              <w:t>1</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科研成果(不超过40分)</w:t>
            </w:r>
          </w:p>
        </w:tc>
        <w:tc>
          <w:tcPr>
            <w:tcW w:type="dxa" w:w="720"/>
          </w:tcPr>
          <w:p>
            <w:r>
              <w:t>科研论文</w:t>
            </w:r>
          </w:p>
        </w:tc>
        <w:tc>
          <w:tcPr>
            <w:tcW w:type="dxa" w:w="720"/>
          </w:tcPr>
          <w:p>
            <w:r>
              <w:t>一类核心</w:t>
            </w:r>
          </w:p>
        </w:tc>
        <w:tc>
          <w:tcPr>
            <w:tcW w:type="dxa" w:w="720"/>
          </w:tcPr>
          <w:p>
            <w:r>
              <w:t>40</w:t>
            </w:r>
          </w:p>
        </w:tc>
        <w:tc>
          <w:tcPr>
            <w:tcW w:type="dxa" w:w="720"/>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一类、二类、三类、四类核心期刊目录参见《苏州科技大学核心期刊（2021修订）》。北大核心是指除上述4类之外的北京大学中文核心期刊目录中的期刊。（3）发明专利不得超过10分。须提供相关专利授权书。</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二类核心</w:t>
            </w:r>
          </w:p>
        </w:tc>
        <w:tc>
          <w:tcPr>
            <w:tcW w:type="dxa" w:w="720"/>
          </w:tcPr>
          <w:p>
            <w:r>
              <w:t>25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三类核心</w:t>
            </w:r>
          </w:p>
        </w:tc>
        <w:tc>
          <w:tcPr>
            <w:tcW w:type="dxa" w:w="720"/>
          </w:tcPr>
          <w:p>
            <w:r>
              <w:t>15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四类核心</w:t>
            </w:r>
          </w:p>
        </w:tc>
        <w:tc>
          <w:tcPr>
            <w:tcW w:type="dxa" w:w="720"/>
          </w:tcPr>
          <w:p>
            <w:r>
              <w:t>10</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北大核心</w:t>
            </w:r>
          </w:p>
        </w:tc>
        <w:tc>
          <w:tcPr>
            <w:tcW w:type="dxa" w:w="720"/>
          </w:tcPr>
          <w:p>
            <w:r>
              <w:t>2</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发明专利</w:t>
            </w:r>
          </w:p>
        </w:tc>
        <w:tc>
          <w:tcPr>
            <w:tcW w:type="dxa" w:w="720"/>
          </w:tcPr>
          <w:p>
            <w:r>
              <w:t>国内发明/国际专利授权</w:t>
            </w:r>
          </w:p>
        </w:tc>
        <w:tc>
          <w:tcPr>
            <w:tcW w:type="dxa" w:w="720"/>
          </w:tcPr>
          <w:p>
            <w:r>
              <w:t>10</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志愿服务(不超过10分)</w:t>
            </w:r>
          </w:p>
        </w:tc>
        <w:tc>
          <w:tcPr>
            <w:tcW w:type="dxa" w:w="720"/>
          </w:tcPr>
          <w:p>
            <w:r/>
          </w:p>
        </w:tc>
        <w:tc>
          <w:tcPr>
            <w:tcW w:type="dxa" w:w="720"/>
          </w:tcPr>
          <w:p>
            <w:r>
              <w:t>第一等次</w:t>
            </w:r>
          </w:p>
        </w:tc>
        <w:tc>
          <w:tcPr>
            <w:tcW w:type="dxa" w:w="720"/>
          </w:tcPr>
          <w:p>
            <w:r>
              <w:t>第二等次</w:t>
            </w:r>
          </w:p>
        </w:tc>
        <w:tc>
          <w:tcPr>
            <w:tcW w:type="dxa" w:w="720"/>
          </w:tcPr>
          <w:p>
            <w:r>
              <w:t>第三等次</w:t>
            </w:r>
          </w:p>
        </w:tc>
        <w:tc>
          <w:tcPr>
            <w:tcW w:type="dxa" w:w="72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国家级</w:t>
            </w:r>
          </w:p>
        </w:tc>
        <w:tc>
          <w:tcPr>
            <w:tcW w:type="dxa" w:w="720"/>
          </w:tcPr>
          <w:p>
            <w:r>
              <w:t>10</w:t>
            </w:r>
          </w:p>
        </w:tc>
        <w:tc>
          <w:tcPr>
            <w:tcW w:type="dxa" w:w="720"/>
          </w:tcPr>
          <w:p>
            <w:r>
              <w:t>7</w:t>
            </w:r>
          </w:p>
        </w:tc>
        <w:tc>
          <w:tcPr>
            <w:tcW w:type="dxa" w:w="720"/>
          </w:tcPr>
          <w:p>
            <w:r>
              <w:t>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省部级</w:t>
            </w:r>
          </w:p>
        </w:tc>
        <w:tc>
          <w:tcPr>
            <w:tcW w:type="dxa" w:w="720"/>
          </w:tcPr>
          <w:p>
            <w:r>
              <w:t>5</w:t>
            </w:r>
          </w:p>
        </w:tc>
        <w:tc>
          <w:tcPr>
            <w:tcW w:type="dxa" w:w="720"/>
          </w:tcPr>
          <w:p>
            <w:r>
              <w:t>3</w:t>
            </w:r>
          </w:p>
        </w:tc>
        <w:tc>
          <w:tcPr>
            <w:tcW w:type="dxa" w:w="720"/>
          </w:tcPr>
          <w:p>
            <w:r>
              <w:t>1</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到国际组织实习（不超过5分）</w:t>
            </w:r>
          </w:p>
        </w:tc>
        <w:tc>
          <w:tcPr>
            <w:tcW w:type="dxa" w:w="72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t>参军入伍服兵役（不超过5分）</w:t>
            </w:r>
          </w:p>
        </w:tc>
        <w:tc>
          <w:tcPr>
            <w:tcW w:type="dxa" w:w="720"/>
          </w:tcPr>
          <w:p>
            <w:r>
              <w:t>须提供入伍批准书及退出现役证。</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人工智能</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7</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8</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9</w:t>
            </w:r>
          </w:p>
        </w:tc>
        <w:tc>
          <w:tcPr>
            <w:tcW w:type="dxa" w:w="1080"/>
          </w:tcPr>
          <w:p>
            <w:r>
              <w:t>专业认知与工艺实习劳动实践</w:t>
            </w:r>
          </w:p>
        </w:tc>
        <w:tc>
          <w:tcPr>
            <w:tcW w:type="dxa" w:w="1080"/>
          </w:tcPr>
          <w:p>
            <w:r>
              <w:t>2EI21021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10</w:t>
            </w:r>
          </w:p>
        </w:tc>
        <w:tc>
          <w:tcPr>
            <w:tcW w:type="dxa" w:w="1080"/>
          </w:tcPr>
          <w:p>
            <w:r>
              <w:t>人工智能学科基础</w:t>
            </w:r>
          </w:p>
        </w:tc>
        <w:tc>
          <w:tcPr>
            <w:tcW w:type="dxa" w:w="1080"/>
          </w:tcPr>
          <w:p>
            <w:r>
              <w:t>2EI21601</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人工智能专业导论</w:t>
            </w:r>
          </w:p>
        </w:tc>
        <w:tc>
          <w:tcPr>
            <w:tcW w:type="dxa" w:w="1080"/>
          </w:tcPr>
          <w:p>
            <w:r>
              <w:t>2EI21608</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12</w:t>
            </w:r>
          </w:p>
        </w:tc>
        <w:tc>
          <w:tcPr>
            <w:tcW w:type="dxa" w:w="1080"/>
          </w:tcPr>
          <w:p>
            <w:r>
              <w:t>Python语言程序设计</w:t>
            </w:r>
          </w:p>
        </w:tc>
        <w:tc>
          <w:tcPr>
            <w:tcW w:type="dxa" w:w="1080"/>
          </w:tcPr>
          <w:p>
            <w:r>
              <w:t>2EI21609</w:t>
            </w:r>
          </w:p>
        </w:tc>
        <w:tc>
          <w:tcPr>
            <w:tcW w:type="dxa" w:w="1080"/>
          </w:tcPr>
          <w:p>
            <w:r>
              <w:t>4.0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13</w:t>
            </w:r>
          </w:p>
        </w:tc>
        <w:tc>
          <w:tcPr>
            <w:tcW w:type="dxa" w:w="1080"/>
          </w:tcPr>
          <w:p>
            <w:r>
              <w:t>人工智能学科基础实验</w:t>
            </w:r>
          </w:p>
        </w:tc>
        <w:tc>
          <w:tcPr>
            <w:tcW w:type="dxa" w:w="1080"/>
          </w:tcPr>
          <w:p>
            <w:r>
              <w:t>2EI21629</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14</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15</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线性代数A</w:t>
            </w:r>
          </w:p>
        </w:tc>
        <w:tc>
          <w:tcPr>
            <w:tcW w:type="dxa" w:w="1080"/>
          </w:tcPr>
          <w:p>
            <w:r>
              <w:t>2MA11011</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面向对象技术与应用</w:t>
            </w:r>
          </w:p>
        </w:tc>
        <w:tc>
          <w:tcPr>
            <w:tcW w:type="dxa" w:w="1080"/>
          </w:tcPr>
          <w:p>
            <w:r>
              <w:t>2EI21612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24</w:t>
            </w:r>
          </w:p>
        </w:tc>
        <w:tc>
          <w:tcPr>
            <w:tcW w:type="dxa" w:w="1080"/>
          </w:tcPr>
          <w:p>
            <w:r>
              <w:t>Python程序设计课程实践</w:t>
            </w:r>
          </w:p>
        </w:tc>
        <w:tc>
          <w:tcPr>
            <w:tcW w:type="dxa" w:w="1080"/>
          </w:tcPr>
          <w:p>
            <w:r>
              <w:t>2EI21620</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25</w:t>
            </w:r>
          </w:p>
        </w:tc>
        <w:tc>
          <w:tcPr>
            <w:tcW w:type="dxa" w:w="1080"/>
          </w:tcPr>
          <w:p>
            <w:r>
              <w:t>离散数学A</w:t>
            </w:r>
          </w:p>
        </w:tc>
        <w:tc>
          <w:tcPr>
            <w:tcW w:type="dxa" w:w="1080"/>
          </w:tcPr>
          <w:p>
            <w:r>
              <w:t>2EI11003</w:t>
            </w:r>
          </w:p>
        </w:tc>
        <w:tc>
          <w:tcPr>
            <w:tcW w:type="dxa" w:w="1080"/>
          </w:tcPr>
          <w:p>
            <w:r>
              <w:t>3.0</w:t>
            </w:r>
          </w:p>
        </w:tc>
        <w:tc>
          <w:tcPr>
            <w:tcW w:type="dxa" w:w="1080"/>
          </w:tcPr>
          <w:p>
            <w:r>
              <w:t>通识必修课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26</w:t>
            </w:r>
          </w:p>
        </w:tc>
        <w:tc>
          <w:tcPr>
            <w:tcW w:type="dxa" w:w="1080"/>
          </w:tcPr>
          <w:p>
            <w:r>
              <w:t>数值分析</w:t>
            </w:r>
          </w:p>
        </w:tc>
        <w:tc>
          <w:tcPr>
            <w:tcW w:type="dxa" w:w="1080"/>
          </w:tcPr>
          <w:p>
            <w:r>
              <w:t>2EI11602</w:t>
            </w:r>
          </w:p>
        </w:tc>
        <w:tc>
          <w:tcPr>
            <w:tcW w:type="dxa" w:w="1080"/>
          </w:tcPr>
          <w:p>
            <w:r>
              <w:t>3.0</w:t>
            </w:r>
          </w:p>
        </w:tc>
        <w:tc>
          <w:tcPr>
            <w:tcW w:type="dxa" w:w="1080"/>
          </w:tcPr>
          <w:p>
            <w:r>
              <w:t>通识必修课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27</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32</w:t>
            </w:r>
          </w:p>
        </w:tc>
        <w:tc>
          <w:tcPr>
            <w:tcW w:type="dxa" w:w="1080"/>
          </w:tcPr>
          <w:p>
            <w:r>
              <w:t>数据结构与实践</w:t>
            </w:r>
          </w:p>
        </w:tc>
        <w:tc>
          <w:tcPr>
            <w:tcW w:type="dxa" w:w="1080"/>
          </w:tcPr>
          <w:p>
            <w:r>
              <w:t>2EI21037</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33</w:t>
            </w:r>
          </w:p>
        </w:tc>
        <w:tc>
          <w:tcPr>
            <w:tcW w:type="dxa" w:w="1080"/>
          </w:tcPr>
          <w:p>
            <w:r>
              <w:t>电路与数字逻辑</w:t>
            </w:r>
          </w:p>
        </w:tc>
        <w:tc>
          <w:tcPr>
            <w:tcW w:type="dxa" w:w="1080"/>
          </w:tcPr>
          <w:p>
            <w:r>
              <w:t>2EI21603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34</w:t>
            </w:r>
          </w:p>
        </w:tc>
        <w:tc>
          <w:tcPr>
            <w:tcW w:type="dxa" w:w="1080"/>
          </w:tcPr>
          <w:p>
            <w:r>
              <w:t>电路与数字逻辑实验</w:t>
            </w:r>
          </w:p>
        </w:tc>
        <w:tc>
          <w:tcPr>
            <w:tcW w:type="dxa" w:w="1080"/>
          </w:tcPr>
          <w:p>
            <w:r>
              <w:t>2EI21628</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35</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36</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37</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38</w:t>
            </w:r>
          </w:p>
        </w:tc>
        <w:tc>
          <w:tcPr>
            <w:tcW w:type="dxa" w:w="1080"/>
          </w:tcPr>
          <w:p>
            <w:r>
              <w:t>计算机组成原理</w:t>
            </w:r>
          </w:p>
        </w:tc>
        <w:tc>
          <w:tcPr>
            <w:tcW w:type="dxa" w:w="1080"/>
          </w:tcPr>
          <w:p>
            <w:r>
              <w:t>2EI21032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39</w:t>
            </w:r>
          </w:p>
        </w:tc>
        <w:tc>
          <w:tcPr>
            <w:tcW w:type="dxa" w:w="1080"/>
          </w:tcPr>
          <w:p>
            <w:r>
              <w:t>计算机组成原理实验</w:t>
            </w:r>
          </w:p>
        </w:tc>
        <w:tc>
          <w:tcPr>
            <w:tcW w:type="dxa" w:w="1080"/>
          </w:tcPr>
          <w:p>
            <w:r>
              <w:t>2EI21033</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40</w:t>
            </w:r>
          </w:p>
        </w:tc>
        <w:tc>
          <w:tcPr>
            <w:tcW w:type="dxa" w:w="1080"/>
          </w:tcPr>
          <w:p>
            <w:r>
              <w:t>数据库原理</w:t>
            </w:r>
          </w:p>
        </w:tc>
        <w:tc>
          <w:tcPr>
            <w:tcW w:type="dxa" w:w="1080"/>
          </w:tcPr>
          <w:p>
            <w:r>
              <w:t>2EI21038</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41</w:t>
            </w:r>
          </w:p>
        </w:tc>
        <w:tc>
          <w:tcPr>
            <w:tcW w:type="dxa" w:w="1080"/>
          </w:tcPr>
          <w:p>
            <w:r>
              <w:t>计算机网络与分布式处理</w:t>
            </w:r>
          </w:p>
        </w:tc>
        <w:tc>
          <w:tcPr>
            <w:tcW w:type="dxa" w:w="1080"/>
          </w:tcPr>
          <w:p>
            <w:r>
              <w:t>2EI21606</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42</w:t>
            </w:r>
          </w:p>
        </w:tc>
        <w:tc>
          <w:tcPr>
            <w:tcW w:type="dxa" w:w="1080"/>
          </w:tcPr>
          <w:p>
            <w:r>
              <w:t>模式识别</w:t>
            </w:r>
          </w:p>
        </w:tc>
        <w:tc>
          <w:tcPr>
            <w:tcW w:type="dxa" w:w="1080"/>
          </w:tcPr>
          <w:p>
            <w:r>
              <w:t>2EI21610</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43</w:t>
            </w:r>
          </w:p>
        </w:tc>
        <w:tc>
          <w:tcPr>
            <w:tcW w:type="dxa" w:w="1080"/>
          </w:tcPr>
          <w:p>
            <w:r>
              <w:t>计算机网络与分布式处理实验</w:t>
            </w:r>
          </w:p>
        </w:tc>
        <w:tc>
          <w:tcPr>
            <w:tcW w:type="dxa" w:w="1080"/>
          </w:tcPr>
          <w:p>
            <w:r>
              <w:t>2EI21626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44</w:t>
            </w:r>
          </w:p>
        </w:tc>
        <w:tc>
          <w:tcPr>
            <w:tcW w:type="dxa" w:w="1080"/>
          </w:tcPr>
          <w:p>
            <w:r>
              <w:t>算法分析与设计</w:t>
            </w:r>
          </w:p>
        </w:tc>
        <w:tc>
          <w:tcPr>
            <w:tcW w:type="dxa" w:w="1080"/>
          </w:tcPr>
          <w:p>
            <w:r>
              <w:t>2EI21636</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45</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47</w:t>
            </w:r>
          </w:p>
        </w:tc>
        <w:tc>
          <w:tcPr>
            <w:tcW w:type="dxa" w:w="1080"/>
          </w:tcPr>
          <w:p>
            <w:r>
              <w:t>操作系统与Linux系统应用</w:t>
            </w:r>
          </w:p>
        </w:tc>
        <w:tc>
          <w:tcPr>
            <w:tcW w:type="dxa" w:w="1080"/>
          </w:tcPr>
          <w:p>
            <w:r>
              <w:t>2EI21607</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48</w:t>
            </w:r>
          </w:p>
        </w:tc>
        <w:tc>
          <w:tcPr>
            <w:tcW w:type="dxa" w:w="1080"/>
          </w:tcPr>
          <w:p>
            <w:r>
              <w:t>机器学习</w:t>
            </w:r>
          </w:p>
        </w:tc>
        <w:tc>
          <w:tcPr>
            <w:tcW w:type="dxa" w:w="1080"/>
          </w:tcPr>
          <w:p>
            <w:r>
              <w:t>2EI21611</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49</w:t>
            </w:r>
          </w:p>
        </w:tc>
        <w:tc>
          <w:tcPr>
            <w:tcW w:type="dxa" w:w="1080"/>
          </w:tcPr>
          <w:p>
            <w:r>
              <w:t>数字图像处理</w:t>
            </w:r>
          </w:p>
        </w:tc>
        <w:tc>
          <w:tcPr>
            <w:tcW w:type="dxa" w:w="1080"/>
          </w:tcPr>
          <w:p>
            <w:r>
              <w:t>2EI21613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50</w:t>
            </w:r>
          </w:p>
        </w:tc>
        <w:tc>
          <w:tcPr>
            <w:tcW w:type="dxa" w:w="1080"/>
          </w:tcPr>
          <w:p>
            <w:r>
              <w:t>软件工程</w:t>
            </w:r>
          </w:p>
        </w:tc>
        <w:tc>
          <w:tcPr>
            <w:tcW w:type="dxa" w:w="1080"/>
          </w:tcPr>
          <w:p>
            <w:r>
              <w:t>2EI21614</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51</w:t>
            </w:r>
          </w:p>
        </w:tc>
        <w:tc>
          <w:tcPr>
            <w:tcW w:type="dxa" w:w="1080"/>
          </w:tcPr>
          <w:p>
            <w:r>
              <w:t>自动驾驶技术与应用</w:t>
            </w:r>
          </w:p>
        </w:tc>
        <w:tc>
          <w:tcPr>
            <w:tcW w:type="dxa" w:w="1080"/>
          </w:tcPr>
          <w:p>
            <w:r>
              <w:t>2EI21616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52</w:t>
            </w:r>
          </w:p>
        </w:tc>
        <w:tc>
          <w:tcPr>
            <w:tcW w:type="dxa" w:w="1080"/>
          </w:tcPr>
          <w:p>
            <w:r>
              <w:t>智能系统与应用</w:t>
            </w:r>
          </w:p>
        </w:tc>
        <w:tc>
          <w:tcPr>
            <w:tcW w:type="dxa" w:w="1080"/>
          </w:tcPr>
          <w:p>
            <w:r>
              <w:t>2EI21617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53</w:t>
            </w:r>
          </w:p>
        </w:tc>
        <w:tc>
          <w:tcPr>
            <w:tcW w:type="dxa" w:w="1080"/>
          </w:tcPr>
          <w:p>
            <w:r>
              <w:t>软件工程课程实践</w:t>
            </w:r>
          </w:p>
        </w:tc>
        <w:tc>
          <w:tcPr>
            <w:tcW w:type="dxa" w:w="1080"/>
          </w:tcPr>
          <w:p>
            <w:r>
              <w:t>2EI21621</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54</w:t>
            </w:r>
          </w:p>
        </w:tc>
        <w:tc>
          <w:tcPr>
            <w:tcW w:type="dxa" w:w="1080"/>
          </w:tcPr>
          <w:p>
            <w:r>
              <w:t>人工智能开发实训(一)</w:t>
            </w:r>
          </w:p>
        </w:tc>
        <w:tc>
          <w:tcPr>
            <w:tcW w:type="dxa" w:w="1080"/>
          </w:tcPr>
          <w:p>
            <w:r>
              <w:t>2EI21623</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55</w:t>
            </w:r>
          </w:p>
        </w:tc>
        <w:tc>
          <w:tcPr>
            <w:tcW w:type="dxa" w:w="1080"/>
          </w:tcPr>
          <w:p>
            <w:r>
              <w:t>操作系统与Linux系统应用实验</w:t>
            </w:r>
          </w:p>
        </w:tc>
        <w:tc>
          <w:tcPr>
            <w:tcW w:type="dxa" w:w="1080"/>
          </w:tcPr>
          <w:p>
            <w:r>
              <w:t>2EI21630</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56</w:t>
            </w:r>
          </w:p>
        </w:tc>
        <w:tc>
          <w:tcPr>
            <w:tcW w:type="dxa" w:w="1080"/>
          </w:tcPr>
          <w:p>
            <w:r>
              <w:t>机器学习实验</w:t>
            </w:r>
          </w:p>
        </w:tc>
        <w:tc>
          <w:tcPr>
            <w:tcW w:type="dxa" w:w="1080"/>
          </w:tcPr>
          <w:p>
            <w:r>
              <w:t>2EI21631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57</w:t>
            </w:r>
          </w:p>
        </w:tc>
        <w:tc>
          <w:tcPr>
            <w:tcW w:type="dxa" w:w="1080"/>
          </w:tcPr>
          <w:p>
            <w:r>
              <w:t>自动驾驶技术与应用实验</w:t>
            </w:r>
          </w:p>
        </w:tc>
        <w:tc>
          <w:tcPr>
            <w:tcW w:type="dxa" w:w="1080"/>
          </w:tcPr>
          <w:p>
            <w:r>
              <w:t>2EI21632</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58</w:t>
            </w:r>
          </w:p>
        </w:tc>
        <w:tc>
          <w:tcPr>
            <w:tcW w:type="dxa" w:w="1080"/>
          </w:tcPr>
          <w:p>
            <w:r>
              <w:t>智能系统与应用实验</w:t>
            </w:r>
          </w:p>
        </w:tc>
        <w:tc>
          <w:tcPr>
            <w:tcW w:type="dxa" w:w="1080"/>
          </w:tcPr>
          <w:p>
            <w:r>
              <w:t>2EI21633</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59</w:t>
            </w:r>
          </w:p>
        </w:tc>
        <w:tc>
          <w:tcPr>
            <w:tcW w:type="dxa" w:w="1080"/>
          </w:tcPr>
          <w:p>
            <w:r>
              <w:t>机器人技术与应用</w:t>
            </w:r>
          </w:p>
        </w:tc>
        <w:tc>
          <w:tcPr>
            <w:tcW w:type="dxa" w:w="1080"/>
          </w:tcPr>
          <w:p>
            <w:r>
              <w:t>2EI21635</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60</w:t>
            </w:r>
          </w:p>
        </w:tc>
        <w:tc>
          <w:tcPr>
            <w:tcW w:type="dxa" w:w="1080"/>
          </w:tcPr>
          <w:p>
            <w:r>
              <w:t>数据挖掘</w:t>
            </w:r>
          </w:p>
        </w:tc>
        <w:tc>
          <w:tcPr>
            <w:tcW w:type="dxa" w:w="1080"/>
          </w:tcPr>
          <w:p>
            <w:r>
              <w:t>2EI21615</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61</w:t>
            </w:r>
          </w:p>
        </w:tc>
        <w:tc>
          <w:tcPr>
            <w:tcW w:type="dxa" w:w="1080"/>
          </w:tcPr>
          <w:p>
            <w:r>
              <w:t>智能信息技术与应用</w:t>
            </w:r>
          </w:p>
        </w:tc>
        <w:tc>
          <w:tcPr>
            <w:tcW w:type="dxa" w:w="1080"/>
          </w:tcPr>
          <w:p>
            <w:r>
              <w:t>2EI21618</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62</w:t>
            </w:r>
          </w:p>
        </w:tc>
        <w:tc>
          <w:tcPr>
            <w:tcW w:type="dxa" w:w="1080"/>
          </w:tcPr>
          <w:p>
            <w:r>
              <w:t>人工智能开发实训(二)</w:t>
            </w:r>
          </w:p>
        </w:tc>
        <w:tc>
          <w:tcPr>
            <w:tcW w:type="dxa" w:w="1080"/>
          </w:tcPr>
          <w:p>
            <w:r>
              <w:t>2EI21624</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63</w:t>
            </w:r>
          </w:p>
        </w:tc>
        <w:tc>
          <w:tcPr>
            <w:tcW w:type="dxa" w:w="1080"/>
          </w:tcPr>
          <w:p>
            <w:r>
              <w:t>数据挖掘实验</w:t>
            </w:r>
          </w:p>
        </w:tc>
        <w:tc>
          <w:tcPr>
            <w:tcW w:type="dxa" w:w="1080"/>
          </w:tcPr>
          <w:p>
            <w:r>
              <w:t>2EI21627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64</w:t>
            </w:r>
          </w:p>
        </w:tc>
        <w:tc>
          <w:tcPr>
            <w:tcW w:type="dxa" w:w="1080"/>
          </w:tcPr>
          <w:p>
            <w:r>
              <w:t>智能信息技术与应用实验</w:t>
            </w:r>
          </w:p>
        </w:tc>
        <w:tc>
          <w:tcPr>
            <w:tcW w:type="dxa" w:w="1080"/>
          </w:tcPr>
          <w:p>
            <w:r>
              <w:t>2EI21634</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65</w:t>
            </w:r>
          </w:p>
        </w:tc>
        <w:tc>
          <w:tcPr>
            <w:tcW w:type="dxa" w:w="1080"/>
          </w:tcPr>
          <w:p>
            <w:r>
              <w:t>随机过程</w:t>
            </w:r>
          </w:p>
        </w:tc>
        <w:tc>
          <w:tcPr>
            <w:tcW w:type="dxa" w:w="1080"/>
          </w:tcPr>
          <w:p>
            <w:r>
              <w:t>2EI21637</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区块链工程</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7</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8</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9</w:t>
            </w:r>
          </w:p>
        </w:tc>
        <w:tc>
          <w:tcPr>
            <w:tcW w:type="dxa" w:w="1080"/>
          </w:tcPr>
          <w:p>
            <w:r>
              <w:t>专业认知与工艺实习劳动实践</w:t>
            </w:r>
          </w:p>
        </w:tc>
        <w:tc>
          <w:tcPr>
            <w:tcW w:type="dxa" w:w="1080"/>
          </w:tcPr>
          <w:p>
            <w:r>
              <w:t>2EI21021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10</w:t>
            </w:r>
          </w:p>
        </w:tc>
        <w:tc>
          <w:tcPr>
            <w:tcW w:type="dxa" w:w="1080"/>
          </w:tcPr>
          <w:p>
            <w:r>
              <w:t>专业导论与学业规划</w:t>
            </w:r>
          </w:p>
        </w:tc>
        <w:tc>
          <w:tcPr>
            <w:tcW w:type="dxa" w:w="1080"/>
          </w:tcPr>
          <w:p>
            <w:r>
              <w:t>2EI21040</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区块链工程学科基础</w:t>
            </w:r>
          </w:p>
        </w:tc>
        <w:tc>
          <w:tcPr>
            <w:tcW w:type="dxa" w:w="1080"/>
          </w:tcPr>
          <w:p>
            <w:r>
              <w:t>2EI21701</w:t>
            </w:r>
          </w:p>
        </w:tc>
        <w:tc>
          <w:tcPr>
            <w:tcW w:type="dxa" w:w="1080"/>
          </w:tcPr>
          <w:p>
            <w:r>
              <w:t>4.0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12</w:t>
            </w:r>
          </w:p>
        </w:tc>
        <w:tc>
          <w:tcPr>
            <w:tcW w:type="dxa" w:w="1080"/>
          </w:tcPr>
          <w:p>
            <w:r>
              <w:t>计算机程序设计语言C++</w:t>
            </w:r>
          </w:p>
        </w:tc>
        <w:tc>
          <w:tcPr>
            <w:tcW w:type="dxa" w:w="1080"/>
          </w:tcPr>
          <w:p>
            <w:r>
              <w:t>2EI21702</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区块链数学基础</w:t>
            </w:r>
          </w:p>
        </w:tc>
        <w:tc>
          <w:tcPr>
            <w:tcW w:type="dxa" w:w="1080"/>
          </w:tcPr>
          <w:p>
            <w:r>
              <w:t>2EI11701</w:t>
            </w:r>
          </w:p>
        </w:tc>
        <w:tc>
          <w:tcPr>
            <w:tcW w:type="dxa" w:w="1080"/>
          </w:tcPr>
          <w:p>
            <w:r>
              <w:t>2.0</w:t>
            </w:r>
          </w:p>
        </w:tc>
        <w:tc>
          <w:tcPr>
            <w:tcW w:type="dxa" w:w="1080"/>
          </w:tcPr>
          <w:p>
            <w:r>
              <w:t>通识必修课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16</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线性代数A</w:t>
            </w:r>
          </w:p>
        </w:tc>
        <w:tc>
          <w:tcPr>
            <w:tcW w:type="dxa" w:w="1080"/>
          </w:tcPr>
          <w:p>
            <w:r>
              <w:t>2MA11011</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区块链编程基础</w:t>
            </w:r>
          </w:p>
        </w:tc>
        <w:tc>
          <w:tcPr>
            <w:tcW w:type="dxa" w:w="1080"/>
          </w:tcPr>
          <w:p>
            <w:r>
              <w:t>2EI21712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24</w:t>
            </w:r>
          </w:p>
        </w:tc>
        <w:tc>
          <w:tcPr>
            <w:tcW w:type="dxa" w:w="1080"/>
          </w:tcPr>
          <w:p>
            <w:r>
              <w:t>程序设计综合实践</w:t>
            </w:r>
          </w:p>
        </w:tc>
        <w:tc>
          <w:tcPr>
            <w:tcW w:type="dxa" w:w="1080"/>
          </w:tcPr>
          <w:p>
            <w:r>
              <w:t>2EI21731</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25</w:t>
            </w:r>
          </w:p>
        </w:tc>
        <w:tc>
          <w:tcPr>
            <w:tcW w:type="dxa" w:w="1080"/>
          </w:tcPr>
          <w:p>
            <w:r>
              <w:t>离散数学A</w:t>
            </w:r>
          </w:p>
        </w:tc>
        <w:tc>
          <w:tcPr>
            <w:tcW w:type="dxa" w:w="1080"/>
          </w:tcPr>
          <w:p>
            <w:r>
              <w:t>2EI11003</w:t>
            </w:r>
          </w:p>
        </w:tc>
        <w:tc>
          <w:tcPr>
            <w:tcW w:type="dxa" w:w="1080"/>
          </w:tcPr>
          <w:p>
            <w:r>
              <w:t>3.0</w:t>
            </w:r>
          </w:p>
        </w:tc>
        <w:tc>
          <w:tcPr>
            <w:tcW w:type="dxa" w:w="1080"/>
          </w:tcPr>
          <w:p>
            <w:r>
              <w:t>通识必修课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26</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27</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31</w:t>
            </w:r>
          </w:p>
        </w:tc>
        <w:tc>
          <w:tcPr>
            <w:tcW w:type="dxa" w:w="1080"/>
          </w:tcPr>
          <w:p>
            <w:r>
              <w:t>计算机网络</w:t>
            </w:r>
          </w:p>
        </w:tc>
        <w:tc>
          <w:tcPr>
            <w:tcW w:type="dxa" w:w="1080"/>
          </w:tcPr>
          <w:p>
            <w:r>
              <w:t>2EI21031</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32</w:t>
            </w:r>
          </w:p>
        </w:tc>
        <w:tc>
          <w:tcPr>
            <w:tcW w:type="dxa" w:w="1080"/>
          </w:tcPr>
          <w:p>
            <w:r>
              <w:t>计算机组成原理</w:t>
            </w:r>
          </w:p>
        </w:tc>
        <w:tc>
          <w:tcPr>
            <w:tcW w:type="dxa" w:w="1080"/>
          </w:tcPr>
          <w:p>
            <w:r>
              <w:t>2EI21032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33</w:t>
            </w:r>
          </w:p>
        </w:tc>
        <w:tc>
          <w:tcPr>
            <w:tcW w:type="dxa" w:w="1080"/>
          </w:tcPr>
          <w:p>
            <w:r>
              <w:t>计算机组成原理实验</w:t>
            </w:r>
          </w:p>
        </w:tc>
        <w:tc>
          <w:tcPr>
            <w:tcW w:type="dxa" w:w="1080"/>
          </w:tcPr>
          <w:p>
            <w:r>
              <w:t>2EI21033</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34</w:t>
            </w:r>
          </w:p>
        </w:tc>
        <w:tc>
          <w:tcPr>
            <w:tcW w:type="dxa" w:w="1080"/>
          </w:tcPr>
          <w:p>
            <w:r>
              <w:t>数据结构与实践</w:t>
            </w:r>
          </w:p>
        </w:tc>
        <w:tc>
          <w:tcPr>
            <w:tcW w:type="dxa" w:w="1080"/>
          </w:tcPr>
          <w:p>
            <w:r>
              <w:t>2EI21037</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35</w:t>
            </w:r>
          </w:p>
        </w:tc>
        <w:tc>
          <w:tcPr>
            <w:tcW w:type="dxa" w:w="1080"/>
          </w:tcPr>
          <w:p>
            <w:r>
              <w:t>现代密码学</w:t>
            </w:r>
          </w:p>
        </w:tc>
        <w:tc>
          <w:tcPr>
            <w:tcW w:type="dxa" w:w="1080"/>
          </w:tcPr>
          <w:p>
            <w:r>
              <w:t>2EI21713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36</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39</w:t>
            </w:r>
          </w:p>
        </w:tc>
        <w:tc>
          <w:tcPr>
            <w:tcW w:type="dxa" w:w="1080"/>
          </w:tcPr>
          <w:p>
            <w:r>
              <w:t>数据库原理</w:t>
            </w:r>
          </w:p>
        </w:tc>
        <w:tc>
          <w:tcPr>
            <w:tcW w:type="dxa" w:w="1080"/>
          </w:tcPr>
          <w:p>
            <w:r>
              <w:t>2EI21038</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40</w:t>
            </w:r>
          </w:p>
        </w:tc>
        <w:tc>
          <w:tcPr>
            <w:tcW w:type="dxa" w:w="1080"/>
          </w:tcPr>
          <w:p>
            <w:r>
              <w:t>操作系统A</w:t>
            </w:r>
          </w:p>
        </w:tc>
        <w:tc>
          <w:tcPr>
            <w:tcW w:type="dxa" w:w="1080"/>
          </w:tcPr>
          <w:p>
            <w:r>
              <w:t>2EI21707</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41</w:t>
            </w:r>
          </w:p>
        </w:tc>
        <w:tc>
          <w:tcPr>
            <w:tcW w:type="dxa" w:w="1080"/>
          </w:tcPr>
          <w:p>
            <w:r>
              <w:t>分布式系统原理与设计</w:t>
            </w:r>
          </w:p>
        </w:tc>
        <w:tc>
          <w:tcPr>
            <w:tcW w:type="dxa" w:w="1080"/>
          </w:tcPr>
          <w:p>
            <w:r>
              <w:t>2EI21714</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42</w:t>
            </w:r>
          </w:p>
        </w:tc>
        <w:tc>
          <w:tcPr>
            <w:tcW w:type="dxa" w:w="1080"/>
          </w:tcPr>
          <w:p>
            <w:r>
              <w:t>P2P网络技术原理</w:t>
            </w:r>
          </w:p>
        </w:tc>
        <w:tc>
          <w:tcPr>
            <w:tcW w:type="dxa" w:w="1080"/>
          </w:tcPr>
          <w:p>
            <w:r>
              <w:t>2EI21715</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43</w:t>
            </w:r>
          </w:p>
        </w:tc>
        <w:tc>
          <w:tcPr>
            <w:tcW w:type="dxa" w:w="1080"/>
          </w:tcPr>
          <w:p>
            <w:r>
              <w:t>网络信息安全</w:t>
            </w:r>
          </w:p>
        </w:tc>
        <w:tc>
          <w:tcPr>
            <w:tcW w:type="dxa" w:w="1080"/>
          </w:tcPr>
          <w:p>
            <w:r>
              <w:t>2EI21718</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44</w:t>
            </w:r>
          </w:p>
        </w:tc>
        <w:tc>
          <w:tcPr>
            <w:tcW w:type="dxa" w:w="1080"/>
          </w:tcPr>
          <w:p>
            <w:r>
              <w:t>P2P网络技术课程实验</w:t>
            </w:r>
          </w:p>
        </w:tc>
        <w:tc>
          <w:tcPr>
            <w:tcW w:type="dxa" w:w="1080"/>
          </w:tcPr>
          <w:p>
            <w:r>
              <w:t>2EI21725</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45</w:t>
            </w:r>
          </w:p>
        </w:tc>
        <w:tc>
          <w:tcPr>
            <w:tcW w:type="dxa" w:w="1080"/>
          </w:tcPr>
          <w:p>
            <w:r>
              <w:t>Linux操作系统实践</w:t>
            </w:r>
          </w:p>
        </w:tc>
        <w:tc>
          <w:tcPr>
            <w:tcW w:type="dxa" w:w="1080"/>
          </w:tcPr>
          <w:p>
            <w:r>
              <w:t>2EI21732</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46</w:t>
            </w:r>
          </w:p>
        </w:tc>
        <w:tc>
          <w:tcPr>
            <w:tcW w:type="dxa" w:w="1080"/>
          </w:tcPr>
          <w:p>
            <w:r>
              <w:t>区块链开发应用工程实践I</w:t>
            </w:r>
          </w:p>
        </w:tc>
        <w:tc>
          <w:tcPr>
            <w:tcW w:type="dxa" w:w="1080"/>
          </w:tcPr>
          <w:p>
            <w:r>
              <w:t>2EI21735</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47</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48</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49</w:t>
            </w:r>
          </w:p>
        </w:tc>
        <w:tc>
          <w:tcPr>
            <w:tcW w:type="dxa" w:w="1080"/>
          </w:tcPr>
          <w:p>
            <w:r>
              <w:t>共识机制原理</w:t>
            </w:r>
          </w:p>
        </w:tc>
        <w:tc>
          <w:tcPr>
            <w:tcW w:type="dxa" w:w="1080"/>
          </w:tcPr>
          <w:p>
            <w:r>
              <w:t>2EI21716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50</w:t>
            </w:r>
          </w:p>
        </w:tc>
        <w:tc>
          <w:tcPr>
            <w:tcW w:type="dxa" w:w="1080"/>
          </w:tcPr>
          <w:p>
            <w:r>
              <w:t>智能合约技术原理</w:t>
            </w:r>
          </w:p>
        </w:tc>
        <w:tc>
          <w:tcPr>
            <w:tcW w:type="dxa" w:w="1080"/>
          </w:tcPr>
          <w:p>
            <w:r>
              <w:t>2EI21717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51</w:t>
            </w:r>
          </w:p>
        </w:tc>
        <w:tc>
          <w:tcPr>
            <w:tcW w:type="dxa" w:w="1080"/>
          </w:tcPr>
          <w:p>
            <w:r>
              <w:t>区块链工程设计与实施</w:t>
            </w:r>
          </w:p>
        </w:tc>
        <w:tc>
          <w:tcPr>
            <w:tcW w:type="dxa" w:w="1080"/>
          </w:tcPr>
          <w:p>
            <w:r>
              <w:t>2EI21720</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52</w:t>
            </w:r>
          </w:p>
        </w:tc>
        <w:tc>
          <w:tcPr>
            <w:tcW w:type="dxa" w:w="1080"/>
          </w:tcPr>
          <w:p>
            <w:r>
              <w:t>区块链技术及行业应用</w:t>
            </w:r>
          </w:p>
        </w:tc>
        <w:tc>
          <w:tcPr>
            <w:tcW w:type="dxa" w:w="1080"/>
          </w:tcPr>
          <w:p>
            <w:r>
              <w:t>2EI21721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53</w:t>
            </w:r>
          </w:p>
        </w:tc>
        <w:tc>
          <w:tcPr>
            <w:tcW w:type="dxa" w:w="1080"/>
          </w:tcPr>
          <w:p>
            <w:r>
              <w:t>共识机制课程实验</w:t>
            </w:r>
          </w:p>
        </w:tc>
        <w:tc>
          <w:tcPr>
            <w:tcW w:type="dxa" w:w="1080"/>
          </w:tcPr>
          <w:p>
            <w:r>
              <w:t>2EI21726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54</w:t>
            </w:r>
          </w:p>
        </w:tc>
        <w:tc>
          <w:tcPr>
            <w:tcW w:type="dxa" w:w="1080"/>
          </w:tcPr>
          <w:p>
            <w:r>
              <w:t>现代密码学课程实验</w:t>
            </w:r>
          </w:p>
        </w:tc>
        <w:tc>
          <w:tcPr>
            <w:tcW w:type="dxa" w:w="1080"/>
          </w:tcPr>
          <w:p>
            <w:r>
              <w:t>2EI21727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55</w:t>
            </w:r>
          </w:p>
        </w:tc>
        <w:tc>
          <w:tcPr>
            <w:tcW w:type="dxa" w:w="1080"/>
          </w:tcPr>
          <w:p>
            <w:r>
              <w:t>区块链工程设计与实施实践</w:t>
            </w:r>
          </w:p>
        </w:tc>
        <w:tc>
          <w:tcPr>
            <w:tcW w:type="dxa" w:w="1080"/>
          </w:tcPr>
          <w:p>
            <w:r>
              <w:t>2EI21728</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56</w:t>
            </w:r>
          </w:p>
        </w:tc>
        <w:tc>
          <w:tcPr>
            <w:tcW w:type="dxa" w:w="1080"/>
          </w:tcPr>
          <w:p>
            <w:r>
              <w:t>智能合约开发课程实验</w:t>
            </w:r>
          </w:p>
        </w:tc>
        <w:tc>
          <w:tcPr>
            <w:tcW w:type="dxa" w:w="1080"/>
          </w:tcPr>
          <w:p>
            <w:r>
              <w:t>2EI21733</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57</w:t>
            </w:r>
          </w:p>
        </w:tc>
        <w:tc>
          <w:tcPr>
            <w:tcW w:type="dxa" w:w="1080"/>
          </w:tcPr>
          <w:p>
            <w:r>
              <w:t>区块链开发应用工程实践II</w:t>
            </w:r>
          </w:p>
        </w:tc>
        <w:tc>
          <w:tcPr>
            <w:tcW w:type="dxa" w:w="1080"/>
          </w:tcPr>
          <w:p>
            <w:r>
              <w:t>2EI21736</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58</w:t>
            </w:r>
          </w:p>
        </w:tc>
        <w:tc>
          <w:tcPr>
            <w:tcW w:type="dxa" w:w="1080"/>
          </w:tcPr>
          <w:p>
            <w:r>
              <w:t>新技术应用与创新创业实训</w:t>
            </w:r>
          </w:p>
        </w:tc>
        <w:tc>
          <w:tcPr>
            <w:tcW w:type="dxa" w:w="1080"/>
          </w:tcPr>
          <w:p>
            <w:r>
              <w:t>2EI21052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59</w:t>
            </w:r>
          </w:p>
        </w:tc>
        <w:tc>
          <w:tcPr>
            <w:tcW w:type="dxa" w:w="1080"/>
          </w:tcPr>
          <w:p>
            <w:r>
              <w:t>大数据技术与应用A</w:t>
            </w:r>
          </w:p>
        </w:tc>
        <w:tc>
          <w:tcPr>
            <w:tcW w:type="dxa" w:w="1080"/>
          </w:tcPr>
          <w:p>
            <w:r>
              <w:t>2EI21323</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60</w:t>
            </w:r>
          </w:p>
        </w:tc>
        <w:tc>
          <w:tcPr>
            <w:tcW w:type="dxa" w:w="1080"/>
          </w:tcPr>
          <w:p>
            <w:r>
              <w:t>编译原理</w:t>
            </w:r>
          </w:p>
        </w:tc>
        <w:tc>
          <w:tcPr>
            <w:tcW w:type="dxa" w:w="1080"/>
          </w:tcPr>
          <w:p>
            <w:r>
              <w:t>2EI21710</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61</w:t>
            </w:r>
          </w:p>
        </w:tc>
        <w:tc>
          <w:tcPr>
            <w:tcW w:type="dxa" w:w="1080"/>
          </w:tcPr>
          <w:p>
            <w:r>
              <w:t>区块链安全与隐私保护</w:t>
            </w:r>
          </w:p>
        </w:tc>
        <w:tc>
          <w:tcPr>
            <w:tcW w:type="dxa" w:w="1080"/>
          </w:tcPr>
          <w:p>
            <w:r>
              <w:t>2EI21719</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62</w:t>
            </w:r>
          </w:p>
        </w:tc>
        <w:tc>
          <w:tcPr>
            <w:tcW w:type="dxa" w:w="1080"/>
          </w:tcPr>
          <w:p>
            <w:r>
              <w:t>区块链技术及行业应用实践</w:t>
            </w:r>
          </w:p>
        </w:tc>
        <w:tc>
          <w:tcPr>
            <w:tcW w:type="dxa" w:w="1080"/>
          </w:tcPr>
          <w:p>
            <w:r>
              <w:t>2EI21729</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63</w:t>
            </w:r>
          </w:p>
        </w:tc>
        <w:tc>
          <w:tcPr>
            <w:tcW w:type="dxa" w:w="1080"/>
          </w:tcPr>
          <w:p>
            <w:r>
              <w:t>区块链平台及运维实践</w:t>
            </w:r>
          </w:p>
        </w:tc>
        <w:tc>
          <w:tcPr>
            <w:tcW w:type="dxa" w:w="1080"/>
          </w:tcPr>
          <w:p>
            <w:r>
              <w:t>2EI21734</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电气工程及其自动化</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7</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8</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9</w:t>
            </w:r>
          </w:p>
        </w:tc>
        <w:tc>
          <w:tcPr>
            <w:tcW w:type="dxa" w:w="1080"/>
          </w:tcPr>
          <w:p>
            <w:r>
              <w:t>专业认知与工艺实习劳动实践</w:t>
            </w:r>
          </w:p>
        </w:tc>
        <w:tc>
          <w:tcPr>
            <w:tcW w:type="dxa" w:w="1080"/>
          </w:tcPr>
          <w:p>
            <w:r>
              <w:t>2EI21021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10</w:t>
            </w:r>
          </w:p>
        </w:tc>
        <w:tc>
          <w:tcPr>
            <w:tcW w:type="dxa" w:w="1080"/>
          </w:tcPr>
          <w:p>
            <w:r>
              <w:t>程序设计基础</w:t>
            </w:r>
          </w:p>
        </w:tc>
        <w:tc>
          <w:tcPr>
            <w:tcW w:type="dxa" w:w="1080"/>
          </w:tcPr>
          <w:p>
            <w:r>
              <w:t>2EI21041</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电气工程导论</w:t>
            </w:r>
          </w:p>
        </w:tc>
        <w:tc>
          <w:tcPr>
            <w:tcW w:type="dxa" w:w="1080"/>
          </w:tcPr>
          <w:p>
            <w:r>
              <w:t>2EI21409</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12</w:t>
            </w:r>
          </w:p>
        </w:tc>
        <w:tc>
          <w:tcPr>
            <w:tcW w:type="dxa" w:w="1080"/>
          </w:tcPr>
          <w:p>
            <w:r>
              <w:t>工程制图基础</w:t>
            </w:r>
          </w:p>
        </w:tc>
        <w:tc>
          <w:tcPr>
            <w:tcW w:type="dxa" w:w="1080"/>
          </w:tcPr>
          <w:p>
            <w:r>
              <w:t>2ME21015</w:t>
            </w:r>
          </w:p>
        </w:tc>
        <w:tc>
          <w:tcPr>
            <w:tcW w:type="dxa" w:w="1080"/>
          </w:tcPr>
          <w:p>
            <w:r>
              <w:t>2.0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电磁学</w:t>
            </w:r>
          </w:p>
        </w:tc>
        <w:tc>
          <w:tcPr>
            <w:tcW w:type="dxa" w:w="1080"/>
          </w:tcPr>
          <w:p>
            <w:r>
              <w:t>2EI11002</w:t>
            </w:r>
          </w:p>
        </w:tc>
        <w:tc>
          <w:tcPr>
            <w:tcW w:type="dxa" w:w="1080"/>
          </w:tcPr>
          <w:p>
            <w:r>
              <w:t>1.0</w:t>
            </w:r>
          </w:p>
        </w:tc>
        <w:tc>
          <w:tcPr>
            <w:tcW w:type="dxa" w:w="1080"/>
          </w:tcPr>
          <w:p>
            <w:r>
              <w:t>通识必修课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16</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线性代数A</w:t>
            </w:r>
          </w:p>
        </w:tc>
        <w:tc>
          <w:tcPr>
            <w:tcW w:type="dxa" w:w="1080"/>
          </w:tcPr>
          <w:p>
            <w:r>
              <w:t>2MA11011</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电路分析B</w:t>
            </w:r>
          </w:p>
        </w:tc>
        <w:tc>
          <w:tcPr>
            <w:tcW w:type="dxa" w:w="1080"/>
          </w:tcPr>
          <w:p>
            <w:r>
              <w:t>2EI21044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24</w:t>
            </w:r>
          </w:p>
        </w:tc>
        <w:tc>
          <w:tcPr>
            <w:tcW w:type="dxa" w:w="1080"/>
          </w:tcPr>
          <w:p>
            <w:r>
              <w:t>通信技术与计算机网络</w:t>
            </w:r>
          </w:p>
        </w:tc>
        <w:tc>
          <w:tcPr>
            <w:tcW w:type="dxa" w:w="1080"/>
          </w:tcPr>
          <w:p>
            <w:r>
              <w:t>2EI21049</w:t>
            </w:r>
          </w:p>
        </w:tc>
        <w:tc>
          <w:tcPr>
            <w:tcW w:type="dxa" w:w="1080"/>
          </w:tcPr>
          <w:p>
            <w:r>
              <w:t>2.5</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25</w:t>
            </w:r>
          </w:p>
        </w:tc>
        <w:tc>
          <w:tcPr>
            <w:tcW w:type="dxa" w:w="1080"/>
          </w:tcPr>
          <w:p>
            <w:r>
              <w:t>电路分析实验</w:t>
            </w:r>
          </w:p>
        </w:tc>
        <w:tc>
          <w:tcPr>
            <w:tcW w:type="dxa" w:w="1080"/>
          </w:tcPr>
          <w:p>
            <w:r>
              <w:t>2EI21064</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26</w:t>
            </w:r>
          </w:p>
        </w:tc>
        <w:tc>
          <w:tcPr>
            <w:tcW w:type="dxa" w:w="1080"/>
          </w:tcPr>
          <w:p>
            <w:r>
              <w:t>复变函数与积分变换</w:t>
            </w:r>
          </w:p>
        </w:tc>
        <w:tc>
          <w:tcPr>
            <w:tcW w:type="dxa" w:w="1080"/>
          </w:tcPr>
          <w:p>
            <w:r>
              <w:t>2MA11016</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27</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32</w:t>
            </w:r>
          </w:p>
        </w:tc>
        <w:tc>
          <w:tcPr>
            <w:tcW w:type="dxa" w:w="1080"/>
          </w:tcPr>
          <w:p>
            <w:r>
              <w:t>模拟电子技术B</w:t>
            </w:r>
          </w:p>
        </w:tc>
        <w:tc>
          <w:tcPr>
            <w:tcW w:type="dxa" w:w="1080"/>
          </w:tcPr>
          <w:p>
            <w:r>
              <w:t>2EI21046</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33</w:t>
            </w:r>
          </w:p>
        </w:tc>
        <w:tc>
          <w:tcPr>
            <w:tcW w:type="dxa" w:w="1080"/>
          </w:tcPr>
          <w:p>
            <w:r>
              <w:t>数字电子技术B</w:t>
            </w:r>
          </w:p>
        </w:tc>
        <w:tc>
          <w:tcPr>
            <w:tcW w:type="dxa" w:w="1080"/>
          </w:tcPr>
          <w:p>
            <w:r>
              <w:t>2EI21048</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34</w:t>
            </w:r>
          </w:p>
        </w:tc>
        <w:tc>
          <w:tcPr>
            <w:tcW w:type="dxa" w:w="1080"/>
          </w:tcPr>
          <w:p>
            <w:r>
              <w:t>模拟电子技术实验</w:t>
            </w:r>
          </w:p>
        </w:tc>
        <w:tc>
          <w:tcPr>
            <w:tcW w:type="dxa" w:w="1080"/>
          </w:tcPr>
          <w:p>
            <w:r>
              <w:t>2EI21067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35</w:t>
            </w:r>
          </w:p>
        </w:tc>
        <w:tc>
          <w:tcPr>
            <w:tcW w:type="dxa" w:w="1080"/>
          </w:tcPr>
          <w:p>
            <w:r>
              <w:t>数字电子技术实验</w:t>
            </w:r>
          </w:p>
        </w:tc>
        <w:tc>
          <w:tcPr>
            <w:tcW w:type="dxa" w:w="1080"/>
          </w:tcPr>
          <w:p>
            <w:r>
              <w:t>2EI21068</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36</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39</w:t>
            </w:r>
          </w:p>
        </w:tc>
        <w:tc>
          <w:tcPr>
            <w:tcW w:type="dxa" w:w="1080"/>
          </w:tcPr>
          <w:p>
            <w:r>
              <w:t>微处理器与接口技术</w:t>
            </w:r>
          </w:p>
        </w:tc>
        <w:tc>
          <w:tcPr>
            <w:tcW w:type="dxa" w:w="1080"/>
          </w:tcPr>
          <w:p>
            <w:r>
              <w:t>2EI21016</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40</w:t>
            </w:r>
          </w:p>
        </w:tc>
        <w:tc>
          <w:tcPr>
            <w:tcW w:type="dxa" w:w="1080"/>
          </w:tcPr>
          <w:p>
            <w:r>
              <w:t>电子电路综合设计</w:t>
            </w:r>
          </w:p>
        </w:tc>
        <w:tc>
          <w:tcPr>
            <w:tcW w:type="dxa" w:w="1080"/>
          </w:tcPr>
          <w:p>
            <w:r>
              <w:t>2EI21022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41</w:t>
            </w:r>
          </w:p>
        </w:tc>
        <w:tc>
          <w:tcPr>
            <w:tcW w:type="dxa" w:w="1080"/>
          </w:tcPr>
          <w:p>
            <w:r>
              <w:t>电机及拖动基础A</w:t>
            </w:r>
          </w:p>
        </w:tc>
        <w:tc>
          <w:tcPr>
            <w:tcW w:type="dxa" w:w="1080"/>
          </w:tcPr>
          <w:p>
            <w:r>
              <w:t>2EI21043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42</w:t>
            </w:r>
          </w:p>
        </w:tc>
        <w:tc>
          <w:tcPr>
            <w:tcW w:type="dxa" w:w="1080"/>
          </w:tcPr>
          <w:p>
            <w:r>
              <w:t>MATLAB与电力系统仿真</w:t>
            </w:r>
          </w:p>
        </w:tc>
        <w:tc>
          <w:tcPr>
            <w:tcW w:type="dxa" w:w="1080"/>
          </w:tcPr>
          <w:p>
            <w:r>
              <w:t>2EI21417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43</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44</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45</w:t>
            </w:r>
          </w:p>
        </w:tc>
        <w:tc>
          <w:tcPr>
            <w:tcW w:type="dxa" w:w="1080"/>
          </w:tcPr>
          <w:p>
            <w:r>
              <w:t>传感器与检测技术B</w:t>
            </w:r>
          </w:p>
        </w:tc>
        <w:tc>
          <w:tcPr>
            <w:tcW w:type="dxa" w:w="1080"/>
          </w:tcPr>
          <w:p>
            <w:r>
              <w:t>2EI21042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46</w:t>
            </w:r>
          </w:p>
        </w:tc>
        <w:tc>
          <w:tcPr>
            <w:tcW w:type="dxa" w:w="1080"/>
          </w:tcPr>
          <w:p>
            <w:r>
              <w:t>自动控制理论</w:t>
            </w:r>
          </w:p>
        </w:tc>
        <w:tc>
          <w:tcPr>
            <w:tcW w:type="dxa" w:w="1080"/>
          </w:tcPr>
          <w:p>
            <w:r>
              <w:t>2EI21051</w:t>
            </w:r>
          </w:p>
        </w:tc>
        <w:tc>
          <w:tcPr>
            <w:tcW w:type="dxa" w:w="1080"/>
          </w:tcPr>
          <w:p>
            <w:r>
              <w:t>3.5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47</w:t>
            </w:r>
          </w:p>
        </w:tc>
        <w:tc>
          <w:tcPr>
            <w:tcW w:type="dxa" w:w="1080"/>
          </w:tcPr>
          <w:p>
            <w:r>
              <w:t>工厂供电</w:t>
            </w:r>
          </w:p>
        </w:tc>
        <w:tc>
          <w:tcPr>
            <w:tcW w:type="dxa" w:w="1080"/>
          </w:tcPr>
          <w:p>
            <w:r>
              <w:t>2EI21412</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48</w:t>
            </w:r>
          </w:p>
        </w:tc>
        <w:tc>
          <w:tcPr>
            <w:tcW w:type="dxa" w:w="1080"/>
          </w:tcPr>
          <w:p>
            <w:r>
              <w:t>电力电子技术</w:t>
            </w:r>
          </w:p>
        </w:tc>
        <w:tc>
          <w:tcPr>
            <w:tcW w:type="dxa" w:w="1080"/>
          </w:tcPr>
          <w:p>
            <w:r>
              <w:t>2EI21413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49</w:t>
            </w:r>
          </w:p>
        </w:tc>
        <w:tc>
          <w:tcPr>
            <w:tcW w:type="dxa" w:w="1080"/>
          </w:tcPr>
          <w:p>
            <w:r>
              <w:t>电气控制及PLC</w:t>
            </w:r>
          </w:p>
        </w:tc>
        <w:tc>
          <w:tcPr>
            <w:tcW w:type="dxa" w:w="1080"/>
          </w:tcPr>
          <w:p>
            <w:r>
              <w:t>2EI21414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50</w:t>
            </w:r>
          </w:p>
        </w:tc>
        <w:tc>
          <w:tcPr>
            <w:tcW w:type="dxa" w:w="1080"/>
          </w:tcPr>
          <w:p>
            <w:r>
              <w:t>工厂供电课程设计</w:t>
            </w:r>
          </w:p>
        </w:tc>
        <w:tc>
          <w:tcPr>
            <w:tcW w:type="dxa" w:w="1080"/>
          </w:tcPr>
          <w:p>
            <w:r>
              <w:t>2EI21422</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51</w:t>
            </w:r>
          </w:p>
        </w:tc>
        <w:tc>
          <w:tcPr>
            <w:tcW w:type="dxa" w:w="1080"/>
          </w:tcPr>
          <w:p>
            <w:r>
              <w:t>电气控制单元开发实践</w:t>
            </w:r>
          </w:p>
        </w:tc>
        <w:tc>
          <w:tcPr>
            <w:tcW w:type="dxa" w:w="1080"/>
          </w:tcPr>
          <w:p>
            <w:r>
              <w:t>2EI21423</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52</w:t>
            </w:r>
          </w:p>
        </w:tc>
        <w:tc>
          <w:tcPr>
            <w:tcW w:type="dxa" w:w="1080"/>
          </w:tcPr>
          <w:p>
            <w:r>
              <w:t>电气控制及PLC综合实践</w:t>
            </w:r>
          </w:p>
        </w:tc>
        <w:tc>
          <w:tcPr>
            <w:tcW w:type="dxa" w:w="1080"/>
          </w:tcPr>
          <w:p>
            <w:r>
              <w:t>2EI21426</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53</w:t>
            </w:r>
          </w:p>
        </w:tc>
        <w:tc>
          <w:tcPr>
            <w:tcW w:type="dxa" w:w="1080"/>
          </w:tcPr>
          <w:p>
            <w:r>
              <w:t>电气工程项目规划与管理</w:t>
            </w:r>
          </w:p>
        </w:tc>
        <w:tc>
          <w:tcPr>
            <w:tcW w:type="dxa" w:w="1080"/>
          </w:tcPr>
          <w:p>
            <w:r>
              <w:t>2EI21416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54</w:t>
            </w:r>
          </w:p>
        </w:tc>
        <w:tc>
          <w:tcPr>
            <w:tcW w:type="dxa" w:w="1080"/>
          </w:tcPr>
          <w:p>
            <w:r>
              <w:t>计算机控制技术</w:t>
            </w:r>
          </w:p>
        </w:tc>
        <w:tc>
          <w:tcPr>
            <w:tcW w:type="dxa" w:w="1080"/>
          </w:tcPr>
          <w:p>
            <w:r>
              <w:t>2EI21418</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55</w:t>
            </w:r>
          </w:p>
        </w:tc>
        <w:tc>
          <w:tcPr>
            <w:tcW w:type="dxa" w:w="1080"/>
          </w:tcPr>
          <w:p>
            <w:r>
              <w:t>设备状态监测与故障诊断</w:t>
            </w:r>
          </w:p>
        </w:tc>
        <w:tc>
          <w:tcPr>
            <w:tcW w:type="dxa" w:w="1080"/>
          </w:tcPr>
          <w:p>
            <w:r>
              <w:t>2EI21419</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56</w:t>
            </w:r>
          </w:p>
        </w:tc>
        <w:tc>
          <w:tcPr>
            <w:tcW w:type="dxa" w:w="1080"/>
          </w:tcPr>
          <w:p>
            <w:r>
              <w:t>工业互联网系统</w:t>
            </w:r>
          </w:p>
        </w:tc>
        <w:tc>
          <w:tcPr>
            <w:tcW w:type="dxa" w:w="1080"/>
          </w:tcPr>
          <w:p>
            <w:r>
              <w:t>2EI21420</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57</w:t>
            </w:r>
          </w:p>
        </w:tc>
        <w:tc>
          <w:tcPr>
            <w:tcW w:type="dxa" w:w="1080"/>
          </w:tcPr>
          <w:p>
            <w:r>
              <w:t>计算机控制系统实践</w:t>
            </w:r>
          </w:p>
        </w:tc>
        <w:tc>
          <w:tcPr>
            <w:tcW w:type="dxa" w:w="1080"/>
          </w:tcPr>
          <w:p>
            <w:r>
              <w:t>2EI21424</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58</w:t>
            </w:r>
          </w:p>
        </w:tc>
        <w:tc>
          <w:tcPr>
            <w:tcW w:type="dxa" w:w="1080"/>
          </w:tcPr>
          <w:p>
            <w:r>
              <w:t>智能制造信息集成实践</w:t>
            </w:r>
          </w:p>
        </w:tc>
        <w:tc>
          <w:tcPr>
            <w:tcW w:type="dxa" w:w="1080"/>
          </w:tcPr>
          <w:p>
            <w:r>
              <w:t>2EI21425</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通信工程</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线性代数B</w:t>
            </w:r>
          </w:p>
        </w:tc>
        <w:tc>
          <w:tcPr>
            <w:tcW w:type="dxa" w:w="1080"/>
          </w:tcPr>
          <w:p>
            <w:r>
              <w:t>2MA11012</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8</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9</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10</w:t>
            </w:r>
          </w:p>
        </w:tc>
        <w:tc>
          <w:tcPr>
            <w:tcW w:type="dxa" w:w="1080"/>
          </w:tcPr>
          <w:p>
            <w:r>
              <w:t>专业认知与工艺实习劳动实践</w:t>
            </w:r>
          </w:p>
        </w:tc>
        <w:tc>
          <w:tcPr>
            <w:tcW w:type="dxa" w:w="1080"/>
          </w:tcPr>
          <w:p>
            <w:r>
              <w:t>2EI21021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嵌入式算法分析基础(一)</w:t>
            </w:r>
          </w:p>
        </w:tc>
        <w:tc>
          <w:tcPr>
            <w:tcW w:type="dxa" w:w="1080"/>
          </w:tcPr>
          <w:p>
            <w:r>
              <w:t>2EI21061</w:t>
            </w:r>
          </w:p>
        </w:tc>
        <w:tc>
          <w:tcPr>
            <w:tcW w:type="dxa" w:w="1080"/>
          </w:tcPr>
          <w:p>
            <w:r>
              <w:t>4.0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12</w:t>
            </w:r>
          </w:p>
        </w:tc>
        <w:tc>
          <w:tcPr>
            <w:tcW w:type="dxa" w:w="1080"/>
          </w:tcPr>
          <w:p>
            <w:r>
              <w:t>电子与通信专业导论</w:t>
            </w:r>
          </w:p>
        </w:tc>
        <w:tc>
          <w:tcPr>
            <w:tcW w:type="dxa" w:w="1080"/>
          </w:tcPr>
          <w:p>
            <w:r>
              <w:t>2EI21070</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17</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19</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20</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21</w:t>
            </w:r>
          </w:p>
        </w:tc>
        <w:tc>
          <w:tcPr>
            <w:tcW w:type="dxa" w:w="1080"/>
          </w:tcPr>
          <w:p>
            <w:r>
              <w:t>嵌入式算法分析基础(二)</w:t>
            </w:r>
          </w:p>
        </w:tc>
        <w:tc>
          <w:tcPr>
            <w:tcW w:type="dxa" w:w="1080"/>
          </w:tcPr>
          <w:p>
            <w:r>
              <w:t>2EI21062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22</w:t>
            </w:r>
          </w:p>
        </w:tc>
        <w:tc>
          <w:tcPr>
            <w:tcW w:type="dxa" w:w="1080"/>
          </w:tcPr>
          <w:p>
            <w:r>
              <w:t>电路分析</w:t>
            </w:r>
          </w:p>
        </w:tc>
        <w:tc>
          <w:tcPr>
            <w:tcW w:type="dxa" w:w="1080"/>
          </w:tcPr>
          <w:p>
            <w:r>
              <w:t>2EI21063</w:t>
            </w:r>
          </w:p>
        </w:tc>
        <w:tc>
          <w:tcPr>
            <w:tcW w:type="dxa" w:w="1080"/>
          </w:tcPr>
          <w:p>
            <w:r>
              <w:t>4.0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23</w:t>
            </w:r>
          </w:p>
        </w:tc>
        <w:tc>
          <w:tcPr>
            <w:tcW w:type="dxa" w:w="1080"/>
          </w:tcPr>
          <w:p>
            <w:r>
              <w:t>电路分析实验</w:t>
            </w:r>
          </w:p>
        </w:tc>
        <w:tc>
          <w:tcPr>
            <w:tcW w:type="dxa" w:w="1080"/>
          </w:tcPr>
          <w:p>
            <w:r>
              <w:t>2EI21064</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24</w:t>
            </w:r>
          </w:p>
        </w:tc>
        <w:tc>
          <w:tcPr>
            <w:tcW w:type="dxa" w:w="1080"/>
          </w:tcPr>
          <w:p>
            <w:r>
              <w:t>复变函数与积分变换</w:t>
            </w:r>
          </w:p>
        </w:tc>
        <w:tc>
          <w:tcPr>
            <w:tcW w:type="dxa" w:w="1080"/>
          </w:tcPr>
          <w:p>
            <w:r>
              <w:t>2MA11016</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25</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26</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27</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28</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30</w:t>
            </w:r>
          </w:p>
        </w:tc>
        <w:tc>
          <w:tcPr>
            <w:tcW w:type="dxa" w:w="1080"/>
          </w:tcPr>
          <w:p>
            <w:r>
              <w:t>模拟电子技术</w:t>
            </w:r>
          </w:p>
        </w:tc>
        <w:tc>
          <w:tcPr>
            <w:tcW w:type="dxa" w:w="1080"/>
          </w:tcPr>
          <w:p>
            <w:r>
              <w:t>2EI21065</w:t>
            </w:r>
          </w:p>
        </w:tc>
        <w:tc>
          <w:tcPr>
            <w:tcW w:type="dxa" w:w="1080"/>
          </w:tcPr>
          <w:p>
            <w:r>
              <w:t>4.0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31</w:t>
            </w:r>
          </w:p>
        </w:tc>
        <w:tc>
          <w:tcPr>
            <w:tcW w:type="dxa" w:w="1080"/>
          </w:tcPr>
          <w:p>
            <w:r>
              <w:t>数字电子技术</w:t>
            </w:r>
          </w:p>
        </w:tc>
        <w:tc>
          <w:tcPr>
            <w:tcW w:type="dxa" w:w="1080"/>
          </w:tcPr>
          <w:p>
            <w:r>
              <w:t>2EI21066</w:t>
            </w:r>
          </w:p>
        </w:tc>
        <w:tc>
          <w:tcPr>
            <w:tcW w:type="dxa" w:w="1080"/>
          </w:tcPr>
          <w:p>
            <w:r>
              <w:t>4.0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32</w:t>
            </w:r>
          </w:p>
        </w:tc>
        <w:tc>
          <w:tcPr>
            <w:tcW w:type="dxa" w:w="1080"/>
          </w:tcPr>
          <w:p>
            <w:r>
              <w:t>模拟电子技术实验</w:t>
            </w:r>
          </w:p>
        </w:tc>
        <w:tc>
          <w:tcPr>
            <w:tcW w:type="dxa" w:w="1080"/>
          </w:tcPr>
          <w:p>
            <w:r>
              <w:t>2EI21067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33</w:t>
            </w:r>
          </w:p>
        </w:tc>
        <w:tc>
          <w:tcPr>
            <w:tcW w:type="dxa" w:w="1080"/>
          </w:tcPr>
          <w:p>
            <w:r>
              <w:t>数字电子技术实验</w:t>
            </w:r>
          </w:p>
        </w:tc>
        <w:tc>
          <w:tcPr>
            <w:tcW w:type="dxa" w:w="1080"/>
          </w:tcPr>
          <w:p>
            <w:r>
              <w:t>2EI21068</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34</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35</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36</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37</w:t>
            </w:r>
          </w:p>
        </w:tc>
        <w:tc>
          <w:tcPr>
            <w:tcW w:type="dxa" w:w="1080"/>
          </w:tcPr>
          <w:p>
            <w:r>
              <w:t>微处理器与接口技术</w:t>
            </w:r>
          </w:p>
        </w:tc>
        <w:tc>
          <w:tcPr>
            <w:tcW w:type="dxa" w:w="1080"/>
          </w:tcPr>
          <w:p>
            <w:r>
              <w:t>2EI21016</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38</w:t>
            </w:r>
          </w:p>
        </w:tc>
        <w:tc>
          <w:tcPr>
            <w:tcW w:type="dxa" w:w="1080"/>
          </w:tcPr>
          <w:p>
            <w:r>
              <w:t>电子电路综合设计</w:t>
            </w:r>
          </w:p>
        </w:tc>
        <w:tc>
          <w:tcPr>
            <w:tcW w:type="dxa" w:w="1080"/>
          </w:tcPr>
          <w:p>
            <w:r>
              <w:t>2EI21022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39</w:t>
            </w:r>
          </w:p>
        </w:tc>
        <w:tc>
          <w:tcPr>
            <w:tcW w:type="dxa" w:w="1080"/>
          </w:tcPr>
          <w:p>
            <w:r>
              <w:t>信号与系统Matlab实践</w:t>
            </w:r>
          </w:p>
        </w:tc>
        <w:tc>
          <w:tcPr>
            <w:tcW w:type="dxa" w:w="1080"/>
          </w:tcPr>
          <w:p>
            <w:r>
              <w:t>2EI21023</w:t>
            </w:r>
          </w:p>
        </w:tc>
        <w:tc>
          <w:tcPr>
            <w:tcW w:type="dxa" w:w="1080"/>
          </w:tcPr>
          <w:p>
            <w:r>
              <w:t>1.5</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40</w:t>
            </w:r>
          </w:p>
        </w:tc>
        <w:tc>
          <w:tcPr>
            <w:tcW w:type="dxa" w:w="1080"/>
          </w:tcPr>
          <w:p>
            <w:r>
              <w:t>微处理器与接口技术应用实训</w:t>
            </w:r>
          </w:p>
        </w:tc>
        <w:tc>
          <w:tcPr>
            <w:tcW w:type="dxa" w:w="1080"/>
          </w:tcPr>
          <w:p>
            <w:r>
              <w:t>2EI21024</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41</w:t>
            </w:r>
          </w:p>
        </w:tc>
        <w:tc>
          <w:tcPr>
            <w:tcW w:type="dxa" w:w="1080"/>
          </w:tcPr>
          <w:p>
            <w:r>
              <w:t>信号与系统</w:t>
            </w:r>
          </w:p>
        </w:tc>
        <w:tc>
          <w:tcPr>
            <w:tcW w:type="dxa" w:w="1080"/>
          </w:tcPr>
          <w:p>
            <w:r>
              <w:t>2EI21071</w:t>
            </w:r>
          </w:p>
        </w:tc>
        <w:tc>
          <w:tcPr>
            <w:tcW w:type="dxa" w:w="1080"/>
          </w:tcPr>
          <w:p>
            <w:r>
              <w:t>4.0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42</w:t>
            </w:r>
          </w:p>
        </w:tc>
        <w:tc>
          <w:tcPr>
            <w:tcW w:type="dxa" w:w="1080"/>
          </w:tcPr>
          <w:p>
            <w:r>
              <w:t>光通信技术</w:t>
            </w:r>
          </w:p>
        </w:tc>
        <w:tc>
          <w:tcPr>
            <w:tcW w:type="dxa" w:w="1080"/>
          </w:tcPr>
          <w:p>
            <w:r>
              <w:t>2EI21201</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43</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44</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45</w:t>
            </w:r>
          </w:p>
        </w:tc>
        <w:tc>
          <w:tcPr>
            <w:tcW w:type="dxa" w:w="1080"/>
          </w:tcPr>
          <w:p>
            <w:r>
              <w:t>通信网络与无线传感</w:t>
            </w:r>
          </w:p>
        </w:tc>
        <w:tc>
          <w:tcPr>
            <w:tcW w:type="dxa" w:w="1080"/>
          </w:tcPr>
          <w:p>
            <w:r>
              <w:t>2EI21017</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46</w:t>
            </w:r>
          </w:p>
        </w:tc>
        <w:tc>
          <w:tcPr>
            <w:tcW w:type="dxa" w:w="1080"/>
          </w:tcPr>
          <w:p>
            <w:r>
              <w:t>电子系统工程应用</w:t>
            </w:r>
          </w:p>
        </w:tc>
        <w:tc>
          <w:tcPr>
            <w:tcW w:type="dxa" w:w="1080"/>
          </w:tcPr>
          <w:p>
            <w:r>
              <w:t>2EI21018</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47</w:t>
            </w:r>
          </w:p>
        </w:tc>
        <w:tc>
          <w:tcPr>
            <w:tcW w:type="dxa" w:w="1080"/>
          </w:tcPr>
          <w:p>
            <w:r>
              <w:t>数字信号处理</w:t>
            </w:r>
          </w:p>
        </w:tc>
        <w:tc>
          <w:tcPr>
            <w:tcW w:type="dxa" w:w="1080"/>
          </w:tcPr>
          <w:p>
            <w:r>
              <w:t>2EI21019</w:t>
            </w:r>
          </w:p>
        </w:tc>
        <w:tc>
          <w:tcPr>
            <w:tcW w:type="dxa" w:w="1080"/>
          </w:tcPr>
          <w:p>
            <w:r>
              <w:t>2.5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48</w:t>
            </w:r>
          </w:p>
        </w:tc>
        <w:tc>
          <w:tcPr>
            <w:tcW w:type="dxa" w:w="1080"/>
          </w:tcPr>
          <w:p>
            <w:r>
              <w:t>信息论与编码</w:t>
            </w:r>
          </w:p>
        </w:tc>
        <w:tc>
          <w:tcPr>
            <w:tcW w:type="dxa" w:w="1080"/>
          </w:tcPr>
          <w:p>
            <w:r>
              <w:t>2EI21072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49</w:t>
            </w:r>
          </w:p>
        </w:tc>
        <w:tc>
          <w:tcPr>
            <w:tcW w:type="dxa" w:w="1080"/>
          </w:tcPr>
          <w:p>
            <w:r>
              <w:t>电磁场与电磁波</w:t>
            </w:r>
          </w:p>
        </w:tc>
        <w:tc>
          <w:tcPr>
            <w:tcW w:type="dxa" w:w="1080"/>
          </w:tcPr>
          <w:p>
            <w:r>
              <w:t>2EI21073</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50</w:t>
            </w:r>
          </w:p>
        </w:tc>
        <w:tc>
          <w:tcPr>
            <w:tcW w:type="dxa" w:w="1080"/>
          </w:tcPr>
          <w:p>
            <w:r>
              <w:t>通信电子线路</w:t>
            </w:r>
          </w:p>
        </w:tc>
        <w:tc>
          <w:tcPr>
            <w:tcW w:type="dxa" w:w="1080"/>
          </w:tcPr>
          <w:p>
            <w:r>
              <w:t>2EI21074</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51</w:t>
            </w:r>
          </w:p>
        </w:tc>
        <w:tc>
          <w:tcPr>
            <w:tcW w:type="dxa" w:w="1080"/>
          </w:tcPr>
          <w:p>
            <w:r>
              <w:t>通信原理</w:t>
            </w:r>
          </w:p>
        </w:tc>
        <w:tc>
          <w:tcPr>
            <w:tcW w:type="dxa" w:w="1080"/>
          </w:tcPr>
          <w:p>
            <w:r>
              <w:t>2EI21075</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52</w:t>
            </w:r>
          </w:p>
        </w:tc>
        <w:tc>
          <w:tcPr>
            <w:tcW w:type="dxa" w:w="1080"/>
          </w:tcPr>
          <w:p>
            <w:r>
              <w:t>离散数学B</w:t>
            </w:r>
          </w:p>
        </w:tc>
        <w:tc>
          <w:tcPr>
            <w:tcW w:type="dxa" w:w="1080"/>
          </w:tcPr>
          <w:p>
            <w:r>
              <w:t>2EI11001</w:t>
            </w:r>
          </w:p>
        </w:tc>
        <w:tc>
          <w:tcPr>
            <w:tcW w:type="dxa" w:w="1080"/>
          </w:tcPr>
          <w:p>
            <w:r>
              <w:t>2.0</w:t>
            </w:r>
          </w:p>
        </w:tc>
        <w:tc>
          <w:tcPr>
            <w:tcW w:type="dxa" w:w="1080"/>
          </w:tcPr>
          <w:p>
            <w:r>
              <w:t>通识必修课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53</w:t>
            </w:r>
          </w:p>
        </w:tc>
        <w:tc>
          <w:tcPr>
            <w:tcW w:type="dxa" w:w="1080"/>
          </w:tcPr>
          <w:p>
            <w:r>
              <w:t>信息前沿技术</w:t>
            </w:r>
          </w:p>
        </w:tc>
        <w:tc>
          <w:tcPr>
            <w:tcW w:type="dxa" w:w="1080"/>
          </w:tcPr>
          <w:p>
            <w:r>
              <w:t>2EI21020</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54</w:t>
            </w:r>
          </w:p>
        </w:tc>
        <w:tc>
          <w:tcPr>
            <w:tcW w:type="dxa" w:w="1080"/>
          </w:tcPr>
          <w:p>
            <w:r>
              <w:t>电子设计策划与创新实践</w:t>
            </w:r>
          </w:p>
        </w:tc>
        <w:tc>
          <w:tcPr>
            <w:tcW w:type="dxa" w:w="1080"/>
          </w:tcPr>
          <w:p>
            <w:r>
              <w:t>2EI21025</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55</w:t>
            </w:r>
          </w:p>
        </w:tc>
        <w:tc>
          <w:tcPr>
            <w:tcW w:type="dxa" w:w="1080"/>
          </w:tcPr>
          <w:p>
            <w:r>
              <w:t>无线通信应用实训</w:t>
            </w:r>
          </w:p>
        </w:tc>
        <w:tc>
          <w:tcPr>
            <w:tcW w:type="dxa" w:w="1080"/>
          </w:tcPr>
          <w:p>
            <w:r>
              <w:t>2EI21026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56</w:t>
            </w:r>
          </w:p>
        </w:tc>
        <w:tc>
          <w:tcPr>
            <w:tcW w:type="dxa" w:w="1080"/>
          </w:tcPr>
          <w:p>
            <w:r>
              <w:t>嵌入式信号处理应用与实训</w:t>
            </w:r>
          </w:p>
        </w:tc>
        <w:tc>
          <w:tcPr>
            <w:tcW w:type="dxa" w:w="1080"/>
          </w:tcPr>
          <w:p>
            <w:r>
              <w:t>2EI21027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57</w:t>
            </w:r>
          </w:p>
        </w:tc>
        <w:tc>
          <w:tcPr>
            <w:tcW w:type="dxa" w:w="1080"/>
          </w:tcPr>
          <w:p>
            <w:r>
              <w:t>电气制图与CAD</w:t>
            </w:r>
          </w:p>
        </w:tc>
        <w:tc>
          <w:tcPr>
            <w:tcW w:type="dxa" w:w="1080"/>
          </w:tcPr>
          <w:p>
            <w:r>
              <w:t>2EI21069</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58</w:t>
            </w:r>
          </w:p>
        </w:tc>
        <w:tc>
          <w:tcPr>
            <w:tcW w:type="dxa" w:w="1080"/>
          </w:tcPr>
          <w:p>
            <w:r>
              <w:t>数字通信技术</w:t>
            </w:r>
          </w:p>
        </w:tc>
        <w:tc>
          <w:tcPr>
            <w:tcW w:type="dxa" w:w="1080"/>
          </w:tcPr>
          <w:p>
            <w:r>
              <w:t>2EI21202</w:t>
            </w:r>
          </w:p>
        </w:tc>
        <w:tc>
          <w:tcPr>
            <w:tcW w:type="dxa" w:w="1080"/>
          </w:tcPr>
          <w:p>
            <w:r>
              <w:t>2.5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59</w:t>
            </w:r>
          </w:p>
        </w:tc>
        <w:tc>
          <w:tcPr>
            <w:tcW w:type="dxa" w:w="1080"/>
          </w:tcPr>
          <w:p>
            <w:r>
              <w:t>移动通信</w:t>
            </w:r>
          </w:p>
        </w:tc>
        <w:tc>
          <w:tcPr>
            <w:tcW w:type="dxa" w:w="1080"/>
          </w:tcPr>
          <w:p>
            <w:r>
              <w:t>2EI21203</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60</w:t>
            </w:r>
          </w:p>
        </w:tc>
        <w:tc>
          <w:tcPr>
            <w:tcW w:type="dxa" w:w="1080"/>
          </w:tcPr>
          <w:p>
            <w:r>
              <w:t>现代交换技术</w:t>
            </w:r>
          </w:p>
        </w:tc>
        <w:tc>
          <w:tcPr>
            <w:tcW w:type="dxa" w:w="1080"/>
          </w:tcPr>
          <w:p>
            <w:r>
              <w:t>2EI21204</w:t>
            </w:r>
          </w:p>
        </w:tc>
        <w:tc>
          <w:tcPr>
            <w:tcW w:type="dxa" w:w="1080"/>
          </w:tcPr>
          <w:p>
            <w:r>
              <w:t>2.5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61</w:t>
            </w:r>
          </w:p>
        </w:tc>
        <w:tc>
          <w:tcPr>
            <w:tcW w:type="dxa" w:w="1080"/>
          </w:tcPr>
          <w:p>
            <w:r>
              <w:t>通信系统综合实践</w:t>
            </w:r>
          </w:p>
        </w:tc>
        <w:tc>
          <w:tcPr>
            <w:tcW w:type="dxa" w:w="1080"/>
          </w:tcPr>
          <w:p>
            <w:r>
              <w:t>2EI21205</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建筑电气与智能化</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7</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8</w:t>
            </w:r>
          </w:p>
        </w:tc>
        <w:tc>
          <w:tcPr>
            <w:tcW w:type="dxa" w:w="1080"/>
          </w:tcPr>
          <w:p>
            <w:r>
              <w:t>体育(一)</w:t>
            </w:r>
          </w:p>
        </w:tc>
        <w:tc>
          <w:tcPr>
            <w:tcW w:type="dxa" w:w="1080"/>
          </w:tcPr>
          <w:p>
            <w:r>
              <w:t>2SP11001</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9</w:t>
            </w:r>
          </w:p>
        </w:tc>
        <w:tc>
          <w:tcPr>
            <w:tcW w:type="dxa" w:w="1080"/>
          </w:tcPr>
          <w:p>
            <w:r>
              <w:t>专业认知与工艺实习劳动实践</w:t>
            </w:r>
          </w:p>
        </w:tc>
        <w:tc>
          <w:tcPr>
            <w:tcW w:type="dxa" w:w="1080"/>
          </w:tcPr>
          <w:p>
            <w:r>
              <w:t>2EI21021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10</w:t>
            </w:r>
          </w:p>
        </w:tc>
        <w:tc>
          <w:tcPr>
            <w:tcW w:type="dxa" w:w="1080"/>
          </w:tcPr>
          <w:p>
            <w:r>
              <w:t>程序设计基础</w:t>
            </w:r>
          </w:p>
        </w:tc>
        <w:tc>
          <w:tcPr>
            <w:tcW w:type="dxa" w:w="1080"/>
          </w:tcPr>
          <w:p>
            <w:r>
              <w:t>2EI21041</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建筑电气与智能化专业导论</w:t>
            </w:r>
          </w:p>
        </w:tc>
        <w:tc>
          <w:tcPr>
            <w:tcW w:type="dxa" w:w="1080"/>
          </w:tcPr>
          <w:p>
            <w:r>
              <w:t>2EI21509</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12</w:t>
            </w:r>
          </w:p>
        </w:tc>
        <w:tc>
          <w:tcPr>
            <w:tcW w:type="dxa" w:w="1080"/>
          </w:tcPr>
          <w:p>
            <w:r>
              <w:t>工程制图基础</w:t>
            </w:r>
          </w:p>
        </w:tc>
        <w:tc>
          <w:tcPr>
            <w:tcW w:type="dxa" w:w="1080"/>
          </w:tcPr>
          <w:p>
            <w:r>
              <w:t>2ME21015</w:t>
            </w:r>
          </w:p>
        </w:tc>
        <w:tc>
          <w:tcPr>
            <w:tcW w:type="dxa" w:w="1080"/>
          </w:tcPr>
          <w:p>
            <w:r>
              <w:t>2.0</w:t>
            </w:r>
          </w:p>
        </w:tc>
        <w:tc>
          <w:tcPr>
            <w:tcW w:type="dxa" w:w="1080"/>
          </w:tcPr>
          <w:p>
            <w:r>
              <w:t>专业必修课</w:t>
            </w:r>
          </w:p>
        </w:tc>
        <w:tc>
          <w:tcPr>
            <w:tcW w:type="dxa" w:w="1080"/>
          </w:tcPr>
          <w:p>
            <w:r>
              <w:t>机械工程学院</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1.0</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高等数学A(二)</w:t>
            </w:r>
          </w:p>
        </w:tc>
        <w:tc>
          <w:tcPr>
            <w:tcW w:type="dxa" w:w="1080"/>
          </w:tcPr>
          <w:p>
            <w:r>
              <w:t>2MA11002</w:t>
            </w:r>
          </w:p>
        </w:tc>
        <w:tc>
          <w:tcPr>
            <w:tcW w:type="dxa" w:w="1080"/>
          </w:tcPr>
          <w:p>
            <w:r>
              <w:t>6.0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线性代数A</w:t>
            </w:r>
          </w:p>
        </w:tc>
        <w:tc>
          <w:tcPr>
            <w:tcW w:type="dxa" w:w="1080"/>
          </w:tcPr>
          <w:p>
            <w:r>
              <w:t>2MA11011</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中国近现代史纲要</w:t>
            </w:r>
          </w:p>
        </w:tc>
        <w:tc>
          <w:tcPr>
            <w:tcW w:type="dxa" w:w="1080"/>
          </w:tcPr>
          <w:p>
            <w:r>
              <w:t>2MX11002</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大学物理B(一)</w:t>
            </w:r>
          </w:p>
        </w:tc>
        <w:tc>
          <w:tcPr>
            <w:tcW w:type="dxa" w:w="1080"/>
          </w:tcPr>
          <w:p>
            <w:r>
              <w:t>2PS11006</w:t>
            </w:r>
          </w:p>
        </w:tc>
        <w:tc>
          <w:tcPr>
            <w:tcW w:type="dxa" w:w="1080"/>
          </w:tcPr>
          <w:p>
            <w:r>
              <w:t>3.0</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20</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21</w:t>
            </w:r>
          </w:p>
        </w:tc>
        <w:tc>
          <w:tcPr>
            <w:tcW w:type="dxa" w:w="1080"/>
          </w:tcPr>
          <w:p>
            <w:r>
              <w:t>体育(二)</w:t>
            </w:r>
          </w:p>
        </w:tc>
        <w:tc>
          <w:tcPr>
            <w:tcW w:type="dxa" w:w="1080"/>
          </w:tcPr>
          <w:p>
            <w:r>
              <w:t>2SP11002</w:t>
            </w:r>
          </w:p>
        </w:tc>
        <w:tc>
          <w:tcPr>
            <w:tcW w:type="dxa" w:w="1080"/>
          </w:tcPr>
          <w:p>
            <w:r>
              <w:t>1.0</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22</w:t>
            </w:r>
          </w:p>
        </w:tc>
        <w:tc>
          <w:tcPr>
            <w:tcW w:type="dxa" w:w="1080"/>
          </w:tcPr>
          <w:p>
            <w:r>
              <w:t>电路分析B</w:t>
            </w:r>
          </w:p>
        </w:tc>
        <w:tc>
          <w:tcPr>
            <w:tcW w:type="dxa" w:w="1080"/>
          </w:tcPr>
          <w:p>
            <w:r>
              <w:t>2EI21044</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23</w:t>
            </w:r>
          </w:p>
        </w:tc>
        <w:tc>
          <w:tcPr>
            <w:tcW w:type="dxa" w:w="1080"/>
          </w:tcPr>
          <w:p>
            <w:r>
              <w:t>电路分析实验</w:t>
            </w:r>
          </w:p>
        </w:tc>
        <w:tc>
          <w:tcPr>
            <w:tcW w:type="dxa" w:w="1080"/>
          </w:tcPr>
          <w:p>
            <w:r>
              <w:t>2EI21064</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24</w:t>
            </w:r>
          </w:p>
        </w:tc>
        <w:tc>
          <w:tcPr>
            <w:tcW w:type="dxa" w:w="1080"/>
          </w:tcPr>
          <w:p>
            <w:r>
              <w:t>复变函数与积分变换</w:t>
            </w:r>
          </w:p>
        </w:tc>
        <w:tc>
          <w:tcPr>
            <w:tcW w:type="dxa" w:w="1080"/>
          </w:tcPr>
          <w:p>
            <w:r>
              <w:t>2MA11016</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25</w:t>
            </w:r>
          </w:p>
        </w:tc>
        <w:tc>
          <w:tcPr>
            <w:tcW w:type="dxa" w:w="1080"/>
          </w:tcPr>
          <w:p>
            <w:r>
              <w:t>马克思主义基本原理</w:t>
            </w:r>
          </w:p>
        </w:tc>
        <w:tc>
          <w:tcPr>
            <w:tcW w:type="dxa" w:w="1080"/>
          </w:tcPr>
          <w:p>
            <w:r>
              <w:t>2MX11003</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26</w:t>
            </w:r>
          </w:p>
        </w:tc>
        <w:tc>
          <w:tcPr>
            <w:tcW w:type="dxa" w:w="1080"/>
          </w:tcPr>
          <w:p>
            <w:r>
              <w:t>国家安全教育</w:t>
            </w:r>
          </w:p>
        </w:tc>
        <w:tc>
          <w:tcPr>
            <w:tcW w:type="dxa" w:w="1080"/>
          </w:tcPr>
          <w:p>
            <w:r>
              <w:t>2MX11012</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27</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28</w:t>
            </w:r>
          </w:p>
        </w:tc>
        <w:tc>
          <w:tcPr>
            <w:tcW w:type="dxa" w:w="1080"/>
          </w:tcPr>
          <w:p>
            <w:r>
              <w:t>大学物理B(二)</w:t>
            </w:r>
          </w:p>
        </w:tc>
        <w:tc>
          <w:tcPr>
            <w:tcW w:type="dxa" w:w="1080"/>
          </w:tcPr>
          <w:p>
            <w:r>
              <w:t>2PS11007</w:t>
            </w:r>
          </w:p>
        </w:tc>
        <w:tc>
          <w:tcPr>
            <w:tcW w:type="dxa" w:w="1080"/>
          </w:tcPr>
          <w:p>
            <w:r>
              <w:t>2.0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体育(三)</w:t>
            </w:r>
          </w:p>
        </w:tc>
        <w:tc>
          <w:tcPr>
            <w:tcW w:type="dxa" w:w="1080"/>
          </w:tcPr>
          <w:p>
            <w:r>
              <w:t>2SP11003</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30</w:t>
            </w:r>
          </w:p>
        </w:tc>
        <w:tc>
          <w:tcPr>
            <w:tcW w:type="dxa" w:w="1080"/>
          </w:tcPr>
          <w:p>
            <w:r>
              <w:t>工程力学基础</w:t>
            </w:r>
          </w:p>
        </w:tc>
        <w:tc>
          <w:tcPr>
            <w:tcW w:type="dxa" w:w="1080"/>
          </w:tcPr>
          <w:p>
            <w:r>
              <w:t>2CE21012</w:t>
            </w:r>
          </w:p>
        </w:tc>
        <w:tc>
          <w:tcPr>
            <w:tcW w:type="dxa" w:w="1080"/>
          </w:tcPr>
          <w:p>
            <w:r>
              <w:t>2.0</w:t>
            </w:r>
          </w:p>
        </w:tc>
        <w:tc>
          <w:tcPr>
            <w:tcW w:type="dxa" w:w="1080"/>
          </w:tcPr>
          <w:p>
            <w:r>
              <w:t>专业必修课</w:t>
            </w:r>
          </w:p>
        </w:tc>
        <w:tc>
          <w:tcPr>
            <w:tcW w:type="dxa" w:w="1080"/>
          </w:tcPr>
          <w:p>
            <w:r>
              <w:t>土木工程学院</w:t>
            </w:r>
          </w:p>
        </w:tc>
        <w:tc>
          <w:tcPr>
            <w:tcW w:type="dxa" w:w="1080"/>
          </w:tcPr>
          <w:p>
            <w:r>
              <w:t>2024-2025</w:t>
            </w:r>
          </w:p>
        </w:tc>
        <w:tc>
          <w:tcPr>
            <w:tcW w:type="dxa" w:w="1080"/>
          </w:tcPr>
          <w:p>
            <w:r>
              <w:t>1</w:t>
            </w:r>
          </w:p>
        </w:tc>
      </w:tr>
      <w:tr>
        <w:tc>
          <w:tcPr>
            <w:tcW w:type="dxa" w:w="1080"/>
          </w:tcPr>
          <w:p>
            <w:r>
              <w:t>31</w:t>
            </w:r>
          </w:p>
        </w:tc>
        <w:tc>
          <w:tcPr>
            <w:tcW w:type="dxa" w:w="1080"/>
          </w:tcPr>
          <w:p>
            <w:r>
              <w:t>电子电路综合设计</w:t>
            </w:r>
          </w:p>
        </w:tc>
        <w:tc>
          <w:tcPr>
            <w:tcW w:type="dxa" w:w="1080"/>
          </w:tcPr>
          <w:p>
            <w:r>
              <w:t>2EI21022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32</w:t>
            </w:r>
          </w:p>
        </w:tc>
        <w:tc>
          <w:tcPr>
            <w:tcW w:type="dxa" w:w="1080"/>
          </w:tcPr>
          <w:p>
            <w:r>
              <w:t>模拟电子技术B</w:t>
            </w:r>
          </w:p>
        </w:tc>
        <w:tc>
          <w:tcPr>
            <w:tcW w:type="dxa" w:w="1080"/>
          </w:tcPr>
          <w:p>
            <w:r>
              <w:t>2EI21046</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33</w:t>
            </w:r>
          </w:p>
        </w:tc>
        <w:tc>
          <w:tcPr>
            <w:tcW w:type="dxa" w:w="1080"/>
          </w:tcPr>
          <w:p>
            <w:r>
              <w:t>数字电子技术B</w:t>
            </w:r>
          </w:p>
        </w:tc>
        <w:tc>
          <w:tcPr>
            <w:tcW w:type="dxa" w:w="1080"/>
          </w:tcPr>
          <w:p>
            <w:r>
              <w:t>2EI21048</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34</w:t>
            </w:r>
          </w:p>
        </w:tc>
        <w:tc>
          <w:tcPr>
            <w:tcW w:type="dxa" w:w="1080"/>
          </w:tcPr>
          <w:p>
            <w:r>
              <w:t>模拟电子技术实验</w:t>
            </w:r>
          </w:p>
        </w:tc>
        <w:tc>
          <w:tcPr>
            <w:tcW w:type="dxa" w:w="1080"/>
          </w:tcPr>
          <w:p>
            <w:r>
              <w:t>2EI21067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35</w:t>
            </w:r>
          </w:p>
        </w:tc>
        <w:tc>
          <w:tcPr>
            <w:tcW w:type="dxa" w:w="1080"/>
          </w:tcPr>
          <w:p>
            <w:r>
              <w:t>数字电子技术实验</w:t>
            </w:r>
          </w:p>
        </w:tc>
        <w:tc>
          <w:tcPr>
            <w:tcW w:type="dxa" w:w="1080"/>
          </w:tcPr>
          <w:p>
            <w:r>
              <w:t>2EI21068</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36</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3.0</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体育(四)</w:t>
            </w:r>
          </w:p>
        </w:tc>
        <w:tc>
          <w:tcPr>
            <w:tcW w:type="dxa" w:w="1080"/>
          </w:tcPr>
          <w:p>
            <w:r>
              <w:t>2SP11004</w:t>
            </w:r>
          </w:p>
        </w:tc>
        <w:tc>
          <w:tcPr>
            <w:tcW w:type="dxa" w:w="1080"/>
          </w:tcPr>
          <w:p>
            <w:r>
              <w:t>1.0</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39</w:t>
            </w:r>
          </w:p>
        </w:tc>
        <w:tc>
          <w:tcPr>
            <w:tcW w:type="dxa" w:w="1080"/>
          </w:tcPr>
          <w:p>
            <w:r>
              <w:t>微处理器与接口技术</w:t>
            </w:r>
          </w:p>
        </w:tc>
        <w:tc>
          <w:tcPr>
            <w:tcW w:type="dxa" w:w="1080"/>
          </w:tcPr>
          <w:p>
            <w:r>
              <w:t>2EI21016</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40</w:t>
            </w:r>
          </w:p>
        </w:tc>
        <w:tc>
          <w:tcPr>
            <w:tcW w:type="dxa" w:w="1080"/>
          </w:tcPr>
          <w:p>
            <w:r>
              <w:t>电机及拖动基础B</w:t>
            </w:r>
          </w:p>
        </w:tc>
        <w:tc>
          <w:tcPr>
            <w:tcW w:type="dxa" w:w="1080"/>
          </w:tcPr>
          <w:p>
            <w:r>
              <w:t>2EI21078</w:t>
            </w:r>
          </w:p>
        </w:tc>
        <w:tc>
          <w:tcPr>
            <w:tcW w:type="dxa" w:w="1080"/>
          </w:tcPr>
          <w:p>
            <w:r>
              <w:t>2.5</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41</w:t>
            </w:r>
          </w:p>
        </w:tc>
        <w:tc>
          <w:tcPr>
            <w:tcW w:type="dxa" w:w="1080"/>
          </w:tcPr>
          <w:p>
            <w:r>
              <w:t>建筑供配电</w:t>
            </w:r>
          </w:p>
        </w:tc>
        <w:tc>
          <w:tcPr>
            <w:tcW w:type="dxa" w:w="1080"/>
          </w:tcPr>
          <w:p>
            <w:r>
              <w:t>2EI21512</w:t>
            </w:r>
          </w:p>
        </w:tc>
        <w:tc>
          <w:tcPr>
            <w:tcW w:type="dxa" w:w="1080"/>
          </w:tcPr>
          <w:p>
            <w:r>
              <w:t>3.0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42</w:t>
            </w:r>
          </w:p>
        </w:tc>
        <w:tc>
          <w:tcPr>
            <w:tcW w:type="dxa" w:w="1080"/>
          </w:tcPr>
          <w:p>
            <w:r>
              <w:t>微处理器与接口技术实践</w:t>
            </w:r>
          </w:p>
        </w:tc>
        <w:tc>
          <w:tcPr>
            <w:tcW w:type="dxa" w:w="1080"/>
          </w:tcPr>
          <w:p>
            <w:r>
              <w:t>2EI21525</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43</w:t>
            </w:r>
          </w:p>
        </w:tc>
        <w:tc>
          <w:tcPr>
            <w:tcW w:type="dxa" w:w="1080"/>
          </w:tcPr>
          <w:p>
            <w:r>
              <w:t>建筑供配电设计</w:t>
            </w:r>
          </w:p>
        </w:tc>
        <w:tc>
          <w:tcPr>
            <w:tcW w:type="dxa" w:w="1080"/>
          </w:tcPr>
          <w:p>
            <w:r>
              <w:t>2EI21527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44</w:t>
            </w:r>
          </w:p>
        </w:tc>
        <w:tc>
          <w:tcPr>
            <w:tcW w:type="dxa" w:w="1080"/>
          </w:tcPr>
          <w:p>
            <w:r>
              <w:t>习近平新时代中国特色社会主义思想概论</w:t>
            </w:r>
          </w:p>
        </w:tc>
        <w:tc>
          <w:tcPr>
            <w:tcW w:type="dxa" w:w="1080"/>
          </w:tcPr>
          <w:p>
            <w:r>
              <w:t>2MX11005</w:t>
            </w:r>
          </w:p>
        </w:tc>
        <w:tc>
          <w:tcPr>
            <w:tcW w:type="dxa" w:w="1080"/>
          </w:tcPr>
          <w:p>
            <w:r>
              <w:t>3.0</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45</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46</w:t>
            </w:r>
          </w:p>
        </w:tc>
        <w:tc>
          <w:tcPr>
            <w:tcW w:type="dxa" w:w="1080"/>
          </w:tcPr>
          <w:p>
            <w:r>
              <w:t>通信与计算机网络</w:t>
            </w:r>
          </w:p>
        </w:tc>
        <w:tc>
          <w:tcPr>
            <w:tcW w:type="dxa" w:w="1080"/>
          </w:tcPr>
          <w:p>
            <w:r>
              <w:t>2EI21076</w:t>
            </w:r>
          </w:p>
        </w:tc>
        <w:tc>
          <w:tcPr>
            <w:tcW w:type="dxa" w:w="1080"/>
          </w:tcPr>
          <w:p>
            <w:r>
              <w:t>2.5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47</w:t>
            </w:r>
          </w:p>
        </w:tc>
        <w:tc>
          <w:tcPr>
            <w:tcW w:type="dxa" w:w="1080"/>
          </w:tcPr>
          <w:p>
            <w:r>
              <w:t>自动控制原理</w:t>
            </w:r>
          </w:p>
        </w:tc>
        <w:tc>
          <w:tcPr>
            <w:tcW w:type="dxa" w:w="1080"/>
          </w:tcPr>
          <w:p>
            <w:r>
              <w:t>2EI21077</w:t>
            </w:r>
          </w:p>
        </w:tc>
        <w:tc>
          <w:tcPr>
            <w:tcW w:type="dxa" w:w="1080"/>
          </w:tcPr>
          <w:p>
            <w:r>
              <w:t>3.5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48</w:t>
            </w:r>
          </w:p>
        </w:tc>
        <w:tc>
          <w:tcPr>
            <w:tcW w:type="dxa" w:w="1080"/>
          </w:tcPr>
          <w:p>
            <w:r>
              <w:t>传感器与检测技术A</w:t>
            </w:r>
          </w:p>
        </w:tc>
        <w:tc>
          <w:tcPr>
            <w:tcW w:type="dxa" w:w="1080"/>
          </w:tcPr>
          <w:p>
            <w:r>
              <w:t>2EI21079</w:t>
            </w:r>
          </w:p>
        </w:tc>
        <w:tc>
          <w:tcPr>
            <w:tcW w:type="dxa" w:w="1080"/>
          </w:tcPr>
          <w:p>
            <w:r>
              <w:t>2.5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49</w:t>
            </w:r>
          </w:p>
        </w:tc>
        <w:tc>
          <w:tcPr>
            <w:tcW w:type="dxa" w:w="1080"/>
          </w:tcPr>
          <w:p>
            <w:r>
              <w:t>建筑设备自动化系统</w:t>
            </w:r>
          </w:p>
        </w:tc>
        <w:tc>
          <w:tcPr>
            <w:tcW w:type="dxa" w:w="1080"/>
          </w:tcPr>
          <w:p>
            <w:r>
              <w:t>2EI21513</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50</w:t>
            </w:r>
          </w:p>
        </w:tc>
        <w:tc>
          <w:tcPr>
            <w:tcW w:type="dxa" w:w="1080"/>
          </w:tcPr>
          <w:p>
            <w:r>
              <w:t>建筑物信息设施系统</w:t>
            </w:r>
          </w:p>
        </w:tc>
        <w:tc>
          <w:tcPr>
            <w:tcW w:type="dxa" w:w="1080"/>
          </w:tcPr>
          <w:p>
            <w:r>
              <w:t>2EI21517</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51</w:t>
            </w:r>
          </w:p>
        </w:tc>
        <w:tc>
          <w:tcPr>
            <w:tcW w:type="dxa" w:w="1080"/>
          </w:tcPr>
          <w:p>
            <w:r>
              <w:t>建筑物信息设施系统课程设计</w:t>
            </w:r>
          </w:p>
        </w:tc>
        <w:tc>
          <w:tcPr>
            <w:tcW w:type="dxa" w:w="1080"/>
          </w:tcPr>
          <w:p>
            <w:r>
              <w:t>2EI21530</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52</w:t>
            </w:r>
          </w:p>
        </w:tc>
        <w:tc>
          <w:tcPr>
            <w:tcW w:type="dxa" w:w="1080"/>
          </w:tcPr>
          <w:p>
            <w:r>
              <w:t>生产实习</w:t>
            </w:r>
          </w:p>
        </w:tc>
        <w:tc>
          <w:tcPr>
            <w:tcW w:type="dxa" w:w="1080"/>
          </w:tcPr>
          <w:p>
            <w:r>
              <w:t>2EI21047</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53</w:t>
            </w:r>
          </w:p>
        </w:tc>
        <w:tc>
          <w:tcPr>
            <w:tcW w:type="dxa" w:w="1080"/>
          </w:tcPr>
          <w:p>
            <w:r>
              <w:t>建筑照明工程</w:t>
            </w:r>
          </w:p>
        </w:tc>
        <w:tc>
          <w:tcPr>
            <w:tcW w:type="dxa" w:w="1080"/>
          </w:tcPr>
          <w:p>
            <w:r>
              <w:t>2EI21514</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54</w:t>
            </w:r>
          </w:p>
        </w:tc>
        <w:tc>
          <w:tcPr>
            <w:tcW w:type="dxa" w:w="1080"/>
          </w:tcPr>
          <w:p>
            <w:r>
              <w:t>建筑智能环境学</w:t>
            </w:r>
          </w:p>
        </w:tc>
        <w:tc>
          <w:tcPr>
            <w:tcW w:type="dxa" w:w="1080"/>
          </w:tcPr>
          <w:p>
            <w:r>
              <w:t>2EI21515</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55</w:t>
            </w:r>
          </w:p>
        </w:tc>
        <w:tc>
          <w:tcPr>
            <w:tcW w:type="dxa" w:w="1080"/>
          </w:tcPr>
          <w:p>
            <w:r>
              <w:t>建筑智能化工程管理</w:t>
            </w:r>
          </w:p>
        </w:tc>
        <w:tc>
          <w:tcPr>
            <w:tcW w:type="dxa" w:w="1080"/>
          </w:tcPr>
          <w:p>
            <w:r>
              <w:t>2EI21516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56</w:t>
            </w:r>
          </w:p>
        </w:tc>
        <w:tc>
          <w:tcPr>
            <w:tcW w:type="dxa" w:w="1080"/>
          </w:tcPr>
          <w:p>
            <w:r>
              <w:t>建筑公共安全技术</w:t>
            </w:r>
          </w:p>
        </w:tc>
        <w:tc>
          <w:tcPr>
            <w:tcW w:type="dxa" w:w="1080"/>
          </w:tcPr>
          <w:p>
            <w:r>
              <w:t>2EI21518</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57</w:t>
            </w:r>
          </w:p>
        </w:tc>
        <w:tc>
          <w:tcPr>
            <w:tcW w:type="dxa" w:w="1080"/>
          </w:tcPr>
          <w:p>
            <w:r>
              <w:t>计算机控制技术及应用</w:t>
            </w:r>
          </w:p>
        </w:tc>
        <w:tc>
          <w:tcPr>
            <w:tcW w:type="dxa" w:w="1080"/>
          </w:tcPr>
          <w:p>
            <w:r>
              <w:t>2EI21519</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58</w:t>
            </w:r>
          </w:p>
        </w:tc>
        <w:tc>
          <w:tcPr>
            <w:tcW w:type="dxa" w:w="1080"/>
          </w:tcPr>
          <w:p>
            <w:r>
              <w:t>建筑智能化系统设计与集成技术</w:t>
            </w:r>
          </w:p>
        </w:tc>
        <w:tc>
          <w:tcPr>
            <w:tcW w:type="dxa" w:w="1080"/>
          </w:tcPr>
          <w:p>
            <w:r>
              <w:t>2EI21520</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59</w:t>
            </w:r>
          </w:p>
        </w:tc>
        <w:tc>
          <w:tcPr>
            <w:tcW w:type="dxa" w:w="1080"/>
          </w:tcPr>
          <w:p>
            <w:r>
              <w:t>建筑节能技术</w:t>
            </w:r>
          </w:p>
        </w:tc>
        <w:tc>
          <w:tcPr>
            <w:tcW w:type="dxa" w:w="1080"/>
          </w:tcPr>
          <w:p>
            <w:r>
              <w:t>2EI21523</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60</w:t>
            </w:r>
          </w:p>
        </w:tc>
        <w:tc>
          <w:tcPr>
            <w:tcW w:type="dxa" w:w="1080"/>
          </w:tcPr>
          <w:p>
            <w:r>
              <w:t>计算机控制系统课程设计</w:t>
            </w:r>
          </w:p>
        </w:tc>
        <w:tc>
          <w:tcPr>
            <w:tcW w:type="dxa" w:w="1080"/>
          </w:tcPr>
          <w:p>
            <w:r>
              <w:t>2EI21526</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61</w:t>
            </w:r>
          </w:p>
        </w:tc>
        <w:tc>
          <w:tcPr>
            <w:tcW w:type="dxa" w:w="1080"/>
          </w:tcPr>
          <w:p>
            <w:r>
              <w:t>建筑公共安全技术课程设计</w:t>
            </w:r>
          </w:p>
        </w:tc>
        <w:tc>
          <w:tcPr>
            <w:tcW w:type="dxa" w:w="1080"/>
          </w:tcPr>
          <w:p>
            <w:r>
              <w:t>2EI21531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62</w:t>
            </w:r>
          </w:p>
        </w:tc>
        <w:tc>
          <w:tcPr>
            <w:tcW w:type="dxa" w:w="1080"/>
          </w:tcPr>
          <w:p>
            <w:r>
              <w:t>建筑照明工程实践</w:t>
            </w:r>
          </w:p>
        </w:tc>
        <w:tc>
          <w:tcPr>
            <w:tcW w:type="dxa" w:w="1080"/>
          </w:tcPr>
          <w:p>
            <w:r>
              <w:t>2EI21532</w:t>
            </w:r>
          </w:p>
        </w:tc>
        <w:tc>
          <w:tcPr>
            <w:tcW w:type="dxa" w:w="1080"/>
          </w:tcPr>
          <w:p>
            <w:r>
              <w:t>1.0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电子信息工程</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线性代数C</w:t>
            </w:r>
          </w:p>
        </w:tc>
        <w:tc>
          <w:tcPr>
            <w:tcW w:type="dxa" w:w="1080"/>
          </w:tcPr>
          <w:p>
            <w:r>
              <w:t>2MA11013</w:t>
            </w:r>
          </w:p>
        </w:tc>
        <w:tc>
          <w:tcPr>
            <w:tcW w:type="dxa" w:w="1080"/>
          </w:tcPr>
          <w:p>
            <w:r>
              <w:t>2.0</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8</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9</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10</w:t>
            </w:r>
          </w:p>
        </w:tc>
        <w:tc>
          <w:tcPr>
            <w:tcW w:type="dxa" w:w="1080"/>
          </w:tcPr>
          <w:p>
            <w:r>
              <w:t>专业认知与工艺实习劳动实践</w:t>
            </w:r>
          </w:p>
        </w:tc>
        <w:tc>
          <w:tcPr>
            <w:tcW w:type="dxa" w:w="1080"/>
          </w:tcPr>
          <w:p>
            <w:r>
              <w:t>2EI21021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嵌入式算法分析基础(一)</w:t>
            </w:r>
          </w:p>
        </w:tc>
        <w:tc>
          <w:tcPr>
            <w:tcW w:type="dxa" w:w="1080"/>
          </w:tcPr>
          <w:p>
            <w:r>
              <w:t>2EI21061</w:t>
            </w:r>
          </w:p>
        </w:tc>
        <w:tc>
          <w:tcPr>
            <w:tcW w:type="dxa" w:w="1080"/>
          </w:tcPr>
          <w:p>
            <w:r>
              <w:t>4.0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12</w:t>
            </w:r>
          </w:p>
        </w:tc>
        <w:tc>
          <w:tcPr>
            <w:tcW w:type="dxa" w:w="1080"/>
          </w:tcPr>
          <w:p>
            <w:r>
              <w:t>电子与通信专业导论</w:t>
            </w:r>
          </w:p>
        </w:tc>
        <w:tc>
          <w:tcPr>
            <w:tcW w:type="dxa" w:w="1080"/>
          </w:tcPr>
          <w:p>
            <w:r>
              <w:t>2EI21070</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高等数学A(二)</w:t>
            </w:r>
          </w:p>
        </w:tc>
        <w:tc>
          <w:tcPr>
            <w:tcW w:type="dxa" w:w="1080"/>
          </w:tcPr>
          <w:p>
            <w:r>
              <w:t>2MA11002</w:t>
            </w:r>
          </w:p>
        </w:tc>
        <w:tc>
          <w:tcPr>
            <w:tcW w:type="dxa" w:w="1080"/>
          </w:tcPr>
          <w:p>
            <w:r>
              <w:t>6</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17</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19</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20</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21</w:t>
            </w:r>
          </w:p>
        </w:tc>
        <w:tc>
          <w:tcPr>
            <w:tcW w:type="dxa" w:w="1080"/>
          </w:tcPr>
          <w:p>
            <w:r>
              <w:t>嵌入式算法分析基础(二)</w:t>
            </w:r>
          </w:p>
        </w:tc>
        <w:tc>
          <w:tcPr>
            <w:tcW w:type="dxa" w:w="1080"/>
          </w:tcPr>
          <w:p>
            <w:r>
              <w:t>2EI21062</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22</w:t>
            </w:r>
          </w:p>
        </w:tc>
        <w:tc>
          <w:tcPr>
            <w:tcW w:type="dxa" w:w="1080"/>
          </w:tcPr>
          <w:p>
            <w:r>
              <w:t>电路分析</w:t>
            </w:r>
          </w:p>
        </w:tc>
        <w:tc>
          <w:tcPr>
            <w:tcW w:type="dxa" w:w="1080"/>
          </w:tcPr>
          <w:p>
            <w:r>
              <w:t>2EI21063</w:t>
            </w:r>
          </w:p>
        </w:tc>
        <w:tc>
          <w:tcPr>
            <w:tcW w:type="dxa" w:w="1080"/>
          </w:tcPr>
          <w:p>
            <w:r>
              <w:t>4</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23</w:t>
            </w:r>
          </w:p>
        </w:tc>
        <w:tc>
          <w:tcPr>
            <w:tcW w:type="dxa" w:w="1080"/>
          </w:tcPr>
          <w:p>
            <w:r>
              <w:t>电路分析实验</w:t>
            </w:r>
          </w:p>
        </w:tc>
        <w:tc>
          <w:tcPr>
            <w:tcW w:type="dxa" w:w="1080"/>
          </w:tcPr>
          <w:p>
            <w:r>
              <w:t>2EI21064</w:t>
            </w:r>
          </w:p>
        </w:tc>
        <w:tc>
          <w:tcPr>
            <w:tcW w:type="dxa" w:w="1080"/>
          </w:tcPr>
          <w:p>
            <w:r>
              <w:t>1</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24</w:t>
            </w:r>
          </w:p>
        </w:tc>
        <w:tc>
          <w:tcPr>
            <w:tcW w:type="dxa" w:w="1080"/>
          </w:tcPr>
          <w:p>
            <w:r>
              <w:t>复变函数与积分变换</w:t>
            </w:r>
          </w:p>
        </w:tc>
        <w:tc>
          <w:tcPr>
            <w:tcW w:type="dxa" w:w="1080"/>
          </w:tcPr>
          <w:p>
            <w:r>
              <w:t>2MA11016</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1</w:t>
            </w:r>
          </w:p>
        </w:tc>
      </w:tr>
      <w:tr>
        <w:tc>
          <w:tcPr>
            <w:tcW w:type="dxa" w:w="1080"/>
          </w:tcPr>
          <w:p>
            <w:r>
              <w:t>25</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26</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27</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28</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29</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30</w:t>
            </w:r>
          </w:p>
        </w:tc>
        <w:tc>
          <w:tcPr>
            <w:tcW w:type="dxa" w:w="1080"/>
          </w:tcPr>
          <w:p>
            <w:r>
              <w:t>模拟电子技术</w:t>
            </w:r>
          </w:p>
        </w:tc>
        <w:tc>
          <w:tcPr>
            <w:tcW w:type="dxa" w:w="1080"/>
          </w:tcPr>
          <w:p>
            <w:r>
              <w:t>2EI21065</w:t>
            </w:r>
          </w:p>
        </w:tc>
        <w:tc>
          <w:tcPr>
            <w:tcW w:type="dxa" w:w="1080"/>
          </w:tcPr>
          <w:p>
            <w:r>
              <w:t>4</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31</w:t>
            </w:r>
          </w:p>
        </w:tc>
        <w:tc>
          <w:tcPr>
            <w:tcW w:type="dxa" w:w="1080"/>
          </w:tcPr>
          <w:p>
            <w:r>
              <w:t>数字电子技术</w:t>
            </w:r>
          </w:p>
        </w:tc>
        <w:tc>
          <w:tcPr>
            <w:tcW w:type="dxa" w:w="1080"/>
          </w:tcPr>
          <w:p>
            <w:r>
              <w:t>2EI21066</w:t>
            </w:r>
          </w:p>
        </w:tc>
        <w:tc>
          <w:tcPr>
            <w:tcW w:type="dxa" w:w="1080"/>
          </w:tcPr>
          <w:p>
            <w:r>
              <w:t>4</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32</w:t>
            </w:r>
          </w:p>
        </w:tc>
        <w:tc>
          <w:tcPr>
            <w:tcW w:type="dxa" w:w="1080"/>
          </w:tcPr>
          <w:p>
            <w:r>
              <w:t>模拟电子技术实验</w:t>
            </w:r>
          </w:p>
        </w:tc>
        <w:tc>
          <w:tcPr>
            <w:tcW w:type="dxa" w:w="1080"/>
          </w:tcPr>
          <w:p>
            <w:r>
              <w:t>2EI21067</w:t>
            </w:r>
          </w:p>
        </w:tc>
        <w:tc>
          <w:tcPr>
            <w:tcW w:type="dxa" w:w="1080"/>
          </w:tcPr>
          <w:p>
            <w:r>
              <w:t>1</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33</w:t>
            </w:r>
          </w:p>
        </w:tc>
        <w:tc>
          <w:tcPr>
            <w:tcW w:type="dxa" w:w="1080"/>
          </w:tcPr>
          <w:p>
            <w:r>
              <w:t>数字电子技术实验</w:t>
            </w:r>
          </w:p>
        </w:tc>
        <w:tc>
          <w:tcPr>
            <w:tcW w:type="dxa" w:w="1080"/>
          </w:tcPr>
          <w:p>
            <w:r>
              <w:t>2EI21068</w:t>
            </w:r>
          </w:p>
        </w:tc>
        <w:tc>
          <w:tcPr>
            <w:tcW w:type="dxa" w:w="1080"/>
          </w:tcPr>
          <w:p>
            <w:r>
              <w:t>1</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34</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35</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36</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37</w:t>
            </w:r>
          </w:p>
        </w:tc>
        <w:tc>
          <w:tcPr>
            <w:tcW w:type="dxa" w:w="1080"/>
          </w:tcPr>
          <w:p>
            <w:r>
              <w:t>微处理器与接口技术</w:t>
            </w:r>
          </w:p>
        </w:tc>
        <w:tc>
          <w:tcPr>
            <w:tcW w:type="dxa" w:w="1080"/>
          </w:tcPr>
          <w:p>
            <w:r>
              <w:t>2EI21016</w:t>
            </w:r>
          </w:p>
        </w:tc>
        <w:tc>
          <w:tcPr>
            <w:tcW w:type="dxa" w:w="1080"/>
          </w:tcPr>
          <w:p>
            <w:r>
              <w:t>3</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38</w:t>
            </w:r>
          </w:p>
        </w:tc>
        <w:tc>
          <w:tcPr>
            <w:tcW w:type="dxa" w:w="1080"/>
          </w:tcPr>
          <w:p>
            <w:r>
              <w:t>电子电路综合设计</w:t>
            </w:r>
          </w:p>
        </w:tc>
        <w:tc>
          <w:tcPr>
            <w:tcW w:type="dxa" w:w="1080"/>
          </w:tcPr>
          <w:p>
            <w:r>
              <w:t>2EI21022</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39</w:t>
            </w:r>
          </w:p>
        </w:tc>
        <w:tc>
          <w:tcPr>
            <w:tcW w:type="dxa" w:w="1080"/>
          </w:tcPr>
          <w:p>
            <w:r>
              <w:t>信号与系统Matlab实践</w:t>
            </w:r>
          </w:p>
        </w:tc>
        <w:tc>
          <w:tcPr>
            <w:tcW w:type="dxa" w:w="1080"/>
          </w:tcPr>
          <w:p>
            <w:r>
              <w:t>2EI21023</w:t>
            </w:r>
          </w:p>
        </w:tc>
        <w:tc>
          <w:tcPr>
            <w:tcW w:type="dxa" w:w="1080"/>
          </w:tcPr>
          <w:p>
            <w:r>
              <w:t>1.5</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40</w:t>
            </w:r>
          </w:p>
        </w:tc>
        <w:tc>
          <w:tcPr>
            <w:tcW w:type="dxa" w:w="1080"/>
          </w:tcPr>
          <w:p>
            <w:r>
              <w:t>微处理器与接口技术应用实训</w:t>
            </w:r>
          </w:p>
        </w:tc>
        <w:tc>
          <w:tcPr>
            <w:tcW w:type="dxa" w:w="1080"/>
          </w:tcPr>
          <w:p>
            <w:r>
              <w:t>2EI21024</w:t>
            </w:r>
          </w:p>
        </w:tc>
        <w:tc>
          <w:tcPr>
            <w:tcW w:type="dxa" w:w="1080"/>
          </w:tcPr>
          <w:p>
            <w:r>
              <w:t>1</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41</w:t>
            </w:r>
          </w:p>
        </w:tc>
        <w:tc>
          <w:tcPr>
            <w:tcW w:type="dxa" w:w="1080"/>
          </w:tcPr>
          <w:p>
            <w:r>
              <w:t>信号与系统</w:t>
            </w:r>
          </w:p>
        </w:tc>
        <w:tc>
          <w:tcPr>
            <w:tcW w:type="dxa" w:w="1080"/>
          </w:tcPr>
          <w:p>
            <w:r>
              <w:t>2EI21071</w:t>
            </w:r>
          </w:p>
        </w:tc>
        <w:tc>
          <w:tcPr>
            <w:tcW w:type="dxa" w:w="1080"/>
          </w:tcPr>
          <w:p>
            <w:r>
              <w:t>4</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42</w:t>
            </w:r>
          </w:p>
        </w:tc>
        <w:tc>
          <w:tcPr>
            <w:tcW w:type="dxa" w:w="1080"/>
          </w:tcPr>
          <w:p>
            <w:r>
              <w:t>数字系统设计技术</w:t>
            </w:r>
          </w:p>
        </w:tc>
        <w:tc>
          <w:tcPr>
            <w:tcW w:type="dxa" w:w="1080"/>
          </w:tcPr>
          <w:p>
            <w:r>
              <w:t>2EI21101</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43</w:t>
            </w:r>
          </w:p>
        </w:tc>
        <w:tc>
          <w:tcPr>
            <w:tcW w:type="dxa" w:w="1080"/>
          </w:tcPr>
          <w:p>
            <w:r>
              <w:t>光电子技术</w:t>
            </w:r>
          </w:p>
        </w:tc>
        <w:tc>
          <w:tcPr>
            <w:tcW w:type="dxa" w:w="1080"/>
          </w:tcPr>
          <w:p>
            <w:r>
              <w:t>2EI21102</w:t>
            </w:r>
          </w:p>
        </w:tc>
        <w:tc>
          <w:tcPr>
            <w:tcW w:type="dxa" w:w="1080"/>
          </w:tcPr>
          <w:p>
            <w:r>
              <w:t>2.5</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44</w:t>
            </w:r>
          </w:p>
        </w:tc>
        <w:tc>
          <w:tcPr>
            <w:tcW w:type="dxa" w:w="1080"/>
          </w:tcPr>
          <w:p>
            <w:r>
              <w:t>EDA技术应用实训</w:t>
            </w:r>
          </w:p>
        </w:tc>
        <w:tc>
          <w:tcPr>
            <w:tcW w:type="dxa" w:w="1080"/>
          </w:tcPr>
          <w:p>
            <w:r>
              <w:t>2EI21105</w:t>
            </w:r>
          </w:p>
        </w:tc>
        <w:tc>
          <w:tcPr>
            <w:tcW w:type="dxa" w:w="1080"/>
          </w:tcPr>
          <w:p>
            <w:r>
              <w:t>1</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47</w:t>
            </w:r>
          </w:p>
        </w:tc>
        <w:tc>
          <w:tcPr>
            <w:tcW w:type="dxa" w:w="1080"/>
          </w:tcPr>
          <w:p>
            <w:r>
              <w:t>通信网络与无线传感</w:t>
            </w:r>
          </w:p>
        </w:tc>
        <w:tc>
          <w:tcPr>
            <w:tcW w:type="dxa" w:w="1080"/>
          </w:tcPr>
          <w:p>
            <w:r>
              <w:t>2EI21017</w:t>
            </w:r>
          </w:p>
        </w:tc>
        <w:tc>
          <w:tcPr>
            <w:tcW w:type="dxa" w:w="1080"/>
          </w:tcPr>
          <w:p>
            <w:r>
              <w:t>3</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48</w:t>
            </w:r>
          </w:p>
        </w:tc>
        <w:tc>
          <w:tcPr>
            <w:tcW w:type="dxa" w:w="1080"/>
          </w:tcPr>
          <w:p>
            <w:r>
              <w:t>电子系统工程应用</w:t>
            </w:r>
          </w:p>
        </w:tc>
        <w:tc>
          <w:tcPr>
            <w:tcW w:type="dxa" w:w="1080"/>
          </w:tcPr>
          <w:p>
            <w:r>
              <w:t>2EI21018</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49</w:t>
            </w:r>
          </w:p>
        </w:tc>
        <w:tc>
          <w:tcPr>
            <w:tcW w:type="dxa" w:w="1080"/>
          </w:tcPr>
          <w:p>
            <w:r>
              <w:t>数字信号处理</w:t>
            </w:r>
          </w:p>
        </w:tc>
        <w:tc>
          <w:tcPr>
            <w:tcW w:type="dxa" w:w="1080"/>
          </w:tcPr>
          <w:p>
            <w:r>
              <w:t>2EI21019</w:t>
            </w:r>
          </w:p>
        </w:tc>
        <w:tc>
          <w:tcPr>
            <w:tcW w:type="dxa" w:w="1080"/>
          </w:tcPr>
          <w:p>
            <w:r>
              <w:t>2.5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50</w:t>
            </w:r>
          </w:p>
        </w:tc>
        <w:tc>
          <w:tcPr>
            <w:tcW w:type="dxa" w:w="1080"/>
          </w:tcPr>
          <w:p>
            <w:r>
              <w:t>信息论与编码</w:t>
            </w:r>
          </w:p>
        </w:tc>
        <w:tc>
          <w:tcPr>
            <w:tcW w:type="dxa" w:w="1080"/>
          </w:tcPr>
          <w:p>
            <w:r>
              <w:t>2EI21072</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51</w:t>
            </w:r>
          </w:p>
        </w:tc>
        <w:tc>
          <w:tcPr>
            <w:tcW w:type="dxa" w:w="1080"/>
          </w:tcPr>
          <w:p>
            <w:r>
              <w:t>电磁场与电磁波</w:t>
            </w:r>
          </w:p>
        </w:tc>
        <w:tc>
          <w:tcPr>
            <w:tcW w:type="dxa" w:w="1080"/>
          </w:tcPr>
          <w:p>
            <w:r>
              <w:t>2EI21073</w:t>
            </w:r>
          </w:p>
        </w:tc>
        <w:tc>
          <w:tcPr>
            <w:tcW w:type="dxa" w:w="1080"/>
          </w:tcPr>
          <w:p>
            <w:r>
              <w:t>3</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52</w:t>
            </w:r>
          </w:p>
        </w:tc>
        <w:tc>
          <w:tcPr>
            <w:tcW w:type="dxa" w:w="1080"/>
          </w:tcPr>
          <w:p>
            <w:r>
              <w:t>通信电子线路</w:t>
            </w:r>
          </w:p>
        </w:tc>
        <w:tc>
          <w:tcPr>
            <w:tcW w:type="dxa" w:w="1080"/>
          </w:tcPr>
          <w:p>
            <w:r>
              <w:t>2EI21074</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53</w:t>
            </w:r>
          </w:p>
        </w:tc>
        <w:tc>
          <w:tcPr>
            <w:tcW w:type="dxa" w:w="1080"/>
          </w:tcPr>
          <w:p>
            <w:r>
              <w:t>通信原理</w:t>
            </w:r>
          </w:p>
        </w:tc>
        <w:tc>
          <w:tcPr>
            <w:tcW w:type="dxa" w:w="1080"/>
          </w:tcPr>
          <w:p>
            <w:r>
              <w:t>2EI21075</w:t>
            </w:r>
          </w:p>
        </w:tc>
        <w:tc>
          <w:tcPr>
            <w:tcW w:type="dxa" w:w="1080"/>
          </w:tcPr>
          <w:p>
            <w:r>
              <w:t>3</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54</w:t>
            </w:r>
          </w:p>
        </w:tc>
        <w:tc>
          <w:tcPr>
            <w:tcW w:type="dxa" w:w="1080"/>
          </w:tcPr>
          <w:p>
            <w:r>
              <w:t>离散数学B</w:t>
            </w:r>
          </w:p>
        </w:tc>
        <w:tc>
          <w:tcPr>
            <w:tcW w:type="dxa" w:w="1080"/>
          </w:tcPr>
          <w:p>
            <w:r>
              <w:t>2EI11001</w:t>
            </w:r>
          </w:p>
        </w:tc>
        <w:tc>
          <w:tcPr>
            <w:tcW w:type="dxa" w:w="1080"/>
          </w:tcPr>
          <w:p>
            <w:r>
              <w:t>2</w:t>
            </w:r>
          </w:p>
        </w:tc>
        <w:tc>
          <w:tcPr>
            <w:tcW w:type="dxa" w:w="1080"/>
          </w:tcPr>
          <w:p>
            <w:r>
              <w:t>通识必修课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55</w:t>
            </w:r>
          </w:p>
        </w:tc>
        <w:tc>
          <w:tcPr>
            <w:tcW w:type="dxa" w:w="1080"/>
          </w:tcPr>
          <w:p>
            <w:r>
              <w:t>信息前沿技术</w:t>
            </w:r>
          </w:p>
        </w:tc>
        <w:tc>
          <w:tcPr>
            <w:tcW w:type="dxa" w:w="1080"/>
          </w:tcPr>
          <w:p>
            <w:r>
              <w:t>2EI21020</w:t>
            </w:r>
          </w:p>
        </w:tc>
        <w:tc>
          <w:tcPr>
            <w:tcW w:type="dxa" w:w="1080"/>
          </w:tcPr>
          <w:p>
            <w:r>
              <w:t>1</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56</w:t>
            </w:r>
          </w:p>
        </w:tc>
        <w:tc>
          <w:tcPr>
            <w:tcW w:type="dxa" w:w="1080"/>
          </w:tcPr>
          <w:p>
            <w:r>
              <w:t>电子设计策划与创新实践</w:t>
            </w:r>
          </w:p>
        </w:tc>
        <w:tc>
          <w:tcPr>
            <w:tcW w:type="dxa" w:w="1080"/>
          </w:tcPr>
          <w:p>
            <w:r>
              <w:t>2EI21025</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57</w:t>
            </w:r>
          </w:p>
        </w:tc>
        <w:tc>
          <w:tcPr>
            <w:tcW w:type="dxa" w:w="1080"/>
          </w:tcPr>
          <w:p>
            <w:r>
              <w:t>无线通信应用实训</w:t>
            </w:r>
          </w:p>
        </w:tc>
        <w:tc>
          <w:tcPr>
            <w:tcW w:type="dxa" w:w="1080"/>
          </w:tcPr>
          <w:p>
            <w:r>
              <w:t>2EI21026</w:t>
            </w:r>
          </w:p>
        </w:tc>
        <w:tc>
          <w:tcPr>
            <w:tcW w:type="dxa" w:w="1080"/>
          </w:tcPr>
          <w:p>
            <w:r>
              <w:t>1</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58</w:t>
            </w:r>
          </w:p>
        </w:tc>
        <w:tc>
          <w:tcPr>
            <w:tcW w:type="dxa" w:w="1080"/>
          </w:tcPr>
          <w:p>
            <w:r>
              <w:t>嵌入式信号处理应用与实训</w:t>
            </w:r>
          </w:p>
        </w:tc>
        <w:tc>
          <w:tcPr>
            <w:tcW w:type="dxa" w:w="1080"/>
          </w:tcPr>
          <w:p>
            <w:r>
              <w:t>2EI21027</w:t>
            </w:r>
          </w:p>
        </w:tc>
        <w:tc>
          <w:tcPr>
            <w:tcW w:type="dxa" w:w="1080"/>
          </w:tcPr>
          <w:p>
            <w:r>
              <w:t>1</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59</w:t>
            </w:r>
          </w:p>
        </w:tc>
        <w:tc>
          <w:tcPr>
            <w:tcW w:type="dxa" w:w="1080"/>
          </w:tcPr>
          <w:p>
            <w:r>
              <w:t>电气制图与CAD</w:t>
            </w:r>
          </w:p>
        </w:tc>
        <w:tc>
          <w:tcPr>
            <w:tcW w:type="dxa" w:w="1080"/>
          </w:tcPr>
          <w:p>
            <w:r>
              <w:t>2EI21069</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60</w:t>
            </w:r>
          </w:p>
        </w:tc>
        <w:tc>
          <w:tcPr>
            <w:tcW w:type="dxa" w:w="1080"/>
          </w:tcPr>
          <w:p>
            <w:r>
              <w:t>图像处理技术</w:t>
            </w:r>
          </w:p>
        </w:tc>
        <w:tc>
          <w:tcPr>
            <w:tcW w:type="dxa" w:w="1080"/>
          </w:tcPr>
          <w:p>
            <w:r>
              <w:t>2EI21103</w:t>
            </w:r>
          </w:p>
        </w:tc>
        <w:tc>
          <w:tcPr>
            <w:tcW w:type="dxa" w:w="1080"/>
          </w:tcPr>
          <w:p>
            <w:r>
              <w:t>1.5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61</w:t>
            </w:r>
          </w:p>
        </w:tc>
        <w:tc>
          <w:tcPr>
            <w:tcW w:type="dxa" w:w="1080"/>
          </w:tcPr>
          <w:p>
            <w:r>
              <w:t>传感器原理与检测技术</w:t>
            </w:r>
          </w:p>
        </w:tc>
        <w:tc>
          <w:tcPr>
            <w:tcW w:type="dxa" w:w="1080"/>
          </w:tcPr>
          <w:p>
            <w:r>
              <w:t>2EI21104</w:t>
            </w:r>
          </w:p>
        </w:tc>
        <w:tc>
          <w:tcPr>
            <w:tcW w:type="dxa" w:w="1080"/>
          </w:tcPr>
          <w:p>
            <w:r>
              <w:t>2.5</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计算机科学与技术</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教务处</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高等数学A(一)</w:t>
            </w:r>
          </w:p>
        </w:tc>
        <w:tc>
          <w:tcPr>
            <w:tcW w:type="dxa" w:w="1080"/>
          </w:tcPr>
          <w:p>
            <w:r>
              <w:t>2MA11001</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7</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8</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9</w:t>
            </w:r>
          </w:p>
        </w:tc>
        <w:tc>
          <w:tcPr>
            <w:tcW w:type="dxa" w:w="1080"/>
          </w:tcPr>
          <w:p>
            <w:r>
              <w:t>专业认知与工艺实习劳动实践</w:t>
            </w:r>
          </w:p>
        </w:tc>
        <w:tc>
          <w:tcPr>
            <w:tcW w:type="dxa" w:w="1080"/>
          </w:tcPr>
          <w:p>
            <w:r>
              <w:t>2EI21021</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10</w:t>
            </w:r>
          </w:p>
        </w:tc>
        <w:tc>
          <w:tcPr>
            <w:tcW w:type="dxa" w:w="1080"/>
          </w:tcPr>
          <w:p>
            <w:r>
              <w:t>专业导论与学业规划</w:t>
            </w:r>
          </w:p>
        </w:tc>
        <w:tc>
          <w:tcPr>
            <w:tcW w:type="dxa" w:w="1080"/>
          </w:tcPr>
          <w:p>
            <w:r>
              <w:t>2EI21040</w:t>
            </w:r>
          </w:p>
        </w:tc>
        <w:tc>
          <w:tcPr>
            <w:tcW w:type="dxa" w:w="1080"/>
          </w:tcPr>
          <w:p>
            <w:r>
              <w:t>1.0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11</w:t>
            </w:r>
          </w:p>
        </w:tc>
        <w:tc>
          <w:tcPr>
            <w:tcW w:type="dxa" w:w="1080"/>
          </w:tcPr>
          <w:p>
            <w:r>
              <w:t>计算机学科基础</w:t>
            </w:r>
          </w:p>
        </w:tc>
        <w:tc>
          <w:tcPr>
            <w:tcW w:type="dxa" w:w="1080"/>
          </w:tcPr>
          <w:p>
            <w:r>
              <w:t>2EI21301</w:t>
            </w:r>
          </w:p>
        </w:tc>
        <w:tc>
          <w:tcPr>
            <w:tcW w:type="dxa" w:w="1080"/>
          </w:tcPr>
          <w:p>
            <w:r>
              <w:t>3.0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12</w:t>
            </w:r>
          </w:p>
        </w:tc>
        <w:tc>
          <w:tcPr>
            <w:tcW w:type="dxa" w:w="1080"/>
          </w:tcPr>
          <w:p>
            <w:r>
              <w:t>计算机程序设计基础</w:t>
            </w:r>
          </w:p>
        </w:tc>
        <w:tc>
          <w:tcPr>
            <w:tcW w:type="dxa" w:w="1080"/>
          </w:tcPr>
          <w:p>
            <w:r>
              <w:t>2EI21302</w:t>
            </w:r>
          </w:p>
        </w:tc>
        <w:tc>
          <w:tcPr>
            <w:tcW w:type="dxa" w:w="1080"/>
          </w:tcPr>
          <w:p>
            <w:r>
              <w:t>4.0</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高等数学A(二)</w:t>
            </w:r>
          </w:p>
        </w:tc>
        <w:tc>
          <w:tcPr>
            <w:tcW w:type="dxa" w:w="1080"/>
          </w:tcPr>
          <w:p>
            <w:r>
              <w:t>2MA11002</w:t>
            </w:r>
          </w:p>
        </w:tc>
        <w:tc>
          <w:tcPr>
            <w:tcW w:type="dxa" w:w="1080"/>
          </w:tcPr>
          <w:p>
            <w:r>
              <w:t>6</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线性代数A</w:t>
            </w:r>
          </w:p>
        </w:tc>
        <w:tc>
          <w:tcPr>
            <w:tcW w:type="dxa" w:w="1080"/>
          </w:tcPr>
          <w:p>
            <w:r>
              <w:t>2MA11011</w:t>
            </w:r>
          </w:p>
        </w:tc>
        <w:tc>
          <w:tcPr>
            <w:tcW w:type="dxa" w:w="1080"/>
          </w:tcPr>
          <w:p>
            <w:r>
              <w:t>3.0</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中华人民共和国史</w:t>
            </w:r>
          </w:p>
        </w:tc>
        <w:tc>
          <w:tcPr>
            <w:tcW w:type="dxa" w:w="1080"/>
          </w:tcPr>
          <w:p>
            <w:r>
              <w:t>2MX11008</w:t>
            </w:r>
          </w:p>
        </w:tc>
        <w:tc>
          <w:tcPr>
            <w:tcW w:type="dxa" w:w="1080"/>
          </w:tcPr>
          <w:p>
            <w:r>
              <w:t>1.0</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20</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21</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22</w:t>
            </w:r>
          </w:p>
        </w:tc>
        <w:tc>
          <w:tcPr>
            <w:tcW w:type="dxa" w:w="1080"/>
          </w:tcPr>
          <w:p>
            <w:r>
              <w:t>面向对象技术</w:t>
            </w:r>
          </w:p>
        </w:tc>
        <w:tc>
          <w:tcPr>
            <w:tcW w:type="dxa" w:w="1080"/>
          </w:tcPr>
          <w:p>
            <w:r>
              <w:t>2EI21314</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23</w:t>
            </w:r>
          </w:p>
        </w:tc>
        <w:tc>
          <w:tcPr>
            <w:tcW w:type="dxa" w:w="1080"/>
          </w:tcPr>
          <w:p>
            <w:r>
              <w:t>电子电路与数字逻辑</w:t>
            </w:r>
          </w:p>
        </w:tc>
        <w:tc>
          <w:tcPr>
            <w:tcW w:type="dxa" w:w="1080"/>
          </w:tcPr>
          <w:p>
            <w:r>
              <w:t>2EI21315</w:t>
            </w:r>
          </w:p>
        </w:tc>
        <w:tc>
          <w:tcPr>
            <w:tcW w:type="dxa" w:w="1080"/>
          </w:tcPr>
          <w:p>
            <w:r>
              <w:t>3</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24</w:t>
            </w:r>
          </w:p>
        </w:tc>
        <w:tc>
          <w:tcPr>
            <w:tcW w:type="dxa" w:w="1080"/>
          </w:tcPr>
          <w:p>
            <w:r>
              <w:t>计算机程序设计基础课程实践</w:t>
            </w:r>
          </w:p>
        </w:tc>
        <w:tc>
          <w:tcPr>
            <w:tcW w:type="dxa" w:w="1080"/>
          </w:tcPr>
          <w:p>
            <w:r>
              <w:t>2EI21325</w:t>
            </w:r>
          </w:p>
        </w:tc>
        <w:tc>
          <w:tcPr>
            <w:tcW w:type="dxa" w:w="1080"/>
          </w:tcPr>
          <w:p>
            <w:r>
              <w:t>1</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25</w:t>
            </w:r>
          </w:p>
        </w:tc>
        <w:tc>
          <w:tcPr>
            <w:tcW w:type="dxa" w:w="1080"/>
          </w:tcPr>
          <w:p>
            <w:r>
              <w:t>面向对象技术课程实践</w:t>
            </w:r>
          </w:p>
        </w:tc>
        <w:tc>
          <w:tcPr>
            <w:tcW w:type="dxa" w:w="1080"/>
          </w:tcPr>
          <w:p>
            <w:r>
              <w:t>2EI21326</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2</w:t>
            </w:r>
          </w:p>
        </w:tc>
      </w:tr>
      <w:tr>
        <w:tc>
          <w:tcPr>
            <w:tcW w:type="dxa" w:w="1080"/>
          </w:tcPr>
          <w:p>
            <w:r>
              <w:t>26</w:t>
            </w:r>
          </w:p>
        </w:tc>
        <w:tc>
          <w:tcPr>
            <w:tcW w:type="dxa" w:w="1080"/>
          </w:tcPr>
          <w:p>
            <w:r>
              <w:t>离散数学A</w:t>
            </w:r>
          </w:p>
        </w:tc>
        <w:tc>
          <w:tcPr>
            <w:tcW w:type="dxa" w:w="1080"/>
          </w:tcPr>
          <w:p>
            <w:r>
              <w:t>2EI11003</w:t>
            </w:r>
          </w:p>
        </w:tc>
        <w:tc>
          <w:tcPr>
            <w:tcW w:type="dxa" w:w="1080"/>
          </w:tcPr>
          <w:p>
            <w:r>
              <w:t>3</w:t>
            </w:r>
          </w:p>
        </w:tc>
        <w:tc>
          <w:tcPr>
            <w:tcW w:type="dxa" w:w="1080"/>
          </w:tcPr>
          <w:p>
            <w:r>
              <w:t>通识必修课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27</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28</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大学物理B(二)</w:t>
            </w:r>
          </w:p>
        </w:tc>
        <w:tc>
          <w:tcPr>
            <w:tcW w:type="dxa" w:w="1080"/>
          </w:tcPr>
          <w:p>
            <w:r>
              <w:t>2PS11007</w:t>
            </w:r>
          </w:p>
        </w:tc>
        <w:tc>
          <w:tcPr>
            <w:tcW w:type="dxa" w:w="1080"/>
          </w:tcPr>
          <w:p>
            <w:r>
              <w:t>2</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32</w:t>
            </w:r>
          </w:p>
        </w:tc>
        <w:tc>
          <w:tcPr>
            <w:tcW w:type="dxa" w:w="1080"/>
          </w:tcPr>
          <w:p>
            <w:r>
              <w:t>数据结构</w:t>
            </w:r>
          </w:p>
        </w:tc>
        <w:tc>
          <w:tcPr>
            <w:tcW w:type="dxa" w:w="1080"/>
          </w:tcPr>
          <w:p>
            <w:r>
              <w:t>2EI21305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33</w:t>
            </w:r>
          </w:p>
        </w:tc>
        <w:tc>
          <w:tcPr>
            <w:tcW w:type="dxa" w:w="1080"/>
          </w:tcPr>
          <w:p>
            <w:r>
              <w:t>C/C++程序设计</w:t>
            </w:r>
          </w:p>
        </w:tc>
        <w:tc>
          <w:tcPr>
            <w:tcW w:type="dxa" w:w="1080"/>
          </w:tcPr>
          <w:p>
            <w:r>
              <w:t>2EI21313</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34</w:t>
            </w:r>
          </w:p>
        </w:tc>
        <w:tc>
          <w:tcPr>
            <w:tcW w:type="dxa" w:w="1080"/>
          </w:tcPr>
          <w:p>
            <w:r>
              <w:t>Web交互技术</w:t>
            </w:r>
          </w:p>
        </w:tc>
        <w:tc>
          <w:tcPr>
            <w:tcW w:type="dxa" w:w="1080"/>
          </w:tcPr>
          <w:p>
            <w:r>
              <w:t>2EI21318</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35</w:t>
            </w:r>
          </w:p>
        </w:tc>
        <w:tc>
          <w:tcPr>
            <w:tcW w:type="dxa" w:w="1080"/>
          </w:tcPr>
          <w:p>
            <w:r>
              <w:t>数据结构课程实践</w:t>
            </w:r>
          </w:p>
        </w:tc>
        <w:tc>
          <w:tcPr>
            <w:tcW w:type="dxa" w:w="1080"/>
          </w:tcPr>
          <w:p>
            <w:r>
              <w:t>2EI21327</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1</w:t>
            </w:r>
          </w:p>
        </w:tc>
      </w:tr>
      <w:tr>
        <w:tc>
          <w:tcPr>
            <w:tcW w:type="dxa" w:w="1080"/>
          </w:tcPr>
          <w:p>
            <w:r>
              <w:t>36</w:t>
            </w:r>
          </w:p>
        </w:tc>
        <w:tc>
          <w:tcPr>
            <w:tcW w:type="dxa" w:w="1080"/>
          </w:tcPr>
          <w:p>
            <w:r>
              <w:t>概率论与数理统计B</w:t>
            </w:r>
          </w:p>
        </w:tc>
        <w:tc>
          <w:tcPr>
            <w:tcW w:type="dxa" w:w="1080"/>
          </w:tcPr>
          <w:p>
            <w:r>
              <w:t>2MA11014</w:t>
            </w:r>
          </w:p>
        </w:tc>
        <w:tc>
          <w:tcPr>
            <w:tcW w:type="dxa" w:w="1080"/>
          </w:tcPr>
          <w:p>
            <w:r>
              <w:t>3.0</w:t>
            </w:r>
          </w:p>
        </w:tc>
        <w:tc>
          <w:tcPr>
            <w:tcW w:type="dxa" w:w="1080"/>
          </w:tcPr>
          <w:p>
            <w:r>
              <w:t>通识必修课</w:t>
            </w:r>
          </w:p>
        </w:tc>
        <w:tc>
          <w:tcPr>
            <w:tcW w:type="dxa" w:w="1080"/>
          </w:tcPr>
          <w:p>
            <w:r>
              <w:t>数学科学学院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39</w:t>
            </w:r>
          </w:p>
        </w:tc>
        <w:tc>
          <w:tcPr>
            <w:tcW w:type="dxa" w:w="1080"/>
          </w:tcPr>
          <w:p>
            <w:r>
              <w:t>计算机组成原理</w:t>
            </w:r>
          </w:p>
        </w:tc>
        <w:tc>
          <w:tcPr>
            <w:tcW w:type="dxa" w:w="1080"/>
          </w:tcPr>
          <w:p>
            <w:r>
              <w:t>2EI21032</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40</w:t>
            </w:r>
          </w:p>
        </w:tc>
        <w:tc>
          <w:tcPr>
            <w:tcW w:type="dxa" w:w="1080"/>
          </w:tcPr>
          <w:p>
            <w:r>
              <w:t>数据库原理</w:t>
            </w:r>
          </w:p>
        </w:tc>
        <w:tc>
          <w:tcPr>
            <w:tcW w:type="dxa" w:w="1080"/>
          </w:tcPr>
          <w:p>
            <w:r>
              <w:t>2EI21038</w:t>
            </w:r>
          </w:p>
        </w:tc>
        <w:tc>
          <w:tcPr>
            <w:tcW w:type="dxa" w:w="1080"/>
          </w:tcPr>
          <w:p>
            <w:r>
              <w:t>3</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41</w:t>
            </w:r>
          </w:p>
        </w:tc>
        <w:tc>
          <w:tcPr>
            <w:tcW w:type="dxa" w:w="1080"/>
          </w:tcPr>
          <w:p>
            <w:r>
              <w:t>计算机数学基础</w:t>
            </w:r>
          </w:p>
        </w:tc>
        <w:tc>
          <w:tcPr>
            <w:tcW w:type="dxa" w:w="1080"/>
          </w:tcPr>
          <w:p>
            <w:r>
              <w:t>2EI21304</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42</w:t>
            </w:r>
          </w:p>
        </w:tc>
        <w:tc>
          <w:tcPr>
            <w:tcW w:type="dxa" w:w="1080"/>
          </w:tcPr>
          <w:p>
            <w:r>
              <w:t>算法设计与分析</w:t>
            </w:r>
          </w:p>
        </w:tc>
        <w:tc>
          <w:tcPr>
            <w:tcW w:type="dxa" w:w="1080"/>
          </w:tcPr>
          <w:p>
            <w:r>
              <w:t>2EI21312</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43</w:t>
            </w:r>
          </w:p>
        </w:tc>
        <w:tc>
          <w:tcPr>
            <w:tcW w:type="dxa" w:w="1080"/>
          </w:tcPr>
          <w:p>
            <w:r>
              <w:t>J2EE开发技术</w:t>
            </w:r>
          </w:p>
        </w:tc>
        <w:tc>
          <w:tcPr>
            <w:tcW w:type="dxa" w:w="1080"/>
          </w:tcPr>
          <w:p>
            <w:r>
              <w:t>2EI21319</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44</w:t>
            </w:r>
          </w:p>
        </w:tc>
        <w:tc>
          <w:tcPr>
            <w:tcW w:type="dxa" w:w="1080"/>
          </w:tcPr>
          <w:p>
            <w:r>
              <w:t>计算机组成原理课程实践</w:t>
            </w:r>
          </w:p>
        </w:tc>
        <w:tc>
          <w:tcPr>
            <w:tcW w:type="dxa" w:w="1080"/>
          </w:tcPr>
          <w:p>
            <w:r>
              <w:t>2EI21328</w:t>
            </w:r>
          </w:p>
        </w:tc>
        <w:tc>
          <w:tcPr>
            <w:tcW w:type="dxa" w:w="1080"/>
          </w:tcPr>
          <w:p>
            <w:r>
              <w:t>1</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45</w:t>
            </w:r>
          </w:p>
        </w:tc>
        <w:tc>
          <w:tcPr>
            <w:tcW w:type="dxa" w:w="1080"/>
          </w:tcPr>
          <w:p>
            <w:r>
              <w:t>计算机系统应用开发实践</w:t>
            </w:r>
          </w:p>
        </w:tc>
        <w:tc>
          <w:tcPr>
            <w:tcW w:type="dxa" w:w="1080"/>
          </w:tcPr>
          <w:p>
            <w:r>
              <w:t>2EI21331</w:t>
            </w:r>
          </w:p>
        </w:tc>
        <w:tc>
          <w:tcPr>
            <w:tcW w:type="dxa" w:w="1080"/>
          </w:tcPr>
          <w:p>
            <w:r>
              <w:t>2</w:t>
            </w:r>
          </w:p>
        </w:tc>
        <w:tc>
          <w:tcPr>
            <w:tcW w:type="dxa" w:w="1080"/>
          </w:tcPr>
          <w:p>
            <w:r>
              <w:t>专业必修课</w:t>
            </w:r>
          </w:p>
        </w:tc>
        <w:tc>
          <w:tcPr>
            <w:tcW w:type="dxa" w:w="1080"/>
          </w:tcPr>
          <w:p>
            <w:r>
              <w:t>电子与信息工程学院</w:t>
            </w:r>
          </w:p>
        </w:tc>
        <w:tc>
          <w:tcPr>
            <w:tcW w:type="dxa" w:w="1080"/>
          </w:tcPr>
          <w:p>
            <w:r>
              <w:t>2024-2025</w:t>
            </w:r>
          </w:p>
        </w:tc>
        <w:tc>
          <w:tcPr>
            <w:tcW w:type="dxa" w:w="1080"/>
          </w:tcPr>
          <w:p>
            <w:r>
              <w:t>2</w:t>
            </w:r>
          </w:p>
        </w:tc>
      </w:tr>
      <w:tr>
        <w:tc>
          <w:tcPr>
            <w:tcW w:type="dxa" w:w="1080"/>
          </w:tcPr>
          <w:p>
            <w:r>
              <w:t>46</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47</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48</w:t>
            </w:r>
          </w:p>
        </w:tc>
        <w:tc>
          <w:tcPr>
            <w:tcW w:type="dxa" w:w="1080"/>
          </w:tcPr>
          <w:p>
            <w:r>
              <w:t>计算机网络</w:t>
            </w:r>
          </w:p>
        </w:tc>
        <w:tc>
          <w:tcPr>
            <w:tcW w:type="dxa" w:w="1080"/>
          </w:tcPr>
          <w:p>
            <w:r>
              <w:t>2EI21031</w:t>
            </w:r>
          </w:p>
        </w:tc>
        <w:tc>
          <w:tcPr>
            <w:tcW w:type="dxa" w:w="1080"/>
          </w:tcPr>
          <w:p>
            <w:r>
              <w:t>3</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49</w:t>
            </w:r>
          </w:p>
        </w:tc>
        <w:tc>
          <w:tcPr>
            <w:tcW w:type="dxa" w:w="1080"/>
          </w:tcPr>
          <w:p>
            <w:r>
              <w:t>操作系统B</w:t>
            </w:r>
          </w:p>
        </w:tc>
        <w:tc>
          <w:tcPr>
            <w:tcW w:type="dxa" w:w="1080"/>
          </w:tcPr>
          <w:p>
            <w:r>
              <w:t>2EI21307</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50</w:t>
            </w:r>
          </w:p>
        </w:tc>
        <w:tc>
          <w:tcPr>
            <w:tcW w:type="dxa" w:w="1080"/>
          </w:tcPr>
          <w:p>
            <w:r>
              <w:t>微机原理与接口</w:t>
            </w:r>
          </w:p>
        </w:tc>
        <w:tc>
          <w:tcPr>
            <w:tcW w:type="dxa" w:w="1080"/>
          </w:tcPr>
          <w:p>
            <w:r>
              <w:t>2EI21317</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51</w:t>
            </w:r>
          </w:p>
        </w:tc>
        <w:tc>
          <w:tcPr>
            <w:tcW w:type="dxa" w:w="1080"/>
          </w:tcPr>
          <w:p>
            <w:r>
              <w:t>数字图像处理及应用</w:t>
            </w:r>
          </w:p>
        </w:tc>
        <w:tc>
          <w:tcPr>
            <w:tcW w:type="dxa" w:w="1080"/>
          </w:tcPr>
          <w:p>
            <w:r>
              <w:t>2EI21320</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52</w:t>
            </w:r>
          </w:p>
        </w:tc>
        <w:tc>
          <w:tcPr>
            <w:tcW w:type="dxa" w:w="1080"/>
          </w:tcPr>
          <w:p>
            <w:r>
              <w:t>云计算技术与应用</w:t>
            </w:r>
          </w:p>
        </w:tc>
        <w:tc>
          <w:tcPr>
            <w:tcW w:type="dxa" w:w="1080"/>
          </w:tcPr>
          <w:p>
            <w:r>
              <w:t>2EI21321</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53</w:t>
            </w:r>
          </w:p>
        </w:tc>
        <w:tc>
          <w:tcPr>
            <w:tcW w:type="dxa" w:w="1080"/>
          </w:tcPr>
          <w:p>
            <w:r>
              <w:t>操作系统实践</w:t>
            </w:r>
          </w:p>
        </w:tc>
        <w:tc>
          <w:tcPr>
            <w:tcW w:type="dxa" w:w="1080"/>
          </w:tcPr>
          <w:p>
            <w:r>
              <w:t>2EI21329</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54</w:t>
            </w:r>
          </w:p>
        </w:tc>
        <w:tc>
          <w:tcPr>
            <w:tcW w:type="dxa" w:w="1080"/>
          </w:tcPr>
          <w:p>
            <w:r>
              <w:t>编译原理</w:t>
            </w:r>
          </w:p>
        </w:tc>
        <w:tc>
          <w:tcPr>
            <w:tcW w:type="dxa" w:w="1080"/>
          </w:tcPr>
          <w:p>
            <w:r>
              <w:t>2EI21710</w:t>
            </w:r>
          </w:p>
        </w:tc>
        <w:tc>
          <w:tcPr>
            <w:tcW w:type="dxa" w:w="1080"/>
          </w:tcPr>
          <w:p>
            <w:r>
              <w:t>3.0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1</w:t>
            </w:r>
          </w:p>
        </w:tc>
      </w:tr>
      <w:tr>
        <w:tc>
          <w:tcPr>
            <w:tcW w:type="dxa" w:w="1080"/>
          </w:tcPr>
          <w:p>
            <w:r>
              <w:t>55</w:t>
            </w:r>
          </w:p>
        </w:tc>
        <w:tc>
          <w:tcPr>
            <w:tcW w:type="dxa" w:w="1080"/>
          </w:tcPr>
          <w:p>
            <w:r>
              <w:t>新技术应用与创新创业实训</w:t>
            </w:r>
          </w:p>
        </w:tc>
        <w:tc>
          <w:tcPr>
            <w:tcW w:type="dxa" w:w="1080"/>
          </w:tcPr>
          <w:p>
            <w:r>
              <w:t>2EI21052</w:t>
            </w:r>
          </w:p>
        </w:tc>
        <w:tc>
          <w:tcPr>
            <w:tcW w:type="dxa" w:w="1080"/>
          </w:tcPr>
          <w:p>
            <w:r>
              <w:t>2.0</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56</w:t>
            </w:r>
          </w:p>
        </w:tc>
        <w:tc>
          <w:tcPr>
            <w:tcW w:type="dxa" w:w="1080"/>
          </w:tcPr>
          <w:p>
            <w:r>
              <w:t>软件工程</w:t>
            </w:r>
          </w:p>
        </w:tc>
        <w:tc>
          <w:tcPr>
            <w:tcW w:type="dxa" w:w="1080"/>
          </w:tcPr>
          <w:p>
            <w:r>
              <w:t>2EI21316</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57</w:t>
            </w:r>
          </w:p>
        </w:tc>
        <w:tc>
          <w:tcPr>
            <w:tcW w:type="dxa" w:w="1080"/>
          </w:tcPr>
          <w:p>
            <w:r>
              <w:t>人工智能基础B</w:t>
            </w:r>
          </w:p>
        </w:tc>
        <w:tc>
          <w:tcPr>
            <w:tcW w:type="dxa" w:w="1080"/>
          </w:tcPr>
          <w:p>
            <w:r>
              <w:t>2EI21322</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58</w:t>
            </w:r>
          </w:p>
        </w:tc>
        <w:tc>
          <w:tcPr>
            <w:tcW w:type="dxa" w:w="1080"/>
          </w:tcPr>
          <w:p>
            <w:r>
              <w:t>大数据技术与应用A</w:t>
            </w:r>
          </w:p>
        </w:tc>
        <w:tc>
          <w:tcPr>
            <w:tcW w:type="dxa" w:w="1080"/>
          </w:tcPr>
          <w:p>
            <w:r>
              <w:t>2EI21323</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t>59</w:t>
            </w:r>
          </w:p>
        </w:tc>
        <w:tc>
          <w:tcPr>
            <w:tcW w:type="dxa" w:w="1080"/>
          </w:tcPr>
          <w:p>
            <w:r>
              <w:t>软件工程课程实践</w:t>
            </w:r>
          </w:p>
        </w:tc>
        <w:tc>
          <w:tcPr>
            <w:tcW w:type="dxa" w:w="1080"/>
          </w:tcPr>
          <w:p>
            <w:r>
              <w:t>2EI21330</w:t>
            </w:r>
          </w:p>
        </w:tc>
        <w:tc>
          <w:tcPr>
            <w:tcW w:type="dxa" w:w="1080"/>
          </w:tcPr>
          <w:p>
            <w:r>
              <w:t>2</w:t>
            </w:r>
          </w:p>
        </w:tc>
        <w:tc>
          <w:tcPr>
            <w:tcW w:type="dxa" w:w="1080"/>
          </w:tcPr>
          <w:p>
            <w:r>
              <w:t>专业必修课</w:t>
            </w:r>
          </w:p>
        </w:tc>
        <w:tc>
          <w:tcPr>
            <w:tcW w:type="dxa" w:w="1080"/>
          </w:tcPr>
          <w:p>
            <w:r>
              <w:t>电子与信息工程学院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