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关于做好推荐2026年优秀应届本科毕业生免试攻读研究生工作的通知</w:t>
      </w:r>
    </w:p>
    <w:p>
      <w:r>
        <w:t>根据教育部和学校相关文件精神，为做好本院2026年优秀应届本科毕业生免试攻读研究生推荐工作，现将相关事项通知如下：</w:t>
      </w:r>
    </w:p>
    <w:p>
      <w:r>
        <w:t>一、组织领导</w:t>
      </w:r>
    </w:p>
    <w:p>
      <w:r>
        <w:t>学院成立推免生遴选工作小组，负责制定推免工作细则并组织与实施具体工作；专家审核小组，负责对申请推免学生的学科竞赛获奖、科研成果等进行审核、鉴定；思想品德考核小组负责对申请推免学生的思想品德进行考核。</w:t>
      </w:r>
    </w:p>
    <w:p>
      <w:r>
        <w:t>二、推荐对象</w:t>
      </w:r>
    </w:p>
    <w:p>
      <w:r>
        <w:t>我校纳入国家普通本科招生计划录取的2026年应届毕业生（不含延长学习年限和毕业年级休学、专转本、各类分段培养、第二学士学位、独立学院学生等）；上行文规定的不得报考研究生的情形除外。</w:t>
      </w:r>
    </w:p>
    <w:p>
      <w:r>
        <w:t>三、推荐条件</w:t>
      </w:r>
    </w:p>
    <w:p>
      <w:r>
        <w:t>推荐条件参照《苏州科技大学推荐2026年优秀应届本科毕业生免试攻读研究生工作实施方案》。</w:t>
      </w:r>
    </w:p>
    <w:p>
      <w:r>
        <w:t>四、工作程序和时间节点</w:t>
      </w:r>
    </w:p>
    <w:p>
      <w:r>
        <w:t>（一）学生报名</w:t>
      </w:r>
    </w:p>
    <w:p>
      <w:r>
        <w:t>截止时间：9月5日16:30</w:t>
      </w:r>
    </w:p>
    <w:p>
      <w:r>
        <w:t>受理地点：石湖校区电子与信息工程学院A楼102室</w:t>
      </w:r>
    </w:p>
    <w:p>
      <w:r>
        <w:t>受理人员：刘老师</w:t>
      </w:r>
    </w:p>
    <w:p>
      <w:r>
        <w:t>申请材料：</w:t>
      </w:r>
    </w:p>
    <w:p>
      <w:r>
        <w:t>(1)苏州科技大学推荐2026年优秀应届本科毕业生免试攻读研究生申请表（学院实施细则附件3）。</w:t>
      </w:r>
    </w:p>
    <w:p>
      <w:r>
        <w:t>(2)电子与信息工程学院推免综合素质加分申请统计表（学院实施细则附件4）。</w:t>
      </w:r>
    </w:p>
    <w:p>
      <w:r>
        <w:t>(3)全国大学英语四级考试（CET4）成绩单复印件，或《全国大学英语四六级考试》中小语种四级考试成绩单复印件，或雅思成绩承担复印件，或托福成绩单复印件，或DELEB1通过复印件，或日本语能力测试取得N1（或N2）合格证书复印件。</w:t>
      </w:r>
    </w:p>
    <w:p>
      <w:r>
        <w:t>(4)本科阶段作为主力成员参加的与学业相关的我校学科竞赛认定目录内国内权威学科竞赛全国赛三等以上获奖证书复印件（如有）。</w:t>
      </w:r>
    </w:p>
    <w:p>
      <w:r>
        <w:t>(5)中文期刊论文全文及封面、目录、封底复印件，外文期刊论文全文复印件（如有）。</w:t>
      </w:r>
    </w:p>
    <w:p>
      <w:r>
        <w:t>(6)中国发明专利授权书或国际专利证书复印件（如有）。</w:t>
      </w:r>
    </w:p>
    <w:p>
      <w:r>
        <w:t>(7)参加中国青年志愿服务项目大赛、中国青年志愿服务公益创业赛、中国青年志愿者优秀项目奖、江苏省青年志愿服务项目大赛、江苏省青年志愿服务公益创业赛、江苏省十佳青年志愿服务项目负责人的证书复印件（如有）。</w:t>
      </w:r>
    </w:p>
    <w:p>
      <w:r>
        <w:t>(8)国际组织颁发的实习3个月以上的实习证明/证书复印件（如有）。</w:t>
      </w:r>
    </w:p>
    <w:p>
      <w:r>
        <w:t>(9)入伍批准书及退出现役证复印件（如有）。</w:t>
      </w:r>
    </w:p>
    <w:p>
      <w:r>
        <w:t>以上材料各3份，提交材料同时扫描二维码加报名申请群，后期相关工作将于群内通知。</w:t>
      </w:r>
    </w:p>
    <w:p>
      <w:r>
        <w:t>（二）综合评价。9月6日至9月8日，学院组织专家审核小组审核学生材料，申请学生带原件参加现场答辩，专家审核小组对申请推免学生的学科竞赛获奖、科研成果进行审核鉴定，答辩结果公开公示。</w:t>
      </w:r>
    </w:p>
    <w:p>
      <w:r>
        <w:t>（三）遴选审议。9月8日，学院推免生遴选工作小组根据学院推免工作细则确定拟推荐名单及递补名单。</w:t>
      </w:r>
    </w:p>
    <w:p>
      <w:r>
        <w:t>（四）学院公示。9月9日至9月11日16:30,公示推免学生名单，公示期3天。</w:t>
      </w:r>
    </w:p>
    <w:p>
      <w:r>
        <w:t>（五）学院推荐。9月12日将推免学生名单及递补名单报学校。</w:t>
      </w:r>
    </w:p>
    <w:p>
      <w:r>
        <w:t>五、工作要求</w:t>
      </w:r>
    </w:p>
    <w:p>
      <w:r>
        <w:t>（一）坚持立德树人，确保遴选质量。坚持德智体美劳全面发展的衡量标准，以德为先，把学生思想品德考核作为推免生遴选的首要依据，注重对学生政治态度、思想表现、道德品质、科学精神、诚实守信、遵纪守法等方面的考查，思想品德考核不合格者不予推荐。</w:t>
      </w:r>
    </w:p>
    <w:p>
      <w:r>
        <w:t>（二）落实制度要求，确保程序规范。依照前期报送备案的推免工作实施细则精心组织、周密推进各项工作，从严审核学术专长，坚决落实回避制度。</w:t>
      </w:r>
    </w:p>
    <w:p>
      <w:r>
        <w:t>（三）加强信息公开，保障公平公正。做到信息公开，对推荐办法、排名规则、排名结果、推荐名单、申诉渠道等信息进行公示。</w:t>
      </w:r>
    </w:p>
    <w:p>
      <w:r>
        <w:t>电子与信息工程学院</w:t>
      </w:r>
    </w:p>
    <w:p>
      <w:r>
        <w:t>2025年9月3日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