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电子与信息工程学院拟推荐2026年优秀应届本科毕业生免试攻读研究生名单公示</w:t>
      </w:r>
    </w:p>
    <w:p>
      <w:r>
        <w:t>根据《苏州科技大学推荐2026年优秀应届本科毕业生免试攻读研究生工作实施方案》及《电子与信息工程学院推荐2026年优秀应届本科毕业生免试攻读研究生工作细则》，经学生本人申请，学院推免生遴选工作小组评审，现将学院2026届拟推荐免试攻读研究生结果公示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c>
          <w:tcPr>
            <w:tcW w:type="dxa" w:w="720"/>
          </w:tcPr>
          <w:p>
            <w:r>
              <w:t>序号</w:t>
            </w:r>
          </w:p>
        </w:tc>
        <w:tc>
          <w:tcPr>
            <w:tcW w:type="dxa" w:w="720"/>
          </w:tcPr>
          <w:p>
            <w:r>
              <w:t>专业名称</w:t>
            </w:r>
          </w:p>
        </w:tc>
        <w:tc>
          <w:tcPr>
            <w:tcW w:type="dxa" w:w="720"/>
          </w:tcPr>
          <w:p>
            <w:r>
              <w:t>学生姓名</w:t>
            </w:r>
          </w:p>
        </w:tc>
        <w:tc>
          <w:tcPr>
            <w:tcW w:type="dxa" w:w="720"/>
          </w:tcPr>
          <w:p>
            <w:r>
              <w:t>学号</w:t>
            </w:r>
          </w:p>
        </w:tc>
        <w:tc>
          <w:tcPr>
            <w:tcW w:type="dxa" w:w="720"/>
          </w:tcPr>
          <w:p>
            <w:r>
              <w:t>学业成绩专业排名名次</w:t>
            </w:r>
          </w:p>
        </w:tc>
        <w:tc>
          <w:tcPr>
            <w:tcW w:type="dxa" w:w="720"/>
          </w:tcPr>
          <w:p>
            <w:r>
              <w:t>专业人数</w:t>
            </w:r>
          </w:p>
        </w:tc>
        <w:tc>
          <w:tcPr>
            <w:tcW w:type="dxa" w:w="720"/>
          </w:tcPr>
          <w:p>
            <w:r>
              <w:t>思想品德考核</w:t>
            </w:r>
          </w:p>
        </w:tc>
        <w:tc>
          <w:tcPr>
            <w:tcW w:type="dxa" w:w="720"/>
          </w:tcPr>
          <w:p>
            <w:r>
              <w:t>学业成绩</w:t>
            </w:r>
          </w:p>
        </w:tc>
        <w:tc>
          <w:tcPr>
            <w:tcW w:type="dxa" w:w="720"/>
          </w:tcPr>
          <w:p>
            <w:r>
              <w:t>综合素质</w:t>
            </w:r>
          </w:p>
        </w:tc>
        <w:tc>
          <w:tcPr>
            <w:tcW w:type="dxa" w:w="720"/>
          </w:tcPr>
          <w:p>
            <w:r>
              <w:t>综合成绩</w:t>
            </w:r>
          </w:p>
        </w:tc>
        <w:tc>
          <w:tcPr>
            <w:tcW w:type="dxa" w:w="720"/>
          </w:tcPr>
          <w:p>
            <w:r>
              <w:t>综合成绩排名名次</w:t>
            </w:r>
          </w:p>
        </w:tc>
        <w:tc>
          <w:tcPr>
            <w:tcW w:type="dxa" w:w="720"/>
          </w:tcPr>
          <w:p>
            <w:r>
              <w:t>推荐结果（推荐/递补）</w:t>
            </w:r>
          </w:p>
        </w:tc>
      </w:tr>
      <w:tr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电子信息工程</w:t>
            </w:r>
          </w:p>
        </w:tc>
        <w:tc>
          <w:tcPr>
            <w:tcW w:type="dxa" w:w="720"/>
          </w:tcPr>
          <w:p>
            <w:r>
              <w:t>金鑫</w:t>
            </w:r>
          </w:p>
        </w:tc>
        <w:tc>
          <w:tcPr>
            <w:tcW w:type="dxa" w:w="720"/>
          </w:tcPr>
          <w:p>
            <w:r>
              <w:t>22200106104</w:t>
            </w:r>
          </w:p>
        </w:tc>
        <w:tc>
          <w:tcPr>
            <w:tcW w:type="dxa" w:w="720"/>
          </w:tcPr>
          <w:p>
            <w:r>
              <w:t>4</w:t>
            </w:r>
          </w:p>
        </w:tc>
        <w:tc>
          <w:tcPr>
            <w:tcW w:type="dxa" w:w="720"/>
          </w:tcPr>
          <w:p>
            <w:r>
              <w:t>82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89.64</w:t>
            </w:r>
          </w:p>
        </w:tc>
        <w:tc>
          <w:tcPr>
            <w:tcW w:type="dxa" w:w="720"/>
          </w:tcPr>
          <w:p>
            <w:r>
              <w:t>6.5</w:t>
            </w:r>
          </w:p>
        </w:tc>
        <w:tc>
          <w:tcPr>
            <w:tcW w:type="dxa" w:w="720"/>
          </w:tcPr>
          <w:p>
            <w:r>
              <w:t>73.01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电子信息工程</w:t>
            </w:r>
          </w:p>
        </w:tc>
        <w:tc>
          <w:tcPr>
            <w:tcW w:type="dxa" w:w="720"/>
          </w:tcPr>
          <w:p>
            <w:r>
              <w:t>张琦悦</w:t>
            </w:r>
          </w:p>
        </w:tc>
        <w:tc>
          <w:tcPr>
            <w:tcW w:type="dxa" w:w="720"/>
          </w:tcPr>
          <w:p>
            <w:r>
              <w:t>22200106101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82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90.89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72.71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720"/>
          </w:tcPr>
          <w:p>
            <w:r>
              <w:t>通信工程</w:t>
            </w:r>
          </w:p>
        </w:tc>
        <w:tc>
          <w:tcPr>
            <w:tcW w:type="dxa" w:w="720"/>
          </w:tcPr>
          <w:p>
            <w:r>
              <w:t>肖昊</w:t>
            </w:r>
          </w:p>
        </w:tc>
        <w:tc>
          <w:tcPr>
            <w:tcW w:type="dxa" w:w="720"/>
          </w:tcPr>
          <w:p>
            <w:r>
              <w:t>22200119217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79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88.23</w:t>
            </w:r>
          </w:p>
        </w:tc>
        <w:tc>
          <w:tcPr>
            <w:tcW w:type="dxa" w:w="720"/>
          </w:tcPr>
          <w:p>
            <w:r>
              <w:t>19.5</w:t>
            </w:r>
          </w:p>
        </w:tc>
        <w:tc>
          <w:tcPr>
            <w:tcW w:type="dxa" w:w="720"/>
          </w:tcPr>
          <w:p>
            <w:r>
              <w:t>74.48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4</w:t>
            </w:r>
          </w:p>
        </w:tc>
        <w:tc>
          <w:tcPr>
            <w:tcW w:type="dxa" w:w="720"/>
          </w:tcPr>
          <w:p>
            <w:r>
              <w:t>通信工程</w:t>
            </w:r>
          </w:p>
        </w:tc>
        <w:tc>
          <w:tcPr>
            <w:tcW w:type="dxa" w:w="720"/>
          </w:tcPr>
          <w:p>
            <w:r>
              <w:t>晋宁霞</w:t>
            </w:r>
          </w:p>
        </w:tc>
        <w:tc>
          <w:tcPr>
            <w:tcW w:type="dxa" w:w="720"/>
          </w:tcPr>
          <w:p>
            <w:r>
              <w:t>22200119205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79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88.32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70.66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递补1</w:t>
            </w:r>
          </w:p>
        </w:tc>
      </w:tr>
      <w:tr>
        <w:tc>
          <w:tcPr>
            <w:tcW w:type="dxa" w:w="720"/>
          </w:tcPr>
          <w:p>
            <w:r>
              <w:t>5</w:t>
            </w:r>
          </w:p>
        </w:tc>
        <w:tc>
          <w:tcPr>
            <w:tcW w:type="dxa" w:w="720"/>
          </w:tcPr>
          <w:p>
            <w:r>
              <w:t>通信工程</w:t>
            </w:r>
          </w:p>
        </w:tc>
        <w:tc>
          <w:tcPr>
            <w:tcW w:type="dxa" w:w="720"/>
          </w:tcPr>
          <w:p>
            <w:r>
              <w:t>周秋萍</w:t>
            </w:r>
          </w:p>
        </w:tc>
        <w:tc>
          <w:tcPr>
            <w:tcW w:type="dxa" w:w="720"/>
          </w:tcPr>
          <w:p>
            <w:r>
              <w:t>22200119203</w:t>
            </w:r>
          </w:p>
        </w:tc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720"/>
          </w:tcPr>
          <w:p>
            <w:r>
              <w:t>79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87.93</w:t>
            </w:r>
          </w:p>
        </w:tc>
        <w:tc>
          <w:tcPr>
            <w:tcW w:type="dxa" w:w="720"/>
          </w:tcPr>
          <w:p>
            <w:r>
              <w:t>0.6</w:t>
            </w:r>
          </w:p>
        </w:tc>
        <w:tc>
          <w:tcPr>
            <w:tcW w:type="dxa" w:w="720"/>
          </w:tcPr>
          <w:p>
            <w:r>
              <w:t>70.46</w:t>
            </w:r>
          </w:p>
        </w:tc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720"/>
          </w:tcPr>
          <w:p>
            <w:r>
              <w:t>递补2</w:t>
            </w:r>
          </w:p>
        </w:tc>
      </w:tr>
      <w:tr>
        <w:tc>
          <w:tcPr>
            <w:tcW w:type="dxa" w:w="720"/>
          </w:tcPr>
          <w:p>
            <w:r>
              <w:t>6</w:t>
            </w:r>
          </w:p>
        </w:tc>
        <w:tc>
          <w:tcPr>
            <w:tcW w:type="dxa" w:w="720"/>
          </w:tcPr>
          <w:p>
            <w:r>
              <w:t>计算机科学与技术</w:t>
            </w:r>
          </w:p>
        </w:tc>
        <w:tc>
          <w:tcPr>
            <w:tcW w:type="dxa" w:w="720"/>
          </w:tcPr>
          <w:p>
            <w:r>
              <w:t>韩守坤</w:t>
            </w:r>
          </w:p>
        </w:tc>
        <w:tc>
          <w:tcPr>
            <w:tcW w:type="dxa" w:w="720"/>
          </w:tcPr>
          <w:p>
            <w:r>
              <w:t>22200107210</w:t>
            </w:r>
          </w:p>
        </w:tc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720"/>
          </w:tcPr>
          <w:p>
            <w:r>
              <w:t>82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89.66</w:t>
            </w:r>
          </w:p>
        </w:tc>
        <w:tc>
          <w:tcPr>
            <w:tcW w:type="dxa" w:w="720"/>
          </w:tcPr>
          <w:p>
            <w:r>
              <w:t>40</w:t>
            </w:r>
          </w:p>
        </w:tc>
        <w:tc>
          <w:tcPr>
            <w:tcW w:type="dxa" w:w="720"/>
          </w:tcPr>
          <w:p>
            <w:r>
              <w:t>79.73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7</w:t>
            </w:r>
          </w:p>
        </w:tc>
        <w:tc>
          <w:tcPr>
            <w:tcW w:type="dxa" w:w="720"/>
          </w:tcPr>
          <w:p>
            <w:r>
              <w:t>计算机科学与技术</w:t>
            </w:r>
          </w:p>
        </w:tc>
        <w:tc>
          <w:tcPr>
            <w:tcW w:type="dxa" w:w="720"/>
          </w:tcPr>
          <w:p>
            <w:r>
              <w:t>朱远松</w:t>
            </w:r>
          </w:p>
        </w:tc>
        <w:tc>
          <w:tcPr>
            <w:tcW w:type="dxa" w:w="720"/>
          </w:tcPr>
          <w:p>
            <w:r>
              <w:t>21200125321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82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90.87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72.70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8</w:t>
            </w:r>
          </w:p>
        </w:tc>
        <w:tc>
          <w:tcPr>
            <w:tcW w:type="dxa" w:w="720"/>
          </w:tcPr>
          <w:p>
            <w:r>
              <w:t>计算机科学与技术</w:t>
            </w:r>
          </w:p>
        </w:tc>
        <w:tc>
          <w:tcPr>
            <w:tcW w:type="dxa" w:w="720"/>
          </w:tcPr>
          <w:p>
            <w:r>
              <w:t>马弘毅</w:t>
            </w:r>
          </w:p>
        </w:tc>
        <w:tc>
          <w:tcPr>
            <w:tcW w:type="dxa" w:w="720"/>
          </w:tcPr>
          <w:p>
            <w:r>
              <w:t>21200111131</w:t>
            </w:r>
          </w:p>
        </w:tc>
        <w:tc>
          <w:tcPr>
            <w:tcW w:type="dxa" w:w="720"/>
          </w:tcPr>
          <w:p>
            <w:r>
              <w:t>6</w:t>
            </w:r>
          </w:p>
        </w:tc>
        <w:tc>
          <w:tcPr>
            <w:tcW w:type="dxa" w:w="720"/>
          </w:tcPr>
          <w:p>
            <w:r>
              <w:t>82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88.15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70.52</w:t>
            </w:r>
          </w:p>
        </w:tc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720"/>
          </w:tcPr>
          <w:p>
            <w:r>
              <w:t>递补1</w:t>
            </w:r>
          </w:p>
        </w:tc>
      </w:tr>
      <w:tr>
        <w:tc>
          <w:tcPr>
            <w:tcW w:type="dxa" w:w="720"/>
          </w:tcPr>
          <w:p>
            <w:r>
              <w:t>9</w:t>
            </w:r>
          </w:p>
        </w:tc>
        <w:tc>
          <w:tcPr>
            <w:tcW w:type="dxa" w:w="720"/>
          </w:tcPr>
          <w:p>
            <w:r>
              <w:t>计算机科学与技术</w:t>
            </w:r>
          </w:p>
        </w:tc>
        <w:tc>
          <w:tcPr>
            <w:tcW w:type="dxa" w:w="720"/>
          </w:tcPr>
          <w:p>
            <w:r>
              <w:t>郁竹一</w:t>
            </w:r>
          </w:p>
        </w:tc>
        <w:tc>
          <w:tcPr>
            <w:tcW w:type="dxa" w:w="720"/>
          </w:tcPr>
          <w:p>
            <w:r>
              <w:t>22200107101</w:t>
            </w:r>
          </w:p>
        </w:tc>
        <w:tc>
          <w:tcPr>
            <w:tcW w:type="dxa" w:w="720"/>
          </w:tcPr>
          <w:p>
            <w:r>
              <w:t>11</w:t>
            </w:r>
          </w:p>
        </w:tc>
        <w:tc>
          <w:tcPr>
            <w:tcW w:type="dxa" w:w="720"/>
          </w:tcPr>
          <w:p>
            <w:r>
              <w:t>82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85.91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68.73</w:t>
            </w:r>
          </w:p>
        </w:tc>
        <w:tc>
          <w:tcPr>
            <w:tcW w:type="dxa" w:w="720"/>
          </w:tcPr>
          <w:p>
            <w:r>
              <w:t>4</w:t>
            </w:r>
          </w:p>
        </w:tc>
        <w:tc>
          <w:tcPr>
            <w:tcW w:type="dxa" w:w="720"/>
          </w:tcPr>
          <w:p>
            <w:r>
              <w:t>递补2</w:t>
            </w:r>
          </w:p>
        </w:tc>
      </w:tr>
      <w:tr>
        <w:tc>
          <w:tcPr>
            <w:tcW w:type="dxa" w:w="720"/>
          </w:tcPr>
          <w:p>
            <w:r>
              <w:t>10</w:t>
            </w:r>
          </w:p>
        </w:tc>
        <w:tc>
          <w:tcPr>
            <w:tcW w:type="dxa" w:w="720"/>
          </w:tcPr>
          <w:p>
            <w:r>
              <w:t>人工智能</w:t>
            </w:r>
          </w:p>
        </w:tc>
        <w:tc>
          <w:tcPr>
            <w:tcW w:type="dxa" w:w="720"/>
          </w:tcPr>
          <w:p>
            <w:r>
              <w:t>杨伊茹</w:t>
            </w:r>
          </w:p>
        </w:tc>
        <w:tc>
          <w:tcPr>
            <w:tcW w:type="dxa" w:w="720"/>
          </w:tcPr>
          <w:p>
            <w:r>
              <w:t>22200150103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76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90.16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72.13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11</w:t>
            </w:r>
          </w:p>
        </w:tc>
        <w:tc>
          <w:tcPr>
            <w:tcW w:type="dxa" w:w="720"/>
          </w:tcPr>
          <w:p>
            <w:r>
              <w:t>人工智能</w:t>
            </w:r>
          </w:p>
        </w:tc>
        <w:tc>
          <w:tcPr>
            <w:tcW w:type="dxa" w:w="720"/>
          </w:tcPr>
          <w:p>
            <w:r>
              <w:t>吴迪</w:t>
            </w:r>
          </w:p>
        </w:tc>
        <w:tc>
          <w:tcPr>
            <w:tcW w:type="dxa" w:w="720"/>
          </w:tcPr>
          <w:p>
            <w:r>
              <w:t>22200150104</w:t>
            </w:r>
          </w:p>
        </w:tc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720"/>
          </w:tcPr>
          <w:p>
            <w:r>
              <w:t>76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88.37</w:t>
            </w:r>
          </w:p>
        </w:tc>
        <w:tc>
          <w:tcPr>
            <w:tcW w:type="dxa" w:w="720"/>
          </w:tcPr>
          <w:p>
            <w:r>
              <w:t>0.9</w:t>
            </w:r>
          </w:p>
        </w:tc>
        <w:tc>
          <w:tcPr>
            <w:tcW w:type="dxa" w:w="720"/>
          </w:tcPr>
          <w:p>
            <w:r>
              <w:t>70.88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12</w:t>
            </w:r>
          </w:p>
        </w:tc>
        <w:tc>
          <w:tcPr>
            <w:tcW w:type="dxa" w:w="720"/>
          </w:tcPr>
          <w:p>
            <w:r>
              <w:t>人工智能</w:t>
            </w:r>
          </w:p>
        </w:tc>
        <w:tc>
          <w:tcPr>
            <w:tcW w:type="dxa" w:w="720"/>
          </w:tcPr>
          <w:p>
            <w:r>
              <w:t>杨秀秀</w:t>
            </w:r>
          </w:p>
        </w:tc>
        <w:tc>
          <w:tcPr>
            <w:tcW w:type="dxa" w:w="720"/>
          </w:tcPr>
          <w:p>
            <w:r>
              <w:t>21200111101</w:t>
            </w:r>
          </w:p>
        </w:tc>
        <w:tc>
          <w:tcPr>
            <w:tcW w:type="dxa" w:w="720"/>
          </w:tcPr>
          <w:p>
            <w:r>
              <w:t>5</w:t>
            </w:r>
          </w:p>
        </w:tc>
        <w:tc>
          <w:tcPr>
            <w:tcW w:type="dxa" w:w="720"/>
          </w:tcPr>
          <w:p>
            <w:r>
              <w:t>76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88.02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70.42</w:t>
            </w:r>
          </w:p>
        </w:tc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720"/>
          </w:tcPr>
          <w:p>
            <w:r>
              <w:t>递补1</w:t>
            </w:r>
          </w:p>
        </w:tc>
      </w:tr>
      <w:tr>
        <w:tc>
          <w:tcPr>
            <w:tcW w:type="dxa" w:w="720"/>
          </w:tcPr>
          <w:p>
            <w:r>
              <w:t>13</w:t>
            </w:r>
          </w:p>
        </w:tc>
        <w:tc>
          <w:tcPr>
            <w:tcW w:type="dxa" w:w="720"/>
          </w:tcPr>
          <w:p>
            <w:r>
              <w:t>人工智能</w:t>
            </w:r>
          </w:p>
        </w:tc>
        <w:tc>
          <w:tcPr>
            <w:tcW w:type="dxa" w:w="720"/>
          </w:tcPr>
          <w:p>
            <w:r>
              <w:t>谢宇婷</w:t>
            </w:r>
          </w:p>
        </w:tc>
        <w:tc>
          <w:tcPr>
            <w:tcW w:type="dxa" w:w="720"/>
          </w:tcPr>
          <w:p>
            <w:r>
              <w:t>22200150204</w:t>
            </w:r>
          </w:p>
        </w:tc>
        <w:tc>
          <w:tcPr>
            <w:tcW w:type="dxa" w:w="720"/>
          </w:tcPr>
          <w:p>
            <w:r>
              <w:t>6</w:t>
            </w:r>
          </w:p>
        </w:tc>
        <w:tc>
          <w:tcPr>
            <w:tcW w:type="dxa" w:w="720"/>
          </w:tcPr>
          <w:p>
            <w:r>
              <w:t>76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88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70.40</w:t>
            </w:r>
          </w:p>
        </w:tc>
        <w:tc>
          <w:tcPr>
            <w:tcW w:type="dxa" w:w="720"/>
          </w:tcPr>
          <w:p>
            <w:r>
              <w:t>4</w:t>
            </w:r>
          </w:p>
        </w:tc>
        <w:tc>
          <w:tcPr>
            <w:tcW w:type="dxa" w:w="720"/>
          </w:tcPr>
          <w:p>
            <w:r>
              <w:t>递补2</w:t>
            </w:r>
          </w:p>
        </w:tc>
      </w:tr>
      <w:tr>
        <w:tc>
          <w:tcPr>
            <w:tcW w:type="dxa" w:w="720"/>
          </w:tcPr>
          <w:p>
            <w:r>
              <w:t>14</w:t>
            </w:r>
          </w:p>
        </w:tc>
        <w:tc>
          <w:tcPr>
            <w:tcW w:type="dxa" w:w="720"/>
          </w:tcPr>
          <w:p>
            <w:r>
              <w:t>人工智能</w:t>
            </w:r>
          </w:p>
        </w:tc>
        <w:tc>
          <w:tcPr>
            <w:tcW w:type="dxa" w:w="720"/>
          </w:tcPr>
          <w:p>
            <w:r>
              <w:t>李诏</w:t>
            </w:r>
          </w:p>
        </w:tc>
        <w:tc>
          <w:tcPr>
            <w:tcW w:type="dxa" w:w="720"/>
          </w:tcPr>
          <w:p>
            <w:r>
              <w:t>22200150117</w:t>
            </w:r>
          </w:p>
        </w:tc>
        <w:tc>
          <w:tcPr>
            <w:tcW w:type="dxa" w:w="720"/>
          </w:tcPr>
          <w:p>
            <w:r>
              <w:t>7</w:t>
            </w:r>
          </w:p>
        </w:tc>
        <w:tc>
          <w:tcPr>
            <w:tcW w:type="dxa" w:w="720"/>
          </w:tcPr>
          <w:p>
            <w:r>
              <w:t>76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87.26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69.81</w:t>
            </w:r>
          </w:p>
        </w:tc>
        <w:tc>
          <w:tcPr>
            <w:tcW w:type="dxa" w:w="720"/>
          </w:tcPr>
          <w:p>
            <w:r>
              <w:t>5</w:t>
            </w:r>
          </w:p>
        </w:tc>
        <w:tc>
          <w:tcPr>
            <w:tcW w:type="dxa" w:w="720"/>
          </w:tcPr>
          <w:p>
            <w:r>
              <w:t>递补3</w:t>
            </w:r>
          </w:p>
        </w:tc>
      </w:tr>
      <w:tr>
        <w:tc>
          <w:tcPr>
            <w:tcW w:type="dxa" w:w="720"/>
          </w:tcPr>
          <w:p>
            <w:r>
              <w:t>15</w:t>
            </w:r>
          </w:p>
        </w:tc>
        <w:tc>
          <w:tcPr>
            <w:tcW w:type="dxa" w:w="720"/>
          </w:tcPr>
          <w:p>
            <w:r>
              <w:t>区块链工程</w:t>
            </w:r>
          </w:p>
        </w:tc>
        <w:tc>
          <w:tcPr>
            <w:tcW w:type="dxa" w:w="720"/>
          </w:tcPr>
          <w:p>
            <w:r>
              <w:t>秦磊成</w:t>
            </w:r>
          </w:p>
        </w:tc>
        <w:tc>
          <w:tcPr>
            <w:tcW w:type="dxa" w:w="720"/>
          </w:tcPr>
          <w:p>
            <w:r>
              <w:t>22200154216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71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86.61</w:t>
            </w:r>
          </w:p>
        </w:tc>
        <w:tc>
          <w:tcPr>
            <w:tcW w:type="dxa" w:w="720"/>
          </w:tcPr>
          <w:p>
            <w:r>
              <w:t>0.9</w:t>
            </w:r>
          </w:p>
        </w:tc>
        <w:tc>
          <w:tcPr>
            <w:tcW w:type="dxa" w:w="720"/>
          </w:tcPr>
          <w:p>
            <w:r>
              <w:t>69.47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16</w:t>
            </w:r>
          </w:p>
        </w:tc>
        <w:tc>
          <w:tcPr>
            <w:tcW w:type="dxa" w:w="720"/>
          </w:tcPr>
          <w:p>
            <w:r>
              <w:t>电气工程及其自动化</w:t>
            </w:r>
          </w:p>
        </w:tc>
        <w:tc>
          <w:tcPr>
            <w:tcW w:type="dxa" w:w="720"/>
          </w:tcPr>
          <w:p>
            <w:r>
              <w:t>徐凯</w:t>
            </w:r>
          </w:p>
        </w:tc>
        <w:tc>
          <w:tcPr>
            <w:tcW w:type="dxa" w:w="720"/>
          </w:tcPr>
          <w:p>
            <w:r>
              <w:t>22200117123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83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90.89</w:t>
            </w:r>
          </w:p>
        </w:tc>
        <w:tc>
          <w:tcPr>
            <w:tcW w:type="dxa" w:w="720"/>
          </w:tcPr>
          <w:p>
            <w:r>
              <w:t>17.5</w:t>
            </w:r>
          </w:p>
        </w:tc>
        <w:tc>
          <w:tcPr>
            <w:tcW w:type="dxa" w:w="720"/>
          </w:tcPr>
          <w:p>
            <w:r>
              <w:t>76.21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17</w:t>
            </w:r>
          </w:p>
        </w:tc>
        <w:tc>
          <w:tcPr>
            <w:tcW w:type="dxa" w:w="720"/>
          </w:tcPr>
          <w:p>
            <w:r>
              <w:t>电气工程及其自动化</w:t>
            </w:r>
          </w:p>
        </w:tc>
        <w:tc>
          <w:tcPr>
            <w:tcW w:type="dxa" w:w="720"/>
          </w:tcPr>
          <w:p>
            <w:r>
              <w:t>朱万焘</w:t>
            </w:r>
          </w:p>
        </w:tc>
        <w:tc>
          <w:tcPr>
            <w:tcW w:type="dxa" w:w="720"/>
          </w:tcPr>
          <w:p>
            <w:r>
              <w:t>22200117232</w:t>
            </w:r>
          </w:p>
        </w:tc>
        <w:tc>
          <w:tcPr>
            <w:tcW w:type="dxa" w:w="720"/>
          </w:tcPr>
          <w:p>
            <w:r>
              <w:t>9</w:t>
            </w:r>
          </w:p>
        </w:tc>
        <w:tc>
          <w:tcPr>
            <w:tcW w:type="dxa" w:w="720"/>
          </w:tcPr>
          <w:p>
            <w:r>
              <w:t>83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83.44</w:t>
            </w:r>
          </w:p>
        </w:tc>
        <w:tc>
          <w:tcPr>
            <w:tcW w:type="dxa" w:w="720"/>
          </w:tcPr>
          <w:p>
            <w:r>
              <w:t>10.5</w:t>
            </w:r>
          </w:p>
        </w:tc>
        <w:tc>
          <w:tcPr>
            <w:tcW w:type="dxa" w:w="720"/>
          </w:tcPr>
          <w:p>
            <w:r>
              <w:t>68.85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18</w:t>
            </w:r>
          </w:p>
        </w:tc>
        <w:tc>
          <w:tcPr>
            <w:tcW w:type="dxa" w:w="720"/>
          </w:tcPr>
          <w:p>
            <w:r>
              <w:t>建筑电气与智能化</w:t>
            </w:r>
          </w:p>
        </w:tc>
        <w:tc>
          <w:tcPr>
            <w:tcW w:type="dxa" w:w="720"/>
          </w:tcPr>
          <w:p>
            <w:r>
              <w:t>翟子豪</w:t>
            </w:r>
          </w:p>
        </w:tc>
        <w:tc>
          <w:tcPr>
            <w:tcW w:type="dxa" w:w="720"/>
          </w:tcPr>
          <w:p>
            <w:r>
              <w:t>22200124131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74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89.39</w:t>
            </w:r>
          </w:p>
        </w:tc>
        <w:tc>
          <w:tcPr>
            <w:tcW w:type="dxa" w:w="720"/>
          </w:tcPr>
          <w:p>
            <w:r>
              <w:t>1.5</w:t>
            </w:r>
          </w:p>
        </w:tc>
        <w:tc>
          <w:tcPr>
            <w:tcW w:type="dxa" w:w="720"/>
          </w:tcPr>
          <w:p>
            <w:r>
              <w:t>71.81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19</w:t>
            </w:r>
          </w:p>
        </w:tc>
        <w:tc>
          <w:tcPr>
            <w:tcW w:type="dxa" w:w="720"/>
          </w:tcPr>
          <w:p>
            <w:r>
              <w:t>建筑电气与智能化</w:t>
            </w:r>
          </w:p>
        </w:tc>
        <w:tc>
          <w:tcPr>
            <w:tcW w:type="dxa" w:w="720"/>
          </w:tcPr>
          <w:p>
            <w:r>
              <w:t>黄颖妍</w:t>
            </w:r>
          </w:p>
        </w:tc>
        <w:tc>
          <w:tcPr>
            <w:tcW w:type="dxa" w:w="720"/>
          </w:tcPr>
          <w:p>
            <w:r>
              <w:t>21200132203</w:t>
            </w:r>
          </w:p>
        </w:tc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720"/>
          </w:tcPr>
          <w:p>
            <w:r>
              <w:t>74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88.26</w:t>
            </w:r>
          </w:p>
        </w:tc>
        <w:tc>
          <w:tcPr>
            <w:tcW w:type="dxa" w:w="720"/>
          </w:tcPr>
          <w:p>
            <w:r>
              <w:t>1.5</w:t>
            </w:r>
          </w:p>
        </w:tc>
        <w:tc>
          <w:tcPr>
            <w:tcW w:type="dxa" w:w="720"/>
          </w:tcPr>
          <w:p>
            <w:r>
              <w:t>70.91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20</w:t>
            </w:r>
          </w:p>
        </w:tc>
        <w:tc>
          <w:tcPr>
            <w:tcW w:type="dxa" w:w="720"/>
          </w:tcPr>
          <w:p>
            <w:r>
              <w:t>建筑电气与智能化</w:t>
            </w:r>
          </w:p>
        </w:tc>
        <w:tc>
          <w:tcPr>
            <w:tcW w:type="dxa" w:w="720"/>
          </w:tcPr>
          <w:p>
            <w:r>
              <w:t>周子昊</w:t>
            </w:r>
          </w:p>
        </w:tc>
        <w:tc>
          <w:tcPr>
            <w:tcW w:type="dxa" w:w="720"/>
          </w:tcPr>
          <w:p>
            <w:r>
              <w:t>22200124210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74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88.32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70.66</w:t>
            </w:r>
          </w:p>
        </w:tc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720"/>
          </w:tcPr>
          <w:p>
            <w:r>
              <w:t>递补1</w:t>
            </w:r>
          </w:p>
        </w:tc>
      </w:tr>
      <w:tr>
        <w:tc>
          <w:tcPr>
            <w:tcW w:type="dxa" w:w="720"/>
          </w:tcPr>
          <w:p>
            <w:r>
              <w:t>21</w:t>
            </w:r>
          </w:p>
        </w:tc>
        <w:tc>
          <w:tcPr>
            <w:tcW w:type="dxa" w:w="720"/>
          </w:tcPr>
          <w:p>
            <w:r>
              <w:t>建筑电气与智能化</w:t>
            </w:r>
          </w:p>
        </w:tc>
        <w:tc>
          <w:tcPr>
            <w:tcW w:type="dxa" w:w="720"/>
          </w:tcPr>
          <w:p>
            <w:r>
              <w:t>田瑞</w:t>
            </w:r>
          </w:p>
        </w:tc>
        <w:tc>
          <w:tcPr>
            <w:tcW w:type="dxa" w:w="720"/>
          </w:tcPr>
          <w:p>
            <w:r>
              <w:t>22200124203</w:t>
            </w:r>
          </w:p>
        </w:tc>
        <w:tc>
          <w:tcPr>
            <w:tcW w:type="dxa" w:w="720"/>
          </w:tcPr>
          <w:p>
            <w:r>
              <w:t>7</w:t>
            </w:r>
          </w:p>
        </w:tc>
        <w:tc>
          <w:tcPr>
            <w:tcW w:type="dxa" w:w="720"/>
          </w:tcPr>
          <w:p>
            <w:r>
              <w:t>74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85.27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68.22</w:t>
            </w:r>
          </w:p>
        </w:tc>
        <w:tc>
          <w:tcPr>
            <w:tcW w:type="dxa" w:w="720"/>
          </w:tcPr>
          <w:p>
            <w:r>
              <w:t>4</w:t>
            </w:r>
          </w:p>
        </w:tc>
        <w:tc>
          <w:tcPr>
            <w:tcW w:type="dxa" w:w="720"/>
          </w:tcPr>
          <w:p>
            <w:r>
              <w:t>递补2</w:t>
            </w:r>
          </w:p>
        </w:tc>
      </w:tr>
    </w:tbl>
    <w:p>
      <w:r>
        <w:t>公示时间：2025年9月9日-9月1 1日</w:t>
      </w:r>
    </w:p>
    <w:p>
      <w:r>
        <w:t>如对上述评选结果有异议，可以通过来电、来访等形式于9月1 1日下午16：00时前向电子与信息工程学院反映（联系人：黄珊，联系电话：18912846219，邮箱：huangshanwuxi@163.com）</w:t>
      </w:r>
    </w:p>
    <w:p>
      <w:r>
        <w:t>电子与信息工程学院</w:t>
      </w:r>
    </w:p>
    <w:p>
      <w:r>
        <w:t>2025年9月9日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