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苏州科技大学环境科学与工程学院推荐2027年优秀应届本科毕业生免试攻读研究生工作细则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组长：李大鹏、潘杨</w:t>
      </w:r>
    </w:p>
    <w:p>
      <w:r>
        <w:t>成员：钱飞跃、顾银君、杨洁、王慧利、赵海谦、陈一重、陈志俊</w:t>
      </w:r>
    </w:p>
    <w:p>
      <w:r>
        <w:t>咨询电话：68095302申诉电话：68099617邮箱：793792505@qq.com</w:t>
      </w:r>
    </w:p>
    <w:p>
      <w:r>
        <w:t>二、名额分配</w:t>
      </w:r>
    </w:p>
    <w:p>
      <w:r>
        <w:t>学院推免生遴选总名额为20名，各专业名额分配如下：环境工程6名；环境科学4名；给排水科学与工程专业4名；建筑环境与能源应用工程4名；环境生态工程2名。若部分专业申报人数少于其分配名额，剩余名额将优先调配至国家级一流本科专业建设点，统筹使用。</w:t>
      </w:r>
    </w:p>
    <w:p>
      <w:r>
        <w:t>三、申请报名条件</w:t>
      </w:r>
    </w:p>
    <w:p>
      <w:r>
        <w:t>申请者须满足学校规定的遴选基本条件。</w:t>
      </w:r>
    </w:p>
    <w:p>
      <w:r>
        <w:t>四、申请受理时间、地点</w:t>
      </w:r>
    </w:p>
    <w:p>
      <w:r>
        <w:t>截止时间：9月2日16 : 00之前，提交纸质报名申请表及相关材料。</w:t>
      </w:r>
    </w:p>
    <w:p>
      <w:r>
        <w:t>受理地点：石湖校区环境学院A401室</w:t>
      </w:r>
    </w:p>
    <w:p>
      <w:r>
        <w:t>受理人员：陈志俊老师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环境科学与工程学院</w:t>
      </w:r>
    </w:p>
    <w:p>
      <w:r>
        <w:t>日期：2026年8月30日</w:t>
      </w:r>
    </w:p>
    <w:p>
      <w:r>
        <w:t>附件1:环境科学与工程学院推免生综合素质单项分值设置表</w:t>
      </w:r>
    </w:p>
    <w:p>
      <w:r>
        <w:t>附件2：环境科学与工程学院推荐2027届优秀应届本科毕业生免试攻读研究生课程清单</w:t>
      </w:r>
    </w:p>
    <w:p>
      <w:r>
        <w:t>附件1环境科学与工程学院推免生综合素质单项分值设置表（2027）</w:t>
      </w:r>
    </w:p>
    <w:tbl>
      <w:tblPr>
        <w:tblStyle w:val="TableGrid"/>
        <w:tblW w:type="auto" w:w="0"/>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tcPr>
          <w:p>
            <w:r>
              <w:t>类别</w:t>
            </w:r>
          </w:p>
        </w:tc>
        <w:tc>
          <w:tcPr>
            <w:tcW w:type="dxa" w:w="665"/>
          </w:tcPr>
          <w:p>
            <w:r>
              <w:t>项目等级</w:t>
            </w:r>
          </w:p>
        </w:tc>
        <w:tc>
          <w:tcPr>
            <w:tcW w:type="dxa" w:w="665"/>
          </w:tcPr>
          <w:p>
            <w:r>
              <w:t>第一等次</w:t>
            </w:r>
          </w:p>
        </w:tc>
        <w:tc>
          <w:tcPr>
            <w:tcW w:type="dxa" w:w="665"/>
          </w:tcPr>
          <w:p>
            <w:r>
              <w:t>第二等次</w:t>
            </w:r>
          </w:p>
        </w:tc>
        <w:tc>
          <w:tcPr>
            <w:tcW w:type="dxa" w:w="665"/>
          </w:tcPr>
          <w:p>
            <w:r>
              <w:t>第三等次</w:t>
            </w:r>
          </w:p>
        </w:tc>
        <w:tc>
          <w:tcPr>
            <w:tcW w:type="dxa" w:w="665"/>
          </w:tcPr>
          <w:p>
            <w:r>
              <w:t>第四等次</w:t>
            </w:r>
          </w:p>
        </w:tc>
        <w:tc>
          <w:tcPr>
            <w:tcW w:type="dxa" w:w="665"/>
          </w:tcPr>
          <w:p>
            <w:r>
              <w:t>备注</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学科竞赛(不超过40分)</w:t>
            </w:r>
          </w:p>
        </w:tc>
        <w:tc>
          <w:tcPr>
            <w:tcW w:type="dxa" w:w="665"/>
          </w:tcPr>
          <w:p>
            <w:r>
              <w:t>I甲</w:t>
            </w:r>
          </w:p>
        </w:tc>
        <w:tc>
          <w:tcPr>
            <w:tcW w:type="dxa" w:w="665"/>
          </w:tcPr>
          <w:p>
            <w:r>
              <w:t>40</w:t>
            </w:r>
          </w:p>
        </w:tc>
        <w:tc>
          <w:tcPr>
            <w:tcW w:type="dxa" w:w="665"/>
          </w:tcPr>
          <w:p>
            <w:r>
              <w:t>30</w:t>
            </w:r>
          </w:p>
        </w:tc>
        <w:tc>
          <w:tcPr>
            <w:tcW w:type="dxa" w:w="665"/>
          </w:tcPr>
          <w:p>
            <w:r>
              <w:t>15</w:t>
            </w:r>
          </w:p>
        </w:tc>
        <w:tc>
          <w:tcPr>
            <w:tcW w:type="dxa" w:w="665"/>
          </w:tcPr>
          <w:p>
            <w:r>
              <w:t>5</w:t>
            </w:r>
          </w:p>
        </w:tc>
        <w:tc>
          <w:tcPr>
            <w:tcW w:type="dxa" w:w="665"/>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I乙</w:t>
            </w:r>
          </w:p>
        </w:tc>
        <w:tc>
          <w:tcPr>
            <w:tcW w:type="dxa" w:w="665"/>
          </w:tcPr>
          <w:p>
            <w:r>
              <w:t>15</w:t>
            </w:r>
          </w:p>
        </w:tc>
        <w:tc>
          <w:tcPr>
            <w:tcW w:type="dxa" w:w="665"/>
          </w:tcPr>
          <w:p>
            <w:r>
              <w:t>10</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科研成果(不超过40分)</w:t>
            </w:r>
          </w:p>
        </w:tc>
        <w:tc>
          <w:tcPr>
            <w:tcW w:type="dxa" w:w="665"/>
          </w:tcPr>
          <w:p>
            <w:r>
              <w:t>学业相关科研论文</w:t>
            </w:r>
          </w:p>
        </w:tc>
        <w:tc>
          <w:tcPr>
            <w:tcW w:type="dxa" w:w="665"/>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限欧美、日韩发达国家）参照执行，标准不得低于中国发明专利。核心期刊认定详见《苏州科技大学核心期刊目录（2021修订）》。（2）发明专利不得超过10分。须提供相关专利授权书。</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一类权威核心</w:t>
            </w:r>
          </w:p>
        </w:tc>
        <w:tc>
          <w:tcPr>
            <w:tcW w:type="dxa" w:w="665"/>
          </w:tcPr>
          <w:p>
            <w:r>
              <w:t>一类核心</w:t>
            </w:r>
          </w:p>
        </w:tc>
        <w:tc>
          <w:tcPr>
            <w:tcW w:type="dxa" w:w="665"/>
          </w:tcPr>
          <w:p>
            <w:r>
              <w:t>二类核心</w:t>
            </w:r>
          </w:p>
        </w:tc>
        <w:tc>
          <w:tcPr>
            <w:tcW w:type="dxa" w:w="665"/>
          </w:tcPr>
          <w:p>
            <w:r>
              <w:t>三类核心</w:t>
            </w:r>
          </w:p>
        </w:tc>
        <w:tc>
          <w:tcPr>
            <w:tcW w:type="dxa" w:w="665"/>
          </w:tcPr>
          <w:p>
            <w:r>
              <w:t>四类核心</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40/篇</w:t>
            </w:r>
          </w:p>
        </w:tc>
        <w:tc>
          <w:tcPr>
            <w:tcW w:type="dxa" w:w="665"/>
          </w:tcPr>
          <w:p>
            <w:r>
              <w:t>20/篇</w:t>
            </w:r>
          </w:p>
        </w:tc>
        <w:tc>
          <w:tcPr>
            <w:tcW w:type="dxa" w:w="665"/>
          </w:tcPr>
          <w:p>
            <w:r>
              <w:t>10/篇</w:t>
            </w:r>
          </w:p>
        </w:tc>
        <w:tc>
          <w:tcPr>
            <w:tcW w:type="dxa" w:w="665"/>
          </w:tcPr>
          <w:p>
            <w:r>
              <w:t>5/篇</w:t>
            </w:r>
          </w:p>
        </w:tc>
        <w:tc>
          <w:tcPr>
            <w:tcW w:type="dxa" w:w="665"/>
          </w:tcPr>
          <w:p>
            <w:r>
              <w:t>3/篇</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专利成果</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授权国际专利（限发达国家）</w:t>
            </w:r>
          </w:p>
        </w:tc>
        <w:tc>
          <w:tcPr>
            <w:tcW w:type="dxa" w:w="665"/>
          </w:tcPr>
          <w:p>
            <w:r>
              <w:t>授权中国发明专利</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10/项</w:t>
            </w:r>
          </w:p>
        </w:tc>
        <w:tc>
          <w:tcPr>
            <w:tcW w:type="dxa" w:w="665"/>
          </w:tcPr>
          <w:p>
            <w:r>
              <w:t>6/项</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志愿服务(不超过10分)</w:t>
            </w:r>
          </w:p>
        </w:tc>
        <w:tc>
          <w:tcPr>
            <w:tcW w:type="dxa" w:w="665"/>
          </w:tcPr>
          <w:p>
            <w:r>
              <w:t>等级</w:t>
            </w:r>
          </w:p>
        </w:tc>
        <w:tc>
          <w:tcPr>
            <w:tcW w:type="dxa" w:w="665"/>
          </w:tcPr>
          <w:p>
            <w:r>
              <w:t>第一等次</w:t>
            </w:r>
          </w:p>
        </w:tc>
        <w:tc>
          <w:tcPr>
            <w:tcW w:type="dxa" w:w="665"/>
          </w:tcPr>
          <w:p>
            <w:r>
              <w:t>第二等次</w:t>
            </w:r>
          </w:p>
        </w:tc>
        <w:tc>
          <w:tcPr>
            <w:tcW w:type="dxa" w:w="665"/>
          </w:tcPr>
          <w:p>
            <w:r>
              <w:t>第三等次</w:t>
            </w:r>
          </w:p>
        </w:tc>
        <w:tc>
          <w:tcPr>
            <w:tcW w:type="dxa" w:w="665"/>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国家级</w:t>
            </w:r>
          </w:p>
        </w:tc>
        <w:tc>
          <w:tcPr>
            <w:tcW w:type="dxa" w:w="665"/>
          </w:tcPr>
          <w:p>
            <w:r>
              <w:t>10</w:t>
            </w:r>
          </w:p>
        </w:tc>
        <w:tc>
          <w:tcPr>
            <w:tcW w:type="dxa" w:w="665"/>
          </w:tcPr>
          <w:p>
            <w:r>
              <w:t>7</w:t>
            </w:r>
          </w:p>
        </w:tc>
        <w:tc>
          <w:tcPr>
            <w:tcW w:type="dxa" w:w="665"/>
          </w:tcPr>
          <w:p>
            <w:r>
              <w:t>5</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省部级</w:t>
            </w:r>
          </w:p>
        </w:tc>
        <w:tc>
          <w:tcPr>
            <w:tcW w:type="dxa" w:w="665"/>
          </w:tcPr>
          <w:p>
            <w:r>
              <w:t>5</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到国际组织实习（不超过5分）</w:t>
            </w:r>
          </w:p>
        </w:tc>
        <w:tc>
          <w:tcPr>
            <w:tcW w:type="dxa" w:w="665"/>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参军入伍服兵役（不超过5分）</w:t>
            </w:r>
          </w:p>
        </w:tc>
        <w:tc>
          <w:tcPr>
            <w:tcW w:type="dxa" w:w="665"/>
          </w:tcPr>
          <w:p>
            <w:r>
              <w:t>须提供入伍批准书及退出现役证。</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环境工程</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环境基础化学(一)</w:t>
            </w:r>
          </w:p>
        </w:tc>
        <w:tc>
          <w:tcPr>
            <w:tcW w:type="dxa" w:w="1080"/>
          </w:tcPr>
          <w:p>
            <w:r>
              <w:t>2ES11801</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6</w:t>
            </w:r>
          </w:p>
        </w:tc>
        <w:tc>
          <w:tcPr>
            <w:tcW w:type="dxa" w:w="1080"/>
          </w:tcPr>
          <w:p>
            <w:r>
              <w:t>环境学基础</w:t>
            </w:r>
          </w:p>
        </w:tc>
        <w:tc>
          <w:tcPr>
            <w:tcW w:type="dxa" w:w="1080"/>
          </w:tcPr>
          <w:p>
            <w:r>
              <w:t>2ES21801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7</w:t>
            </w:r>
          </w:p>
        </w:tc>
        <w:tc>
          <w:tcPr>
            <w:tcW w:type="dxa" w:w="1080"/>
          </w:tcPr>
          <w:p>
            <w:r>
              <w:t>环境科学与工程导论</w:t>
            </w:r>
          </w:p>
        </w:tc>
        <w:tc>
          <w:tcPr>
            <w:tcW w:type="dxa" w:w="1080"/>
          </w:tcPr>
          <w:p>
            <w:r>
              <w:t>2ES21806</w:t>
            </w:r>
          </w:p>
        </w:tc>
        <w:tc>
          <w:tcPr>
            <w:tcW w:type="dxa" w:w="1080"/>
          </w:tcPr>
          <w:p>
            <w:r>
              <w:t>1.0</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8</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环境基础化学(二)</w:t>
            </w:r>
          </w:p>
        </w:tc>
        <w:tc>
          <w:tcPr>
            <w:tcW w:type="dxa" w:w="1080"/>
          </w:tcPr>
          <w:p>
            <w:r>
              <w:t>2ES11802</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2</w:t>
            </w:r>
          </w:p>
        </w:tc>
      </w:tr>
      <w:tr>
        <w:tc>
          <w:tcPr>
            <w:tcW w:type="dxa" w:w="1080"/>
          </w:tcPr>
          <w:p>
            <w:r>
              <w:t>17</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工程制图实践</w:t>
            </w:r>
          </w:p>
        </w:tc>
        <w:tc>
          <w:tcPr>
            <w:tcW w:type="dxa" w:w="1080"/>
          </w:tcPr>
          <w:p>
            <w:r>
              <w:t>2ME21007</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19</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23</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24</w:t>
            </w:r>
          </w:p>
        </w:tc>
        <w:tc>
          <w:tcPr>
            <w:tcW w:type="dxa" w:w="1080"/>
          </w:tcPr>
          <w:p>
            <w:r>
              <w:t>工程力学C(一)</w:t>
            </w:r>
          </w:p>
        </w:tc>
        <w:tc>
          <w:tcPr>
            <w:tcW w:type="dxa" w:w="1080"/>
          </w:tcPr>
          <w:p>
            <w:r>
              <w:t>2CE21005</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工程力学C(二)</w:t>
            </w:r>
          </w:p>
        </w:tc>
        <w:tc>
          <w:tcPr>
            <w:tcW w:type="dxa" w:w="1080"/>
          </w:tcPr>
          <w:p>
            <w:r>
              <w:t>2CE21006</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26</w:t>
            </w:r>
          </w:p>
        </w:tc>
        <w:tc>
          <w:tcPr>
            <w:tcW w:type="dxa" w:w="1080"/>
          </w:tcPr>
          <w:p>
            <w:r>
              <w:t>电工技术</w:t>
            </w:r>
          </w:p>
        </w:tc>
        <w:tc>
          <w:tcPr>
            <w:tcW w:type="dxa" w:w="1080"/>
          </w:tcPr>
          <w:p>
            <w:r>
              <w:t>2EI21199</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27</w:t>
            </w:r>
          </w:p>
        </w:tc>
        <w:tc>
          <w:tcPr>
            <w:tcW w:type="dxa" w:w="1080"/>
          </w:tcPr>
          <w:p>
            <w:r>
              <w:t>环境工程微生物学</w:t>
            </w:r>
          </w:p>
        </w:tc>
        <w:tc>
          <w:tcPr>
            <w:tcW w:type="dxa" w:w="1080"/>
          </w:tcPr>
          <w:p>
            <w:r>
              <w:t>2ES11101</w:t>
            </w:r>
          </w:p>
        </w:tc>
        <w:tc>
          <w:tcPr>
            <w:tcW w:type="dxa" w:w="1080"/>
          </w:tcPr>
          <w:p>
            <w:r>
              <w:t>2.5</w:t>
            </w:r>
          </w:p>
        </w:tc>
        <w:tc>
          <w:tcPr>
            <w:tcW w:type="dxa" w:w="1080"/>
          </w:tcPr>
          <w:p>
            <w:r>
              <w:t>通识必修课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28</w:t>
            </w:r>
          </w:p>
        </w:tc>
        <w:tc>
          <w:tcPr>
            <w:tcW w:type="dxa" w:w="1080"/>
          </w:tcPr>
          <w:p>
            <w:r>
              <w:t>环境分析化学A</w:t>
            </w:r>
          </w:p>
        </w:tc>
        <w:tc>
          <w:tcPr>
            <w:tcW w:type="dxa" w:w="1080"/>
          </w:tcPr>
          <w:p>
            <w:r>
              <w:t>2ES11803</w:t>
            </w:r>
          </w:p>
        </w:tc>
        <w:tc>
          <w:tcPr>
            <w:tcW w:type="dxa" w:w="1080"/>
          </w:tcPr>
          <w:p>
            <w:r>
              <w:t>3</w:t>
            </w:r>
          </w:p>
        </w:tc>
        <w:tc>
          <w:tcPr>
            <w:tcW w:type="dxa" w:w="1080"/>
          </w:tcPr>
          <w:p>
            <w:r>
              <w:t>通识必修课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29</w:t>
            </w:r>
          </w:p>
        </w:tc>
        <w:tc>
          <w:tcPr>
            <w:tcW w:type="dxa" w:w="1080"/>
          </w:tcPr>
          <w:p>
            <w:r>
              <w:t>环境工程计算机辅助设计(CAD)</w:t>
            </w:r>
          </w:p>
        </w:tc>
        <w:tc>
          <w:tcPr>
            <w:tcW w:type="dxa" w:w="1080"/>
          </w:tcPr>
          <w:p>
            <w:r>
              <w:t>2ES21101</w:t>
            </w:r>
          </w:p>
        </w:tc>
        <w:tc>
          <w:tcPr>
            <w:tcW w:type="dxa" w:w="1080"/>
          </w:tcPr>
          <w:p>
            <w:r>
              <w:t>1</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30</w:t>
            </w:r>
          </w:p>
        </w:tc>
        <w:tc>
          <w:tcPr>
            <w:tcW w:type="dxa" w:w="1080"/>
          </w:tcPr>
          <w:p>
            <w:r>
              <w:t>环境系统分析C</w:t>
            </w:r>
          </w:p>
        </w:tc>
        <w:tc>
          <w:tcPr>
            <w:tcW w:type="dxa" w:w="1080"/>
          </w:tcPr>
          <w:p>
            <w:r>
              <w:t>2ES21102</w:t>
            </w:r>
          </w:p>
        </w:tc>
        <w:tc>
          <w:tcPr>
            <w:tcW w:type="dxa" w:w="1080"/>
          </w:tcPr>
          <w:p>
            <w:r>
              <w:t>1.5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31</w:t>
            </w:r>
          </w:p>
        </w:tc>
        <w:tc>
          <w:tcPr>
            <w:tcW w:type="dxa" w:w="1080"/>
          </w:tcPr>
          <w:p>
            <w:r>
              <w:t>劳动教育实践</w:t>
            </w:r>
          </w:p>
        </w:tc>
        <w:tc>
          <w:tcPr>
            <w:tcW w:type="dxa" w:w="1080"/>
          </w:tcPr>
          <w:p>
            <w:r>
              <w:t>2ES21805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32</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38</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39</w:t>
            </w:r>
          </w:p>
        </w:tc>
        <w:tc>
          <w:tcPr>
            <w:tcW w:type="dxa" w:w="1080"/>
          </w:tcPr>
          <w:p>
            <w:r>
              <w:t>土建工程基础B</w:t>
            </w:r>
          </w:p>
        </w:tc>
        <w:tc>
          <w:tcPr>
            <w:tcW w:type="dxa" w:w="1080"/>
          </w:tcPr>
          <w:p>
            <w:r>
              <w:t>2CE21902</w:t>
            </w:r>
          </w:p>
        </w:tc>
        <w:tc>
          <w:tcPr>
            <w:tcW w:type="dxa" w:w="1080"/>
          </w:tcPr>
          <w:p>
            <w:r>
              <w:t>1.5</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40</w:t>
            </w:r>
          </w:p>
        </w:tc>
        <w:tc>
          <w:tcPr>
            <w:tcW w:type="dxa" w:w="1080"/>
          </w:tcPr>
          <w:p>
            <w:r>
              <w:t>环境工程原理A</w:t>
            </w:r>
          </w:p>
        </w:tc>
        <w:tc>
          <w:tcPr>
            <w:tcW w:type="dxa" w:w="1080"/>
          </w:tcPr>
          <w:p>
            <w:r>
              <w:t>2ES21103</w:t>
            </w:r>
          </w:p>
        </w:tc>
        <w:tc>
          <w:tcPr>
            <w:tcW w:type="dxa" w:w="1080"/>
          </w:tcPr>
          <w:p>
            <w:r>
              <w:t>3.5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41</w:t>
            </w:r>
          </w:p>
        </w:tc>
        <w:tc>
          <w:tcPr>
            <w:tcW w:type="dxa" w:w="1080"/>
          </w:tcPr>
          <w:p>
            <w:r>
              <w:t>环境规划与管理</w:t>
            </w:r>
          </w:p>
        </w:tc>
        <w:tc>
          <w:tcPr>
            <w:tcW w:type="dxa" w:w="1080"/>
          </w:tcPr>
          <w:p>
            <w:r>
              <w:t>2ES21104</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42</w:t>
            </w:r>
          </w:p>
        </w:tc>
        <w:tc>
          <w:tcPr>
            <w:tcW w:type="dxa" w:w="1080"/>
          </w:tcPr>
          <w:p>
            <w:r>
              <w:t>环境监测A</w:t>
            </w:r>
          </w:p>
        </w:tc>
        <w:tc>
          <w:tcPr>
            <w:tcW w:type="dxa" w:w="1080"/>
          </w:tcPr>
          <w:p>
            <w:r>
              <w:t>2ES21105</w:t>
            </w:r>
          </w:p>
        </w:tc>
        <w:tc>
          <w:tcPr>
            <w:tcW w:type="dxa" w:w="1080"/>
          </w:tcPr>
          <w:p>
            <w:r>
              <w:t>3</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43</w:t>
            </w:r>
          </w:p>
        </w:tc>
        <w:tc>
          <w:tcPr>
            <w:tcW w:type="dxa" w:w="1080"/>
          </w:tcPr>
          <w:p>
            <w:r>
              <w:t>环境影响评价B</w:t>
            </w:r>
          </w:p>
        </w:tc>
        <w:tc>
          <w:tcPr>
            <w:tcW w:type="dxa" w:w="1080"/>
          </w:tcPr>
          <w:p>
            <w:r>
              <w:t>2ES21106</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44</w:t>
            </w:r>
          </w:p>
        </w:tc>
        <w:tc>
          <w:tcPr>
            <w:tcW w:type="dxa" w:w="1080"/>
          </w:tcPr>
          <w:p>
            <w:r>
              <w:t>生态工程</w:t>
            </w:r>
          </w:p>
        </w:tc>
        <w:tc>
          <w:tcPr>
            <w:tcW w:type="dxa" w:w="1080"/>
          </w:tcPr>
          <w:p>
            <w:r>
              <w:t>2ES21107</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45</w:t>
            </w:r>
          </w:p>
        </w:tc>
        <w:tc>
          <w:tcPr>
            <w:tcW w:type="dxa" w:w="1080"/>
          </w:tcPr>
          <w:p>
            <w:r>
              <w:t>环境影响评价课程设计B</w:t>
            </w:r>
          </w:p>
        </w:tc>
        <w:tc>
          <w:tcPr>
            <w:tcW w:type="dxa" w:w="1080"/>
          </w:tcPr>
          <w:p>
            <w:r>
              <w:t>2ES21119</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46</w:t>
            </w:r>
          </w:p>
        </w:tc>
        <w:tc>
          <w:tcPr>
            <w:tcW w:type="dxa" w:w="1080"/>
          </w:tcPr>
          <w:p>
            <w:r>
              <w:t>流体力学A</w:t>
            </w:r>
          </w:p>
        </w:tc>
        <w:tc>
          <w:tcPr>
            <w:tcW w:type="dxa" w:w="1080"/>
          </w:tcPr>
          <w:p>
            <w:r>
              <w:t>2ES21803</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49</w:t>
            </w:r>
          </w:p>
        </w:tc>
        <w:tc>
          <w:tcPr>
            <w:tcW w:type="dxa" w:w="1080"/>
          </w:tcPr>
          <w:p>
            <w:r>
              <w:t>大气污染控制工程(一)</w:t>
            </w:r>
          </w:p>
        </w:tc>
        <w:tc>
          <w:tcPr>
            <w:tcW w:type="dxa" w:w="1080"/>
          </w:tcPr>
          <w:p>
            <w:r>
              <w:t>2ES21108</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50</w:t>
            </w:r>
          </w:p>
        </w:tc>
        <w:tc>
          <w:tcPr>
            <w:tcW w:type="dxa" w:w="1080"/>
          </w:tcPr>
          <w:p>
            <w:r>
              <w:t>工程技术经济与管理</w:t>
            </w:r>
          </w:p>
        </w:tc>
        <w:tc>
          <w:tcPr>
            <w:tcW w:type="dxa" w:w="1080"/>
          </w:tcPr>
          <w:p>
            <w:r>
              <w:t>2ES21109</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51</w:t>
            </w:r>
          </w:p>
        </w:tc>
        <w:tc>
          <w:tcPr>
            <w:tcW w:type="dxa" w:w="1080"/>
          </w:tcPr>
          <w:p>
            <w:r>
              <w:t>固体废物处理与处置</w:t>
            </w:r>
          </w:p>
        </w:tc>
        <w:tc>
          <w:tcPr>
            <w:tcW w:type="dxa" w:w="1080"/>
          </w:tcPr>
          <w:p>
            <w:r>
              <w:t>2ES21110</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52</w:t>
            </w:r>
          </w:p>
        </w:tc>
        <w:tc>
          <w:tcPr>
            <w:tcW w:type="dxa" w:w="1080"/>
          </w:tcPr>
          <w:p>
            <w:r>
              <w:t>水污染控制工程(一)</w:t>
            </w:r>
          </w:p>
        </w:tc>
        <w:tc>
          <w:tcPr>
            <w:tcW w:type="dxa" w:w="1080"/>
          </w:tcPr>
          <w:p>
            <w:r>
              <w:t>2ES21111</w:t>
            </w:r>
          </w:p>
        </w:tc>
        <w:tc>
          <w:tcPr>
            <w:tcW w:type="dxa" w:w="1080"/>
          </w:tcPr>
          <w:p>
            <w:r>
              <w:t>4</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53</w:t>
            </w:r>
          </w:p>
        </w:tc>
        <w:tc>
          <w:tcPr>
            <w:tcW w:type="dxa" w:w="1080"/>
          </w:tcPr>
          <w:p>
            <w:r>
              <w:t>物理性污染控制工程</w:t>
            </w:r>
          </w:p>
        </w:tc>
        <w:tc>
          <w:tcPr>
            <w:tcW w:type="dxa" w:w="1080"/>
          </w:tcPr>
          <w:p>
            <w:r>
              <w:t>2ES21112</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54</w:t>
            </w:r>
          </w:p>
        </w:tc>
        <w:tc>
          <w:tcPr>
            <w:tcW w:type="dxa" w:w="1080"/>
          </w:tcPr>
          <w:p>
            <w:r>
              <w:t>固体废物处理课程设计</w:t>
            </w:r>
          </w:p>
        </w:tc>
        <w:tc>
          <w:tcPr>
            <w:tcW w:type="dxa" w:w="1080"/>
          </w:tcPr>
          <w:p>
            <w:r>
              <w:t>2ES21120</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55</w:t>
            </w:r>
          </w:p>
        </w:tc>
        <w:tc>
          <w:tcPr>
            <w:tcW w:type="dxa" w:w="1080"/>
          </w:tcPr>
          <w:p>
            <w:r>
              <w:t>认识实习</w:t>
            </w:r>
          </w:p>
        </w:tc>
        <w:tc>
          <w:tcPr>
            <w:tcW w:type="dxa" w:w="1080"/>
          </w:tcPr>
          <w:p>
            <w:r>
              <w:t>2ES21121</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56</w:t>
            </w:r>
          </w:p>
        </w:tc>
        <w:tc>
          <w:tcPr>
            <w:tcW w:type="dxa" w:w="1080"/>
          </w:tcPr>
          <w:p>
            <w:r>
              <w:t>物理性污染控制工程课程设计</w:t>
            </w:r>
          </w:p>
        </w:tc>
        <w:tc>
          <w:tcPr>
            <w:tcW w:type="dxa" w:w="1080"/>
          </w:tcPr>
          <w:p>
            <w:r>
              <w:t>2ES21122</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PCB企业环境管理</w:t>
            </w:r>
          </w:p>
        </w:tc>
        <w:tc>
          <w:tcPr>
            <w:tcW w:type="dxa" w:w="1080"/>
          </w:tcPr>
          <w:p>
            <w:r>
              <w:t>2ES21113</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60</w:t>
            </w:r>
          </w:p>
        </w:tc>
        <w:tc>
          <w:tcPr>
            <w:tcW w:type="dxa" w:w="1080"/>
          </w:tcPr>
          <w:p>
            <w:r>
              <w:t>大气污染控制工程(二)</w:t>
            </w:r>
          </w:p>
        </w:tc>
        <w:tc>
          <w:tcPr>
            <w:tcW w:type="dxa" w:w="1080"/>
          </w:tcPr>
          <w:p>
            <w:r>
              <w:t>2ES21114</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61</w:t>
            </w:r>
          </w:p>
        </w:tc>
        <w:tc>
          <w:tcPr>
            <w:tcW w:type="dxa" w:w="1080"/>
          </w:tcPr>
          <w:p>
            <w:r>
              <w:t>环保设备与仪表</w:t>
            </w:r>
          </w:p>
        </w:tc>
        <w:tc>
          <w:tcPr>
            <w:tcW w:type="dxa" w:w="1080"/>
          </w:tcPr>
          <w:p>
            <w:r>
              <w:t>2ES21115</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62</w:t>
            </w:r>
          </w:p>
        </w:tc>
        <w:tc>
          <w:tcPr>
            <w:tcW w:type="dxa" w:w="1080"/>
          </w:tcPr>
          <w:p>
            <w:r>
              <w:t>水处理构筑物设计A</w:t>
            </w:r>
          </w:p>
        </w:tc>
        <w:tc>
          <w:tcPr>
            <w:tcW w:type="dxa" w:w="1080"/>
          </w:tcPr>
          <w:p>
            <w:r>
              <w:t>2ES21116</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63</w:t>
            </w:r>
          </w:p>
        </w:tc>
        <w:tc>
          <w:tcPr>
            <w:tcW w:type="dxa" w:w="1080"/>
          </w:tcPr>
          <w:p>
            <w:r>
              <w:t>水污染控制工程(二)</w:t>
            </w:r>
          </w:p>
        </w:tc>
        <w:tc>
          <w:tcPr>
            <w:tcW w:type="dxa" w:w="1080"/>
          </w:tcPr>
          <w:p>
            <w:r>
              <w:t>2ES21117</w:t>
            </w:r>
          </w:p>
        </w:tc>
        <w:tc>
          <w:tcPr>
            <w:tcW w:type="dxa" w:w="1080"/>
          </w:tcPr>
          <w:p>
            <w:r>
              <w:t>3.5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64</w:t>
            </w:r>
          </w:p>
        </w:tc>
        <w:tc>
          <w:tcPr>
            <w:tcW w:type="dxa" w:w="1080"/>
          </w:tcPr>
          <w:p>
            <w:r>
              <w:t>污水处理新技术</w:t>
            </w:r>
          </w:p>
        </w:tc>
        <w:tc>
          <w:tcPr>
            <w:tcW w:type="dxa" w:w="1080"/>
          </w:tcPr>
          <w:p>
            <w:r>
              <w:t>2ES21118</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65</w:t>
            </w:r>
          </w:p>
        </w:tc>
        <w:tc>
          <w:tcPr>
            <w:tcW w:type="dxa" w:w="1080"/>
          </w:tcPr>
          <w:p>
            <w:r>
              <w:t>大气污染控制工程课程设计</w:t>
            </w:r>
          </w:p>
        </w:tc>
        <w:tc>
          <w:tcPr>
            <w:tcW w:type="dxa" w:w="1080"/>
          </w:tcPr>
          <w:p>
            <w:r>
              <w:t>2ES21123</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66</w:t>
            </w:r>
          </w:p>
        </w:tc>
        <w:tc>
          <w:tcPr>
            <w:tcW w:type="dxa" w:w="1080"/>
          </w:tcPr>
          <w:p>
            <w:r>
              <w:t>环保设备课程设计</w:t>
            </w:r>
          </w:p>
        </w:tc>
        <w:tc>
          <w:tcPr>
            <w:tcW w:type="dxa" w:w="1080"/>
          </w:tcPr>
          <w:p>
            <w:r>
              <w:t>2ES21124</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67</w:t>
            </w:r>
          </w:p>
        </w:tc>
        <w:tc>
          <w:tcPr>
            <w:tcW w:type="dxa" w:w="1080"/>
          </w:tcPr>
          <w:p>
            <w:r>
              <w:t>生产实习</w:t>
            </w:r>
          </w:p>
        </w:tc>
        <w:tc>
          <w:tcPr>
            <w:tcW w:type="dxa" w:w="1080"/>
          </w:tcPr>
          <w:p>
            <w:r>
              <w:t>2ES21125</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环境科学</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环境基础化学(一)</w:t>
            </w:r>
          </w:p>
        </w:tc>
        <w:tc>
          <w:tcPr>
            <w:tcW w:type="dxa" w:w="1080"/>
          </w:tcPr>
          <w:p>
            <w:r>
              <w:t>2ES11801</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6</w:t>
            </w:r>
          </w:p>
        </w:tc>
        <w:tc>
          <w:tcPr>
            <w:tcW w:type="dxa" w:w="1080"/>
          </w:tcPr>
          <w:p>
            <w:r>
              <w:t>环境学基础</w:t>
            </w:r>
          </w:p>
        </w:tc>
        <w:tc>
          <w:tcPr>
            <w:tcW w:type="dxa" w:w="1080"/>
          </w:tcPr>
          <w:p>
            <w:r>
              <w:t>2ES21801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7</w:t>
            </w:r>
          </w:p>
        </w:tc>
        <w:tc>
          <w:tcPr>
            <w:tcW w:type="dxa" w:w="1080"/>
          </w:tcPr>
          <w:p>
            <w:r>
              <w:t>环境科学与工程导论</w:t>
            </w:r>
          </w:p>
        </w:tc>
        <w:tc>
          <w:tcPr>
            <w:tcW w:type="dxa" w:w="1080"/>
          </w:tcPr>
          <w:p>
            <w:r>
              <w:t>2ES21806</w:t>
            </w:r>
          </w:p>
        </w:tc>
        <w:tc>
          <w:tcPr>
            <w:tcW w:type="dxa" w:w="1080"/>
          </w:tcPr>
          <w:p>
            <w:r>
              <w:t>1.0</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8</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环境基础化学(二)</w:t>
            </w:r>
          </w:p>
        </w:tc>
        <w:tc>
          <w:tcPr>
            <w:tcW w:type="dxa" w:w="1080"/>
          </w:tcPr>
          <w:p>
            <w:r>
              <w:t>2ES11802</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2</w:t>
            </w:r>
          </w:p>
        </w:tc>
      </w:tr>
      <w:tr>
        <w:tc>
          <w:tcPr>
            <w:tcW w:type="dxa" w:w="1080"/>
          </w:tcPr>
          <w:p>
            <w:r>
              <w:t>17</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工程制图实践</w:t>
            </w:r>
          </w:p>
        </w:tc>
        <w:tc>
          <w:tcPr>
            <w:tcW w:type="dxa" w:w="1080"/>
          </w:tcPr>
          <w:p>
            <w:r>
              <w:t>2ME21007</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19</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23</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24</w:t>
            </w:r>
          </w:p>
        </w:tc>
        <w:tc>
          <w:tcPr>
            <w:tcW w:type="dxa" w:w="1080"/>
          </w:tcPr>
          <w:p>
            <w:r>
              <w:t>环境地学基础B</w:t>
            </w:r>
          </w:p>
        </w:tc>
        <w:tc>
          <w:tcPr>
            <w:tcW w:type="dxa" w:w="1080"/>
          </w:tcPr>
          <w:p>
            <w:r>
              <w:t>2ES21203</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25</w:t>
            </w:r>
          </w:p>
        </w:tc>
        <w:tc>
          <w:tcPr>
            <w:tcW w:type="dxa" w:w="1080"/>
          </w:tcPr>
          <w:p>
            <w:r>
              <w:t>环境分析化学B</w:t>
            </w:r>
          </w:p>
        </w:tc>
        <w:tc>
          <w:tcPr>
            <w:tcW w:type="dxa" w:w="1080"/>
          </w:tcPr>
          <w:p>
            <w:r>
              <w:t>2ES21204</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26</w:t>
            </w:r>
          </w:p>
        </w:tc>
        <w:tc>
          <w:tcPr>
            <w:tcW w:type="dxa" w:w="1080"/>
          </w:tcPr>
          <w:p>
            <w:r>
              <w:t>环境生物学</w:t>
            </w:r>
          </w:p>
        </w:tc>
        <w:tc>
          <w:tcPr>
            <w:tcW w:type="dxa" w:w="1080"/>
          </w:tcPr>
          <w:p>
            <w:r>
              <w:t>2ES21205</w:t>
            </w:r>
          </w:p>
        </w:tc>
        <w:tc>
          <w:tcPr>
            <w:tcW w:type="dxa" w:w="1080"/>
          </w:tcPr>
          <w:p>
            <w:r>
              <w:t>3</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27</w:t>
            </w:r>
          </w:p>
        </w:tc>
        <w:tc>
          <w:tcPr>
            <w:tcW w:type="dxa" w:w="1080"/>
          </w:tcPr>
          <w:p>
            <w:r>
              <w:t>生态学基础</w:t>
            </w:r>
          </w:p>
        </w:tc>
        <w:tc>
          <w:tcPr>
            <w:tcW w:type="dxa" w:w="1080"/>
          </w:tcPr>
          <w:p>
            <w:r>
              <w:t>2ES21206</w:t>
            </w:r>
          </w:p>
        </w:tc>
        <w:tc>
          <w:tcPr>
            <w:tcW w:type="dxa" w:w="1080"/>
          </w:tcPr>
          <w:p>
            <w:r>
              <w:t>3</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28</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35</w:t>
            </w:r>
          </w:p>
        </w:tc>
        <w:tc>
          <w:tcPr>
            <w:tcW w:type="dxa" w:w="1080"/>
          </w:tcPr>
          <w:p>
            <w:r>
              <w:t>环境法规与标准</w:t>
            </w:r>
          </w:p>
        </w:tc>
        <w:tc>
          <w:tcPr>
            <w:tcW w:type="dxa" w:w="1080"/>
          </w:tcPr>
          <w:p>
            <w:r>
              <w:t>2ES21201</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36</w:t>
            </w:r>
          </w:p>
        </w:tc>
        <w:tc>
          <w:tcPr>
            <w:tcW w:type="dxa" w:w="1080"/>
          </w:tcPr>
          <w:p>
            <w:r>
              <w:t>环境微生物学A</w:t>
            </w:r>
          </w:p>
        </w:tc>
        <w:tc>
          <w:tcPr>
            <w:tcW w:type="dxa" w:w="1080"/>
          </w:tcPr>
          <w:p>
            <w:r>
              <w:t>2ES21202</w:t>
            </w:r>
          </w:p>
        </w:tc>
        <w:tc>
          <w:tcPr>
            <w:tcW w:type="dxa" w:w="1080"/>
          </w:tcPr>
          <w:p>
            <w:r>
              <w:t>3</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37</w:t>
            </w:r>
          </w:p>
        </w:tc>
        <w:tc>
          <w:tcPr>
            <w:tcW w:type="dxa" w:w="1080"/>
          </w:tcPr>
          <w:p>
            <w:r>
              <w:t>环境化学A</w:t>
            </w:r>
          </w:p>
        </w:tc>
        <w:tc>
          <w:tcPr>
            <w:tcW w:type="dxa" w:w="1080"/>
          </w:tcPr>
          <w:p>
            <w:r>
              <w:t>2ES21207</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38</w:t>
            </w:r>
          </w:p>
        </w:tc>
        <w:tc>
          <w:tcPr>
            <w:tcW w:type="dxa" w:w="1080"/>
          </w:tcPr>
          <w:p>
            <w:r>
              <w:t>环境监测B</w:t>
            </w:r>
          </w:p>
        </w:tc>
        <w:tc>
          <w:tcPr>
            <w:tcW w:type="dxa" w:w="1080"/>
          </w:tcPr>
          <w:p>
            <w:r>
              <w:t>2ES21208</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39</w:t>
            </w:r>
          </w:p>
        </w:tc>
        <w:tc>
          <w:tcPr>
            <w:tcW w:type="dxa" w:w="1080"/>
          </w:tcPr>
          <w:p>
            <w:r>
              <w:t>环境物理</w:t>
            </w:r>
          </w:p>
        </w:tc>
        <w:tc>
          <w:tcPr>
            <w:tcW w:type="dxa" w:w="1080"/>
          </w:tcPr>
          <w:p>
            <w:r>
              <w:t>2ES21209</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40</w:t>
            </w:r>
          </w:p>
        </w:tc>
        <w:tc>
          <w:tcPr>
            <w:tcW w:type="dxa" w:w="1080"/>
          </w:tcPr>
          <w:p>
            <w:r>
              <w:t>环境监测综合实验周</w:t>
            </w:r>
          </w:p>
        </w:tc>
        <w:tc>
          <w:tcPr>
            <w:tcW w:type="dxa" w:w="1080"/>
          </w:tcPr>
          <w:p>
            <w:r>
              <w:t>2ES21222</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41</w:t>
            </w:r>
          </w:p>
        </w:tc>
        <w:tc>
          <w:tcPr>
            <w:tcW w:type="dxa" w:w="1080"/>
          </w:tcPr>
          <w:p>
            <w:r>
              <w:t>认识实习</w:t>
            </w:r>
          </w:p>
        </w:tc>
        <w:tc>
          <w:tcPr>
            <w:tcW w:type="dxa" w:w="1080"/>
          </w:tcPr>
          <w:p>
            <w:r>
              <w:t>2ES21223</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42</w:t>
            </w:r>
          </w:p>
        </w:tc>
        <w:tc>
          <w:tcPr>
            <w:tcW w:type="dxa" w:w="1080"/>
          </w:tcPr>
          <w:p>
            <w:r>
              <w:t>生态环境野外考察</w:t>
            </w:r>
          </w:p>
        </w:tc>
        <w:tc>
          <w:tcPr>
            <w:tcW w:type="dxa" w:w="1080"/>
          </w:tcPr>
          <w:p>
            <w:r>
              <w:t>2ES21224</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43</w:t>
            </w:r>
          </w:p>
        </w:tc>
        <w:tc>
          <w:tcPr>
            <w:tcW w:type="dxa" w:w="1080"/>
          </w:tcPr>
          <w:p>
            <w:r>
              <w:t>劳动教育实践</w:t>
            </w:r>
          </w:p>
        </w:tc>
        <w:tc>
          <w:tcPr>
            <w:tcW w:type="dxa" w:w="1080"/>
          </w:tcPr>
          <w:p>
            <w:r>
              <w:t>2ES21805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44</w:t>
            </w:r>
          </w:p>
        </w:tc>
        <w:tc>
          <w:tcPr>
            <w:tcW w:type="dxa" w:w="1080"/>
          </w:tcPr>
          <w:p>
            <w:r>
              <w:t>GIS原理与应用</w:t>
            </w:r>
          </w:p>
        </w:tc>
        <w:tc>
          <w:tcPr>
            <w:tcW w:type="dxa" w:w="1080"/>
          </w:tcPr>
          <w:p>
            <w:r>
              <w:t>2GS21229</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45</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46</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47</w:t>
            </w:r>
          </w:p>
        </w:tc>
        <w:tc>
          <w:tcPr>
            <w:tcW w:type="dxa" w:w="1080"/>
          </w:tcPr>
          <w:p>
            <w:r>
              <w:t>环境大数据与信息系统A</w:t>
            </w:r>
          </w:p>
        </w:tc>
        <w:tc>
          <w:tcPr>
            <w:tcW w:type="dxa" w:w="1080"/>
          </w:tcPr>
          <w:p>
            <w:r>
              <w:t>2ES21210</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48</w:t>
            </w:r>
          </w:p>
        </w:tc>
        <w:tc>
          <w:tcPr>
            <w:tcW w:type="dxa" w:w="1080"/>
          </w:tcPr>
          <w:p>
            <w:r>
              <w:t>环境毒理学</w:t>
            </w:r>
          </w:p>
        </w:tc>
        <w:tc>
          <w:tcPr>
            <w:tcW w:type="dxa" w:w="1080"/>
          </w:tcPr>
          <w:p>
            <w:r>
              <w:t>2ES21211</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49</w:t>
            </w:r>
          </w:p>
        </w:tc>
        <w:tc>
          <w:tcPr>
            <w:tcW w:type="dxa" w:w="1080"/>
          </w:tcPr>
          <w:p>
            <w:r>
              <w:t>环境工程学</w:t>
            </w:r>
          </w:p>
        </w:tc>
        <w:tc>
          <w:tcPr>
            <w:tcW w:type="dxa" w:w="1080"/>
          </w:tcPr>
          <w:p>
            <w:r>
              <w:t>2ES21212</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50</w:t>
            </w:r>
          </w:p>
        </w:tc>
        <w:tc>
          <w:tcPr>
            <w:tcW w:type="dxa" w:w="1080"/>
          </w:tcPr>
          <w:p>
            <w:r>
              <w:t>环境土壤学A</w:t>
            </w:r>
          </w:p>
        </w:tc>
        <w:tc>
          <w:tcPr>
            <w:tcW w:type="dxa" w:w="1080"/>
          </w:tcPr>
          <w:p>
            <w:r>
              <w:t>2ES21213</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51</w:t>
            </w:r>
          </w:p>
        </w:tc>
        <w:tc>
          <w:tcPr>
            <w:tcW w:type="dxa" w:w="1080"/>
          </w:tcPr>
          <w:p>
            <w:r>
              <w:t>环境系统分析B</w:t>
            </w:r>
          </w:p>
        </w:tc>
        <w:tc>
          <w:tcPr>
            <w:tcW w:type="dxa" w:w="1080"/>
          </w:tcPr>
          <w:p>
            <w:r>
              <w:t>2ES21214</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52</w:t>
            </w:r>
          </w:p>
        </w:tc>
        <w:tc>
          <w:tcPr>
            <w:tcW w:type="dxa" w:w="1080"/>
          </w:tcPr>
          <w:p>
            <w:r>
              <w:t>科技与专业外语B</w:t>
            </w:r>
          </w:p>
        </w:tc>
        <w:tc>
          <w:tcPr>
            <w:tcW w:type="dxa" w:w="1080"/>
          </w:tcPr>
          <w:p>
            <w:r>
              <w:t>2ES21215</w:t>
            </w:r>
          </w:p>
        </w:tc>
        <w:tc>
          <w:tcPr>
            <w:tcW w:type="dxa" w:w="1080"/>
          </w:tcPr>
          <w:p>
            <w:r>
              <w:t>1</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53</w:t>
            </w:r>
          </w:p>
        </w:tc>
        <w:tc>
          <w:tcPr>
            <w:tcW w:type="dxa" w:w="1080"/>
          </w:tcPr>
          <w:p>
            <w:r>
              <w:t>现代环境监测技术(一)</w:t>
            </w:r>
          </w:p>
        </w:tc>
        <w:tc>
          <w:tcPr>
            <w:tcW w:type="dxa" w:w="1080"/>
          </w:tcPr>
          <w:p>
            <w:r>
              <w:t>2ES21216</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54</w:t>
            </w:r>
          </w:p>
        </w:tc>
        <w:tc>
          <w:tcPr>
            <w:tcW w:type="dxa" w:w="1080"/>
          </w:tcPr>
          <w:p>
            <w:r>
              <w:t>资源与环境经济学</w:t>
            </w:r>
          </w:p>
        </w:tc>
        <w:tc>
          <w:tcPr>
            <w:tcW w:type="dxa" w:w="1080"/>
          </w:tcPr>
          <w:p>
            <w:r>
              <w:t>2ES21217</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55</w:t>
            </w:r>
          </w:p>
        </w:tc>
        <w:tc>
          <w:tcPr>
            <w:tcW w:type="dxa" w:w="1080"/>
          </w:tcPr>
          <w:p>
            <w:r>
              <w:t>现代监测综合实验周</w:t>
            </w:r>
          </w:p>
        </w:tc>
        <w:tc>
          <w:tcPr>
            <w:tcW w:type="dxa" w:w="1080"/>
          </w:tcPr>
          <w:p>
            <w:r>
              <w:t>2ES21225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56</w:t>
            </w:r>
          </w:p>
        </w:tc>
        <w:tc>
          <w:tcPr>
            <w:tcW w:type="dxa" w:w="1080"/>
          </w:tcPr>
          <w:p>
            <w:r>
              <w:t>环境系统分析课程设计</w:t>
            </w:r>
          </w:p>
        </w:tc>
        <w:tc>
          <w:tcPr>
            <w:tcW w:type="dxa" w:w="1080"/>
          </w:tcPr>
          <w:p>
            <w:r>
              <w:t>2ES21804</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环境风险评价</w:t>
            </w:r>
          </w:p>
        </w:tc>
        <w:tc>
          <w:tcPr>
            <w:tcW w:type="dxa" w:w="1080"/>
          </w:tcPr>
          <w:p>
            <w:r>
              <w:t>2ES21218</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60</w:t>
            </w:r>
          </w:p>
        </w:tc>
        <w:tc>
          <w:tcPr>
            <w:tcW w:type="dxa" w:w="1080"/>
          </w:tcPr>
          <w:p>
            <w:r>
              <w:t>环境管理学</w:t>
            </w:r>
          </w:p>
        </w:tc>
        <w:tc>
          <w:tcPr>
            <w:tcW w:type="dxa" w:w="1080"/>
          </w:tcPr>
          <w:p>
            <w:r>
              <w:t>2ES21219</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61</w:t>
            </w:r>
          </w:p>
        </w:tc>
        <w:tc>
          <w:tcPr>
            <w:tcW w:type="dxa" w:w="1080"/>
          </w:tcPr>
          <w:p>
            <w:r>
              <w:t>环境规划学</w:t>
            </w:r>
          </w:p>
        </w:tc>
        <w:tc>
          <w:tcPr>
            <w:tcW w:type="dxa" w:w="1080"/>
          </w:tcPr>
          <w:p>
            <w:r>
              <w:t>2ES21220</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62</w:t>
            </w:r>
          </w:p>
        </w:tc>
        <w:tc>
          <w:tcPr>
            <w:tcW w:type="dxa" w:w="1080"/>
          </w:tcPr>
          <w:p>
            <w:r>
              <w:t>环境影响评价A</w:t>
            </w:r>
          </w:p>
        </w:tc>
        <w:tc>
          <w:tcPr>
            <w:tcW w:type="dxa" w:w="1080"/>
          </w:tcPr>
          <w:p>
            <w:r>
              <w:t>2ES21221</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63</w:t>
            </w:r>
          </w:p>
        </w:tc>
        <w:tc>
          <w:tcPr>
            <w:tcW w:type="dxa" w:w="1080"/>
          </w:tcPr>
          <w:p>
            <w:r>
              <w:t>环境科学实验周</w:t>
            </w:r>
          </w:p>
        </w:tc>
        <w:tc>
          <w:tcPr>
            <w:tcW w:type="dxa" w:w="1080"/>
          </w:tcPr>
          <w:p>
            <w:r>
              <w:t>2ES21226</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64</w:t>
            </w:r>
          </w:p>
        </w:tc>
        <w:tc>
          <w:tcPr>
            <w:tcW w:type="dxa" w:w="1080"/>
          </w:tcPr>
          <w:p>
            <w:r>
              <w:t>环境影响评价课程设计A</w:t>
            </w:r>
          </w:p>
        </w:tc>
        <w:tc>
          <w:tcPr>
            <w:tcW w:type="dxa" w:w="1080"/>
          </w:tcPr>
          <w:p>
            <w:r>
              <w:t>2ES21227</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65</w:t>
            </w:r>
          </w:p>
        </w:tc>
        <w:tc>
          <w:tcPr>
            <w:tcW w:type="dxa" w:w="1080"/>
          </w:tcPr>
          <w:p>
            <w:r>
              <w:t>生产实习</w:t>
            </w:r>
          </w:p>
        </w:tc>
        <w:tc>
          <w:tcPr>
            <w:tcW w:type="dxa" w:w="1080"/>
          </w:tcPr>
          <w:p>
            <w:r>
              <w:t>2ES21228</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66</w:t>
            </w:r>
          </w:p>
        </w:tc>
        <w:tc>
          <w:tcPr>
            <w:tcW w:type="dxa" w:w="1080"/>
          </w:tcPr>
          <w:p>
            <w:r>
              <w:t>环境规划课程设计</w:t>
            </w:r>
          </w:p>
        </w:tc>
        <w:tc>
          <w:tcPr>
            <w:tcW w:type="dxa" w:w="1080"/>
          </w:tcPr>
          <w:p>
            <w:r>
              <w:t>2ES21229</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给排水科学与工程</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有机化学E</w:t>
            </w:r>
          </w:p>
        </w:tc>
        <w:tc>
          <w:tcPr>
            <w:tcW w:type="dxa" w:w="1080"/>
          </w:tcPr>
          <w:p>
            <w:r>
              <w:t>2CB21141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无机化学B</w:t>
            </w:r>
          </w:p>
        </w:tc>
        <w:tc>
          <w:tcPr>
            <w:tcW w:type="dxa" w:w="1080"/>
          </w:tcPr>
          <w:p>
            <w:r>
              <w:t>2CB21332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无机化学及有机化学实验周</w:t>
            </w:r>
          </w:p>
        </w:tc>
        <w:tc>
          <w:tcPr>
            <w:tcW w:type="dxa" w:w="1080"/>
          </w:tcPr>
          <w:p>
            <w:r>
              <w:t>2CB21333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给排水科学与工程导论</w:t>
            </w:r>
          </w:p>
        </w:tc>
        <w:tc>
          <w:tcPr>
            <w:tcW w:type="dxa" w:w="1080"/>
          </w:tcPr>
          <w:p>
            <w:r>
              <w:t>2ES21301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9</w:t>
            </w:r>
          </w:p>
        </w:tc>
        <w:tc>
          <w:tcPr>
            <w:tcW w:type="dxa" w:w="1080"/>
          </w:tcPr>
          <w:p>
            <w:r>
              <w:t>劳动教育实践</w:t>
            </w:r>
          </w:p>
        </w:tc>
        <w:tc>
          <w:tcPr>
            <w:tcW w:type="dxa" w:w="1080"/>
          </w:tcPr>
          <w:p>
            <w:r>
              <w:t>2ES21805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10</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物理化学E</w:t>
            </w:r>
          </w:p>
        </w:tc>
        <w:tc>
          <w:tcPr>
            <w:tcW w:type="dxa" w:w="1080"/>
          </w:tcPr>
          <w:p>
            <w:r>
              <w:t>2CB21334</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工程力学C(一)</w:t>
            </w:r>
          </w:p>
        </w:tc>
        <w:tc>
          <w:tcPr>
            <w:tcW w:type="dxa" w:w="1080"/>
          </w:tcPr>
          <w:p>
            <w:r>
              <w:t>2CE21005</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24</w:t>
            </w:r>
          </w:p>
        </w:tc>
        <w:tc>
          <w:tcPr>
            <w:tcW w:type="dxa" w:w="1080"/>
          </w:tcPr>
          <w:p>
            <w:r>
              <w:t>工程力学C(二)</w:t>
            </w:r>
          </w:p>
        </w:tc>
        <w:tc>
          <w:tcPr>
            <w:tcW w:type="dxa" w:w="1080"/>
          </w:tcPr>
          <w:p>
            <w:r>
              <w:t>2CE21006</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科学计算与MATLAB语言</w:t>
            </w:r>
          </w:p>
        </w:tc>
        <w:tc>
          <w:tcPr>
            <w:tcW w:type="dxa" w:w="1080"/>
          </w:tcPr>
          <w:p>
            <w:r>
              <w:t>2EI21007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26</w:t>
            </w:r>
          </w:p>
        </w:tc>
        <w:tc>
          <w:tcPr>
            <w:tcW w:type="dxa" w:w="1080"/>
          </w:tcPr>
          <w:p>
            <w:r>
              <w:t>水处理微生物学</w:t>
            </w:r>
          </w:p>
        </w:tc>
        <w:tc>
          <w:tcPr>
            <w:tcW w:type="dxa" w:w="1080"/>
          </w:tcPr>
          <w:p>
            <w:r>
              <w:t>2ES21303</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27</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28</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35</w:t>
            </w:r>
          </w:p>
        </w:tc>
        <w:tc>
          <w:tcPr>
            <w:tcW w:type="dxa" w:w="1080"/>
          </w:tcPr>
          <w:p>
            <w:r>
              <w:t>土建工程基础A</w:t>
            </w:r>
          </w:p>
        </w:tc>
        <w:tc>
          <w:tcPr>
            <w:tcW w:type="dxa" w:w="1080"/>
          </w:tcPr>
          <w:p>
            <w:r>
              <w:t>2CE21901</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36</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37</w:t>
            </w:r>
          </w:p>
        </w:tc>
        <w:tc>
          <w:tcPr>
            <w:tcW w:type="dxa" w:w="1080"/>
          </w:tcPr>
          <w:p>
            <w:r>
              <w:t>水分析化学</w:t>
            </w:r>
          </w:p>
        </w:tc>
        <w:tc>
          <w:tcPr>
            <w:tcW w:type="dxa" w:w="1080"/>
          </w:tcPr>
          <w:p>
            <w:r>
              <w:t>2ES21304</w:t>
            </w:r>
          </w:p>
        </w:tc>
        <w:tc>
          <w:tcPr>
            <w:tcW w:type="dxa" w:w="1080"/>
          </w:tcPr>
          <w:p>
            <w:r>
              <w:t>3.5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38</w:t>
            </w:r>
          </w:p>
        </w:tc>
        <w:tc>
          <w:tcPr>
            <w:tcW w:type="dxa" w:w="1080"/>
          </w:tcPr>
          <w:p>
            <w:r>
              <w:t>水力学A</w:t>
            </w:r>
          </w:p>
        </w:tc>
        <w:tc>
          <w:tcPr>
            <w:tcW w:type="dxa" w:w="1080"/>
          </w:tcPr>
          <w:p>
            <w:r>
              <w:t>2ES21305</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39</w:t>
            </w:r>
          </w:p>
        </w:tc>
        <w:tc>
          <w:tcPr>
            <w:tcW w:type="dxa" w:w="1080"/>
          </w:tcPr>
          <w:p>
            <w:r>
              <w:t>水文学与水文地质学</w:t>
            </w:r>
          </w:p>
        </w:tc>
        <w:tc>
          <w:tcPr>
            <w:tcW w:type="dxa" w:w="1080"/>
          </w:tcPr>
          <w:p>
            <w:r>
              <w:t>2ES21306</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40</w:t>
            </w:r>
          </w:p>
        </w:tc>
        <w:tc>
          <w:tcPr>
            <w:tcW w:type="dxa" w:w="1080"/>
          </w:tcPr>
          <w:p>
            <w:r>
              <w:t>认识实习</w:t>
            </w:r>
          </w:p>
        </w:tc>
        <w:tc>
          <w:tcPr>
            <w:tcW w:type="dxa" w:w="1080"/>
          </w:tcPr>
          <w:p>
            <w:r>
              <w:t>2ES21320</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41</w:t>
            </w:r>
          </w:p>
        </w:tc>
        <w:tc>
          <w:tcPr>
            <w:tcW w:type="dxa" w:w="1080"/>
          </w:tcPr>
          <w:p>
            <w:r>
              <w:t>测量学B</w:t>
            </w:r>
          </w:p>
        </w:tc>
        <w:tc>
          <w:tcPr>
            <w:tcW w:type="dxa" w:w="1080"/>
          </w:tcPr>
          <w:p>
            <w:r>
              <w:t>2GS21002</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42</w:t>
            </w:r>
          </w:p>
        </w:tc>
        <w:tc>
          <w:tcPr>
            <w:tcW w:type="dxa" w:w="1080"/>
          </w:tcPr>
          <w:p>
            <w:r>
              <w:t>测量实习</w:t>
            </w:r>
          </w:p>
        </w:tc>
        <w:tc>
          <w:tcPr>
            <w:tcW w:type="dxa" w:w="1080"/>
          </w:tcPr>
          <w:p>
            <w:r>
              <w:t>2GS21011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44</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45</w:t>
            </w:r>
          </w:p>
        </w:tc>
        <w:tc>
          <w:tcPr>
            <w:tcW w:type="dxa" w:w="1080"/>
          </w:tcPr>
          <w:p>
            <w:r>
              <w:t>给排水工程CAD</w:t>
            </w:r>
          </w:p>
        </w:tc>
        <w:tc>
          <w:tcPr>
            <w:tcW w:type="dxa" w:w="1080"/>
          </w:tcPr>
          <w:p>
            <w:r>
              <w:t>2ES21307</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46</w:t>
            </w:r>
          </w:p>
        </w:tc>
        <w:tc>
          <w:tcPr>
            <w:tcW w:type="dxa" w:w="1080"/>
          </w:tcPr>
          <w:p>
            <w:r>
              <w:t>泵与泵站</w:t>
            </w:r>
          </w:p>
        </w:tc>
        <w:tc>
          <w:tcPr>
            <w:tcW w:type="dxa" w:w="1080"/>
          </w:tcPr>
          <w:p>
            <w:r>
              <w:t>2ES21308</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47</w:t>
            </w:r>
          </w:p>
        </w:tc>
        <w:tc>
          <w:tcPr>
            <w:tcW w:type="dxa" w:w="1080"/>
          </w:tcPr>
          <w:p>
            <w:r>
              <w:t>给排水工程专业英语(一)</w:t>
            </w:r>
          </w:p>
        </w:tc>
        <w:tc>
          <w:tcPr>
            <w:tcW w:type="dxa" w:w="1080"/>
          </w:tcPr>
          <w:p>
            <w:r>
              <w:t>2ES21309</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48</w:t>
            </w:r>
          </w:p>
        </w:tc>
        <w:tc>
          <w:tcPr>
            <w:tcW w:type="dxa" w:w="1080"/>
          </w:tcPr>
          <w:p>
            <w:r>
              <w:t>水工艺设备基础</w:t>
            </w:r>
          </w:p>
        </w:tc>
        <w:tc>
          <w:tcPr>
            <w:tcW w:type="dxa" w:w="1080"/>
          </w:tcPr>
          <w:p>
            <w:r>
              <w:t>2ES21310</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49</w:t>
            </w:r>
          </w:p>
        </w:tc>
        <w:tc>
          <w:tcPr>
            <w:tcW w:type="dxa" w:w="1080"/>
          </w:tcPr>
          <w:p>
            <w:r>
              <w:t>水质工程学(一)</w:t>
            </w:r>
          </w:p>
        </w:tc>
        <w:tc>
          <w:tcPr>
            <w:tcW w:type="dxa" w:w="1080"/>
          </w:tcPr>
          <w:p>
            <w:r>
              <w:t>2ES21311</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50</w:t>
            </w:r>
          </w:p>
        </w:tc>
        <w:tc>
          <w:tcPr>
            <w:tcW w:type="dxa" w:w="1080"/>
          </w:tcPr>
          <w:p>
            <w:r>
              <w:t>水资源开发利用与保护</w:t>
            </w:r>
          </w:p>
        </w:tc>
        <w:tc>
          <w:tcPr>
            <w:tcW w:type="dxa" w:w="1080"/>
          </w:tcPr>
          <w:p>
            <w:r>
              <w:t>2ES21312</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51</w:t>
            </w:r>
          </w:p>
        </w:tc>
        <w:tc>
          <w:tcPr>
            <w:tcW w:type="dxa" w:w="1080"/>
          </w:tcPr>
          <w:p>
            <w:r>
              <w:t>泵与泵站课程设计</w:t>
            </w:r>
          </w:p>
        </w:tc>
        <w:tc>
          <w:tcPr>
            <w:tcW w:type="dxa" w:w="1080"/>
          </w:tcPr>
          <w:p>
            <w:r>
              <w:t>2ES21321</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52</w:t>
            </w:r>
          </w:p>
        </w:tc>
        <w:tc>
          <w:tcPr>
            <w:tcW w:type="dxa" w:w="1080"/>
          </w:tcPr>
          <w:p>
            <w:r>
              <w:t>取水工程大作业</w:t>
            </w:r>
          </w:p>
        </w:tc>
        <w:tc>
          <w:tcPr>
            <w:tcW w:type="dxa" w:w="1080"/>
          </w:tcPr>
          <w:p>
            <w:r>
              <w:t>2ES21322</w:t>
            </w:r>
          </w:p>
        </w:tc>
        <w:tc>
          <w:tcPr>
            <w:tcW w:type="dxa" w:w="1080"/>
          </w:tcPr>
          <w:p>
            <w:r>
              <w:t>0.5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53</w:t>
            </w:r>
          </w:p>
        </w:tc>
        <w:tc>
          <w:tcPr>
            <w:tcW w:type="dxa" w:w="1080"/>
          </w:tcPr>
          <w:p>
            <w:r>
              <w:t>水质工程学(一)课程设计</w:t>
            </w:r>
          </w:p>
        </w:tc>
        <w:tc>
          <w:tcPr>
            <w:tcW w:type="dxa" w:w="1080"/>
          </w:tcPr>
          <w:p>
            <w:r>
              <w:t>2ES21323</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54</w:t>
            </w:r>
          </w:p>
        </w:tc>
        <w:tc>
          <w:tcPr>
            <w:tcW w:type="dxa" w:w="1080"/>
          </w:tcPr>
          <w:p>
            <w:r>
              <w:t>综合实验(一)</w:t>
            </w:r>
          </w:p>
        </w:tc>
        <w:tc>
          <w:tcPr>
            <w:tcW w:type="dxa" w:w="1080"/>
          </w:tcPr>
          <w:p>
            <w:r>
              <w:t>2ES21324</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给排水管道系统</w:t>
            </w:r>
          </w:p>
        </w:tc>
        <w:tc>
          <w:tcPr>
            <w:tcW w:type="dxa" w:w="1080"/>
          </w:tcPr>
          <w:p>
            <w:r>
              <w:t>2ES21313</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58</w:t>
            </w:r>
          </w:p>
        </w:tc>
        <w:tc>
          <w:tcPr>
            <w:tcW w:type="dxa" w:w="1080"/>
          </w:tcPr>
          <w:p>
            <w:r>
              <w:t>建筑给排水工程A</w:t>
            </w:r>
          </w:p>
        </w:tc>
        <w:tc>
          <w:tcPr>
            <w:tcW w:type="dxa" w:w="1080"/>
          </w:tcPr>
          <w:p>
            <w:r>
              <w:t>2ES21314</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59</w:t>
            </w:r>
          </w:p>
        </w:tc>
        <w:tc>
          <w:tcPr>
            <w:tcW w:type="dxa" w:w="1080"/>
          </w:tcPr>
          <w:p>
            <w:r>
              <w:t>水工程法规及工程伦理学</w:t>
            </w:r>
          </w:p>
        </w:tc>
        <w:tc>
          <w:tcPr>
            <w:tcW w:type="dxa" w:w="1080"/>
          </w:tcPr>
          <w:p>
            <w:r>
              <w:t>2ES21315</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60</w:t>
            </w:r>
          </w:p>
        </w:tc>
        <w:tc>
          <w:tcPr>
            <w:tcW w:type="dxa" w:w="1080"/>
          </w:tcPr>
          <w:p>
            <w:r>
              <w:t>水工程经济</w:t>
            </w:r>
          </w:p>
        </w:tc>
        <w:tc>
          <w:tcPr>
            <w:tcW w:type="dxa" w:w="1080"/>
          </w:tcPr>
          <w:p>
            <w:r>
              <w:t>2ES21316</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61</w:t>
            </w:r>
          </w:p>
        </w:tc>
        <w:tc>
          <w:tcPr>
            <w:tcW w:type="dxa" w:w="1080"/>
          </w:tcPr>
          <w:p>
            <w:r>
              <w:t>水质工程学(二)</w:t>
            </w:r>
          </w:p>
        </w:tc>
        <w:tc>
          <w:tcPr>
            <w:tcW w:type="dxa" w:w="1080"/>
          </w:tcPr>
          <w:p>
            <w:r>
              <w:t>2ES21317</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62</w:t>
            </w:r>
          </w:p>
        </w:tc>
        <w:tc>
          <w:tcPr>
            <w:tcW w:type="dxa" w:w="1080"/>
          </w:tcPr>
          <w:p>
            <w:r>
              <w:t>给水管道系统课程设计</w:t>
            </w:r>
          </w:p>
        </w:tc>
        <w:tc>
          <w:tcPr>
            <w:tcW w:type="dxa" w:w="1080"/>
          </w:tcPr>
          <w:p>
            <w:r>
              <w:t>2ES21325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63</w:t>
            </w:r>
          </w:p>
        </w:tc>
        <w:tc>
          <w:tcPr>
            <w:tcW w:type="dxa" w:w="1080"/>
          </w:tcPr>
          <w:p>
            <w:r>
              <w:t>建筑给排水工程课程设计A</w:t>
            </w:r>
          </w:p>
        </w:tc>
        <w:tc>
          <w:tcPr>
            <w:tcW w:type="dxa" w:w="1080"/>
          </w:tcPr>
          <w:p>
            <w:r>
              <w:t>2ES21326</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64</w:t>
            </w:r>
          </w:p>
        </w:tc>
        <w:tc>
          <w:tcPr>
            <w:tcW w:type="dxa" w:w="1080"/>
          </w:tcPr>
          <w:p>
            <w:r>
              <w:t>排水管道系统课程设计</w:t>
            </w:r>
          </w:p>
        </w:tc>
        <w:tc>
          <w:tcPr>
            <w:tcW w:type="dxa" w:w="1080"/>
          </w:tcPr>
          <w:p>
            <w:r>
              <w:t>2ES21327</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65</w:t>
            </w:r>
          </w:p>
        </w:tc>
        <w:tc>
          <w:tcPr>
            <w:tcW w:type="dxa" w:w="1080"/>
          </w:tcPr>
          <w:p>
            <w:r>
              <w:t>水工程经济大作业</w:t>
            </w:r>
          </w:p>
        </w:tc>
        <w:tc>
          <w:tcPr>
            <w:tcW w:type="dxa" w:w="1080"/>
          </w:tcPr>
          <w:p>
            <w:r>
              <w:t>2ES21328</w:t>
            </w:r>
          </w:p>
        </w:tc>
        <w:tc>
          <w:tcPr>
            <w:tcW w:type="dxa" w:w="1080"/>
          </w:tcPr>
          <w:p>
            <w:r>
              <w:t>0.5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66</w:t>
            </w:r>
          </w:p>
        </w:tc>
        <w:tc>
          <w:tcPr>
            <w:tcW w:type="dxa" w:w="1080"/>
          </w:tcPr>
          <w:p>
            <w:r>
              <w:t>水质工程学(二)课程设计</w:t>
            </w:r>
          </w:p>
        </w:tc>
        <w:tc>
          <w:tcPr>
            <w:tcW w:type="dxa" w:w="1080"/>
          </w:tcPr>
          <w:p>
            <w:r>
              <w:t>2ES21329</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67</w:t>
            </w:r>
          </w:p>
        </w:tc>
        <w:tc>
          <w:tcPr>
            <w:tcW w:type="dxa" w:w="1080"/>
          </w:tcPr>
          <w:p>
            <w:r>
              <w:t>综合实验(二)</w:t>
            </w:r>
          </w:p>
        </w:tc>
        <w:tc>
          <w:tcPr>
            <w:tcW w:type="dxa" w:w="1080"/>
          </w:tcPr>
          <w:p>
            <w:r>
              <w:t>2ES21330</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环境生态工程</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环境基础化学(一)</w:t>
            </w:r>
          </w:p>
        </w:tc>
        <w:tc>
          <w:tcPr>
            <w:tcW w:type="dxa" w:w="1080"/>
          </w:tcPr>
          <w:p>
            <w:r>
              <w:t>2ES11801</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6</w:t>
            </w:r>
          </w:p>
        </w:tc>
        <w:tc>
          <w:tcPr>
            <w:tcW w:type="dxa" w:w="1080"/>
          </w:tcPr>
          <w:p>
            <w:r>
              <w:t>环境学基础</w:t>
            </w:r>
          </w:p>
        </w:tc>
        <w:tc>
          <w:tcPr>
            <w:tcW w:type="dxa" w:w="1080"/>
          </w:tcPr>
          <w:p>
            <w:r>
              <w:t>2ES21801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7</w:t>
            </w:r>
          </w:p>
        </w:tc>
        <w:tc>
          <w:tcPr>
            <w:tcW w:type="dxa" w:w="1080"/>
          </w:tcPr>
          <w:p>
            <w:r>
              <w:t>新生研讨课</w:t>
            </w:r>
          </w:p>
        </w:tc>
        <w:tc>
          <w:tcPr>
            <w:tcW w:type="dxa" w:w="1080"/>
          </w:tcPr>
          <w:p>
            <w:r>
              <w:t>2ES21802</w:t>
            </w:r>
          </w:p>
        </w:tc>
        <w:tc>
          <w:tcPr>
            <w:tcW w:type="dxa" w:w="1080"/>
          </w:tcPr>
          <w:p>
            <w:r>
              <w:t>1</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8</w:t>
            </w:r>
          </w:p>
        </w:tc>
        <w:tc>
          <w:tcPr>
            <w:tcW w:type="dxa" w:w="1080"/>
          </w:tcPr>
          <w:p>
            <w:r>
              <w:t>高等数学B(一)</w:t>
            </w:r>
          </w:p>
        </w:tc>
        <w:tc>
          <w:tcPr>
            <w:tcW w:type="dxa" w:w="1080"/>
          </w:tcPr>
          <w:p>
            <w:r>
              <w:t>2MA11003</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工程力学C(一)</w:t>
            </w:r>
          </w:p>
        </w:tc>
        <w:tc>
          <w:tcPr>
            <w:tcW w:type="dxa" w:w="1080"/>
          </w:tcPr>
          <w:p>
            <w:r>
              <w:t>2CE21005</w:t>
            </w:r>
          </w:p>
        </w:tc>
        <w:tc>
          <w:tcPr>
            <w:tcW w:type="dxa" w:w="1080"/>
          </w:tcPr>
          <w:p>
            <w:r>
              <w:t>2.0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14</w:t>
            </w:r>
          </w:p>
        </w:tc>
        <w:tc>
          <w:tcPr>
            <w:tcW w:type="dxa" w:w="1080"/>
          </w:tcPr>
          <w:p>
            <w:r>
              <w:t>工程力学C(二)</w:t>
            </w:r>
          </w:p>
        </w:tc>
        <w:tc>
          <w:tcPr>
            <w:tcW w:type="dxa" w:w="1080"/>
          </w:tcPr>
          <w:p>
            <w:r>
              <w:t>2CE21006</w:t>
            </w:r>
          </w:p>
        </w:tc>
        <w:tc>
          <w:tcPr>
            <w:tcW w:type="dxa" w:w="1080"/>
          </w:tcPr>
          <w:p>
            <w:r>
              <w:t>2.0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环境基础化学(二)</w:t>
            </w:r>
          </w:p>
        </w:tc>
        <w:tc>
          <w:tcPr>
            <w:tcW w:type="dxa" w:w="1080"/>
          </w:tcPr>
          <w:p>
            <w:r>
              <w:t>2ES11802</w:t>
            </w:r>
          </w:p>
        </w:tc>
        <w:tc>
          <w:tcPr>
            <w:tcW w:type="dxa" w:w="1080"/>
          </w:tcPr>
          <w:p>
            <w:r>
              <w:t>3.5</w:t>
            </w:r>
          </w:p>
        </w:tc>
        <w:tc>
          <w:tcPr>
            <w:tcW w:type="dxa" w:w="1080"/>
          </w:tcPr>
          <w:p>
            <w:r>
              <w:t>通识必修课</w:t>
            </w:r>
          </w:p>
        </w:tc>
        <w:tc>
          <w:tcPr>
            <w:tcW w:type="dxa" w:w="1080"/>
          </w:tcPr>
          <w:p>
            <w:r>
              <w:t>环境科学与工程学院</w:t>
            </w:r>
          </w:p>
        </w:tc>
        <w:tc>
          <w:tcPr>
            <w:tcW w:type="dxa" w:w="1080"/>
          </w:tcPr>
          <w:p>
            <w:r>
              <w:t>2023-2024</w:t>
            </w:r>
          </w:p>
        </w:tc>
        <w:tc>
          <w:tcPr>
            <w:tcW w:type="dxa" w:w="1080"/>
          </w:tcPr>
          <w:p>
            <w:r>
              <w:t>2</w:t>
            </w:r>
          </w:p>
        </w:tc>
      </w:tr>
      <w:tr>
        <w:tc>
          <w:tcPr>
            <w:tcW w:type="dxa" w:w="1080"/>
          </w:tcPr>
          <w:p>
            <w:r>
              <w:t>17</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工程制图实践</w:t>
            </w:r>
          </w:p>
        </w:tc>
        <w:tc>
          <w:tcPr>
            <w:tcW w:type="dxa" w:w="1080"/>
          </w:tcPr>
          <w:p>
            <w:r>
              <w:t>2ME21007</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20</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科学计算与MATLAB语言</w:t>
            </w:r>
          </w:p>
        </w:tc>
        <w:tc>
          <w:tcPr>
            <w:tcW w:type="dxa" w:w="1080"/>
          </w:tcPr>
          <w:p>
            <w:r>
              <w:t>2EI21007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26</w:t>
            </w:r>
          </w:p>
        </w:tc>
        <w:tc>
          <w:tcPr>
            <w:tcW w:type="dxa" w:w="1080"/>
          </w:tcPr>
          <w:p>
            <w:r>
              <w:t>环境工程原理B</w:t>
            </w:r>
          </w:p>
        </w:tc>
        <w:tc>
          <w:tcPr>
            <w:tcW w:type="dxa" w:w="1080"/>
          </w:tcPr>
          <w:p>
            <w:r>
              <w:t>2ES21501</w:t>
            </w:r>
          </w:p>
        </w:tc>
        <w:tc>
          <w:tcPr>
            <w:tcW w:type="dxa" w:w="1080"/>
          </w:tcPr>
          <w:p>
            <w:r>
              <w:t>3</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27</w:t>
            </w:r>
          </w:p>
        </w:tc>
        <w:tc>
          <w:tcPr>
            <w:tcW w:type="dxa" w:w="1080"/>
          </w:tcPr>
          <w:p>
            <w:r>
              <w:t>环境生态工程计算机辅助设计CAD</w:t>
            </w:r>
          </w:p>
        </w:tc>
        <w:tc>
          <w:tcPr>
            <w:tcW w:type="dxa" w:w="1080"/>
          </w:tcPr>
          <w:p>
            <w:r>
              <w:t>2ES21502</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28</w:t>
            </w:r>
          </w:p>
        </w:tc>
        <w:tc>
          <w:tcPr>
            <w:tcW w:type="dxa" w:w="1080"/>
          </w:tcPr>
          <w:p>
            <w:r>
              <w:t>环境微生物学B</w:t>
            </w:r>
          </w:p>
        </w:tc>
        <w:tc>
          <w:tcPr>
            <w:tcW w:type="dxa" w:w="1080"/>
          </w:tcPr>
          <w:p>
            <w:r>
              <w:t>2ES21503</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29</w:t>
            </w:r>
          </w:p>
        </w:tc>
        <w:tc>
          <w:tcPr>
            <w:tcW w:type="dxa" w:w="1080"/>
          </w:tcPr>
          <w:p>
            <w:r>
              <w:t>基础生态学</w:t>
            </w:r>
          </w:p>
        </w:tc>
        <w:tc>
          <w:tcPr>
            <w:tcW w:type="dxa" w:w="1080"/>
          </w:tcPr>
          <w:p>
            <w:r>
              <w:t>2ES21504</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30</w:t>
            </w:r>
          </w:p>
        </w:tc>
        <w:tc>
          <w:tcPr>
            <w:tcW w:type="dxa" w:w="1080"/>
          </w:tcPr>
          <w:p>
            <w:r>
              <w:t>生态野外考察</w:t>
            </w:r>
          </w:p>
        </w:tc>
        <w:tc>
          <w:tcPr>
            <w:tcW w:type="dxa" w:w="1080"/>
          </w:tcPr>
          <w:p>
            <w:r>
              <w:t>2ES21527</w:t>
            </w:r>
          </w:p>
        </w:tc>
        <w:tc>
          <w:tcPr>
            <w:tcW w:type="dxa" w:w="1080"/>
          </w:tcPr>
          <w:p>
            <w:r>
              <w:t>1</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31</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32</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36</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电工技术</w:t>
            </w:r>
          </w:p>
        </w:tc>
        <w:tc>
          <w:tcPr>
            <w:tcW w:type="dxa" w:w="1080"/>
          </w:tcPr>
          <w:p>
            <w:r>
              <w:t>2EI21199</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39</w:t>
            </w:r>
          </w:p>
        </w:tc>
        <w:tc>
          <w:tcPr>
            <w:tcW w:type="dxa" w:w="1080"/>
          </w:tcPr>
          <w:p>
            <w:r>
              <w:t>环境分析化学A</w:t>
            </w:r>
          </w:p>
        </w:tc>
        <w:tc>
          <w:tcPr>
            <w:tcW w:type="dxa" w:w="1080"/>
          </w:tcPr>
          <w:p>
            <w:r>
              <w:t>2ES11803</w:t>
            </w:r>
          </w:p>
        </w:tc>
        <w:tc>
          <w:tcPr>
            <w:tcW w:type="dxa" w:w="1080"/>
          </w:tcPr>
          <w:p>
            <w:r>
              <w:t>3</w:t>
            </w:r>
          </w:p>
        </w:tc>
        <w:tc>
          <w:tcPr>
            <w:tcW w:type="dxa" w:w="1080"/>
          </w:tcPr>
          <w:p>
            <w:r>
              <w:t>通识必修课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40</w:t>
            </w:r>
          </w:p>
        </w:tc>
        <w:tc>
          <w:tcPr>
            <w:tcW w:type="dxa" w:w="1080"/>
          </w:tcPr>
          <w:p>
            <w:r>
              <w:t>环境地学基础A</w:t>
            </w:r>
          </w:p>
        </w:tc>
        <w:tc>
          <w:tcPr>
            <w:tcW w:type="dxa" w:w="1080"/>
          </w:tcPr>
          <w:p>
            <w:r>
              <w:t>2ES21505</w:t>
            </w:r>
          </w:p>
        </w:tc>
        <w:tc>
          <w:tcPr>
            <w:tcW w:type="dxa" w:w="1080"/>
          </w:tcPr>
          <w:p>
            <w:r>
              <w:t>2.5</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41</w:t>
            </w:r>
          </w:p>
        </w:tc>
        <w:tc>
          <w:tcPr>
            <w:tcW w:type="dxa" w:w="1080"/>
          </w:tcPr>
          <w:p>
            <w:r>
              <w:t>环境化学B</w:t>
            </w:r>
          </w:p>
        </w:tc>
        <w:tc>
          <w:tcPr>
            <w:tcW w:type="dxa" w:w="1080"/>
          </w:tcPr>
          <w:p>
            <w:r>
              <w:t>2ES21506</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42</w:t>
            </w:r>
          </w:p>
        </w:tc>
        <w:tc>
          <w:tcPr>
            <w:tcW w:type="dxa" w:w="1080"/>
          </w:tcPr>
          <w:p>
            <w:r>
              <w:t>水力学B</w:t>
            </w:r>
          </w:p>
        </w:tc>
        <w:tc>
          <w:tcPr>
            <w:tcW w:type="dxa" w:w="1080"/>
          </w:tcPr>
          <w:p>
            <w:r>
              <w:t>2ES21507</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43</w:t>
            </w:r>
          </w:p>
        </w:tc>
        <w:tc>
          <w:tcPr>
            <w:tcW w:type="dxa" w:w="1080"/>
          </w:tcPr>
          <w:p>
            <w:r>
              <w:t>认识实习</w:t>
            </w:r>
          </w:p>
        </w:tc>
        <w:tc>
          <w:tcPr>
            <w:tcW w:type="dxa" w:w="1080"/>
          </w:tcPr>
          <w:p>
            <w:r>
              <w:t>2ES21522</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44</w:t>
            </w:r>
          </w:p>
        </w:tc>
        <w:tc>
          <w:tcPr>
            <w:tcW w:type="dxa" w:w="1080"/>
          </w:tcPr>
          <w:p>
            <w:r>
              <w:t>劳动教育实践</w:t>
            </w:r>
          </w:p>
        </w:tc>
        <w:tc>
          <w:tcPr>
            <w:tcW w:type="dxa" w:w="1080"/>
          </w:tcPr>
          <w:p>
            <w:r>
              <w:t>2ES21805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45</w:t>
            </w:r>
          </w:p>
        </w:tc>
        <w:tc>
          <w:tcPr>
            <w:tcW w:type="dxa" w:w="1080"/>
          </w:tcPr>
          <w:p>
            <w:r>
              <w:t>GIS原理与应用</w:t>
            </w:r>
          </w:p>
        </w:tc>
        <w:tc>
          <w:tcPr>
            <w:tcW w:type="dxa" w:w="1080"/>
          </w:tcPr>
          <w:p>
            <w:r>
              <w:t>2GS21229</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48</w:t>
            </w:r>
          </w:p>
        </w:tc>
        <w:tc>
          <w:tcPr>
            <w:tcW w:type="dxa" w:w="1080"/>
          </w:tcPr>
          <w:p>
            <w:r>
              <w:t>环境系统分析A</w:t>
            </w:r>
          </w:p>
        </w:tc>
        <w:tc>
          <w:tcPr>
            <w:tcW w:type="dxa" w:w="1080"/>
          </w:tcPr>
          <w:p>
            <w:r>
              <w:t>2ES21508</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49</w:t>
            </w:r>
          </w:p>
        </w:tc>
        <w:tc>
          <w:tcPr>
            <w:tcW w:type="dxa" w:w="1080"/>
          </w:tcPr>
          <w:p>
            <w:r>
              <w:t>环境生态工程</w:t>
            </w:r>
          </w:p>
        </w:tc>
        <w:tc>
          <w:tcPr>
            <w:tcW w:type="dxa" w:w="1080"/>
          </w:tcPr>
          <w:p>
            <w:r>
              <w:t>2ES21509</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50</w:t>
            </w:r>
          </w:p>
        </w:tc>
        <w:tc>
          <w:tcPr>
            <w:tcW w:type="dxa" w:w="1080"/>
          </w:tcPr>
          <w:p>
            <w:r>
              <w:t>生态环境监测与评价</w:t>
            </w:r>
          </w:p>
        </w:tc>
        <w:tc>
          <w:tcPr>
            <w:tcW w:type="dxa" w:w="1080"/>
          </w:tcPr>
          <w:p>
            <w:r>
              <w:t>2ES21510</w:t>
            </w:r>
          </w:p>
        </w:tc>
        <w:tc>
          <w:tcPr>
            <w:tcW w:type="dxa" w:w="1080"/>
          </w:tcPr>
          <w:p>
            <w:r>
              <w:t>3.5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51</w:t>
            </w:r>
          </w:p>
        </w:tc>
        <w:tc>
          <w:tcPr>
            <w:tcW w:type="dxa" w:w="1080"/>
          </w:tcPr>
          <w:p>
            <w:r>
              <w:t>土壤及地下水环境理论基础</w:t>
            </w:r>
          </w:p>
        </w:tc>
        <w:tc>
          <w:tcPr>
            <w:tcW w:type="dxa" w:w="1080"/>
          </w:tcPr>
          <w:p>
            <w:r>
              <w:t>2ES21511</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52</w:t>
            </w:r>
          </w:p>
        </w:tc>
        <w:tc>
          <w:tcPr>
            <w:tcW w:type="dxa" w:w="1080"/>
          </w:tcPr>
          <w:p>
            <w:r>
              <w:t>生态毒理学</w:t>
            </w:r>
          </w:p>
        </w:tc>
        <w:tc>
          <w:tcPr>
            <w:tcW w:type="dxa" w:w="1080"/>
          </w:tcPr>
          <w:p>
            <w:r>
              <w:t>2ES21512</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53</w:t>
            </w:r>
          </w:p>
        </w:tc>
        <w:tc>
          <w:tcPr>
            <w:tcW w:type="dxa" w:w="1080"/>
          </w:tcPr>
          <w:p>
            <w:r>
              <w:t>环境生态工程综合实践</w:t>
            </w:r>
          </w:p>
        </w:tc>
        <w:tc>
          <w:tcPr>
            <w:tcW w:type="dxa" w:w="1080"/>
          </w:tcPr>
          <w:p>
            <w:r>
              <w:t>2ES21517</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54</w:t>
            </w:r>
          </w:p>
        </w:tc>
        <w:tc>
          <w:tcPr>
            <w:tcW w:type="dxa" w:w="1080"/>
          </w:tcPr>
          <w:p>
            <w:r>
              <w:t>环境系统分析课程设计</w:t>
            </w:r>
          </w:p>
        </w:tc>
        <w:tc>
          <w:tcPr>
            <w:tcW w:type="dxa" w:w="1080"/>
          </w:tcPr>
          <w:p>
            <w:r>
              <w:t>2ES21804</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生态修复规划与管理</w:t>
            </w:r>
          </w:p>
        </w:tc>
        <w:tc>
          <w:tcPr>
            <w:tcW w:type="dxa" w:w="1080"/>
          </w:tcPr>
          <w:p>
            <w:r>
              <w:t>2ES21514</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58</w:t>
            </w:r>
          </w:p>
        </w:tc>
        <w:tc>
          <w:tcPr>
            <w:tcW w:type="dxa" w:w="1080"/>
          </w:tcPr>
          <w:p>
            <w:r>
              <w:t>水污染控制工程</w:t>
            </w:r>
          </w:p>
        </w:tc>
        <w:tc>
          <w:tcPr>
            <w:tcW w:type="dxa" w:w="1080"/>
          </w:tcPr>
          <w:p>
            <w:r>
              <w:t>2ES21515</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59</w:t>
            </w:r>
          </w:p>
        </w:tc>
        <w:tc>
          <w:tcPr>
            <w:tcW w:type="dxa" w:w="1080"/>
          </w:tcPr>
          <w:p>
            <w:r>
              <w:t>土壤与地下水修复工程</w:t>
            </w:r>
          </w:p>
        </w:tc>
        <w:tc>
          <w:tcPr>
            <w:tcW w:type="dxa" w:w="1080"/>
          </w:tcPr>
          <w:p>
            <w:r>
              <w:t>2ES21516</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60</w:t>
            </w:r>
          </w:p>
        </w:tc>
        <w:tc>
          <w:tcPr>
            <w:tcW w:type="dxa" w:w="1080"/>
          </w:tcPr>
          <w:p>
            <w:r>
              <w:t>生态环境监测与评价综合实践</w:t>
            </w:r>
          </w:p>
        </w:tc>
        <w:tc>
          <w:tcPr>
            <w:tcW w:type="dxa" w:w="1080"/>
          </w:tcPr>
          <w:p>
            <w:r>
              <w:t>2ES21518</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61</w:t>
            </w:r>
          </w:p>
        </w:tc>
        <w:tc>
          <w:tcPr>
            <w:tcW w:type="dxa" w:w="1080"/>
          </w:tcPr>
          <w:p>
            <w:r>
              <w:t>生态修复规划与管理课程设计</w:t>
            </w:r>
          </w:p>
        </w:tc>
        <w:tc>
          <w:tcPr>
            <w:tcW w:type="dxa" w:w="1080"/>
          </w:tcPr>
          <w:p>
            <w:r>
              <w:t>2ES21519</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62</w:t>
            </w:r>
          </w:p>
        </w:tc>
        <w:tc>
          <w:tcPr>
            <w:tcW w:type="dxa" w:w="1080"/>
          </w:tcPr>
          <w:p>
            <w:r>
              <w:t>水污染控制工程课程实践</w:t>
            </w:r>
          </w:p>
        </w:tc>
        <w:tc>
          <w:tcPr>
            <w:tcW w:type="dxa" w:w="1080"/>
          </w:tcPr>
          <w:p>
            <w:r>
              <w:t>2ES21520</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63</w:t>
            </w:r>
          </w:p>
        </w:tc>
        <w:tc>
          <w:tcPr>
            <w:tcW w:type="dxa" w:w="1080"/>
          </w:tcPr>
          <w:p>
            <w:r>
              <w:t>土壤与地下水修复工程课程设计</w:t>
            </w:r>
          </w:p>
        </w:tc>
        <w:tc>
          <w:tcPr>
            <w:tcW w:type="dxa" w:w="1080"/>
          </w:tcPr>
          <w:p>
            <w:r>
              <w:t>2ES21521</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64</w:t>
            </w:r>
          </w:p>
        </w:tc>
        <w:tc>
          <w:tcPr>
            <w:tcW w:type="dxa" w:w="1080"/>
          </w:tcPr>
          <w:p>
            <w:r>
              <w:t>专业实践</w:t>
            </w:r>
          </w:p>
        </w:tc>
        <w:tc>
          <w:tcPr>
            <w:tcW w:type="dxa" w:w="1080"/>
          </w:tcPr>
          <w:p>
            <w:r>
              <w:t>2ES21523</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建筑环境与能源应用工程</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建筑环境与能源应用工程概论</w:t>
            </w:r>
          </w:p>
        </w:tc>
        <w:tc>
          <w:tcPr>
            <w:tcW w:type="dxa" w:w="1080"/>
          </w:tcPr>
          <w:p>
            <w:r>
              <w:t>2ES21401</w:t>
            </w:r>
          </w:p>
        </w:tc>
        <w:tc>
          <w:tcPr>
            <w:tcW w:type="dxa" w:w="1080"/>
          </w:tcPr>
          <w:p>
            <w:r>
              <w:t>1</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1</w:t>
            </w:r>
          </w:p>
        </w:tc>
      </w:tr>
      <w:tr>
        <w:tc>
          <w:tcPr>
            <w:tcW w:type="dxa" w:w="1080"/>
          </w:tcPr>
          <w:p>
            <w:r>
              <w:t>6</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工程制图基础</w:t>
            </w:r>
          </w:p>
        </w:tc>
        <w:tc>
          <w:tcPr>
            <w:tcW w:type="dxa" w:w="1080"/>
          </w:tcPr>
          <w:p>
            <w:r>
              <w:t>2ME21015</w:t>
            </w:r>
          </w:p>
        </w:tc>
        <w:tc>
          <w:tcPr>
            <w:tcW w:type="dxa" w:w="1080"/>
          </w:tcPr>
          <w:p>
            <w:r>
              <w:t>2</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建筑概论</w:t>
            </w:r>
          </w:p>
        </w:tc>
        <w:tc>
          <w:tcPr>
            <w:tcW w:type="dxa" w:w="1080"/>
          </w:tcPr>
          <w:p>
            <w:r>
              <w:t>2AU21901</w:t>
            </w:r>
          </w:p>
        </w:tc>
        <w:tc>
          <w:tcPr>
            <w:tcW w:type="dxa" w:w="1080"/>
          </w:tcPr>
          <w:p>
            <w:r>
              <w:t>1.5</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工程化学</w:t>
            </w:r>
          </w:p>
        </w:tc>
        <w:tc>
          <w:tcPr>
            <w:tcW w:type="dxa" w:w="1080"/>
          </w:tcPr>
          <w:p>
            <w:r>
              <w:t>2CB21331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工程制图实践</w:t>
            </w:r>
          </w:p>
        </w:tc>
        <w:tc>
          <w:tcPr>
            <w:tcW w:type="dxa" w:w="1080"/>
          </w:tcPr>
          <w:p>
            <w:r>
              <w:t>2ME21007</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18</w:t>
            </w:r>
          </w:p>
        </w:tc>
        <w:tc>
          <w:tcPr>
            <w:tcW w:type="dxa" w:w="1080"/>
          </w:tcPr>
          <w:p>
            <w:r>
              <w:t>金工实习B</w:t>
            </w:r>
          </w:p>
        </w:tc>
        <w:tc>
          <w:tcPr>
            <w:tcW w:type="dxa" w:w="1080"/>
          </w:tcPr>
          <w:p>
            <w:r>
              <w:t>2ME21120</w:t>
            </w:r>
          </w:p>
        </w:tc>
        <w:tc>
          <w:tcPr>
            <w:tcW w:type="dxa" w:w="1080"/>
          </w:tcPr>
          <w:p>
            <w:r>
              <w:t>1</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工程力学C(一)</w:t>
            </w:r>
          </w:p>
        </w:tc>
        <w:tc>
          <w:tcPr>
            <w:tcW w:type="dxa" w:w="1080"/>
          </w:tcPr>
          <w:p>
            <w:r>
              <w:t>2CE21005</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24</w:t>
            </w:r>
          </w:p>
        </w:tc>
        <w:tc>
          <w:tcPr>
            <w:tcW w:type="dxa" w:w="1080"/>
          </w:tcPr>
          <w:p>
            <w:r>
              <w:t>工程力学C(二)</w:t>
            </w:r>
          </w:p>
        </w:tc>
        <w:tc>
          <w:tcPr>
            <w:tcW w:type="dxa" w:w="1080"/>
          </w:tcPr>
          <w:p>
            <w:r>
              <w:t>2CE21006</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科学计算与MATLAB语言</w:t>
            </w:r>
          </w:p>
        </w:tc>
        <w:tc>
          <w:tcPr>
            <w:tcW w:type="dxa" w:w="1080"/>
          </w:tcPr>
          <w:p>
            <w:r>
              <w:t>2EI21007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26</w:t>
            </w:r>
          </w:p>
        </w:tc>
        <w:tc>
          <w:tcPr>
            <w:tcW w:type="dxa" w:w="1080"/>
          </w:tcPr>
          <w:p>
            <w:r>
              <w:t>工程热力学</w:t>
            </w:r>
          </w:p>
        </w:tc>
        <w:tc>
          <w:tcPr>
            <w:tcW w:type="dxa" w:w="1080"/>
          </w:tcPr>
          <w:p>
            <w:r>
              <w:t>2ES21402</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27</w:t>
            </w:r>
          </w:p>
        </w:tc>
        <w:tc>
          <w:tcPr>
            <w:tcW w:type="dxa" w:w="1080"/>
          </w:tcPr>
          <w:p>
            <w:r>
              <w:t>流体力学A</w:t>
            </w:r>
          </w:p>
        </w:tc>
        <w:tc>
          <w:tcPr>
            <w:tcW w:type="dxa" w:w="1080"/>
          </w:tcPr>
          <w:p>
            <w:r>
              <w:t>2ES21803</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1</w:t>
            </w:r>
          </w:p>
        </w:tc>
      </w:tr>
      <w:tr>
        <w:tc>
          <w:tcPr>
            <w:tcW w:type="dxa" w:w="1080"/>
          </w:tcPr>
          <w:p>
            <w:r>
              <w:t>28</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35</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36</w:t>
            </w:r>
          </w:p>
        </w:tc>
        <w:tc>
          <w:tcPr>
            <w:tcW w:type="dxa" w:w="1080"/>
          </w:tcPr>
          <w:p>
            <w:r>
              <w:t>传热学</w:t>
            </w:r>
          </w:p>
        </w:tc>
        <w:tc>
          <w:tcPr>
            <w:tcW w:type="dxa" w:w="1080"/>
          </w:tcPr>
          <w:p>
            <w:r>
              <w:t>2ES21403</w:t>
            </w:r>
          </w:p>
        </w:tc>
        <w:tc>
          <w:tcPr>
            <w:tcW w:type="dxa" w:w="1080"/>
          </w:tcPr>
          <w:p>
            <w:r>
              <w:t>4</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37</w:t>
            </w:r>
          </w:p>
        </w:tc>
        <w:tc>
          <w:tcPr>
            <w:tcW w:type="dxa" w:w="1080"/>
          </w:tcPr>
          <w:p>
            <w:r>
              <w:t>暖通工程设计CAD</w:t>
            </w:r>
          </w:p>
        </w:tc>
        <w:tc>
          <w:tcPr>
            <w:tcW w:type="dxa" w:w="1080"/>
          </w:tcPr>
          <w:p>
            <w:r>
              <w:t>2ES21405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38</w:t>
            </w:r>
          </w:p>
        </w:tc>
        <w:tc>
          <w:tcPr>
            <w:tcW w:type="dxa" w:w="1080"/>
          </w:tcPr>
          <w:p>
            <w:r>
              <w:t>认识实习</w:t>
            </w:r>
          </w:p>
        </w:tc>
        <w:tc>
          <w:tcPr>
            <w:tcW w:type="dxa" w:w="1080"/>
          </w:tcPr>
          <w:p>
            <w:r>
              <w:t>2ES21418</w:t>
            </w:r>
          </w:p>
        </w:tc>
        <w:tc>
          <w:tcPr>
            <w:tcW w:type="dxa" w:w="1080"/>
          </w:tcPr>
          <w:p>
            <w:r>
              <w:t>1.0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39</w:t>
            </w:r>
          </w:p>
        </w:tc>
        <w:tc>
          <w:tcPr>
            <w:tcW w:type="dxa" w:w="1080"/>
          </w:tcPr>
          <w:p>
            <w:r>
              <w:t>机械设计基础A</w:t>
            </w:r>
          </w:p>
        </w:tc>
        <w:tc>
          <w:tcPr>
            <w:tcW w:type="dxa" w:w="1080"/>
          </w:tcPr>
          <w:p>
            <w:r>
              <w:t>2ME21129</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40</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42</w:t>
            </w:r>
          </w:p>
        </w:tc>
        <w:tc>
          <w:tcPr>
            <w:tcW w:type="dxa" w:w="1080"/>
          </w:tcPr>
          <w:p>
            <w:r>
              <w:t>建筑环境学</w:t>
            </w:r>
          </w:p>
        </w:tc>
        <w:tc>
          <w:tcPr>
            <w:tcW w:type="dxa" w:w="1080"/>
          </w:tcPr>
          <w:p>
            <w:r>
              <w:t>2ES21404</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43</w:t>
            </w:r>
          </w:p>
        </w:tc>
        <w:tc>
          <w:tcPr>
            <w:tcW w:type="dxa" w:w="1080"/>
          </w:tcPr>
          <w:p>
            <w:r>
              <w:t>锅炉及锅炉房设备</w:t>
            </w:r>
          </w:p>
        </w:tc>
        <w:tc>
          <w:tcPr>
            <w:tcW w:type="dxa" w:w="1080"/>
          </w:tcPr>
          <w:p>
            <w:r>
              <w:t>2ES21406</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44</w:t>
            </w:r>
          </w:p>
        </w:tc>
        <w:tc>
          <w:tcPr>
            <w:tcW w:type="dxa" w:w="1080"/>
          </w:tcPr>
          <w:p>
            <w:r>
              <w:t>建筑环境测试技术</w:t>
            </w:r>
          </w:p>
        </w:tc>
        <w:tc>
          <w:tcPr>
            <w:tcW w:type="dxa" w:w="1080"/>
          </w:tcPr>
          <w:p>
            <w:r>
              <w:t>2ES21407</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45</w:t>
            </w:r>
          </w:p>
        </w:tc>
        <w:tc>
          <w:tcPr>
            <w:tcW w:type="dxa" w:w="1080"/>
          </w:tcPr>
          <w:p>
            <w:r>
              <w:t>流体输配管网</w:t>
            </w:r>
          </w:p>
        </w:tc>
        <w:tc>
          <w:tcPr>
            <w:tcW w:type="dxa" w:w="1080"/>
          </w:tcPr>
          <w:p>
            <w:r>
              <w:t>2ES21408</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46</w:t>
            </w:r>
          </w:p>
        </w:tc>
        <w:tc>
          <w:tcPr>
            <w:tcW w:type="dxa" w:w="1080"/>
          </w:tcPr>
          <w:p>
            <w:r>
              <w:t>燃气输配</w:t>
            </w:r>
          </w:p>
        </w:tc>
        <w:tc>
          <w:tcPr>
            <w:tcW w:type="dxa" w:w="1080"/>
          </w:tcPr>
          <w:p>
            <w:r>
              <w:t>2ES21409</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47</w:t>
            </w:r>
          </w:p>
        </w:tc>
        <w:tc>
          <w:tcPr>
            <w:tcW w:type="dxa" w:w="1080"/>
          </w:tcPr>
          <w:p>
            <w:r>
              <w:t>热质交换原理与设备</w:t>
            </w:r>
          </w:p>
        </w:tc>
        <w:tc>
          <w:tcPr>
            <w:tcW w:type="dxa" w:w="1080"/>
          </w:tcPr>
          <w:p>
            <w:r>
              <w:t>2ES21410</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48</w:t>
            </w:r>
          </w:p>
        </w:tc>
        <w:tc>
          <w:tcPr>
            <w:tcW w:type="dxa" w:w="1080"/>
          </w:tcPr>
          <w:p>
            <w:r>
              <w:t>锅炉及锅炉房设备课程设计</w:t>
            </w:r>
          </w:p>
        </w:tc>
        <w:tc>
          <w:tcPr>
            <w:tcW w:type="dxa" w:w="1080"/>
          </w:tcPr>
          <w:p>
            <w:r>
              <w:t>2ES21419</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49</w:t>
            </w:r>
          </w:p>
        </w:tc>
        <w:tc>
          <w:tcPr>
            <w:tcW w:type="dxa" w:w="1080"/>
          </w:tcPr>
          <w:p>
            <w:r>
              <w:t>燃气输配课程设计</w:t>
            </w:r>
          </w:p>
        </w:tc>
        <w:tc>
          <w:tcPr>
            <w:tcW w:type="dxa" w:w="1080"/>
          </w:tcPr>
          <w:p>
            <w:r>
              <w:t>2ES21420</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50</w:t>
            </w:r>
          </w:p>
        </w:tc>
        <w:tc>
          <w:tcPr>
            <w:tcW w:type="dxa" w:w="1080"/>
          </w:tcPr>
          <w:p>
            <w:r>
              <w:t>建筑设备自动化</w:t>
            </w:r>
          </w:p>
        </w:tc>
        <w:tc>
          <w:tcPr>
            <w:tcW w:type="dxa" w:w="1080"/>
          </w:tcPr>
          <w:p>
            <w:r>
              <w:t>2ES21429</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51</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52</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53</w:t>
            </w:r>
          </w:p>
        </w:tc>
        <w:tc>
          <w:tcPr>
            <w:tcW w:type="dxa" w:w="1080"/>
          </w:tcPr>
          <w:p>
            <w:r>
              <w:t>工业通风</w:t>
            </w:r>
          </w:p>
        </w:tc>
        <w:tc>
          <w:tcPr>
            <w:tcW w:type="dxa" w:w="1080"/>
          </w:tcPr>
          <w:p>
            <w:r>
              <w:t>2ES21411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54</w:t>
            </w:r>
          </w:p>
        </w:tc>
        <w:tc>
          <w:tcPr>
            <w:tcW w:type="dxa" w:w="1080"/>
          </w:tcPr>
          <w:p>
            <w:r>
              <w:t>供热工程</w:t>
            </w:r>
          </w:p>
        </w:tc>
        <w:tc>
          <w:tcPr>
            <w:tcW w:type="dxa" w:w="1080"/>
          </w:tcPr>
          <w:p>
            <w:r>
              <w:t>2ES21412</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55</w:t>
            </w:r>
          </w:p>
        </w:tc>
        <w:tc>
          <w:tcPr>
            <w:tcW w:type="dxa" w:w="1080"/>
          </w:tcPr>
          <w:p>
            <w:r>
              <w:t>科技与专业外语A</w:t>
            </w:r>
          </w:p>
        </w:tc>
        <w:tc>
          <w:tcPr>
            <w:tcW w:type="dxa" w:w="1080"/>
          </w:tcPr>
          <w:p>
            <w:r>
              <w:t>2ES21413</w:t>
            </w:r>
          </w:p>
        </w:tc>
        <w:tc>
          <w:tcPr>
            <w:tcW w:type="dxa" w:w="1080"/>
          </w:tcPr>
          <w:p>
            <w:r>
              <w:t>1.5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56</w:t>
            </w:r>
          </w:p>
        </w:tc>
        <w:tc>
          <w:tcPr>
            <w:tcW w:type="dxa" w:w="1080"/>
          </w:tcPr>
          <w:p>
            <w:r>
              <w:t>空气调节</w:t>
            </w:r>
          </w:p>
        </w:tc>
        <w:tc>
          <w:tcPr>
            <w:tcW w:type="dxa" w:w="1080"/>
          </w:tcPr>
          <w:p>
            <w:r>
              <w:t>2ES21414</w:t>
            </w:r>
          </w:p>
        </w:tc>
        <w:tc>
          <w:tcPr>
            <w:tcW w:type="dxa" w:w="1080"/>
          </w:tcPr>
          <w:p>
            <w:r>
              <w:t>3</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57</w:t>
            </w:r>
          </w:p>
        </w:tc>
        <w:tc>
          <w:tcPr>
            <w:tcW w:type="dxa" w:w="1080"/>
          </w:tcPr>
          <w:p>
            <w:r>
              <w:t>空调用制冷技术</w:t>
            </w:r>
          </w:p>
        </w:tc>
        <w:tc>
          <w:tcPr>
            <w:tcW w:type="dxa" w:w="1080"/>
          </w:tcPr>
          <w:p>
            <w:r>
              <w:t>2ES21415</w:t>
            </w:r>
          </w:p>
        </w:tc>
        <w:tc>
          <w:tcPr>
            <w:tcW w:type="dxa" w:w="1080"/>
          </w:tcPr>
          <w:p>
            <w:r>
              <w:t>2.5</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58</w:t>
            </w:r>
          </w:p>
        </w:tc>
        <w:tc>
          <w:tcPr>
            <w:tcW w:type="dxa" w:w="1080"/>
          </w:tcPr>
          <w:p>
            <w:r>
              <w:t>工业通风课程设计</w:t>
            </w:r>
          </w:p>
        </w:tc>
        <w:tc>
          <w:tcPr>
            <w:tcW w:type="dxa" w:w="1080"/>
          </w:tcPr>
          <w:p>
            <w:r>
              <w:t>2ES21421</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59</w:t>
            </w:r>
          </w:p>
        </w:tc>
        <w:tc>
          <w:tcPr>
            <w:tcW w:type="dxa" w:w="1080"/>
          </w:tcPr>
          <w:p>
            <w:r>
              <w:t>供热工程课程设计</w:t>
            </w:r>
          </w:p>
        </w:tc>
        <w:tc>
          <w:tcPr>
            <w:tcW w:type="dxa" w:w="1080"/>
          </w:tcPr>
          <w:p>
            <w:r>
              <w:t>2ES21422</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60</w:t>
            </w:r>
          </w:p>
        </w:tc>
        <w:tc>
          <w:tcPr>
            <w:tcW w:type="dxa" w:w="1080"/>
          </w:tcPr>
          <w:p>
            <w:r>
              <w:t>空气调节课程设计B</w:t>
            </w:r>
          </w:p>
        </w:tc>
        <w:tc>
          <w:tcPr>
            <w:tcW w:type="dxa" w:w="1080"/>
          </w:tcPr>
          <w:p>
            <w:r>
              <w:t>2ES21423</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61</w:t>
            </w:r>
          </w:p>
        </w:tc>
        <w:tc>
          <w:tcPr>
            <w:tcW w:type="dxa" w:w="1080"/>
          </w:tcPr>
          <w:p>
            <w:r>
              <w:t>空调用制冷技术课程设计</w:t>
            </w:r>
          </w:p>
        </w:tc>
        <w:tc>
          <w:tcPr>
            <w:tcW w:type="dxa" w:w="1080"/>
          </w:tcPr>
          <w:p>
            <w:r>
              <w:t>2ES21424</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62</w:t>
            </w:r>
          </w:p>
        </w:tc>
        <w:tc>
          <w:tcPr>
            <w:tcW w:type="dxa" w:w="1080"/>
          </w:tcPr>
          <w:p>
            <w:r>
              <w:t>生产实习</w:t>
            </w:r>
          </w:p>
        </w:tc>
        <w:tc>
          <w:tcPr>
            <w:tcW w:type="dxa" w:w="1080"/>
          </w:tcPr>
          <w:p>
            <w:r>
              <w:t>2ES21425</w:t>
            </w:r>
          </w:p>
        </w:tc>
        <w:tc>
          <w:tcPr>
            <w:tcW w:type="dxa" w:w="1080"/>
          </w:tcPr>
          <w:p>
            <w:r>
              <w:t>2.0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t>63</w:t>
            </w:r>
          </w:p>
        </w:tc>
        <w:tc>
          <w:tcPr>
            <w:tcW w:type="dxa" w:w="1080"/>
          </w:tcPr>
          <w:p>
            <w:r>
              <w:t>劳动教育实践</w:t>
            </w:r>
          </w:p>
        </w:tc>
        <w:tc>
          <w:tcPr>
            <w:tcW w:type="dxa" w:w="1080"/>
          </w:tcPr>
          <w:p>
            <w:r>
              <w:t>2ES21805</w:t>
            </w:r>
          </w:p>
        </w:tc>
        <w:tc>
          <w:tcPr>
            <w:tcW w:type="dxa" w:w="1080"/>
          </w:tcPr>
          <w:p>
            <w:r>
              <w:t>1.0</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