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苏州科技大学物理科学与技术学院推荐2027年优秀应届本科毕业生免试攻读研究生工作细则</w:t>
      </w:r>
    </w:p>
    <w:p>
      <w:r>
        <w:t>苏州科技大学物理科学与技术学院</w:t>
      </w:r>
    </w:p>
    <w:p>
      <w:r>
        <w:t>推荐2027年优秀应届本科毕业生免试攻读研究生工作细则</w:t>
      </w:r>
    </w:p>
    <w:p>
      <w:r>
        <w:t>为做好我院推荐免试攻读研究生工作，根据《苏州科技大学推荐2027年优秀应届本科毕业生免试攻读研究生工作实施方案》，结合本院实际情况，制定本细则。</w:t>
      </w:r>
    </w:p>
    <w:p>
      <w:r>
        <w:t>一、学院推免生遴选工作小组</w:t>
      </w:r>
    </w:p>
    <w:p>
      <w:r>
        <w:t>组长：姜昱丞、孙云飞</w:t>
      </w:r>
    </w:p>
    <w:p>
      <w:r>
        <w:t>成员：郝翔，张晓渝，赵蒙，孙文卿，程新利，周茹，陈永强，陆焕钧，吴幸智，孙红照，戴称民，吴波，顾彦秋，倪焕杰，张隽杰</w:t>
      </w:r>
    </w:p>
    <w:p>
      <w:r>
        <w:t>咨询电话：0512-68782035周老师</w:t>
      </w:r>
    </w:p>
    <w:p>
      <w:r>
        <w:t>申诉电话：0512-68310121程老师</w:t>
      </w:r>
    </w:p>
    <w:p>
      <w:r>
        <w:t>邮箱：wlxy@usts.edu.cn</w:t>
      </w:r>
    </w:p>
    <w:p>
      <w:r>
        <w:t>二、名额分配</w:t>
      </w:r>
    </w:p>
    <w:p>
      <w:r>
        <w:t>总名额：9名</w:t>
      </w:r>
    </w:p>
    <w:p>
      <w:r>
        <w:t>名额分配如下：应用物理学专业3名；物理学专业3名；光电信息科学与工程专业3名。</w:t>
      </w:r>
    </w:p>
    <w:p>
      <w:r>
        <w:t>三、申请报名条件</w:t>
      </w:r>
    </w:p>
    <w:p>
      <w:r>
        <w:t>申请者须满足学校规定的遴选基本条件。</w:t>
      </w:r>
    </w:p>
    <w:p>
      <w:r>
        <w:t>四、申请受理时间、地点</w:t>
      </w:r>
    </w:p>
    <w:p>
      <w:r>
        <w:t>截止时间：9月1日16:00之前，提交报名申请及相关材料。</w:t>
      </w:r>
    </w:p>
    <w:p>
      <w:r>
        <w:t>受理地点：石湖校区教2楼239室</w:t>
      </w:r>
    </w:p>
    <w:p>
      <w:r>
        <w:t>受理人员：顾老师</w:t>
      </w:r>
    </w:p>
    <w:p>
      <w:r>
        <w:t>联系电话：0512-68310095</w:t>
      </w:r>
    </w:p>
    <w:p>
      <w:r>
        <w:t>五、推免生名单产生办法</w:t>
      </w:r>
    </w:p>
    <w:p>
      <w:r>
        <w:t>根据《苏州科技大学推荐2027年优秀应届本科毕业生免试攻读研究生工作实施方案》进行资格审查，通过者按以下程序产生推免生名单：</w:t>
      </w:r>
    </w:p>
    <w:p>
      <w:r>
        <w:t>1、对学生进行思想品德考核，思想品德考核不合格者不予推荐。</w:t>
      </w:r>
    </w:p>
    <w:p>
      <w:r>
        <w:t>2、对学生开展综合评价。综合成绩=学业成绩*80%+综合素质*20%。综合素质评价具体设置和课程清单见附件1、附件2-1、附件2-2和附件2-3。</w:t>
      </w:r>
    </w:p>
    <w:p>
      <w:r>
        <w:t>学院专家审核小组对申请学生的学科竞赛获奖、科研成果等进行审核鉴定，并可组织相关学生进行公开答辩，答辩全程录像，答辩结果公示，具体时间地点另行通知。</w:t>
      </w:r>
    </w:p>
    <w:p>
      <w:r>
        <w:t>3、按综合成绩由高到低排序确定拟推荐初选学生名单报教务处，并进行公示。</w:t>
      </w:r>
    </w:p>
    <w:p>
      <w:r>
        <w:t>六、其他事宜</w:t>
      </w:r>
    </w:p>
    <w:p>
      <w:r>
        <w:t>1、推免工作实行回避制度。中层及以上领导干部和推免相关工作人员，如有直系亲属或利益相关人员报名参加本单位推免招生的须主动报备并全程回避，如有非直系亲属等报名参加推免招生的要主动报备。相关学生申请推免资格时也应主动报备声明。回避报备应于9月2日前完成，并由学院汇总后报教务处备案。</w:t>
      </w:r>
    </w:p>
    <w:p>
      <w:r>
        <w:t>2、其他事项按照教育部和学校相关规定执行。</w:t>
      </w:r>
    </w:p>
    <w:p>
      <w:r>
        <w:t>3、本细则由学院推免生遴选工作小组负责解释。</w:t>
      </w:r>
    </w:p>
    <w:p>
      <w:r>
        <w:t>物理科学与技术学院</w:t>
      </w:r>
    </w:p>
    <w:p>
      <w:r>
        <w:t>日期：2026.08.30</w:t>
      </w:r>
    </w:p>
    <w:p>
      <w:r>
        <w:t>附件1:</w:t>
      </w:r>
    </w:p>
    <w:p>
      <w:r>
        <w:t>苏州科技大学物理科学与技术学院推免生综合素质单项分值设置表</w:t>
      </w:r>
    </w:p>
    <w:tbl>
      <w:tblPr>
        <w:tblStyle w:val="TableGrid"/>
        <w:tblW w:type="auto" w:w="0"/>
        <w:tblLook w:firstColumn="1" w:firstRow="1" w:lastColumn="0" w:lastRow="0" w:noHBand="0" w:noVBand="1" w:val="04A0"/>
      </w:tblPr>
      <w:tblGrid>
        <w:gridCol w:w="540"/>
        <w:gridCol w:w="540"/>
        <w:gridCol w:w="540"/>
        <w:gridCol w:w="540"/>
        <w:gridCol w:w="540"/>
        <w:gridCol w:w="540"/>
        <w:gridCol w:w="540"/>
        <w:gridCol w:w="540"/>
        <w:gridCol w:w="540"/>
        <w:gridCol w:w="540"/>
        <w:gridCol w:w="540"/>
        <w:gridCol w:w="540"/>
        <w:gridCol w:w="540"/>
        <w:gridCol w:w="540"/>
        <w:gridCol w:w="540"/>
        <w:gridCol w:w="540"/>
      </w:tblGrid>
      <w:tr>
        <w:tc>
          <w:tcPr>
            <w:tcW w:type="dxa" w:w="540"/>
          </w:tcPr>
          <w:p>
            <w:r>
              <w:t>类别</w:t>
            </w:r>
          </w:p>
        </w:tc>
        <w:tc>
          <w:tcPr>
            <w:tcW w:type="dxa" w:w="540"/>
          </w:tcPr>
          <w:p>
            <w:r>
              <w:t>项目等级</w:t>
            </w:r>
          </w:p>
        </w:tc>
        <w:tc>
          <w:tcPr>
            <w:tcW w:type="dxa" w:w="540"/>
          </w:tcPr>
          <w:p>
            <w:r>
              <w:t>第一等次</w:t>
            </w:r>
          </w:p>
        </w:tc>
        <w:tc>
          <w:tcPr>
            <w:tcW w:type="dxa" w:w="540"/>
          </w:tcPr>
          <w:p>
            <w:r>
              <w:t>第二等次</w:t>
            </w:r>
          </w:p>
        </w:tc>
        <w:tc>
          <w:tcPr>
            <w:tcW w:type="dxa" w:w="540"/>
          </w:tcPr>
          <w:p>
            <w:r>
              <w:t>第三等次</w:t>
            </w:r>
          </w:p>
        </w:tc>
        <w:tc>
          <w:tcPr>
            <w:tcW w:type="dxa" w:w="540"/>
          </w:tcPr>
          <w:p>
            <w:r>
              <w:t>第四等次</w:t>
            </w:r>
          </w:p>
        </w:tc>
        <w:tc>
          <w:tcPr>
            <w:tcW w:type="dxa" w:w="540"/>
          </w:tcPr>
          <w:p>
            <w:r>
              <w:t>备注</w:t>
            </w: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r>
      <w:tr>
        <w:tc>
          <w:tcPr>
            <w:tcW w:type="dxa" w:w="540"/>
          </w:tcPr>
          <w:p>
            <w:r>
              <w:t>学科竞赛(不超过40分)</w:t>
            </w:r>
          </w:p>
        </w:tc>
        <w:tc>
          <w:tcPr>
            <w:tcW w:type="dxa" w:w="540"/>
          </w:tcPr>
          <w:p>
            <w:r>
              <w:t>I甲</w:t>
            </w:r>
          </w:p>
        </w:tc>
        <w:tc>
          <w:tcPr>
            <w:tcW w:type="dxa" w:w="540"/>
          </w:tcPr>
          <w:p>
            <w:r>
              <w:t>40</w:t>
            </w:r>
          </w:p>
        </w:tc>
        <w:tc>
          <w:tcPr>
            <w:tcW w:type="dxa" w:w="540"/>
          </w:tcPr>
          <w:p>
            <w:r>
              <w:t>30</w:t>
            </w:r>
          </w:p>
        </w:tc>
        <w:tc>
          <w:tcPr>
            <w:tcW w:type="dxa" w:w="540"/>
          </w:tcPr>
          <w:p>
            <w:r>
              <w:t>15</w:t>
            </w:r>
          </w:p>
        </w:tc>
        <w:tc>
          <w:tcPr>
            <w:tcW w:type="dxa" w:w="540"/>
          </w:tcPr>
          <w:p>
            <w:r>
              <w:t>5</w:t>
            </w:r>
          </w:p>
        </w:tc>
        <w:tc>
          <w:tcPr>
            <w:tcW w:type="dxa" w:w="540"/>
          </w:tcPr>
          <w:p>
            <w:r>
              <w:t>（1）学生本科阶段作为主力成员参加的与学业相关的国内权威学科竞赛（全国赛），并获得三等及以上奖励。相关比赛需在苏州科技大学推免生学科竞赛认定目录内(学校统一公布），竞赛类别为“I甲”或“I乙”，且竞赛性质为“全国赛”。国际赛事参照执行，但标准不得低于国内赛事相关要求。（2）同一项目参加多个比赛取最高项加分。（3）第一等次对应各奖项的最高等级，其他依次对应。（4）在多人参赛的情况下，仅对主要成员（I甲类排名前5位，I乙类排名前3位）予以加分。各成员所加分值在原有基础上分别乘以对应排名系数。具体如下：I甲类排名由前至后分别为：0.5、0.2、0.1、0.1、0.1。I乙类排名由前至后分别为：0.5、0.3、0.2。（5）全国数学建模获奖加分平均分配给参赛者。</w:t>
            </w: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r>
      <w:tr>
        <w:tc>
          <w:tcPr>
            <w:tcW w:type="dxa" w:w="540"/>
          </w:tcPr>
          <w:p>
            <w:r>
              <w:t>I乙</w:t>
            </w:r>
          </w:p>
        </w:tc>
        <w:tc>
          <w:tcPr>
            <w:tcW w:type="dxa" w:w="540"/>
          </w:tcPr>
          <w:p>
            <w:r>
              <w:t>15</w:t>
            </w:r>
          </w:p>
        </w:tc>
        <w:tc>
          <w:tcPr>
            <w:tcW w:type="dxa" w:w="540"/>
          </w:tcPr>
          <w:p>
            <w:r>
              <w:t>10</w:t>
            </w:r>
          </w:p>
        </w:tc>
        <w:tc>
          <w:tcPr>
            <w:tcW w:type="dxa" w:w="540"/>
          </w:tcPr>
          <w:p>
            <w:r>
              <w:t>3</w:t>
            </w:r>
          </w:p>
        </w:tc>
        <w:tc>
          <w:tcPr>
            <w:tcW w:type="dxa" w:w="540"/>
          </w:tcPr>
          <w:p>
            <w:r>
              <w:t>1</w:t>
            </w: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r>
      <w:tr>
        <w:tc>
          <w:tcPr>
            <w:tcW w:type="dxa" w:w="540"/>
          </w:tcPr>
          <w:p>
            <w:r>
              <w:t>科研成果(不超过40分)</w:t>
            </w:r>
          </w:p>
        </w:tc>
        <w:tc>
          <w:tcPr>
            <w:tcW w:type="dxa" w:w="540"/>
          </w:tcPr>
          <w:p>
            <w:r>
              <w:t>科研论文</w:t>
            </w:r>
          </w:p>
        </w:tc>
        <w:tc>
          <w:tcPr>
            <w:tcW w:type="dxa" w:w="540"/>
          </w:tcPr>
          <w:p>
            <w:r>
              <w:t>Top期刊和一类权威核心</w:t>
            </w:r>
          </w:p>
        </w:tc>
        <w:tc>
          <w:tcPr>
            <w:tcW w:type="dxa" w:w="540"/>
          </w:tcPr>
          <w:p>
            <w:r>
              <w:t>一类核心</w:t>
            </w:r>
          </w:p>
        </w:tc>
        <w:tc>
          <w:tcPr>
            <w:tcW w:type="dxa" w:w="540"/>
          </w:tcPr>
          <w:p>
            <w:r>
              <w:t>二类核心</w:t>
            </w:r>
          </w:p>
        </w:tc>
        <w:tc>
          <w:tcPr>
            <w:tcW w:type="dxa" w:w="540"/>
          </w:tcPr>
          <w:p>
            <w:r>
              <w:t>三类核心</w:t>
            </w:r>
          </w:p>
        </w:tc>
        <w:tc>
          <w:tcPr>
            <w:tcW w:type="dxa" w:w="540"/>
          </w:tcPr>
          <w:p>
            <w:r>
              <w:t>四类核心</w:t>
            </w:r>
          </w:p>
        </w:tc>
        <w:tc>
          <w:tcPr>
            <w:tcW w:type="dxa" w:w="540"/>
          </w:tcPr>
          <w:p>
            <w:r>
              <w:t>中文核心</w:t>
            </w:r>
          </w:p>
        </w:tc>
        <w:tc>
          <w:tcPr>
            <w:tcW w:type="dxa" w:w="540"/>
          </w:tcPr>
          <w:p>
            <w:r>
              <w:t>（1）本科阶段在核心及以上期刊以独立作者或第一作者正式发表的与学业相关的科研论文（若为共同一作的，仅认定共同一作中排名第一的作者）,或以第一发明人身份获得授权的与学业相关的中国发明专利。国际专利参照执行，但标准不得低于中国发明专利。（2）发明专利不得超过10分。须提供相关专利授权书。（3）Top期刊和一类权威、一类、二类、三类、四类核心期刊目录参见《苏州科技大学核心期刊目录(2021修订)》。中文核心是指除上述Top期刊和一类权威、一类、二类、三类、四类之外的《中文北大核心期刊目录总览》中的期刊。论文收录分类是指论文发表年度收录。</w:t>
            </w: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r>
      <w:tr>
        <w:tc>
          <w:tcPr>
            <w:tcW w:type="dxa" w:w="540"/>
          </w:tcPr>
          <w:p>
            <w:r>
              <w:t>35/篇</w:t>
            </w:r>
          </w:p>
        </w:tc>
        <w:tc>
          <w:tcPr>
            <w:tcW w:type="dxa" w:w="540"/>
          </w:tcPr>
          <w:p>
            <w:r>
              <w:t>25/篇</w:t>
            </w:r>
          </w:p>
        </w:tc>
        <w:tc>
          <w:tcPr>
            <w:tcW w:type="dxa" w:w="540"/>
          </w:tcPr>
          <w:p>
            <w:r>
              <w:t>20/篇</w:t>
            </w:r>
          </w:p>
        </w:tc>
        <w:tc>
          <w:tcPr>
            <w:tcW w:type="dxa" w:w="540"/>
          </w:tcPr>
          <w:p>
            <w:r>
              <w:t>15/篇</w:t>
            </w:r>
          </w:p>
        </w:tc>
        <w:tc>
          <w:tcPr>
            <w:tcW w:type="dxa" w:w="540"/>
          </w:tcPr>
          <w:p>
            <w:r>
              <w:t>10/篇</w:t>
            </w:r>
          </w:p>
        </w:tc>
        <w:tc>
          <w:tcPr>
            <w:tcW w:type="dxa" w:w="540"/>
          </w:tcPr>
          <w:p>
            <w:r>
              <w:t>5/篇</w:t>
            </w: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r>
      <w:tr>
        <w:tc>
          <w:tcPr>
            <w:tcW w:type="dxa" w:w="540"/>
          </w:tcPr>
          <w:p>
            <w:r>
              <w:t>国际发明专利</w:t>
            </w:r>
          </w:p>
        </w:tc>
        <w:tc>
          <w:tcPr>
            <w:tcW w:type="dxa" w:w="540"/>
          </w:tcPr>
          <w:p>
            <w:r>
              <w:t>中国发明专利</w:t>
            </w: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r>
      <w:tr>
        <w:tc>
          <w:tcPr>
            <w:tcW w:type="dxa" w:w="540"/>
          </w:tcPr>
          <w:p>
            <w:r>
              <w:t>10/项</w:t>
            </w:r>
          </w:p>
        </w:tc>
        <w:tc>
          <w:tcPr>
            <w:tcW w:type="dxa" w:w="540"/>
          </w:tcPr>
          <w:p>
            <w:r>
              <w:t>8/项</w:t>
            </w: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r>
      <w:tr>
        <w:tc>
          <w:tcPr>
            <w:tcW w:type="dxa" w:w="540"/>
          </w:tcPr>
          <w:p>
            <w:r>
              <w:t>志愿服务(不超过10分)</w:t>
            </w:r>
          </w:p>
        </w:tc>
        <w:tc>
          <w:tcPr>
            <w:tcW w:type="dxa" w:w="540"/>
          </w:tcPr>
          <w:p>
            <w:r/>
          </w:p>
        </w:tc>
        <w:tc>
          <w:tcPr>
            <w:tcW w:type="dxa" w:w="540"/>
          </w:tcPr>
          <w:p>
            <w:r>
              <w:t>第一等次</w:t>
            </w:r>
          </w:p>
        </w:tc>
        <w:tc>
          <w:tcPr>
            <w:tcW w:type="dxa" w:w="540"/>
          </w:tcPr>
          <w:p>
            <w:r>
              <w:t>第二等次</w:t>
            </w:r>
          </w:p>
        </w:tc>
        <w:tc>
          <w:tcPr>
            <w:tcW w:type="dxa" w:w="540"/>
          </w:tcPr>
          <w:p>
            <w:r>
              <w:t>第三等次</w:t>
            </w:r>
          </w:p>
        </w:tc>
        <w:tc>
          <w:tcPr>
            <w:tcW w:type="dxa" w:w="540"/>
          </w:tcPr>
          <w:p>
            <w:r>
              <w:t>（1）国家级志愿服务包括：中国青年志愿服务项目大赛、中国青年志愿服务公益创业赛、中国青年志愿者优秀项目奖。中国青年志愿者优秀个人奖按国家级第一等次计分。（2）省部级志愿服务包括：江苏省青年志愿服务项目大赛、江苏省青年志愿服务公益创业赛、江苏省十佳青年志愿服务项目。江苏省十佳青年志愿者、江苏省优秀青年志愿者、江苏省青年志愿服务事业贡献奖按省部级第一等次计分。（3）各类志愿服务以最高分计算，不可以累加。（4）在多人参赛的情况下，仅对主要成员（排名前3位）予以加分。各成员所加分值在原有基础上分别乘以对应排名系数。具体如下：排名由前至后分别为：0.5、0.3、0.2。</w:t>
            </w: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r>
      <w:tr>
        <w:tc>
          <w:tcPr>
            <w:tcW w:type="dxa" w:w="540"/>
          </w:tcPr>
          <w:p>
            <w:r>
              <w:t>国家级</w:t>
            </w:r>
          </w:p>
        </w:tc>
        <w:tc>
          <w:tcPr>
            <w:tcW w:type="dxa" w:w="540"/>
          </w:tcPr>
          <w:p>
            <w:r>
              <w:t>10</w:t>
            </w:r>
          </w:p>
        </w:tc>
        <w:tc>
          <w:tcPr>
            <w:tcW w:type="dxa" w:w="540"/>
          </w:tcPr>
          <w:p>
            <w:r>
              <w:t>7</w:t>
            </w:r>
          </w:p>
        </w:tc>
        <w:tc>
          <w:tcPr>
            <w:tcW w:type="dxa" w:w="540"/>
          </w:tcPr>
          <w:p>
            <w:r>
              <w:t>5</w:t>
            </w: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r>
      <w:tr>
        <w:tc>
          <w:tcPr>
            <w:tcW w:type="dxa" w:w="540"/>
          </w:tcPr>
          <w:p>
            <w:r>
              <w:t>省部级</w:t>
            </w:r>
          </w:p>
        </w:tc>
        <w:tc>
          <w:tcPr>
            <w:tcW w:type="dxa" w:w="540"/>
          </w:tcPr>
          <w:p>
            <w:r>
              <w:t>5</w:t>
            </w:r>
          </w:p>
        </w:tc>
        <w:tc>
          <w:tcPr>
            <w:tcW w:type="dxa" w:w="540"/>
          </w:tcPr>
          <w:p>
            <w:r>
              <w:t>3</w:t>
            </w:r>
          </w:p>
        </w:tc>
        <w:tc>
          <w:tcPr>
            <w:tcW w:type="dxa" w:w="540"/>
          </w:tcPr>
          <w:p>
            <w:r>
              <w:t>1</w:t>
            </w: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r>
      <w:tr>
        <w:tc>
          <w:tcPr>
            <w:tcW w:type="dxa" w:w="540"/>
          </w:tcPr>
          <w:p>
            <w:r>
              <w:t>到国际组织实习（不超过5分）</w:t>
            </w:r>
          </w:p>
        </w:tc>
        <w:tc>
          <w:tcPr>
            <w:tcW w:type="dxa" w:w="540"/>
          </w:tcPr>
          <w:p>
            <w:r>
              <w:t>须持有相关国际组织颁发的实习证书/证明，实习期3个月及以上。该国际组织须为人力资源和社会保障部认定的国际组织，实习地点应为海外的国际组织总部、地区办事处等（在华机构除外）。</w:t>
            </w: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r>
      <w:tr>
        <w:tc>
          <w:tcPr>
            <w:tcW w:type="dxa" w:w="540"/>
          </w:tcPr>
          <w:p>
            <w:r>
              <w:t>参军入伍服兵役（不超过5分）</w:t>
            </w:r>
          </w:p>
        </w:tc>
        <w:tc>
          <w:tcPr>
            <w:tcW w:type="dxa" w:w="540"/>
          </w:tcPr>
          <w:p>
            <w:r>
              <w:t>须提供入伍批准书及退出现役证。</w:t>
            </w: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r>
      <w:tr>
        <w:tc>
          <w:tcPr>
            <w:tcW w:type="dxa" w:w="540"/>
          </w:tcPr>
          <w:p>
            <w:r/>
          </w:p>
        </w:tc>
        <w:tc>
          <w:tcPr>
            <w:tcW w:type="dxa" w:w="540"/>
          </w:tcPr>
          <w:p>
            <w:r/>
          </w:p>
        </w:tc>
        <w:tc>
          <w:tcPr>
            <w:tcW w:type="dxa" w:w="540"/>
          </w:tcPr>
          <w:p>
            <w:r/>
          </w:p>
        </w:tc>
        <w:tc>
          <w:tcPr>
            <w:tcW w:type="dxa" w:w="540"/>
          </w:tcPr>
          <w:p>
            <w:r/>
          </w:p>
        </w:tc>
        <w:tc>
          <w:tcPr>
            <w:tcW w:type="dxa" w:w="540"/>
          </w:tcPr>
          <w:p>
            <w:r/>
          </w:p>
        </w:tc>
        <w:tc>
          <w:tcPr>
            <w:tcW w:type="dxa" w:w="540"/>
          </w:tcPr>
          <w:p>
            <w:r/>
          </w:p>
        </w:tc>
        <w:tc>
          <w:tcPr>
            <w:tcW w:type="dxa" w:w="540"/>
          </w:tcPr>
          <w:p>
            <w:r/>
          </w:p>
        </w:tc>
        <w:tc>
          <w:tcPr>
            <w:tcW w:type="dxa" w:w="540"/>
          </w:tcPr>
          <w:p>
            <w:r/>
          </w:p>
        </w:tc>
        <w:tc>
          <w:tcPr>
            <w:tcW w:type="dxa" w:w="540"/>
          </w:tcPr>
          <w:p>
            <w:r/>
          </w:p>
        </w:tc>
        <w:tc>
          <w:tcPr>
            <w:tcW w:type="dxa" w:w="540"/>
          </w:tcPr>
          <w:p>
            <w:r/>
          </w:p>
        </w:tc>
        <w:tc>
          <w:tcPr>
            <w:tcW w:type="dxa" w:w="540"/>
          </w:tcPr>
          <w:p>
            <w:r/>
          </w:p>
        </w:tc>
        <w:tc>
          <w:tcPr>
            <w:tcW w:type="dxa" w:w="540"/>
          </w:tcPr>
          <w:p>
            <w:r/>
          </w:p>
        </w:tc>
        <w:tc>
          <w:tcPr>
            <w:tcW w:type="dxa" w:w="540"/>
          </w:tcPr>
          <w:p>
            <w:r/>
          </w:p>
        </w:tc>
        <w:tc>
          <w:tcPr>
            <w:tcW w:type="dxa" w:w="540"/>
          </w:tcPr>
          <w:p>
            <w:r/>
          </w:p>
        </w:tc>
        <w:tc>
          <w:tcPr>
            <w:tcW w:type="dxa" w:w="540"/>
          </w:tcPr>
          <w:p>
            <w:r/>
          </w:p>
        </w:tc>
        <w:tc>
          <w:tcPr>
            <w:tcW w:type="dxa" w:w="540"/>
          </w:tcPr>
          <w:p>
            <w:r/>
          </w:p>
        </w:tc>
      </w:tr>
    </w:tbl>
    <w:p>
      <w:r>
        <w:t>注：（1）成果所列第一单位须为“苏州科技大学”。</w:t>
      </w:r>
    </w:p>
    <w:p>
      <w:r>
        <w:t>（2）成果或活动认定依据记载日期须在2026年8月31日前。</w:t>
      </w:r>
    </w:p>
    <w:p>
      <w:r>
        <w:t>附件2-1：</w:t>
      </w:r>
    </w:p>
    <w:p>
      <w:r>
        <w:t>苏州科技大学推荐2027年优秀应届本科毕业生免试攻读研究生课程清单</w:t>
      </w:r>
    </w:p>
    <w:p>
      <w:r>
        <w:t>年级：2023级专业：物理学</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教师发展与职业道德</w:t>
            </w:r>
          </w:p>
        </w:tc>
        <w:tc>
          <w:tcPr>
            <w:tcW w:type="dxa" w:w="1080"/>
          </w:tcPr>
          <w:p>
            <w:r>
              <w:t>2PS41201</w:t>
            </w:r>
          </w:p>
        </w:tc>
        <w:tc>
          <w:tcPr>
            <w:tcW w:type="dxa" w:w="1080"/>
          </w:tcPr>
          <w:p>
            <w:r>
              <w:t>1</w:t>
            </w:r>
          </w:p>
        </w:tc>
        <w:tc>
          <w:tcPr>
            <w:tcW w:type="dxa" w:w="1080"/>
          </w:tcPr>
          <w:p>
            <w:r>
              <w:t>教师教育必修课</w:t>
            </w:r>
          </w:p>
        </w:tc>
        <w:tc>
          <w:tcPr>
            <w:tcW w:type="dxa" w:w="1080"/>
          </w:tcPr>
          <w:p>
            <w:r>
              <w:t>物理科学与技术学院</w:t>
            </w:r>
          </w:p>
        </w:tc>
        <w:tc>
          <w:tcPr>
            <w:tcW w:type="dxa" w:w="1080"/>
          </w:tcPr>
          <w:p>
            <w:r>
              <w:t>2023-2024</w:t>
            </w:r>
          </w:p>
        </w:tc>
        <w:tc>
          <w:tcPr>
            <w:tcW w:type="dxa" w:w="1080"/>
          </w:tcPr>
          <w:p>
            <w:r>
              <w:t>1</w:t>
            </w:r>
          </w:p>
        </w:tc>
      </w:tr>
      <w:tr>
        <w:tc>
          <w:tcPr>
            <w:tcW w:type="dxa" w:w="1080"/>
          </w:tcPr>
          <w:p>
            <w:r>
              <w:t>2</w:t>
            </w:r>
          </w:p>
        </w:tc>
        <w:tc>
          <w:tcPr>
            <w:tcW w:type="dxa" w:w="1080"/>
          </w:tcPr>
          <w:p>
            <w:r>
              <w:t>书法基础</w:t>
            </w:r>
          </w:p>
        </w:tc>
        <w:tc>
          <w:tcPr>
            <w:tcW w:type="dxa" w:w="1080"/>
          </w:tcPr>
          <w:p>
            <w:r>
              <w:t>2AR41001</w:t>
            </w:r>
          </w:p>
        </w:tc>
        <w:tc>
          <w:tcPr>
            <w:tcW w:type="dxa" w:w="1080"/>
          </w:tcPr>
          <w:p>
            <w:r>
              <w:t>1</w:t>
            </w:r>
          </w:p>
        </w:tc>
        <w:tc>
          <w:tcPr>
            <w:tcW w:type="dxa" w:w="1080"/>
          </w:tcPr>
          <w:p>
            <w:r>
              <w:t>教师教育必修课</w:t>
            </w:r>
          </w:p>
        </w:tc>
        <w:tc>
          <w:tcPr>
            <w:tcW w:type="dxa" w:w="1080"/>
          </w:tcPr>
          <w:p>
            <w:r>
              <w:t>艺术学院</w:t>
            </w:r>
          </w:p>
        </w:tc>
        <w:tc>
          <w:tcPr>
            <w:tcW w:type="dxa" w:w="1080"/>
          </w:tcPr>
          <w:p>
            <w:r>
              <w:t>2023-2024</w:t>
            </w:r>
          </w:p>
        </w:tc>
        <w:tc>
          <w:tcPr>
            <w:tcW w:type="dxa" w:w="1080"/>
          </w:tcPr>
          <w:p>
            <w:r>
              <w:t>1</w:t>
            </w:r>
          </w:p>
        </w:tc>
      </w:tr>
      <w:tr>
        <w:tc>
          <w:tcPr>
            <w:tcW w:type="dxa" w:w="1080"/>
          </w:tcPr>
          <w:p>
            <w:r>
              <w:t>3</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教务处</w:t>
            </w:r>
          </w:p>
        </w:tc>
        <w:tc>
          <w:tcPr>
            <w:tcW w:type="dxa" w:w="1080"/>
          </w:tcPr>
          <w:p>
            <w:r>
              <w:t>2023-2024</w:t>
            </w:r>
          </w:p>
        </w:tc>
        <w:tc>
          <w:tcPr>
            <w:tcW w:type="dxa" w:w="1080"/>
          </w:tcPr>
          <w:p>
            <w:r>
              <w:t>1</w:t>
            </w:r>
          </w:p>
        </w:tc>
      </w:tr>
      <w:tr>
        <w:tc>
          <w:tcPr>
            <w:tcW w:type="dxa" w:w="1080"/>
          </w:tcPr>
          <w:p>
            <w:r>
              <w:t>4</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5</w:t>
            </w:r>
          </w:p>
        </w:tc>
        <w:tc>
          <w:tcPr>
            <w:tcW w:type="dxa" w:w="1080"/>
          </w:tcPr>
          <w:p>
            <w:r>
              <w:t>高等数学A(一)</w:t>
            </w:r>
          </w:p>
        </w:tc>
        <w:tc>
          <w:tcPr>
            <w:tcW w:type="dxa" w:w="1080"/>
          </w:tcPr>
          <w:p>
            <w:r>
              <w:t>2MA11001</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6</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7</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8</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9</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10</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11</w:t>
            </w:r>
          </w:p>
        </w:tc>
        <w:tc>
          <w:tcPr>
            <w:tcW w:type="dxa" w:w="1080"/>
          </w:tcPr>
          <w:p>
            <w:r>
              <w:t>线性代数B</w:t>
            </w:r>
          </w:p>
        </w:tc>
        <w:tc>
          <w:tcPr>
            <w:tcW w:type="dxa" w:w="1080"/>
          </w:tcPr>
          <w:p>
            <w:r>
              <w:t>2MA11012</w:t>
            </w:r>
          </w:p>
        </w:tc>
        <w:tc>
          <w:tcPr>
            <w:tcW w:type="dxa" w:w="1080"/>
          </w:tcPr>
          <w:p>
            <w:r>
              <w:t>2.0</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12</w:t>
            </w:r>
          </w:p>
        </w:tc>
        <w:tc>
          <w:tcPr>
            <w:tcW w:type="dxa" w:w="1080"/>
          </w:tcPr>
          <w:p>
            <w:r>
              <w:t>程序设计语言Python(B)</w:t>
            </w:r>
          </w:p>
        </w:tc>
        <w:tc>
          <w:tcPr>
            <w:tcW w:type="dxa" w:w="1080"/>
          </w:tcPr>
          <w:p>
            <w:r>
              <w:t>2EI21003</w:t>
            </w:r>
          </w:p>
        </w:tc>
        <w:tc>
          <w:tcPr>
            <w:tcW w:type="dxa" w:w="1080"/>
          </w:tcPr>
          <w:p>
            <w:r>
              <w:t>3.0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13</w:t>
            </w:r>
          </w:p>
        </w:tc>
        <w:tc>
          <w:tcPr>
            <w:tcW w:type="dxa" w:w="1080"/>
          </w:tcPr>
          <w:p>
            <w:r>
              <w:t>物理学导论B</w:t>
            </w:r>
          </w:p>
        </w:tc>
        <w:tc>
          <w:tcPr>
            <w:tcW w:type="dxa" w:w="1080"/>
          </w:tcPr>
          <w:p>
            <w:r>
              <w:t>2PS21201</w:t>
            </w:r>
          </w:p>
        </w:tc>
        <w:tc>
          <w:tcPr>
            <w:tcW w:type="dxa" w:w="1080"/>
          </w:tcPr>
          <w:p>
            <w:r>
              <w:t>1</w:t>
            </w:r>
          </w:p>
        </w:tc>
        <w:tc>
          <w:tcPr>
            <w:tcW w:type="dxa" w:w="1080"/>
          </w:tcPr>
          <w:p>
            <w:r>
              <w:t>专业必修课</w:t>
            </w:r>
          </w:p>
        </w:tc>
        <w:tc>
          <w:tcPr>
            <w:tcW w:type="dxa" w:w="1080"/>
          </w:tcPr>
          <w:p>
            <w:r>
              <w:t>物理科学与技术学院</w:t>
            </w:r>
          </w:p>
        </w:tc>
        <w:tc>
          <w:tcPr>
            <w:tcW w:type="dxa" w:w="1080"/>
          </w:tcPr>
          <w:p>
            <w:r>
              <w:t>2023-2024</w:t>
            </w:r>
          </w:p>
        </w:tc>
        <w:tc>
          <w:tcPr>
            <w:tcW w:type="dxa" w:w="1080"/>
          </w:tcPr>
          <w:p>
            <w:r>
              <w:t>1</w:t>
            </w:r>
          </w:p>
        </w:tc>
      </w:tr>
      <w:tr>
        <w:tc>
          <w:tcPr>
            <w:tcW w:type="dxa" w:w="1080"/>
          </w:tcPr>
          <w:p>
            <w:r>
              <w:t>14</w:t>
            </w:r>
          </w:p>
        </w:tc>
        <w:tc>
          <w:tcPr>
            <w:tcW w:type="dxa" w:w="1080"/>
          </w:tcPr>
          <w:p>
            <w:r>
              <w:t>教育学基础</w:t>
            </w:r>
          </w:p>
        </w:tc>
        <w:tc>
          <w:tcPr>
            <w:tcW w:type="dxa" w:w="1080"/>
          </w:tcPr>
          <w:p>
            <w:r>
              <w:t>2ED41001</w:t>
            </w:r>
          </w:p>
        </w:tc>
        <w:tc>
          <w:tcPr>
            <w:tcW w:type="dxa" w:w="1080"/>
          </w:tcPr>
          <w:p>
            <w:r>
              <w:t>2</w:t>
            </w:r>
          </w:p>
        </w:tc>
        <w:tc>
          <w:tcPr>
            <w:tcW w:type="dxa" w:w="1080"/>
          </w:tcPr>
          <w:p>
            <w:r>
              <w:t>教师教育必修课</w:t>
            </w:r>
          </w:p>
        </w:tc>
        <w:tc>
          <w:tcPr>
            <w:tcW w:type="dxa" w:w="1080"/>
          </w:tcPr>
          <w:p>
            <w:r>
              <w:t>教育学院</w:t>
            </w:r>
          </w:p>
        </w:tc>
        <w:tc>
          <w:tcPr>
            <w:tcW w:type="dxa" w:w="1080"/>
          </w:tcPr>
          <w:p>
            <w:r>
              <w:t>2023-2024</w:t>
            </w:r>
          </w:p>
        </w:tc>
        <w:tc>
          <w:tcPr>
            <w:tcW w:type="dxa" w:w="1080"/>
          </w:tcPr>
          <w:p>
            <w:r>
              <w:t>2</w:t>
            </w:r>
          </w:p>
        </w:tc>
      </w:tr>
      <w:tr>
        <w:tc>
          <w:tcPr>
            <w:tcW w:type="dxa" w:w="1080"/>
          </w:tcPr>
          <w:p>
            <w:r>
              <w:t>15</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16</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17</w:t>
            </w:r>
          </w:p>
        </w:tc>
        <w:tc>
          <w:tcPr>
            <w:tcW w:type="dxa" w:w="1080"/>
          </w:tcPr>
          <w:p>
            <w:r>
              <w:t>高等数学A(二)</w:t>
            </w:r>
          </w:p>
        </w:tc>
        <w:tc>
          <w:tcPr>
            <w:tcW w:type="dxa" w:w="1080"/>
          </w:tcPr>
          <w:p>
            <w:r>
              <w:t>2MA11002</w:t>
            </w:r>
          </w:p>
        </w:tc>
        <w:tc>
          <w:tcPr>
            <w:tcW w:type="dxa" w:w="1080"/>
          </w:tcPr>
          <w:p>
            <w:r>
              <w:t>6.0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18</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19</w:t>
            </w:r>
          </w:p>
        </w:tc>
        <w:tc>
          <w:tcPr>
            <w:tcW w:type="dxa" w:w="1080"/>
          </w:tcPr>
          <w:p>
            <w:r>
              <w:t>习近平总书记关于教育的重要论述研究</w:t>
            </w:r>
          </w:p>
        </w:tc>
        <w:tc>
          <w:tcPr>
            <w:tcW w:type="dxa" w:w="1080"/>
          </w:tcPr>
          <w:p>
            <w:r>
              <w:t>2MX11011</w:t>
            </w:r>
          </w:p>
        </w:tc>
        <w:tc>
          <w:tcPr>
            <w:tcW w:type="dxa" w:w="1080"/>
          </w:tcPr>
          <w:p>
            <w:r>
              <w:t>2</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20</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21</w:t>
            </w:r>
          </w:p>
        </w:tc>
        <w:tc>
          <w:tcPr>
            <w:tcW w:type="dxa" w:w="1080"/>
          </w:tcPr>
          <w:p>
            <w:r>
              <w:t>中国共产党史</w:t>
            </w:r>
          </w:p>
        </w:tc>
        <w:tc>
          <w:tcPr>
            <w:tcW w:type="dxa" w:w="1080"/>
          </w:tcPr>
          <w:p>
            <w:r>
              <w:t>2MX11007</w:t>
            </w:r>
          </w:p>
        </w:tc>
        <w:tc>
          <w:tcPr>
            <w:tcW w:type="dxa" w:w="1080"/>
          </w:tcPr>
          <w:p>
            <w:r>
              <w:t>1</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22</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23</w:t>
            </w:r>
          </w:p>
        </w:tc>
        <w:tc>
          <w:tcPr>
            <w:tcW w:type="dxa" w:w="1080"/>
          </w:tcPr>
          <w:p>
            <w:r>
              <w:t>力学</w:t>
            </w:r>
          </w:p>
        </w:tc>
        <w:tc>
          <w:tcPr>
            <w:tcW w:type="dxa" w:w="1080"/>
          </w:tcPr>
          <w:p>
            <w:r>
              <w:t>2PS21002</w:t>
            </w:r>
          </w:p>
        </w:tc>
        <w:tc>
          <w:tcPr>
            <w:tcW w:type="dxa" w:w="1080"/>
          </w:tcPr>
          <w:p>
            <w:r>
              <w:t>4</w:t>
            </w:r>
          </w:p>
        </w:tc>
        <w:tc>
          <w:tcPr>
            <w:tcW w:type="dxa" w:w="1080"/>
          </w:tcPr>
          <w:p>
            <w:r>
              <w:t>专业必修课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24</w:t>
            </w:r>
          </w:p>
        </w:tc>
        <w:tc>
          <w:tcPr>
            <w:tcW w:type="dxa" w:w="1080"/>
          </w:tcPr>
          <w:p>
            <w:r>
              <w:t>普通物理实验(一)</w:t>
            </w:r>
          </w:p>
        </w:tc>
        <w:tc>
          <w:tcPr>
            <w:tcW w:type="dxa" w:w="1080"/>
          </w:tcPr>
          <w:p>
            <w:r>
              <w:t>2PS21005</w:t>
            </w:r>
          </w:p>
        </w:tc>
        <w:tc>
          <w:tcPr>
            <w:tcW w:type="dxa" w:w="1080"/>
          </w:tcPr>
          <w:p>
            <w:r>
              <w:t>1.5</w:t>
            </w:r>
          </w:p>
        </w:tc>
        <w:tc>
          <w:tcPr>
            <w:tcW w:type="dxa" w:w="1080"/>
          </w:tcPr>
          <w:p>
            <w:r>
              <w:t>专业必修课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25</w:t>
            </w:r>
          </w:p>
        </w:tc>
        <w:tc>
          <w:tcPr>
            <w:tcW w:type="dxa" w:w="1080"/>
          </w:tcPr>
          <w:p>
            <w:r>
              <w:t>热学</w:t>
            </w:r>
          </w:p>
        </w:tc>
        <w:tc>
          <w:tcPr>
            <w:tcW w:type="dxa" w:w="1080"/>
          </w:tcPr>
          <w:p>
            <w:r>
              <w:t>2PS21004</w:t>
            </w:r>
          </w:p>
        </w:tc>
        <w:tc>
          <w:tcPr>
            <w:tcW w:type="dxa" w:w="1080"/>
          </w:tcPr>
          <w:p>
            <w:r>
              <w:t>3</w:t>
            </w:r>
          </w:p>
        </w:tc>
        <w:tc>
          <w:tcPr>
            <w:tcW w:type="dxa" w:w="1080"/>
          </w:tcPr>
          <w:p>
            <w:r>
              <w:t>专业必修课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26</w:t>
            </w:r>
          </w:p>
        </w:tc>
        <w:tc>
          <w:tcPr>
            <w:tcW w:type="dxa" w:w="1080"/>
          </w:tcPr>
          <w:p>
            <w:r>
              <w:t>教师语言表达与训练</w:t>
            </w:r>
          </w:p>
        </w:tc>
        <w:tc>
          <w:tcPr>
            <w:tcW w:type="dxa" w:w="1080"/>
          </w:tcPr>
          <w:p>
            <w:r>
              <w:t>2CL41001</w:t>
            </w:r>
          </w:p>
        </w:tc>
        <w:tc>
          <w:tcPr>
            <w:tcW w:type="dxa" w:w="1080"/>
          </w:tcPr>
          <w:p>
            <w:r>
              <w:t>1</w:t>
            </w:r>
          </w:p>
        </w:tc>
        <w:tc>
          <w:tcPr>
            <w:tcW w:type="dxa" w:w="1080"/>
          </w:tcPr>
          <w:p>
            <w:r>
              <w:t>教师教育必修课</w:t>
            </w:r>
          </w:p>
        </w:tc>
        <w:tc>
          <w:tcPr>
            <w:tcW w:type="dxa" w:w="1080"/>
          </w:tcPr>
          <w:p>
            <w:r>
              <w:t>文学院</w:t>
            </w:r>
          </w:p>
        </w:tc>
        <w:tc>
          <w:tcPr>
            <w:tcW w:type="dxa" w:w="1080"/>
          </w:tcPr>
          <w:p>
            <w:r>
              <w:t>2024-2025</w:t>
            </w:r>
          </w:p>
        </w:tc>
        <w:tc>
          <w:tcPr>
            <w:tcW w:type="dxa" w:w="1080"/>
          </w:tcPr>
          <w:p>
            <w:r>
              <w:t>1</w:t>
            </w:r>
          </w:p>
        </w:tc>
      </w:tr>
      <w:tr>
        <w:tc>
          <w:tcPr>
            <w:tcW w:type="dxa" w:w="1080"/>
          </w:tcPr>
          <w:p>
            <w:r>
              <w:t>27</w:t>
            </w:r>
          </w:p>
        </w:tc>
        <w:tc>
          <w:tcPr>
            <w:tcW w:type="dxa" w:w="1080"/>
          </w:tcPr>
          <w:p>
            <w:r>
              <w:t>学习心理学</w:t>
            </w:r>
          </w:p>
        </w:tc>
        <w:tc>
          <w:tcPr>
            <w:tcW w:type="dxa" w:w="1080"/>
          </w:tcPr>
          <w:p>
            <w:r>
              <w:t>2ED41002</w:t>
            </w:r>
          </w:p>
        </w:tc>
        <w:tc>
          <w:tcPr>
            <w:tcW w:type="dxa" w:w="1080"/>
          </w:tcPr>
          <w:p>
            <w:r>
              <w:t>2</w:t>
            </w:r>
          </w:p>
        </w:tc>
        <w:tc>
          <w:tcPr>
            <w:tcW w:type="dxa" w:w="1080"/>
          </w:tcPr>
          <w:p>
            <w:r>
              <w:t>教师教育必修课</w:t>
            </w:r>
          </w:p>
        </w:tc>
        <w:tc>
          <w:tcPr>
            <w:tcW w:type="dxa" w:w="1080"/>
          </w:tcPr>
          <w:p>
            <w:r>
              <w:t>教育学院</w:t>
            </w:r>
          </w:p>
        </w:tc>
        <w:tc>
          <w:tcPr>
            <w:tcW w:type="dxa" w:w="1080"/>
          </w:tcPr>
          <w:p>
            <w:r>
              <w:t>2024-2025</w:t>
            </w:r>
          </w:p>
        </w:tc>
        <w:tc>
          <w:tcPr>
            <w:tcW w:type="dxa" w:w="1080"/>
          </w:tcPr>
          <w:p>
            <w:r>
              <w:t>1</w:t>
            </w:r>
          </w:p>
        </w:tc>
      </w:tr>
      <w:tr>
        <w:tc>
          <w:tcPr>
            <w:tcW w:type="dxa" w:w="1080"/>
          </w:tcPr>
          <w:p>
            <w:r>
              <w:t>28</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29</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30</w:t>
            </w:r>
          </w:p>
        </w:tc>
        <w:tc>
          <w:tcPr>
            <w:tcW w:type="dxa" w:w="1080"/>
          </w:tcPr>
          <w:p>
            <w:r>
              <w:t>电磁学</w:t>
            </w:r>
          </w:p>
        </w:tc>
        <w:tc>
          <w:tcPr>
            <w:tcW w:type="dxa" w:w="1080"/>
          </w:tcPr>
          <w:p>
            <w:r>
              <w:t>2PS21027</w:t>
            </w:r>
          </w:p>
        </w:tc>
        <w:tc>
          <w:tcPr>
            <w:tcW w:type="dxa" w:w="1080"/>
          </w:tcPr>
          <w:p>
            <w:r>
              <w:t>4</w:t>
            </w:r>
          </w:p>
        </w:tc>
        <w:tc>
          <w:tcPr>
            <w:tcW w:type="dxa" w:w="1080"/>
          </w:tcPr>
          <w:p>
            <w:r>
              <w:t>专业必修课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31</w:t>
            </w:r>
          </w:p>
        </w:tc>
        <w:tc>
          <w:tcPr>
            <w:tcW w:type="dxa" w:w="1080"/>
          </w:tcPr>
          <w:p>
            <w:r>
              <w:t>光学</w:t>
            </w:r>
          </w:p>
        </w:tc>
        <w:tc>
          <w:tcPr>
            <w:tcW w:type="dxa" w:w="1080"/>
          </w:tcPr>
          <w:p>
            <w:r>
              <w:t>2PS21029</w:t>
            </w:r>
          </w:p>
        </w:tc>
        <w:tc>
          <w:tcPr>
            <w:tcW w:type="dxa" w:w="1080"/>
          </w:tcPr>
          <w:p>
            <w:r>
              <w:t>4</w:t>
            </w:r>
          </w:p>
        </w:tc>
        <w:tc>
          <w:tcPr>
            <w:tcW w:type="dxa" w:w="1080"/>
          </w:tcPr>
          <w:p>
            <w:r>
              <w:t>专业必修课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32</w:t>
            </w:r>
          </w:p>
        </w:tc>
        <w:tc>
          <w:tcPr>
            <w:tcW w:type="dxa" w:w="1080"/>
          </w:tcPr>
          <w:p>
            <w:r>
              <w:t>劳动教育实践</w:t>
            </w:r>
          </w:p>
        </w:tc>
        <w:tc>
          <w:tcPr>
            <w:tcW w:type="dxa" w:w="1080"/>
          </w:tcPr>
          <w:p>
            <w:r>
              <w:t>2PS21024</w:t>
            </w:r>
          </w:p>
        </w:tc>
        <w:tc>
          <w:tcPr>
            <w:tcW w:type="dxa" w:w="1080"/>
          </w:tcPr>
          <w:p>
            <w:r>
              <w:t>1.0</w:t>
            </w:r>
          </w:p>
        </w:tc>
        <w:tc>
          <w:tcPr>
            <w:tcW w:type="dxa" w:w="1080"/>
          </w:tcPr>
          <w:p>
            <w:r>
              <w:t>专业必修课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33</w:t>
            </w:r>
          </w:p>
        </w:tc>
        <w:tc>
          <w:tcPr>
            <w:tcW w:type="dxa" w:w="1080"/>
          </w:tcPr>
          <w:p>
            <w:r>
              <w:t>理论力学</w:t>
            </w:r>
          </w:p>
        </w:tc>
        <w:tc>
          <w:tcPr>
            <w:tcW w:type="dxa" w:w="1080"/>
          </w:tcPr>
          <w:p>
            <w:r>
              <w:t>2PS21008</w:t>
            </w:r>
          </w:p>
        </w:tc>
        <w:tc>
          <w:tcPr>
            <w:tcW w:type="dxa" w:w="1080"/>
          </w:tcPr>
          <w:p>
            <w:r>
              <w:t>3</w:t>
            </w:r>
          </w:p>
        </w:tc>
        <w:tc>
          <w:tcPr>
            <w:tcW w:type="dxa" w:w="1080"/>
          </w:tcPr>
          <w:p>
            <w:r>
              <w:t>专业必修课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34</w:t>
            </w:r>
          </w:p>
        </w:tc>
        <w:tc>
          <w:tcPr>
            <w:tcW w:type="dxa" w:w="1080"/>
          </w:tcPr>
          <w:p>
            <w:r>
              <w:t>普通物理实验(二)</w:t>
            </w:r>
          </w:p>
        </w:tc>
        <w:tc>
          <w:tcPr>
            <w:tcW w:type="dxa" w:w="1080"/>
          </w:tcPr>
          <w:p>
            <w:r>
              <w:t>2PS21006</w:t>
            </w:r>
          </w:p>
        </w:tc>
        <w:tc>
          <w:tcPr>
            <w:tcW w:type="dxa" w:w="1080"/>
          </w:tcPr>
          <w:p>
            <w:r>
              <w:t>2.0</w:t>
            </w:r>
          </w:p>
        </w:tc>
        <w:tc>
          <w:tcPr>
            <w:tcW w:type="dxa" w:w="1080"/>
          </w:tcPr>
          <w:p>
            <w:r>
              <w:t>专业必修课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35</w:t>
            </w:r>
          </w:p>
        </w:tc>
        <w:tc>
          <w:tcPr>
            <w:tcW w:type="dxa" w:w="1080"/>
          </w:tcPr>
          <w:p>
            <w:r>
              <w:t>班级工作与心理辅导</w:t>
            </w:r>
          </w:p>
        </w:tc>
        <w:tc>
          <w:tcPr>
            <w:tcW w:type="dxa" w:w="1080"/>
          </w:tcPr>
          <w:p>
            <w:r>
              <w:t>2ED41004</w:t>
            </w:r>
          </w:p>
        </w:tc>
        <w:tc>
          <w:tcPr>
            <w:tcW w:type="dxa" w:w="1080"/>
          </w:tcPr>
          <w:p>
            <w:r>
              <w:t>1</w:t>
            </w:r>
          </w:p>
        </w:tc>
        <w:tc>
          <w:tcPr>
            <w:tcW w:type="dxa" w:w="1080"/>
          </w:tcPr>
          <w:p>
            <w:r>
              <w:t>教师教育必修课</w:t>
            </w:r>
          </w:p>
        </w:tc>
        <w:tc>
          <w:tcPr>
            <w:tcW w:type="dxa" w:w="1080"/>
          </w:tcPr>
          <w:p>
            <w:r>
              <w:t>教育学院</w:t>
            </w:r>
          </w:p>
        </w:tc>
        <w:tc>
          <w:tcPr>
            <w:tcW w:type="dxa" w:w="1080"/>
          </w:tcPr>
          <w:p>
            <w:r>
              <w:t>2024-2025</w:t>
            </w:r>
          </w:p>
        </w:tc>
        <w:tc>
          <w:tcPr>
            <w:tcW w:type="dxa" w:w="1080"/>
          </w:tcPr>
          <w:p>
            <w:r>
              <w:t>2</w:t>
            </w:r>
          </w:p>
        </w:tc>
      </w:tr>
      <w:tr>
        <w:tc>
          <w:tcPr>
            <w:tcW w:type="dxa" w:w="1080"/>
          </w:tcPr>
          <w:p>
            <w:r>
              <w:t>36</w:t>
            </w:r>
          </w:p>
        </w:tc>
        <w:tc>
          <w:tcPr>
            <w:tcW w:type="dxa" w:w="1080"/>
          </w:tcPr>
          <w:p>
            <w:r>
              <w:t>教育见习一</w:t>
            </w:r>
          </w:p>
        </w:tc>
        <w:tc>
          <w:tcPr>
            <w:tcW w:type="dxa" w:w="1080"/>
          </w:tcPr>
          <w:p>
            <w:r>
              <w:t>2PS41205</w:t>
            </w:r>
          </w:p>
        </w:tc>
        <w:tc>
          <w:tcPr>
            <w:tcW w:type="dxa" w:w="1080"/>
          </w:tcPr>
          <w:p>
            <w:r>
              <w:t>1.0</w:t>
            </w:r>
          </w:p>
        </w:tc>
        <w:tc>
          <w:tcPr>
            <w:tcW w:type="dxa" w:w="1080"/>
          </w:tcPr>
          <w:p>
            <w:r>
              <w:t>教师教育必修课</w:t>
            </w:r>
          </w:p>
        </w:tc>
        <w:tc>
          <w:tcPr>
            <w:tcW w:type="dxa" w:w="1080"/>
          </w:tcPr>
          <w:p>
            <w:r>
              <w:t>物理科学与技术学院</w:t>
            </w:r>
          </w:p>
        </w:tc>
        <w:tc>
          <w:tcPr>
            <w:tcW w:type="dxa" w:w="1080"/>
          </w:tcPr>
          <w:p>
            <w:r>
              <w:t>2024-2025</w:t>
            </w:r>
          </w:p>
        </w:tc>
        <w:tc>
          <w:tcPr>
            <w:tcW w:type="dxa" w:w="1080"/>
          </w:tcPr>
          <w:p>
            <w:r>
              <w:t>2</w:t>
            </w:r>
          </w:p>
        </w:tc>
      </w:tr>
      <w:tr>
        <w:tc>
          <w:tcPr>
            <w:tcW w:type="dxa" w:w="1080"/>
          </w:tcPr>
          <w:p>
            <w:r>
              <w:t>37</w:t>
            </w:r>
          </w:p>
        </w:tc>
        <w:tc>
          <w:tcPr>
            <w:tcW w:type="dxa" w:w="1080"/>
          </w:tcPr>
          <w:p>
            <w:r>
              <w:t>有效教学</w:t>
            </w:r>
          </w:p>
        </w:tc>
        <w:tc>
          <w:tcPr>
            <w:tcW w:type="dxa" w:w="1080"/>
          </w:tcPr>
          <w:p>
            <w:r>
              <w:t>2ED41003</w:t>
            </w:r>
          </w:p>
        </w:tc>
        <w:tc>
          <w:tcPr>
            <w:tcW w:type="dxa" w:w="1080"/>
          </w:tcPr>
          <w:p>
            <w:r>
              <w:t>1</w:t>
            </w:r>
          </w:p>
        </w:tc>
        <w:tc>
          <w:tcPr>
            <w:tcW w:type="dxa" w:w="1080"/>
          </w:tcPr>
          <w:p>
            <w:r>
              <w:t>教师教育必修课</w:t>
            </w:r>
          </w:p>
        </w:tc>
        <w:tc>
          <w:tcPr>
            <w:tcW w:type="dxa" w:w="1080"/>
          </w:tcPr>
          <w:p>
            <w:r>
              <w:t>教育学院</w:t>
            </w:r>
          </w:p>
        </w:tc>
        <w:tc>
          <w:tcPr>
            <w:tcW w:type="dxa" w:w="1080"/>
          </w:tcPr>
          <w:p>
            <w:r>
              <w:t>2024-2025</w:t>
            </w:r>
          </w:p>
        </w:tc>
        <w:tc>
          <w:tcPr>
            <w:tcW w:type="dxa" w:w="1080"/>
          </w:tcPr>
          <w:p>
            <w:r>
              <w:t>2</w:t>
            </w:r>
          </w:p>
        </w:tc>
      </w:tr>
      <w:tr>
        <w:tc>
          <w:tcPr>
            <w:tcW w:type="dxa" w:w="1080"/>
          </w:tcPr>
          <w:p>
            <w:r>
              <w:t>38</w:t>
            </w:r>
          </w:p>
        </w:tc>
        <w:tc>
          <w:tcPr>
            <w:tcW w:type="dxa" w:w="1080"/>
          </w:tcPr>
          <w:p>
            <w:r>
              <w:t>中学物理教学实验</w:t>
            </w:r>
          </w:p>
        </w:tc>
        <w:tc>
          <w:tcPr>
            <w:tcW w:type="dxa" w:w="1080"/>
          </w:tcPr>
          <w:p>
            <w:r>
              <w:t>2PS41202</w:t>
            </w:r>
          </w:p>
        </w:tc>
        <w:tc>
          <w:tcPr>
            <w:tcW w:type="dxa" w:w="1080"/>
          </w:tcPr>
          <w:p>
            <w:r>
              <w:t>1.5</w:t>
            </w:r>
          </w:p>
        </w:tc>
        <w:tc>
          <w:tcPr>
            <w:tcW w:type="dxa" w:w="1080"/>
          </w:tcPr>
          <w:p>
            <w:r>
              <w:t>教师教育必修课</w:t>
            </w:r>
          </w:p>
        </w:tc>
        <w:tc>
          <w:tcPr>
            <w:tcW w:type="dxa" w:w="1080"/>
          </w:tcPr>
          <w:p>
            <w:r>
              <w:t>物理科学与技术学院</w:t>
            </w:r>
          </w:p>
        </w:tc>
        <w:tc>
          <w:tcPr>
            <w:tcW w:type="dxa" w:w="1080"/>
          </w:tcPr>
          <w:p>
            <w:r>
              <w:t>2024-2025</w:t>
            </w:r>
          </w:p>
        </w:tc>
        <w:tc>
          <w:tcPr>
            <w:tcW w:type="dxa" w:w="1080"/>
          </w:tcPr>
          <w:p>
            <w:r>
              <w:t>2</w:t>
            </w:r>
          </w:p>
        </w:tc>
      </w:tr>
      <w:tr>
        <w:tc>
          <w:tcPr>
            <w:tcW w:type="dxa" w:w="1080"/>
          </w:tcPr>
          <w:p>
            <w:r>
              <w:t>39</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40</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41</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42</w:t>
            </w:r>
          </w:p>
        </w:tc>
        <w:tc>
          <w:tcPr>
            <w:tcW w:type="dxa" w:w="1080"/>
          </w:tcPr>
          <w:p>
            <w:r>
              <w:t>电动力学B</w:t>
            </w:r>
          </w:p>
        </w:tc>
        <w:tc>
          <w:tcPr>
            <w:tcW w:type="dxa" w:w="1080"/>
          </w:tcPr>
          <w:p>
            <w:r>
              <w:t>2PS21204</w:t>
            </w:r>
          </w:p>
        </w:tc>
        <w:tc>
          <w:tcPr>
            <w:tcW w:type="dxa" w:w="1080"/>
          </w:tcPr>
          <w:p>
            <w:r>
              <w:t>3.0</w:t>
            </w:r>
          </w:p>
        </w:tc>
        <w:tc>
          <w:tcPr>
            <w:tcW w:type="dxa" w:w="1080"/>
          </w:tcPr>
          <w:p>
            <w:r>
              <w:t>专业必修课</w:t>
            </w:r>
          </w:p>
        </w:tc>
        <w:tc>
          <w:tcPr>
            <w:tcW w:type="dxa" w:w="1080"/>
          </w:tcPr>
          <w:p>
            <w:r>
              <w:t>物理科学与技术学院</w:t>
            </w:r>
          </w:p>
        </w:tc>
        <w:tc>
          <w:tcPr>
            <w:tcW w:type="dxa" w:w="1080"/>
          </w:tcPr>
          <w:p>
            <w:r>
              <w:t>2024-2025</w:t>
            </w:r>
          </w:p>
        </w:tc>
        <w:tc>
          <w:tcPr>
            <w:tcW w:type="dxa" w:w="1080"/>
          </w:tcPr>
          <w:p>
            <w:r>
              <w:t>2</w:t>
            </w:r>
          </w:p>
        </w:tc>
      </w:tr>
      <w:tr>
        <w:tc>
          <w:tcPr>
            <w:tcW w:type="dxa" w:w="1080"/>
          </w:tcPr>
          <w:p>
            <w:r>
              <w:t>43</w:t>
            </w:r>
          </w:p>
        </w:tc>
        <w:tc>
          <w:tcPr>
            <w:tcW w:type="dxa" w:w="1080"/>
          </w:tcPr>
          <w:p>
            <w:r>
              <w:t>普通物理实验(三)</w:t>
            </w:r>
          </w:p>
        </w:tc>
        <w:tc>
          <w:tcPr>
            <w:tcW w:type="dxa" w:w="1080"/>
          </w:tcPr>
          <w:p>
            <w:r>
              <w:t>2PS21007</w:t>
            </w:r>
          </w:p>
        </w:tc>
        <w:tc>
          <w:tcPr>
            <w:tcW w:type="dxa" w:w="1080"/>
          </w:tcPr>
          <w:p>
            <w:r>
              <w:t>2.0</w:t>
            </w:r>
          </w:p>
        </w:tc>
        <w:tc>
          <w:tcPr>
            <w:tcW w:type="dxa" w:w="1080"/>
          </w:tcPr>
          <w:p>
            <w:r>
              <w:t>专业必修课</w:t>
            </w:r>
          </w:p>
        </w:tc>
        <w:tc>
          <w:tcPr>
            <w:tcW w:type="dxa" w:w="1080"/>
          </w:tcPr>
          <w:p>
            <w:r>
              <w:t>物理科学与技术学院</w:t>
            </w:r>
          </w:p>
        </w:tc>
        <w:tc>
          <w:tcPr>
            <w:tcW w:type="dxa" w:w="1080"/>
          </w:tcPr>
          <w:p>
            <w:r>
              <w:t>2024-2025</w:t>
            </w:r>
          </w:p>
        </w:tc>
        <w:tc>
          <w:tcPr>
            <w:tcW w:type="dxa" w:w="1080"/>
          </w:tcPr>
          <w:p>
            <w:r>
              <w:t>2</w:t>
            </w:r>
          </w:p>
        </w:tc>
      </w:tr>
      <w:tr>
        <w:tc>
          <w:tcPr>
            <w:tcW w:type="dxa" w:w="1080"/>
          </w:tcPr>
          <w:p>
            <w:r>
              <w:t>44</w:t>
            </w:r>
          </w:p>
        </w:tc>
        <w:tc>
          <w:tcPr>
            <w:tcW w:type="dxa" w:w="1080"/>
          </w:tcPr>
          <w:p>
            <w:r>
              <w:t>数学物理方法</w:t>
            </w:r>
          </w:p>
        </w:tc>
        <w:tc>
          <w:tcPr>
            <w:tcW w:type="dxa" w:w="1080"/>
          </w:tcPr>
          <w:p>
            <w:r>
              <w:t>2PS21028</w:t>
            </w:r>
          </w:p>
        </w:tc>
        <w:tc>
          <w:tcPr>
            <w:tcW w:type="dxa" w:w="1080"/>
          </w:tcPr>
          <w:p>
            <w:r>
              <w:t>4</w:t>
            </w:r>
          </w:p>
        </w:tc>
        <w:tc>
          <w:tcPr>
            <w:tcW w:type="dxa" w:w="1080"/>
          </w:tcPr>
          <w:p>
            <w:r>
              <w:t>专业必修课</w:t>
            </w:r>
          </w:p>
        </w:tc>
        <w:tc>
          <w:tcPr>
            <w:tcW w:type="dxa" w:w="1080"/>
          </w:tcPr>
          <w:p>
            <w:r>
              <w:t>物理科学与技术学院</w:t>
            </w:r>
          </w:p>
        </w:tc>
        <w:tc>
          <w:tcPr>
            <w:tcW w:type="dxa" w:w="1080"/>
          </w:tcPr>
          <w:p>
            <w:r>
              <w:t>2024-2025</w:t>
            </w:r>
          </w:p>
        </w:tc>
        <w:tc>
          <w:tcPr>
            <w:tcW w:type="dxa" w:w="1080"/>
          </w:tcPr>
          <w:p>
            <w:r>
              <w:t>2</w:t>
            </w:r>
          </w:p>
        </w:tc>
      </w:tr>
      <w:tr>
        <w:tc>
          <w:tcPr>
            <w:tcW w:type="dxa" w:w="1080"/>
          </w:tcPr>
          <w:p>
            <w:r>
              <w:t>45</w:t>
            </w:r>
          </w:p>
        </w:tc>
        <w:tc>
          <w:tcPr>
            <w:tcW w:type="dxa" w:w="1080"/>
          </w:tcPr>
          <w:p>
            <w:r>
              <w:t>原子物理学</w:t>
            </w:r>
          </w:p>
        </w:tc>
        <w:tc>
          <w:tcPr>
            <w:tcW w:type="dxa" w:w="1080"/>
          </w:tcPr>
          <w:p>
            <w:r>
              <w:t>2PS21016</w:t>
            </w:r>
          </w:p>
        </w:tc>
        <w:tc>
          <w:tcPr>
            <w:tcW w:type="dxa" w:w="1080"/>
          </w:tcPr>
          <w:p>
            <w:r>
              <w:t>3</w:t>
            </w:r>
          </w:p>
        </w:tc>
        <w:tc>
          <w:tcPr>
            <w:tcW w:type="dxa" w:w="1080"/>
          </w:tcPr>
          <w:p>
            <w:r>
              <w:t>专业必修课</w:t>
            </w:r>
          </w:p>
        </w:tc>
        <w:tc>
          <w:tcPr>
            <w:tcW w:type="dxa" w:w="1080"/>
          </w:tcPr>
          <w:p>
            <w:r>
              <w:t>物理科学与技术学院</w:t>
            </w:r>
          </w:p>
        </w:tc>
        <w:tc>
          <w:tcPr>
            <w:tcW w:type="dxa" w:w="1080"/>
          </w:tcPr>
          <w:p>
            <w:r>
              <w:t>2024-2025</w:t>
            </w:r>
          </w:p>
        </w:tc>
        <w:tc>
          <w:tcPr>
            <w:tcW w:type="dxa" w:w="1080"/>
          </w:tcPr>
          <w:p>
            <w:r>
              <w:t>2</w:t>
            </w:r>
          </w:p>
        </w:tc>
      </w:tr>
      <w:tr>
        <w:tc>
          <w:tcPr>
            <w:tcW w:type="dxa" w:w="1080"/>
          </w:tcPr>
          <w:p>
            <w:r>
              <w:t>46</w:t>
            </w:r>
          </w:p>
        </w:tc>
        <w:tc>
          <w:tcPr>
            <w:tcW w:type="dxa" w:w="1080"/>
          </w:tcPr>
          <w:p>
            <w:r>
              <w:t>教育见习二</w:t>
            </w:r>
          </w:p>
        </w:tc>
        <w:tc>
          <w:tcPr>
            <w:tcW w:type="dxa" w:w="1080"/>
          </w:tcPr>
          <w:p>
            <w:r>
              <w:t>2PS41206</w:t>
            </w:r>
          </w:p>
        </w:tc>
        <w:tc>
          <w:tcPr>
            <w:tcW w:type="dxa" w:w="1080"/>
          </w:tcPr>
          <w:p>
            <w:r>
              <w:t>1.0</w:t>
            </w:r>
          </w:p>
        </w:tc>
        <w:tc>
          <w:tcPr>
            <w:tcW w:type="dxa" w:w="1080"/>
          </w:tcPr>
          <w:p>
            <w:r>
              <w:t>教师教育必修课</w:t>
            </w:r>
          </w:p>
        </w:tc>
        <w:tc>
          <w:tcPr>
            <w:tcW w:type="dxa" w:w="1080"/>
          </w:tcPr>
          <w:p>
            <w:r>
              <w:t>物理科学与技术学院</w:t>
            </w:r>
          </w:p>
        </w:tc>
        <w:tc>
          <w:tcPr>
            <w:tcW w:type="dxa" w:w="1080"/>
          </w:tcPr>
          <w:p>
            <w:r>
              <w:t>2025-2026</w:t>
            </w:r>
          </w:p>
        </w:tc>
        <w:tc>
          <w:tcPr>
            <w:tcW w:type="dxa" w:w="1080"/>
          </w:tcPr>
          <w:p>
            <w:r>
              <w:t>1</w:t>
            </w:r>
          </w:p>
        </w:tc>
      </w:tr>
      <w:tr>
        <w:tc>
          <w:tcPr>
            <w:tcW w:type="dxa" w:w="1080"/>
          </w:tcPr>
          <w:p>
            <w:r>
              <w:t>47</w:t>
            </w:r>
          </w:p>
        </w:tc>
        <w:tc>
          <w:tcPr>
            <w:tcW w:type="dxa" w:w="1080"/>
          </w:tcPr>
          <w:p>
            <w:r>
              <w:t>教育研究概论</w:t>
            </w:r>
          </w:p>
        </w:tc>
        <w:tc>
          <w:tcPr>
            <w:tcW w:type="dxa" w:w="1080"/>
          </w:tcPr>
          <w:p>
            <w:r>
              <w:t>2ED41006</w:t>
            </w:r>
          </w:p>
        </w:tc>
        <w:tc>
          <w:tcPr>
            <w:tcW w:type="dxa" w:w="1080"/>
          </w:tcPr>
          <w:p>
            <w:r>
              <w:t>2</w:t>
            </w:r>
          </w:p>
        </w:tc>
        <w:tc>
          <w:tcPr>
            <w:tcW w:type="dxa" w:w="1080"/>
          </w:tcPr>
          <w:p>
            <w:r>
              <w:t>教师教育必修课</w:t>
            </w:r>
          </w:p>
        </w:tc>
        <w:tc>
          <w:tcPr>
            <w:tcW w:type="dxa" w:w="1080"/>
          </w:tcPr>
          <w:p>
            <w:r>
              <w:t>教育学院</w:t>
            </w:r>
          </w:p>
        </w:tc>
        <w:tc>
          <w:tcPr>
            <w:tcW w:type="dxa" w:w="1080"/>
          </w:tcPr>
          <w:p>
            <w:r>
              <w:t>2025-2026</w:t>
            </w:r>
          </w:p>
        </w:tc>
        <w:tc>
          <w:tcPr>
            <w:tcW w:type="dxa" w:w="1080"/>
          </w:tcPr>
          <w:p>
            <w:r>
              <w:t>1</w:t>
            </w:r>
          </w:p>
        </w:tc>
      </w:tr>
      <w:tr>
        <w:tc>
          <w:tcPr>
            <w:tcW w:type="dxa" w:w="1080"/>
          </w:tcPr>
          <w:p>
            <w:r>
              <w:t>48</w:t>
            </w:r>
          </w:p>
        </w:tc>
        <w:tc>
          <w:tcPr>
            <w:tcW w:type="dxa" w:w="1080"/>
          </w:tcPr>
          <w:p>
            <w:r>
              <w:t>现代教育技术及应用</w:t>
            </w:r>
          </w:p>
        </w:tc>
        <w:tc>
          <w:tcPr>
            <w:tcW w:type="dxa" w:w="1080"/>
          </w:tcPr>
          <w:p>
            <w:r>
              <w:t>2ED41005</w:t>
            </w:r>
          </w:p>
        </w:tc>
        <w:tc>
          <w:tcPr>
            <w:tcW w:type="dxa" w:w="1080"/>
          </w:tcPr>
          <w:p>
            <w:r>
              <w:t>2</w:t>
            </w:r>
          </w:p>
        </w:tc>
        <w:tc>
          <w:tcPr>
            <w:tcW w:type="dxa" w:w="1080"/>
          </w:tcPr>
          <w:p>
            <w:r>
              <w:t>教师教育必修课</w:t>
            </w:r>
          </w:p>
        </w:tc>
        <w:tc>
          <w:tcPr>
            <w:tcW w:type="dxa" w:w="1080"/>
          </w:tcPr>
          <w:p>
            <w:r>
              <w:t>教育学院</w:t>
            </w:r>
          </w:p>
        </w:tc>
        <w:tc>
          <w:tcPr>
            <w:tcW w:type="dxa" w:w="1080"/>
          </w:tcPr>
          <w:p>
            <w:r>
              <w:t>2025-2026</w:t>
            </w:r>
          </w:p>
        </w:tc>
        <w:tc>
          <w:tcPr>
            <w:tcW w:type="dxa" w:w="1080"/>
          </w:tcPr>
          <w:p>
            <w:r>
              <w:t>1</w:t>
            </w:r>
          </w:p>
        </w:tc>
      </w:tr>
      <w:tr>
        <w:tc>
          <w:tcPr>
            <w:tcW w:type="dxa" w:w="1080"/>
          </w:tcPr>
          <w:p>
            <w:r>
              <w:t>49</w:t>
            </w:r>
          </w:p>
        </w:tc>
        <w:tc>
          <w:tcPr>
            <w:tcW w:type="dxa" w:w="1080"/>
          </w:tcPr>
          <w:p>
            <w:r>
              <w:t>中学物理课程教学论</w:t>
            </w:r>
          </w:p>
        </w:tc>
        <w:tc>
          <w:tcPr>
            <w:tcW w:type="dxa" w:w="1080"/>
          </w:tcPr>
          <w:p>
            <w:r>
              <w:t>2PS41204</w:t>
            </w:r>
          </w:p>
        </w:tc>
        <w:tc>
          <w:tcPr>
            <w:tcW w:type="dxa" w:w="1080"/>
          </w:tcPr>
          <w:p>
            <w:r>
              <w:t>3</w:t>
            </w:r>
          </w:p>
        </w:tc>
        <w:tc>
          <w:tcPr>
            <w:tcW w:type="dxa" w:w="1080"/>
          </w:tcPr>
          <w:p>
            <w:r>
              <w:t>教师教育必修课</w:t>
            </w:r>
          </w:p>
        </w:tc>
        <w:tc>
          <w:tcPr>
            <w:tcW w:type="dxa" w:w="1080"/>
          </w:tcPr>
          <w:p>
            <w:r>
              <w:t>物理科学与技术学院</w:t>
            </w:r>
          </w:p>
        </w:tc>
        <w:tc>
          <w:tcPr>
            <w:tcW w:type="dxa" w:w="1080"/>
          </w:tcPr>
          <w:p>
            <w:r>
              <w:t>2025-2026</w:t>
            </w:r>
          </w:p>
        </w:tc>
        <w:tc>
          <w:tcPr>
            <w:tcW w:type="dxa" w:w="1080"/>
          </w:tcPr>
          <w:p>
            <w:r>
              <w:t>1</w:t>
            </w:r>
          </w:p>
        </w:tc>
      </w:tr>
      <w:tr>
        <w:tc>
          <w:tcPr>
            <w:tcW w:type="dxa" w:w="1080"/>
          </w:tcPr>
          <w:p>
            <w:r>
              <w:t>50</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51</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52</w:t>
            </w:r>
          </w:p>
        </w:tc>
        <w:tc>
          <w:tcPr>
            <w:tcW w:type="dxa" w:w="1080"/>
          </w:tcPr>
          <w:p>
            <w:r>
              <w:t>固体物理</w:t>
            </w:r>
          </w:p>
        </w:tc>
        <w:tc>
          <w:tcPr>
            <w:tcW w:type="dxa" w:w="1080"/>
          </w:tcPr>
          <w:p>
            <w:r>
              <w:t>2PS21018</w:t>
            </w:r>
          </w:p>
        </w:tc>
        <w:tc>
          <w:tcPr>
            <w:tcW w:type="dxa" w:w="1080"/>
          </w:tcPr>
          <w:p>
            <w:r>
              <w:t>3</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1</w:t>
            </w:r>
          </w:p>
        </w:tc>
      </w:tr>
      <w:tr>
        <w:tc>
          <w:tcPr>
            <w:tcW w:type="dxa" w:w="1080"/>
          </w:tcPr>
          <w:p>
            <w:r>
              <w:t>53</w:t>
            </w:r>
          </w:p>
        </w:tc>
        <w:tc>
          <w:tcPr>
            <w:tcW w:type="dxa" w:w="1080"/>
          </w:tcPr>
          <w:p>
            <w:r>
              <w:t>量子力学B</w:t>
            </w:r>
          </w:p>
        </w:tc>
        <w:tc>
          <w:tcPr>
            <w:tcW w:type="dxa" w:w="1080"/>
          </w:tcPr>
          <w:p>
            <w:r>
              <w:t>2PS21014</w:t>
            </w:r>
          </w:p>
        </w:tc>
        <w:tc>
          <w:tcPr>
            <w:tcW w:type="dxa" w:w="1080"/>
          </w:tcPr>
          <w:p>
            <w:r>
              <w:t>3.0</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1</w:t>
            </w:r>
          </w:p>
        </w:tc>
      </w:tr>
      <w:tr>
        <w:tc>
          <w:tcPr>
            <w:tcW w:type="dxa" w:w="1080"/>
          </w:tcPr>
          <w:p>
            <w:r>
              <w:t>54</w:t>
            </w:r>
          </w:p>
        </w:tc>
        <w:tc>
          <w:tcPr>
            <w:tcW w:type="dxa" w:w="1080"/>
          </w:tcPr>
          <w:p>
            <w:r>
              <w:t>热力学与统计物理B</w:t>
            </w:r>
          </w:p>
        </w:tc>
        <w:tc>
          <w:tcPr>
            <w:tcW w:type="dxa" w:w="1080"/>
          </w:tcPr>
          <w:p>
            <w:r>
              <w:t>2PS21206</w:t>
            </w:r>
          </w:p>
        </w:tc>
        <w:tc>
          <w:tcPr>
            <w:tcW w:type="dxa" w:w="1080"/>
          </w:tcPr>
          <w:p>
            <w:r>
              <w:t>3</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1</w:t>
            </w:r>
          </w:p>
        </w:tc>
      </w:tr>
      <w:tr>
        <w:tc>
          <w:tcPr>
            <w:tcW w:type="dxa" w:w="1080"/>
          </w:tcPr>
          <w:p>
            <w:r>
              <w:t>55</w:t>
            </w:r>
          </w:p>
        </w:tc>
        <w:tc>
          <w:tcPr>
            <w:tcW w:type="dxa" w:w="1080"/>
          </w:tcPr>
          <w:p>
            <w:r>
              <w:t>教育实习</w:t>
            </w:r>
          </w:p>
        </w:tc>
        <w:tc>
          <w:tcPr>
            <w:tcW w:type="dxa" w:w="1080"/>
          </w:tcPr>
          <w:p>
            <w:r>
              <w:t>2PS41207</w:t>
            </w:r>
          </w:p>
        </w:tc>
        <w:tc>
          <w:tcPr>
            <w:tcW w:type="dxa" w:w="1080"/>
          </w:tcPr>
          <w:p>
            <w:r>
              <w:t>6.0</w:t>
            </w:r>
          </w:p>
        </w:tc>
        <w:tc>
          <w:tcPr>
            <w:tcW w:type="dxa" w:w="1080"/>
          </w:tcPr>
          <w:p>
            <w:r>
              <w:t>教师教育必修课</w:t>
            </w:r>
          </w:p>
        </w:tc>
        <w:tc>
          <w:tcPr>
            <w:tcW w:type="dxa" w:w="1080"/>
          </w:tcPr>
          <w:p>
            <w:r>
              <w:t>物理科学与技术学院</w:t>
            </w:r>
          </w:p>
        </w:tc>
        <w:tc>
          <w:tcPr>
            <w:tcW w:type="dxa" w:w="1080"/>
          </w:tcPr>
          <w:p>
            <w:r>
              <w:t>2025-2026</w:t>
            </w:r>
          </w:p>
        </w:tc>
        <w:tc>
          <w:tcPr>
            <w:tcW w:type="dxa" w:w="1080"/>
          </w:tcPr>
          <w:p>
            <w:r>
              <w:t>2</w:t>
            </w:r>
          </w:p>
        </w:tc>
      </w:tr>
      <w:tr>
        <w:tc>
          <w:tcPr>
            <w:tcW w:type="dxa" w:w="1080"/>
          </w:tcPr>
          <w:p>
            <w:r>
              <w:t>56</w:t>
            </w:r>
          </w:p>
        </w:tc>
        <w:tc>
          <w:tcPr>
            <w:tcW w:type="dxa" w:w="1080"/>
          </w:tcPr>
          <w:p>
            <w:r>
              <w:t>教育研习</w:t>
            </w:r>
          </w:p>
        </w:tc>
        <w:tc>
          <w:tcPr>
            <w:tcW w:type="dxa" w:w="1080"/>
          </w:tcPr>
          <w:p>
            <w:r>
              <w:t>2PS41208</w:t>
            </w:r>
          </w:p>
        </w:tc>
        <w:tc>
          <w:tcPr>
            <w:tcW w:type="dxa" w:w="1080"/>
          </w:tcPr>
          <w:p>
            <w:r>
              <w:t>1.0</w:t>
            </w:r>
          </w:p>
        </w:tc>
        <w:tc>
          <w:tcPr>
            <w:tcW w:type="dxa" w:w="1080"/>
          </w:tcPr>
          <w:p>
            <w:r>
              <w:t>教师教育必修课</w:t>
            </w:r>
          </w:p>
        </w:tc>
        <w:tc>
          <w:tcPr>
            <w:tcW w:type="dxa" w:w="1080"/>
          </w:tcPr>
          <w:p>
            <w:r>
              <w:t>物理科学与技术学院</w:t>
            </w:r>
          </w:p>
        </w:tc>
        <w:tc>
          <w:tcPr>
            <w:tcW w:type="dxa" w:w="1080"/>
          </w:tcPr>
          <w:p>
            <w:r>
              <w:t>2025-2026</w:t>
            </w:r>
          </w:p>
        </w:tc>
        <w:tc>
          <w:tcPr>
            <w:tcW w:type="dxa" w:w="1080"/>
          </w:tcPr>
          <w:p>
            <w:r>
              <w:t>2</w:t>
            </w:r>
          </w:p>
        </w:tc>
      </w:tr>
      <w:tr>
        <w:tc>
          <w:tcPr>
            <w:tcW w:type="dxa" w:w="1080"/>
          </w:tcPr>
          <w:p>
            <w:r>
              <w:t>57</w:t>
            </w:r>
          </w:p>
        </w:tc>
        <w:tc>
          <w:tcPr>
            <w:tcW w:type="dxa" w:w="1080"/>
          </w:tcPr>
          <w:p>
            <w:r>
              <w:t>近代物理实验</w:t>
            </w:r>
          </w:p>
        </w:tc>
        <w:tc>
          <w:tcPr>
            <w:tcW w:type="dxa" w:w="1080"/>
          </w:tcPr>
          <w:p>
            <w:r>
              <w:t>2PS21020</w:t>
            </w:r>
          </w:p>
        </w:tc>
        <w:tc>
          <w:tcPr>
            <w:tcW w:type="dxa" w:w="1080"/>
          </w:tcPr>
          <w:p>
            <w:r>
              <w:t>2.0</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2</w:t>
            </w:r>
          </w:p>
        </w:tc>
      </w:tr>
    </w:tbl>
    <w:p>
      <w:r>
        <w:t>附件2-2：</w:t>
      </w:r>
    </w:p>
    <w:p>
      <w:r>
        <w:t>苏州科技大学推荐2027年优秀应届本科毕业生免试攻读研究生课程清单</w:t>
      </w:r>
    </w:p>
    <w:p>
      <w:r>
        <w:t>年级：2023级专业：光电信息科学与工程</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教务处</w:t>
            </w:r>
          </w:p>
        </w:tc>
        <w:tc>
          <w:tcPr>
            <w:tcW w:type="dxa" w:w="1080"/>
          </w:tcPr>
          <w:p>
            <w:r>
              <w:t>2023-2024</w:t>
            </w:r>
          </w:p>
        </w:tc>
        <w:tc>
          <w:tcPr>
            <w:tcW w:type="dxa" w:w="1080"/>
          </w:tcPr>
          <w:p>
            <w:r>
              <w:t>1</w:t>
            </w:r>
          </w:p>
        </w:tc>
      </w:tr>
      <w:tr>
        <w:tc>
          <w:tcPr>
            <w:tcW w:type="dxa" w:w="1080"/>
          </w:tcPr>
          <w:p>
            <w:r>
              <w:t>2</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3</w:t>
            </w:r>
          </w:p>
        </w:tc>
        <w:tc>
          <w:tcPr>
            <w:tcW w:type="dxa" w:w="1080"/>
          </w:tcPr>
          <w:p>
            <w:r>
              <w:t>高等数学A(一)</w:t>
            </w:r>
          </w:p>
        </w:tc>
        <w:tc>
          <w:tcPr>
            <w:tcW w:type="dxa" w:w="1080"/>
          </w:tcPr>
          <w:p>
            <w:r>
              <w:t>2MA11001</w:t>
            </w:r>
          </w:p>
        </w:tc>
        <w:tc>
          <w:tcPr>
            <w:tcW w:type="dxa" w:w="1080"/>
          </w:tcPr>
          <w:p>
            <w:r>
              <w:t>4</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4</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5</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6</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7</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8</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9</w:t>
            </w:r>
          </w:p>
        </w:tc>
        <w:tc>
          <w:tcPr>
            <w:tcW w:type="dxa" w:w="1080"/>
          </w:tcPr>
          <w:p>
            <w:r>
              <w:t>线性代数B</w:t>
            </w:r>
          </w:p>
        </w:tc>
        <w:tc>
          <w:tcPr>
            <w:tcW w:type="dxa" w:w="1080"/>
          </w:tcPr>
          <w:p>
            <w:r>
              <w:t>2MA11012</w:t>
            </w:r>
          </w:p>
        </w:tc>
        <w:tc>
          <w:tcPr>
            <w:tcW w:type="dxa" w:w="1080"/>
          </w:tcPr>
          <w:p>
            <w:r>
              <w:t>2</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10</w:t>
            </w:r>
          </w:p>
        </w:tc>
        <w:tc>
          <w:tcPr>
            <w:tcW w:type="dxa" w:w="1080"/>
          </w:tcPr>
          <w:p>
            <w:r>
              <w:t>光电信息导论</w:t>
            </w:r>
          </w:p>
        </w:tc>
        <w:tc>
          <w:tcPr>
            <w:tcW w:type="dxa" w:w="1080"/>
          </w:tcPr>
          <w:p>
            <w:r>
              <w:t>2PS21301</w:t>
            </w:r>
          </w:p>
        </w:tc>
        <w:tc>
          <w:tcPr>
            <w:tcW w:type="dxa" w:w="1080"/>
          </w:tcPr>
          <w:p>
            <w:r>
              <w:t>1</w:t>
            </w:r>
          </w:p>
        </w:tc>
        <w:tc>
          <w:tcPr>
            <w:tcW w:type="dxa" w:w="1080"/>
          </w:tcPr>
          <w:p>
            <w:r>
              <w:t>专业必修课</w:t>
            </w:r>
          </w:p>
        </w:tc>
        <w:tc>
          <w:tcPr>
            <w:tcW w:type="dxa" w:w="1080"/>
          </w:tcPr>
          <w:p>
            <w:r>
              <w:t>物理科学与技术学院</w:t>
            </w:r>
          </w:p>
        </w:tc>
        <w:tc>
          <w:tcPr>
            <w:tcW w:type="dxa" w:w="1080"/>
          </w:tcPr>
          <w:p>
            <w:r>
              <w:t>2023-2024</w:t>
            </w:r>
          </w:p>
        </w:tc>
        <w:tc>
          <w:tcPr>
            <w:tcW w:type="dxa" w:w="1080"/>
          </w:tcPr>
          <w:p>
            <w:r>
              <w:t>1</w:t>
            </w:r>
          </w:p>
        </w:tc>
      </w:tr>
      <w:tr>
        <w:tc>
          <w:tcPr>
            <w:tcW w:type="dxa" w:w="1080"/>
          </w:tcPr>
          <w:p>
            <w:r>
              <w:t>11</w:t>
            </w:r>
          </w:p>
        </w:tc>
        <w:tc>
          <w:tcPr>
            <w:tcW w:type="dxa" w:w="1080"/>
          </w:tcPr>
          <w:p>
            <w:r>
              <w:t>制图基础及计算机绘图</w:t>
            </w:r>
          </w:p>
        </w:tc>
        <w:tc>
          <w:tcPr>
            <w:tcW w:type="dxa" w:w="1080"/>
          </w:tcPr>
          <w:p>
            <w:r>
              <w:t>2PS21001</w:t>
            </w:r>
          </w:p>
        </w:tc>
        <w:tc>
          <w:tcPr>
            <w:tcW w:type="dxa" w:w="1080"/>
          </w:tcPr>
          <w:p>
            <w:r>
              <w:t>2.0</w:t>
            </w:r>
          </w:p>
        </w:tc>
        <w:tc>
          <w:tcPr>
            <w:tcW w:type="dxa" w:w="1080"/>
          </w:tcPr>
          <w:p>
            <w:r>
              <w:t>专业必修课</w:t>
            </w:r>
          </w:p>
        </w:tc>
        <w:tc>
          <w:tcPr>
            <w:tcW w:type="dxa" w:w="1080"/>
          </w:tcPr>
          <w:p>
            <w:r>
              <w:t>物理科学与技术学院</w:t>
            </w:r>
          </w:p>
        </w:tc>
        <w:tc>
          <w:tcPr>
            <w:tcW w:type="dxa" w:w="1080"/>
          </w:tcPr>
          <w:p>
            <w:r>
              <w:t>2023-2024</w:t>
            </w:r>
          </w:p>
        </w:tc>
        <w:tc>
          <w:tcPr>
            <w:tcW w:type="dxa" w:w="1080"/>
          </w:tcPr>
          <w:p>
            <w:r>
              <w:t>1</w:t>
            </w:r>
          </w:p>
        </w:tc>
      </w:tr>
      <w:tr>
        <w:tc>
          <w:tcPr>
            <w:tcW w:type="dxa" w:w="1080"/>
          </w:tcPr>
          <w:p>
            <w:r>
              <w:t>12</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13</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14</w:t>
            </w:r>
          </w:p>
        </w:tc>
        <w:tc>
          <w:tcPr>
            <w:tcW w:type="dxa" w:w="1080"/>
          </w:tcPr>
          <w:p>
            <w:r>
              <w:t>大学物理A(一)</w:t>
            </w:r>
          </w:p>
        </w:tc>
        <w:tc>
          <w:tcPr>
            <w:tcW w:type="dxa" w:w="1080"/>
          </w:tcPr>
          <w:p>
            <w:r>
              <w:t>2PS11004</w:t>
            </w:r>
          </w:p>
        </w:tc>
        <w:tc>
          <w:tcPr>
            <w:tcW w:type="dxa" w:w="1080"/>
          </w:tcPr>
          <w:p>
            <w:r>
              <w:t>3</w:t>
            </w:r>
          </w:p>
        </w:tc>
        <w:tc>
          <w:tcPr>
            <w:tcW w:type="dxa" w:w="1080"/>
          </w:tcPr>
          <w:p>
            <w:r>
              <w:t>通识必修课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15</w:t>
            </w:r>
          </w:p>
        </w:tc>
        <w:tc>
          <w:tcPr>
            <w:tcW w:type="dxa" w:w="1080"/>
          </w:tcPr>
          <w:p>
            <w:r>
              <w:t>高等数学A(二)</w:t>
            </w:r>
          </w:p>
        </w:tc>
        <w:tc>
          <w:tcPr>
            <w:tcW w:type="dxa" w:w="1080"/>
          </w:tcPr>
          <w:p>
            <w:r>
              <w:t>2MA11002</w:t>
            </w:r>
          </w:p>
        </w:tc>
        <w:tc>
          <w:tcPr>
            <w:tcW w:type="dxa" w:w="1080"/>
          </w:tcPr>
          <w:p>
            <w:r>
              <w:t>6</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16</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17</w:t>
            </w:r>
          </w:p>
        </w:tc>
        <w:tc>
          <w:tcPr>
            <w:tcW w:type="dxa" w:w="1080"/>
          </w:tcPr>
          <w:p>
            <w:r>
              <w:t>物理实验A(一)</w:t>
            </w:r>
          </w:p>
        </w:tc>
        <w:tc>
          <w:tcPr>
            <w:tcW w:type="dxa" w:w="1080"/>
          </w:tcPr>
          <w:p>
            <w:r>
              <w:t>2PS11001</w:t>
            </w:r>
          </w:p>
        </w:tc>
        <w:tc>
          <w:tcPr>
            <w:tcW w:type="dxa" w:w="1080"/>
          </w:tcPr>
          <w:p>
            <w:r>
              <w:t>1.0</w:t>
            </w:r>
          </w:p>
        </w:tc>
        <w:tc>
          <w:tcPr>
            <w:tcW w:type="dxa" w:w="1080"/>
          </w:tcPr>
          <w:p>
            <w:r>
              <w:t>通识必修课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18</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19</w:t>
            </w:r>
          </w:p>
        </w:tc>
        <w:tc>
          <w:tcPr>
            <w:tcW w:type="dxa" w:w="1080"/>
          </w:tcPr>
          <w:p>
            <w:r>
              <w:t>中国共产党史</w:t>
            </w:r>
          </w:p>
        </w:tc>
        <w:tc>
          <w:tcPr>
            <w:tcW w:type="dxa" w:w="1080"/>
          </w:tcPr>
          <w:p>
            <w:r>
              <w:t>2MX11007</w:t>
            </w:r>
          </w:p>
        </w:tc>
        <w:tc>
          <w:tcPr>
            <w:tcW w:type="dxa" w:w="1080"/>
          </w:tcPr>
          <w:p>
            <w:r>
              <w:t>1</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20</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21</w:t>
            </w:r>
          </w:p>
        </w:tc>
        <w:tc>
          <w:tcPr>
            <w:tcW w:type="dxa" w:w="1080"/>
          </w:tcPr>
          <w:p>
            <w:r>
              <w:t>程序设计语言Python(B)</w:t>
            </w:r>
          </w:p>
        </w:tc>
        <w:tc>
          <w:tcPr>
            <w:tcW w:type="dxa" w:w="1080"/>
          </w:tcPr>
          <w:p>
            <w:r>
              <w:t>2EI21003</w:t>
            </w:r>
          </w:p>
        </w:tc>
        <w:tc>
          <w:tcPr>
            <w:tcW w:type="dxa" w:w="1080"/>
          </w:tcPr>
          <w:p>
            <w:r>
              <w:t>3.0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22</w:t>
            </w:r>
          </w:p>
        </w:tc>
        <w:tc>
          <w:tcPr>
            <w:tcW w:type="dxa" w:w="1080"/>
          </w:tcPr>
          <w:p>
            <w:r>
              <w:t>电路分析基础</w:t>
            </w:r>
          </w:p>
        </w:tc>
        <w:tc>
          <w:tcPr>
            <w:tcW w:type="dxa" w:w="1080"/>
          </w:tcPr>
          <w:p>
            <w:r>
              <w:t>2PS21003</w:t>
            </w:r>
          </w:p>
        </w:tc>
        <w:tc>
          <w:tcPr>
            <w:tcW w:type="dxa" w:w="1080"/>
          </w:tcPr>
          <w:p>
            <w:r>
              <w:t>3</w:t>
            </w:r>
          </w:p>
        </w:tc>
        <w:tc>
          <w:tcPr>
            <w:tcW w:type="dxa" w:w="1080"/>
          </w:tcPr>
          <w:p>
            <w:r>
              <w:t>专业必修课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23</w:t>
            </w:r>
          </w:p>
        </w:tc>
        <w:tc>
          <w:tcPr>
            <w:tcW w:type="dxa" w:w="1080"/>
          </w:tcPr>
          <w:p>
            <w:r>
              <w:t>大学物理A(二)</w:t>
            </w:r>
          </w:p>
        </w:tc>
        <w:tc>
          <w:tcPr>
            <w:tcW w:type="dxa" w:w="1080"/>
          </w:tcPr>
          <w:p>
            <w:r>
              <w:t>2PS11005</w:t>
            </w:r>
          </w:p>
        </w:tc>
        <w:tc>
          <w:tcPr>
            <w:tcW w:type="dxa" w:w="1080"/>
          </w:tcPr>
          <w:p>
            <w:r>
              <w:t>3.0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24</w:t>
            </w:r>
          </w:p>
        </w:tc>
        <w:tc>
          <w:tcPr>
            <w:tcW w:type="dxa" w:w="1080"/>
          </w:tcPr>
          <w:p>
            <w:r>
              <w:t>概率论与数理统计B</w:t>
            </w:r>
          </w:p>
        </w:tc>
        <w:tc>
          <w:tcPr>
            <w:tcW w:type="dxa" w:w="1080"/>
          </w:tcPr>
          <w:p>
            <w:r>
              <w:t>2MA11014</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1</w:t>
            </w:r>
          </w:p>
        </w:tc>
      </w:tr>
      <w:tr>
        <w:tc>
          <w:tcPr>
            <w:tcW w:type="dxa" w:w="1080"/>
          </w:tcPr>
          <w:p>
            <w:r>
              <w:t>25</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26</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27</w:t>
            </w:r>
          </w:p>
        </w:tc>
        <w:tc>
          <w:tcPr>
            <w:tcW w:type="dxa" w:w="1080"/>
          </w:tcPr>
          <w:p>
            <w:r>
              <w:t>物理实验A(二)</w:t>
            </w:r>
          </w:p>
        </w:tc>
        <w:tc>
          <w:tcPr>
            <w:tcW w:type="dxa" w:w="1080"/>
          </w:tcPr>
          <w:p>
            <w:r>
              <w:t>2PS11002</w:t>
            </w:r>
          </w:p>
        </w:tc>
        <w:tc>
          <w:tcPr>
            <w:tcW w:type="dxa" w:w="1080"/>
          </w:tcPr>
          <w:p>
            <w:r>
              <w:t>1.0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28</w:t>
            </w:r>
          </w:p>
        </w:tc>
        <w:tc>
          <w:tcPr>
            <w:tcW w:type="dxa" w:w="1080"/>
          </w:tcPr>
          <w:p>
            <w:r>
              <w:t>工程认识实习</w:t>
            </w:r>
          </w:p>
        </w:tc>
        <w:tc>
          <w:tcPr>
            <w:tcW w:type="dxa" w:w="1080"/>
          </w:tcPr>
          <w:p>
            <w:r>
              <w:t>2PS21026</w:t>
            </w:r>
          </w:p>
        </w:tc>
        <w:tc>
          <w:tcPr>
            <w:tcW w:type="dxa" w:w="1080"/>
          </w:tcPr>
          <w:p>
            <w:r>
              <w:t>1.0</w:t>
            </w:r>
          </w:p>
        </w:tc>
        <w:tc>
          <w:tcPr>
            <w:tcW w:type="dxa" w:w="1080"/>
          </w:tcPr>
          <w:p>
            <w:r>
              <w:t>专业必修课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29</w:t>
            </w:r>
          </w:p>
        </w:tc>
        <w:tc>
          <w:tcPr>
            <w:tcW w:type="dxa" w:w="1080"/>
          </w:tcPr>
          <w:p>
            <w:r>
              <w:t>工程数学</w:t>
            </w:r>
          </w:p>
        </w:tc>
        <w:tc>
          <w:tcPr>
            <w:tcW w:type="dxa" w:w="1080"/>
          </w:tcPr>
          <w:p>
            <w:r>
              <w:t>2PS21303</w:t>
            </w:r>
          </w:p>
        </w:tc>
        <w:tc>
          <w:tcPr>
            <w:tcW w:type="dxa" w:w="1080"/>
          </w:tcPr>
          <w:p>
            <w:r>
              <w:t>3</w:t>
            </w:r>
          </w:p>
        </w:tc>
        <w:tc>
          <w:tcPr>
            <w:tcW w:type="dxa" w:w="1080"/>
          </w:tcPr>
          <w:p>
            <w:r>
              <w:t>专业必修课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30</w:t>
            </w:r>
          </w:p>
        </w:tc>
        <w:tc>
          <w:tcPr>
            <w:tcW w:type="dxa" w:w="1080"/>
          </w:tcPr>
          <w:p>
            <w:r>
              <w:t>信号与系统</w:t>
            </w:r>
          </w:p>
        </w:tc>
        <w:tc>
          <w:tcPr>
            <w:tcW w:type="dxa" w:w="1080"/>
          </w:tcPr>
          <w:p>
            <w:r>
              <w:t>2PS21010</w:t>
            </w:r>
          </w:p>
        </w:tc>
        <w:tc>
          <w:tcPr>
            <w:tcW w:type="dxa" w:w="1080"/>
          </w:tcPr>
          <w:p>
            <w:r>
              <w:t>3</w:t>
            </w:r>
          </w:p>
        </w:tc>
        <w:tc>
          <w:tcPr>
            <w:tcW w:type="dxa" w:w="1080"/>
          </w:tcPr>
          <w:p>
            <w:r>
              <w:t>专业必修课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31</w:t>
            </w:r>
          </w:p>
        </w:tc>
        <w:tc>
          <w:tcPr>
            <w:tcW w:type="dxa" w:w="1080"/>
          </w:tcPr>
          <w:p>
            <w:r>
              <w:t>应用光学</w:t>
            </w:r>
          </w:p>
        </w:tc>
        <w:tc>
          <w:tcPr>
            <w:tcW w:type="dxa" w:w="1080"/>
          </w:tcPr>
          <w:p>
            <w:r>
              <w:t>2PS21304</w:t>
            </w:r>
          </w:p>
        </w:tc>
        <w:tc>
          <w:tcPr>
            <w:tcW w:type="dxa" w:w="1080"/>
          </w:tcPr>
          <w:p>
            <w:r>
              <w:t>3</w:t>
            </w:r>
          </w:p>
        </w:tc>
        <w:tc>
          <w:tcPr>
            <w:tcW w:type="dxa" w:w="1080"/>
          </w:tcPr>
          <w:p>
            <w:r>
              <w:t>专业必修课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32</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33</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34</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35</w:t>
            </w:r>
          </w:p>
        </w:tc>
        <w:tc>
          <w:tcPr>
            <w:tcW w:type="dxa" w:w="1080"/>
          </w:tcPr>
          <w:p>
            <w:r>
              <w:t>半导体材料</w:t>
            </w:r>
          </w:p>
        </w:tc>
        <w:tc>
          <w:tcPr>
            <w:tcW w:type="dxa" w:w="1080"/>
          </w:tcPr>
          <w:p>
            <w:r>
              <w:t>2PS21302</w:t>
            </w:r>
          </w:p>
        </w:tc>
        <w:tc>
          <w:tcPr>
            <w:tcW w:type="dxa" w:w="1080"/>
          </w:tcPr>
          <w:p>
            <w:r>
              <w:t>2</w:t>
            </w:r>
          </w:p>
        </w:tc>
        <w:tc>
          <w:tcPr>
            <w:tcW w:type="dxa" w:w="1080"/>
          </w:tcPr>
          <w:p>
            <w:r>
              <w:t>专业必修课</w:t>
            </w:r>
          </w:p>
        </w:tc>
        <w:tc>
          <w:tcPr>
            <w:tcW w:type="dxa" w:w="1080"/>
          </w:tcPr>
          <w:p>
            <w:r>
              <w:t>物理科学与技术学院</w:t>
            </w:r>
          </w:p>
        </w:tc>
        <w:tc>
          <w:tcPr>
            <w:tcW w:type="dxa" w:w="1080"/>
          </w:tcPr>
          <w:p>
            <w:r>
              <w:t>2024-2025</w:t>
            </w:r>
          </w:p>
        </w:tc>
        <w:tc>
          <w:tcPr>
            <w:tcW w:type="dxa" w:w="1080"/>
          </w:tcPr>
          <w:p>
            <w:r>
              <w:t>2</w:t>
            </w:r>
          </w:p>
        </w:tc>
      </w:tr>
      <w:tr>
        <w:tc>
          <w:tcPr>
            <w:tcW w:type="dxa" w:w="1080"/>
          </w:tcPr>
          <w:p>
            <w:r>
              <w:t>36</w:t>
            </w:r>
          </w:p>
        </w:tc>
        <w:tc>
          <w:tcPr>
            <w:tcW w:type="dxa" w:w="1080"/>
          </w:tcPr>
          <w:p>
            <w:r>
              <w:t>电磁场与电磁波</w:t>
            </w:r>
          </w:p>
        </w:tc>
        <w:tc>
          <w:tcPr>
            <w:tcW w:type="dxa" w:w="1080"/>
          </w:tcPr>
          <w:p>
            <w:r>
              <w:t>2PS21012</w:t>
            </w:r>
          </w:p>
        </w:tc>
        <w:tc>
          <w:tcPr>
            <w:tcW w:type="dxa" w:w="1080"/>
          </w:tcPr>
          <w:p>
            <w:r>
              <w:t>3</w:t>
            </w:r>
          </w:p>
        </w:tc>
        <w:tc>
          <w:tcPr>
            <w:tcW w:type="dxa" w:w="1080"/>
          </w:tcPr>
          <w:p>
            <w:r>
              <w:t>专业必修课</w:t>
            </w:r>
          </w:p>
        </w:tc>
        <w:tc>
          <w:tcPr>
            <w:tcW w:type="dxa" w:w="1080"/>
          </w:tcPr>
          <w:p>
            <w:r>
              <w:t>物理科学与技术学院</w:t>
            </w:r>
          </w:p>
        </w:tc>
        <w:tc>
          <w:tcPr>
            <w:tcW w:type="dxa" w:w="1080"/>
          </w:tcPr>
          <w:p>
            <w:r>
              <w:t>2024-2025</w:t>
            </w:r>
          </w:p>
        </w:tc>
        <w:tc>
          <w:tcPr>
            <w:tcW w:type="dxa" w:w="1080"/>
          </w:tcPr>
          <w:p>
            <w:r>
              <w:t>2</w:t>
            </w:r>
          </w:p>
        </w:tc>
      </w:tr>
      <w:tr>
        <w:tc>
          <w:tcPr>
            <w:tcW w:type="dxa" w:w="1080"/>
          </w:tcPr>
          <w:p>
            <w:r>
              <w:t>37</w:t>
            </w:r>
          </w:p>
        </w:tc>
        <w:tc>
          <w:tcPr>
            <w:tcW w:type="dxa" w:w="1080"/>
          </w:tcPr>
          <w:p>
            <w:r>
              <w:t>金工实习B</w:t>
            </w:r>
          </w:p>
        </w:tc>
        <w:tc>
          <w:tcPr>
            <w:tcW w:type="dxa" w:w="1080"/>
          </w:tcPr>
          <w:p>
            <w:r>
              <w:t>2ME21120</w:t>
            </w:r>
          </w:p>
        </w:tc>
        <w:tc>
          <w:tcPr>
            <w:tcW w:type="dxa" w:w="1080"/>
          </w:tcPr>
          <w:p>
            <w:r>
              <w:t>1</w:t>
            </w:r>
          </w:p>
        </w:tc>
        <w:tc>
          <w:tcPr>
            <w:tcW w:type="dxa" w:w="1080"/>
          </w:tcPr>
          <w:p>
            <w:r>
              <w:t>专业必修课</w:t>
            </w:r>
          </w:p>
        </w:tc>
        <w:tc>
          <w:tcPr>
            <w:tcW w:type="dxa" w:w="1080"/>
          </w:tcPr>
          <w:p>
            <w:r>
              <w:t>机械工程学院</w:t>
            </w:r>
          </w:p>
        </w:tc>
        <w:tc>
          <w:tcPr>
            <w:tcW w:type="dxa" w:w="1080"/>
          </w:tcPr>
          <w:p>
            <w:r>
              <w:t>2024-2025</w:t>
            </w:r>
          </w:p>
        </w:tc>
        <w:tc>
          <w:tcPr>
            <w:tcW w:type="dxa" w:w="1080"/>
          </w:tcPr>
          <w:p>
            <w:r>
              <w:t>2</w:t>
            </w:r>
          </w:p>
        </w:tc>
      </w:tr>
      <w:tr>
        <w:tc>
          <w:tcPr>
            <w:tcW w:type="dxa" w:w="1080"/>
          </w:tcPr>
          <w:p>
            <w:r>
              <w:t>38</w:t>
            </w:r>
          </w:p>
        </w:tc>
        <w:tc>
          <w:tcPr>
            <w:tcW w:type="dxa" w:w="1080"/>
          </w:tcPr>
          <w:p>
            <w:r>
              <w:t>模拟电子技术A</w:t>
            </w:r>
          </w:p>
        </w:tc>
        <w:tc>
          <w:tcPr>
            <w:tcW w:type="dxa" w:w="1080"/>
          </w:tcPr>
          <w:p>
            <w:r>
              <w:t>2PS21009</w:t>
            </w:r>
          </w:p>
        </w:tc>
        <w:tc>
          <w:tcPr>
            <w:tcW w:type="dxa" w:w="1080"/>
          </w:tcPr>
          <w:p>
            <w:r>
              <w:t>3</w:t>
            </w:r>
          </w:p>
        </w:tc>
        <w:tc>
          <w:tcPr>
            <w:tcW w:type="dxa" w:w="1080"/>
          </w:tcPr>
          <w:p>
            <w:r>
              <w:t>专业必修课</w:t>
            </w:r>
          </w:p>
        </w:tc>
        <w:tc>
          <w:tcPr>
            <w:tcW w:type="dxa" w:w="1080"/>
          </w:tcPr>
          <w:p>
            <w:r>
              <w:t>物理科学与技术学院</w:t>
            </w:r>
          </w:p>
        </w:tc>
        <w:tc>
          <w:tcPr>
            <w:tcW w:type="dxa" w:w="1080"/>
          </w:tcPr>
          <w:p>
            <w:r>
              <w:t>2024-2025</w:t>
            </w:r>
          </w:p>
        </w:tc>
        <w:tc>
          <w:tcPr>
            <w:tcW w:type="dxa" w:w="1080"/>
          </w:tcPr>
          <w:p>
            <w:r>
              <w:t>2</w:t>
            </w:r>
          </w:p>
        </w:tc>
      </w:tr>
      <w:tr>
        <w:tc>
          <w:tcPr>
            <w:tcW w:type="dxa" w:w="1080"/>
          </w:tcPr>
          <w:p>
            <w:r>
              <w:t>39</w:t>
            </w:r>
          </w:p>
        </w:tc>
        <w:tc>
          <w:tcPr>
            <w:tcW w:type="dxa" w:w="1080"/>
          </w:tcPr>
          <w:p>
            <w:r>
              <w:t>物理光学</w:t>
            </w:r>
          </w:p>
        </w:tc>
        <w:tc>
          <w:tcPr>
            <w:tcW w:type="dxa" w:w="1080"/>
          </w:tcPr>
          <w:p>
            <w:r>
              <w:t>2PS21305</w:t>
            </w:r>
          </w:p>
        </w:tc>
        <w:tc>
          <w:tcPr>
            <w:tcW w:type="dxa" w:w="1080"/>
          </w:tcPr>
          <w:p>
            <w:r>
              <w:t>3</w:t>
            </w:r>
          </w:p>
        </w:tc>
        <w:tc>
          <w:tcPr>
            <w:tcW w:type="dxa" w:w="1080"/>
          </w:tcPr>
          <w:p>
            <w:r>
              <w:t>专业必修课</w:t>
            </w:r>
          </w:p>
        </w:tc>
        <w:tc>
          <w:tcPr>
            <w:tcW w:type="dxa" w:w="1080"/>
          </w:tcPr>
          <w:p>
            <w:r>
              <w:t>物理科学与技术学院</w:t>
            </w:r>
          </w:p>
        </w:tc>
        <w:tc>
          <w:tcPr>
            <w:tcW w:type="dxa" w:w="1080"/>
          </w:tcPr>
          <w:p>
            <w:r>
              <w:t>2024-2025</w:t>
            </w:r>
          </w:p>
        </w:tc>
        <w:tc>
          <w:tcPr>
            <w:tcW w:type="dxa" w:w="1080"/>
          </w:tcPr>
          <w:p>
            <w:r>
              <w:t>2</w:t>
            </w:r>
          </w:p>
        </w:tc>
      </w:tr>
      <w:tr>
        <w:tc>
          <w:tcPr>
            <w:tcW w:type="dxa" w:w="1080"/>
          </w:tcPr>
          <w:p>
            <w:r>
              <w:t>40</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41</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42</w:t>
            </w:r>
          </w:p>
        </w:tc>
        <w:tc>
          <w:tcPr>
            <w:tcW w:type="dxa" w:w="1080"/>
          </w:tcPr>
          <w:p>
            <w:r>
              <w:t>电子技术实验B</w:t>
            </w:r>
          </w:p>
        </w:tc>
        <w:tc>
          <w:tcPr>
            <w:tcW w:type="dxa" w:w="1080"/>
          </w:tcPr>
          <w:p>
            <w:r>
              <w:t>2PS21013</w:t>
            </w:r>
          </w:p>
        </w:tc>
        <w:tc>
          <w:tcPr>
            <w:tcW w:type="dxa" w:w="1080"/>
          </w:tcPr>
          <w:p>
            <w:r>
              <w:t>2</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1</w:t>
            </w:r>
          </w:p>
        </w:tc>
      </w:tr>
      <w:tr>
        <w:tc>
          <w:tcPr>
            <w:tcW w:type="dxa" w:w="1080"/>
          </w:tcPr>
          <w:p>
            <w:r>
              <w:t>43</w:t>
            </w:r>
          </w:p>
        </w:tc>
        <w:tc>
          <w:tcPr>
            <w:tcW w:type="dxa" w:w="1080"/>
          </w:tcPr>
          <w:p>
            <w:r>
              <w:t>光电检测技术及系统</w:t>
            </w:r>
          </w:p>
        </w:tc>
        <w:tc>
          <w:tcPr>
            <w:tcW w:type="dxa" w:w="1080"/>
          </w:tcPr>
          <w:p>
            <w:r>
              <w:t>2PS21306</w:t>
            </w:r>
          </w:p>
        </w:tc>
        <w:tc>
          <w:tcPr>
            <w:tcW w:type="dxa" w:w="1080"/>
          </w:tcPr>
          <w:p>
            <w:r>
              <w:t>3</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1</w:t>
            </w:r>
          </w:p>
        </w:tc>
      </w:tr>
      <w:tr>
        <w:tc>
          <w:tcPr>
            <w:tcW w:type="dxa" w:w="1080"/>
          </w:tcPr>
          <w:p>
            <w:r>
              <w:t>44</w:t>
            </w:r>
          </w:p>
        </w:tc>
        <w:tc>
          <w:tcPr>
            <w:tcW w:type="dxa" w:w="1080"/>
          </w:tcPr>
          <w:p>
            <w:r>
              <w:t>激光原理与应用</w:t>
            </w:r>
          </w:p>
        </w:tc>
        <w:tc>
          <w:tcPr>
            <w:tcW w:type="dxa" w:w="1080"/>
          </w:tcPr>
          <w:p>
            <w:r>
              <w:t>2PS21307</w:t>
            </w:r>
          </w:p>
        </w:tc>
        <w:tc>
          <w:tcPr>
            <w:tcW w:type="dxa" w:w="1080"/>
          </w:tcPr>
          <w:p>
            <w:r>
              <w:t>3</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1</w:t>
            </w:r>
          </w:p>
        </w:tc>
      </w:tr>
      <w:tr>
        <w:tc>
          <w:tcPr>
            <w:tcW w:type="dxa" w:w="1080"/>
          </w:tcPr>
          <w:p>
            <w:r>
              <w:t>45</w:t>
            </w:r>
          </w:p>
        </w:tc>
        <w:tc>
          <w:tcPr>
            <w:tcW w:type="dxa" w:w="1080"/>
          </w:tcPr>
          <w:p>
            <w:r>
              <w:t>经济决策方法</w:t>
            </w:r>
          </w:p>
        </w:tc>
        <w:tc>
          <w:tcPr>
            <w:tcW w:type="dxa" w:w="1080"/>
          </w:tcPr>
          <w:p>
            <w:r>
              <w:t>2PS21011</w:t>
            </w:r>
          </w:p>
        </w:tc>
        <w:tc>
          <w:tcPr>
            <w:tcW w:type="dxa" w:w="1080"/>
          </w:tcPr>
          <w:p>
            <w:r>
              <w:t>1</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1</w:t>
            </w:r>
          </w:p>
        </w:tc>
      </w:tr>
      <w:tr>
        <w:tc>
          <w:tcPr>
            <w:tcW w:type="dxa" w:w="1080"/>
          </w:tcPr>
          <w:p>
            <w:r>
              <w:t>46</w:t>
            </w:r>
          </w:p>
        </w:tc>
        <w:tc>
          <w:tcPr>
            <w:tcW w:type="dxa" w:w="1080"/>
          </w:tcPr>
          <w:p>
            <w:r>
              <w:t>数字电子技术A</w:t>
            </w:r>
          </w:p>
        </w:tc>
        <w:tc>
          <w:tcPr>
            <w:tcW w:type="dxa" w:w="1080"/>
          </w:tcPr>
          <w:p>
            <w:r>
              <w:t>2PS21015</w:t>
            </w:r>
          </w:p>
        </w:tc>
        <w:tc>
          <w:tcPr>
            <w:tcW w:type="dxa" w:w="1080"/>
          </w:tcPr>
          <w:p>
            <w:r>
              <w:t>3</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1</w:t>
            </w:r>
          </w:p>
        </w:tc>
      </w:tr>
      <w:tr>
        <w:tc>
          <w:tcPr>
            <w:tcW w:type="dxa" w:w="1080"/>
          </w:tcPr>
          <w:p>
            <w:r>
              <w:t>47</w:t>
            </w:r>
          </w:p>
        </w:tc>
        <w:tc>
          <w:tcPr>
            <w:tcW w:type="dxa" w:w="1080"/>
          </w:tcPr>
          <w:p>
            <w:r>
              <w:t>信息光学</w:t>
            </w:r>
          </w:p>
        </w:tc>
        <w:tc>
          <w:tcPr>
            <w:tcW w:type="dxa" w:w="1080"/>
          </w:tcPr>
          <w:p>
            <w:r>
              <w:t>2PS21309</w:t>
            </w:r>
          </w:p>
        </w:tc>
        <w:tc>
          <w:tcPr>
            <w:tcW w:type="dxa" w:w="1080"/>
          </w:tcPr>
          <w:p>
            <w:r>
              <w:t>3</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1</w:t>
            </w:r>
          </w:p>
        </w:tc>
      </w:tr>
      <w:tr>
        <w:tc>
          <w:tcPr>
            <w:tcW w:type="dxa" w:w="1080"/>
          </w:tcPr>
          <w:p>
            <w:r>
              <w:t>48</w:t>
            </w:r>
          </w:p>
        </w:tc>
        <w:tc>
          <w:tcPr>
            <w:tcW w:type="dxa" w:w="1080"/>
          </w:tcPr>
          <w:p>
            <w:r>
              <w:t>传感器原理与应用</w:t>
            </w:r>
          </w:p>
        </w:tc>
        <w:tc>
          <w:tcPr>
            <w:tcW w:type="dxa" w:w="1080"/>
          </w:tcPr>
          <w:p>
            <w:r>
              <w:t>2PS21310</w:t>
            </w:r>
          </w:p>
        </w:tc>
        <w:tc>
          <w:tcPr>
            <w:tcW w:type="dxa" w:w="1080"/>
          </w:tcPr>
          <w:p>
            <w:r>
              <w:t>2</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2</w:t>
            </w:r>
          </w:p>
        </w:tc>
      </w:tr>
      <w:tr>
        <w:tc>
          <w:tcPr>
            <w:tcW w:type="dxa" w:w="1080"/>
          </w:tcPr>
          <w:p>
            <w:r>
              <w:t>49</w:t>
            </w:r>
          </w:p>
        </w:tc>
        <w:tc>
          <w:tcPr>
            <w:tcW w:type="dxa" w:w="1080"/>
          </w:tcPr>
          <w:p>
            <w:r>
              <w:t>单片机原理及应用</w:t>
            </w:r>
          </w:p>
        </w:tc>
        <w:tc>
          <w:tcPr>
            <w:tcW w:type="dxa" w:w="1080"/>
          </w:tcPr>
          <w:p>
            <w:r>
              <w:t>2PS21311</w:t>
            </w:r>
          </w:p>
        </w:tc>
        <w:tc>
          <w:tcPr>
            <w:tcW w:type="dxa" w:w="1080"/>
          </w:tcPr>
          <w:p>
            <w:r>
              <w:t>2.0</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2</w:t>
            </w:r>
          </w:p>
        </w:tc>
      </w:tr>
      <w:tr>
        <w:tc>
          <w:tcPr>
            <w:tcW w:type="dxa" w:w="1080"/>
          </w:tcPr>
          <w:p>
            <w:r>
              <w:t>50</w:t>
            </w:r>
          </w:p>
        </w:tc>
        <w:tc>
          <w:tcPr>
            <w:tcW w:type="dxa" w:w="1080"/>
          </w:tcPr>
          <w:p>
            <w:r>
              <w:t>电子工艺实习</w:t>
            </w:r>
          </w:p>
        </w:tc>
        <w:tc>
          <w:tcPr>
            <w:tcW w:type="dxa" w:w="1080"/>
          </w:tcPr>
          <w:p>
            <w:r>
              <w:t>2PS21308</w:t>
            </w:r>
          </w:p>
        </w:tc>
        <w:tc>
          <w:tcPr>
            <w:tcW w:type="dxa" w:w="1080"/>
          </w:tcPr>
          <w:p>
            <w:r>
              <w:t>1.0</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2</w:t>
            </w:r>
          </w:p>
        </w:tc>
      </w:tr>
      <w:tr>
        <w:tc>
          <w:tcPr>
            <w:tcW w:type="dxa" w:w="1080"/>
          </w:tcPr>
          <w:p>
            <w:r>
              <w:t>51</w:t>
            </w:r>
          </w:p>
        </w:tc>
        <w:tc>
          <w:tcPr>
            <w:tcW w:type="dxa" w:w="1080"/>
          </w:tcPr>
          <w:p>
            <w:r>
              <w:t>电子线路课程设计</w:t>
            </w:r>
          </w:p>
        </w:tc>
        <w:tc>
          <w:tcPr>
            <w:tcW w:type="dxa" w:w="1080"/>
          </w:tcPr>
          <w:p>
            <w:r>
              <w:t>2PS21023</w:t>
            </w:r>
          </w:p>
        </w:tc>
        <w:tc>
          <w:tcPr>
            <w:tcW w:type="dxa" w:w="1080"/>
          </w:tcPr>
          <w:p>
            <w:r>
              <w:t>2.0</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2</w:t>
            </w:r>
          </w:p>
        </w:tc>
      </w:tr>
      <w:tr>
        <w:tc>
          <w:tcPr>
            <w:tcW w:type="dxa" w:w="1080"/>
          </w:tcPr>
          <w:p>
            <w:r>
              <w:t>52</w:t>
            </w:r>
          </w:p>
        </w:tc>
        <w:tc>
          <w:tcPr>
            <w:tcW w:type="dxa" w:w="1080"/>
          </w:tcPr>
          <w:p>
            <w:r>
              <w:t>工程项目管理</w:t>
            </w:r>
          </w:p>
        </w:tc>
        <w:tc>
          <w:tcPr>
            <w:tcW w:type="dxa" w:w="1080"/>
          </w:tcPr>
          <w:p>
            <w:r>
              <w:t>2PS21022</w:t>
            </w:r>
          </w:p>
        </w:tc>
        <w:tc>
          <w:tcPr>
            <w:tcW w:type="dxa" w:w="1080"/>
          </w:tcPr>
          <w:p>
            <w:r>
              <w:t>1</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2</w:t>
            </w:r>
          </w:p>
        </w:tc>
      </w:tr>
      <w:tr>
        <w:tc>
          <w:tcPr>
            <w:tcW w:type="dxa" w:w="1080"/>
          </w:tcPr>
          <w:p>
            <w:r>
              <w:t>53</w:t>
            </w:r>
          </w:p>
        </w:tc>
        <w:tc>
          <w:tcPr>
            <w:tcW w:type="dxa" w:w="1080"/>
          </w:tcPr>
          <w:p>
            <w:r>
              <w:t>光电信息创新实践</w:t>
            </w:r>
          </w:p>
        </w:tc>
        <w:tc>
          <w:tcPr>
            <w:tcW w:type="dxa" w:w="1080"/>
          </w:tcPr>
          <w:p>
            <w:r>
              <w:t>2PS21313</w:t>
            </w:r>
          </w:p>
        </w:tc>
        <w:tc>
          <w:tcPr>
            <w:tcW w:type="dxa" w:w="1080"/>
          </w:tcPr>
          <w:p>
            <w:r>
              <w:t>1.0</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2</w:t>
            </w:r>
          </w:p>
        </w:tc>
      </w:tr>
      <w:tr>
        <w:tc>
          <w:tcPr>
            <w:tcW w:type="dxa" w:w="1080"/>
          </w:tcPr>
          <w:p>
            <w:r>
              <w:t>54</w:t>
            </w:r>
          </w:p>
        </w:tc>
        <w:tc>
          <w:tcPr>
            <w:tcW w:type="dxa" w:w="1080"/>
          </w:tcPr>
          <w:p>
            <w:r>
              <w:t>光学系统设计</w:t>
            </w:r>
          </w:p>
        </w:tc>
        <w:tc>
          <w:tcPr>
            <w:tcW w:type="dxa" w:w="1080"/>
          </w:tcPr>
          <w:p>
            <w:r>
              <w:t>2PS21315</w:t>
            </w:r>
          </w:p>
        </w:tc>
        <w:tc>
          <w:tcPr>
            <w:tcW w:type="dxa" w:w="1080"/>
          </w:tcPr>
          <w:p>
            <w:r>
              <w:t>2.0</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2</w:t>
            </w:r>
          </w:p>
        </w:tc>
      </w:tr>
      <w:tr>
        <w:tc>
          <w:tcPr>
            <w:tcW w:type="dxa" w:w="1080"/>
          </w:tcPr>
          <w:p>
            <w:r>
              <w:t>55</w:t>
            </w:r>
          </w:p>
        </w:tc>
        <w:tc>
          <w:tcPr>
            <w:tcW w:type="dxa" w:w="1080"/>
          </w:tcPr>
          <w:p>
            <w:r>
              <w:t>几何光学基础实验</w:t>
            </w:r>
          </w:p>
        </w:tc>
        <w:tc>
          <w:tcPr>
            <w:tcW w:type="dxa" w:w="1080"/>
          </w:tcPr>
          <w:p>
            <w:r>
              <w:t>2PS21316</w:t>
            </w:r>
          </w:p>
        </w:tc>
        <w:tc>
          <w:tcPr>
            <w:tcW w:type="dxa" w:w="1080"/>
          </w:tcPr>
          <w:p>
            <w:r>
              <w:t>2</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2</w:t>
            </w:r>
          </w:p>
        </w:tc>
      </w:tr>
      <w:tr>
        <w:tc>
          <w:tcPr>
            <w:tcW w:type="dxa" w:w="1080"/>
          </w:tcPr>
          <w:p>
            <w:r>
              <w:t>56</w:t>
            </w:r>
          </w:p>
        </w:tc>
        <w:tc>
          <w:tcPr>
            <w:tcW w:type="dxa" w:w="1080"/>
          </w:tcPr>
          <w:p>
            <w:r>
              <w:t>数字图像处理</w:t>
            </w:r>
          </w:p>
        </w:tc>
        <w:tc>
          <w:tcPr>
            <w:tcW w:type="dxa" w:w="1080"/>
          </w:tcPr>
          <w:p>
            <w:r>
              <w:t>2PS21317</w:t>
            </w:r>
          </w:p>
        </w:tc>
        <w:tc>
          <w:tcPr>
            <w:tcW w:type="dxa" w:w="1080"/>
          </w:tcPr>
          <w:p>
            <w:r>
              <w:t>2.0</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2</w:t>
            </w:r>
          </w:p>
        </w:tc>
      </w:tr>
      <w:tr>
        <w:tc>
          <w:tcPr>
            <w:tcW w:type="dxa" w:w="1080"/>
          </w:tcPr>
          <w:p>
            <w:r>
              <w:t>57</w:t>
            </w:r>
          </w:p>
        </w:tc>
        <w:tc>
          <w:tcPr>
            <w:tcW w:type="dxa" w:w="1080"/>
          </w:tcPr>
          <w:p>
            <w:r>
              <w:t>物理光学基础实验</w:t>
            </w:r>
          </w:p>
        </w:tc>
        <w:tc>
          <w:tcPr>
            <w:tcW w:type="dxa" w:w="1080"/>
          </w:tcPr>
          <w:p>
            <w:r>
              <w:t>2PS21318</w:t>
            </w:r>
          </w:p>
        </w:tc>
        <w:tc>
          <w:tcPr>
            <w:tcW w:type="dxa" w:w="1080"/>
          </w:tcPr>
          <w:p>
            <w:r>
              <w:t>2</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2</w:t>
            </w:r>
          </w:p>
        </w:tc>
      </w:tr>
      <w:tr>
        <w:tc>
          <w:tcPr>
            <w:tcW w:type="dxa" w:w="1080"/>
          </w:tcPr>
          <w:p>
            <w:r>
              <w:t>58</w:t>
            </w:r>
          </w:p>
        </w:tc>
        <w:tc>
          <w:tcPr>
            <w:tcW w:type="dxa" w:w="1080"/>
          </w:tcPr>
          <w:p>
            <w:r>
              <w:t>现代光学测试技术</w:t>
            </w:r>
          </w:p>
        </w:tc>
        <w:tc>
          <w:tcPr>
            <w:tcW w:type="dxa" w:w="1080"/>
          </w:tcPr>
          <w:p>
            <w:r>
              <w:t>2PS21314</w:t>
            </w:r>
          </w:p>
        </w:tc>
        <w:tc>
          <w:tcPr>
            <w:tcW w:type="dxa" w:w="1080"/>
          </w:tcPr>
          <w:p>
            <w:r>
              <w:t>2.0</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2</w:t>
            </w:r>
          </w:p>
        </w:tc>
      </w:tr>
    </w:tbl>
    <w:p>
      <w:r>
        <w:t>附件2-3：</w:t>
      </w:r>
    </w:p>
    <w:p>
      <w:r>
        <w:t>苏州科技大学2027年推荐优秀应届本科毕业生免试攻读研究生课程清单</w:t>
      </w:r>
    </w:p>
    <w:p>
      <w:r>
        <w:t>年级：2023级专业：应用物理学</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教务处</w:t>
            </w:r>
          </w:p>
        </w:tc>
        <w:tc>
          <w:tcPr>
            <w:tcW w:type="dxa" w:w="1080"/>
          </w:tcPr>
          <w:p>
            <w:r>
              <w:t>2023-2024</w:t>
            </w:r>
          </w:p>
        </w:tc>
        <w:tc>
          <w:tcPr>
            <w:tcW w:type="dxa" w:w="1080"/>
          </w:tcPr>
          <w:p>
            <w:r>
              <w:t>1</w:t>
            </w:r>
          </w:p>
        </w:tc>
      </w:tr>
      <w:tr>
        <w:tc>
          <w:tcPr>
            <w:tcW w:type="dxa" w:w="1080"/>
          </w:tcPr>
          <w:p>
            <w:r>
              <w:t>2</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3</w:t>
            </w:r>
          </w:p>
        </w:tc>
        <w:tc>
          <w:tcPr>
            <w:tcW w:type="dxa" w:w="1080"/>
          </w:tcPr>
          <w:p>
            <w:r>
              <w:t>高等数学A(一)</w:t>
            </w:r>
          </w:p>
        </w:tc>
        <w:tc>
          <w:tcPr>
            <w:tcW w:type="dxa" w:w="1080"/>
          </w:tcPr>
          <w:p>
            <w:r>
              <w:t>2MA11001</w:t>
            </w:r>
          </w:p>
        </w:tc>
        <w:tc>
          <w:tcPr>
            <w:tcW w:type="dxa" w:w="1080"/>
          </w:tcPr>
          <w:p>
            <w:r>
              <w:t>4</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4</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5</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6</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7</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8</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9</w:t>
            </w:r>
          </w:p>
        </w:tc>
        <w:tc>
          <w:tcPr>
            <w:tcW w:type="dxa" w:w="1080"/>
          </w:tcPr>
          <w:p>
            <w:r>
              <w:t>线性代数B</w:t>
            </w:r>
          </w:p>
        </w:tc>
        <w:tc>
          <w:tcPr>
            <w:tcW w:type="dxa" w:w="1080"/>
          </w:tcPr>
          <w:p>
            <w:r>
              <w:t>2MA11012</w:t>
            </w:r>
          </w:p>
        </w:tc>
        <w:tc>
          <w:tcPr>
            <w:tcW w:type="dxa" w:w="1080"/>
          </w:tcPr>
          <w:p>
            <w:r>
              <w:t>2</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10</w:t>
            </w:r>
          </w:p>
        </w:tc>
        <w:tc>
          <w:tcPr>
            <w:tcW w:type="dxa" w:w="1080"/>
          </w:tcPr>
          <w:p>
            <w:r>
              <w:t>物理学导论A</w:t>
            </w:r>
          </w:p>
        </w:tc>
        <w:tc>
          <w:tcPr>
            <w:tcW w:type="dxa" w:w="1080"/>
          </w:tcPr>
          <w:p>
            <w:r>
              <w:t>2PS21101</w:t>
            </w:r>
          </w:p>
        </w:tc>
        <w:tc>
          <w:tcPr>
            <w:tcW w:type="dxa" w:w="1080"/>
          </w:tcPr>
          <w:p>
            <w:r>
              <w:t>2</w:t>
            </w:r>
          </w:p>
        </w:tc>
        <w:tc>
          <w:tcPr>
            <w:tcW w:type="dxa" w:w="1080"/>
          </w:tcPr>
          <w:p>
            <w:r>
              <w:t>专业必修课</w:t>
            </w:r>
          </w:p>
        </w:tc>
        <w:tc>
          <w:tcPr>
            <w:tcW w:type="dxa" w:w="1080"/>
          </w:tcPr>
          <w:p>
            <w:r>
              <w:t>物理科学与技术学院</w:t>
            </w:r>
          </w:p>
        </w:tc>
        <w:tc>
          <w:tcPr>
            <w:tcW w:type="dxa" w:w="1080"/>
          </w:tcPr>
          <w:p>
            <w:r>
              <w:t>2023-2024</w:t>
            </w:r>
          </w:p>
        </w:tc>
        <w:tc>
          <w:tcPr>
            <w:tcW w:type="dxa" w:w="1080"/>
          </w:tcPr>
          <w:p>
            <w:r>
              <w:t>1</w:t>
            </w:r>
          </w:p>
        </w:tc>
      </w:tr>
      <w:tr>
        <w:tc>
          <w:tcPr>
            <w:tcW w:type="dxa" w:w="1080"/>
          </w:tcPr>
          <w:p>
            <w:r>
              <w:t>11</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12</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13</w:t>
            </w:r>
          </w:p>
        </w:tc>
        <w:tc>
          <w:tcPr>
            <w:tcW w:type="dxa" w:w="1080"/>
          </w:tcPr>
          <w:p>
            <w:r>
              <w:t>高等数学A(二)</w:t>
            </w:r>
          </w:p>
        </w:tc>
        <w:tc>
          <w:tcPr>
            <w:tcW w:type="dxa" w:w="1080"/>
          </w:tcPr>
          <w:p>
            <w:r>
              <w:t>2MA11002</w:t>
            </w:r>
          </w:p>
        </w:tc>
        <w:tc>
          <w:tcPr>
            <w:tcW w:type="dxa" w:w="1080"/>
          </w:tcPr>
          <w:p>
            <w:r>
              <w:t>6</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14</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15</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16</w:t>
            </w:r>
          </w:p>
        </w:tc>
        <w:tc>
          <w:tcPr>
            <w:tcW w:type="dxa" w:w="1080"/>
          </w:tcPr>
          <w:p>
            <w:r>
              <w:t>中国共产党史</w:t>
            </w:r>
          </w:p>
        </w:tc>
        <w:tc>
          <w:tcPr>
            <w:tcW w:type="dxa" w:w="1080"/>
          </w:tcPr>
          <w:p>
            <w:r>
              <w:t>2MX11007</w:t>
            </w:r>
          </w:p>
        </w:tc>
        <w:tc>
          <w:tcPr>
            <w:tcW w:type="dxa" w:w="1080"/>
          </w:tcPr>
          <w:p>
            <w:r>
              <w:t>1</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17</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18</w:t>
            </w:r>
          </w:p>
        </w:tc>
        <w:tc>
          <w:tcPr>
            <w:tcW w:type="dxa" w:w="1080"/>
          </w:tcPr>
          <w:p>
            <w:r>
              <w:t>程序设计语言C++</w:t>
            </w:r>
          </w:p>
        </w:tc>
        <w:tc>
          <w:tcPr>
            <w:tcW w:type="dxa" w:w="1080"/>
          </w:tcPr>
          <w:p>
            <w:r>
              <w:t>2EI21001</w:t>
            </w:r>
          </w:p>
        </w:tc>
        <w:tc>
          <w:tcPr>
            <w:tcW w:type="dxa" w:w="1080"/>
          </w:tcPr>
          <w:p>
            <w:r>
              <w:t>3.5</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19</w:t>
            </w:r>
          </w:p>
        </w:tc>
        <w:tc>
          <w:tcPr>
            <w:tcW w:type="dxa" w:w="1080"/>
          </w:tcPr>
          <w:p>
            <w:r>
              <w:t>金工实习B</w:t>
            </w:r>
          </w:p>
        </w:tc>
        <w:tc>
          <w:tcPr>
            <w:tcW w:type="dxa" w:w="1080"/>
          </w:tcPr>
          <w:p>
            <w:r>
              <w:t>2ME21120</w:t>
            </w:r>
          </w:p>
        </w:tc>
        <w:tc>
          <w:tcPr>
            <w:tcW w:type="dxa" w:w="1080"/>
          </w:tcPr>
          <w:p>
            <w:r>
              <w:t>1</w:t>
            </w:r>
          </w:p>
        </w:tc>
        <w:tc>
          <w:tcPr>
            <w:tcW w:type="dxa" w:w="1080"/>
          </w:tcPr>
          <w:p>
            <w:r>
              <w:t>专业必修课</w:t>
            </w:r>
          </w:p>
        </w:tc>
        <w:tc>
          <w:tcPr>
            <w:tcW w:type="dxa" w:w="1080"/>
          </w:tcPr>
          <w:p>
            <w:r>
              <w:t>机械工程学院</w:t>
            </w:r>
          </w:p>
        </w:tc>
        <w:tc>
          <w:tcPr>
            <w:tcW w:type="dxa" w:w="1080"/>
          </w:tcPr>
          <w:p>
            <w:r>
              <w:t>2023-2024</w:t>
            </w:r>
          </w:p>
        </w:tc>
        <w:tc>
          <w:tcPr>
            <w:tcW w:type="dxa" w:w="1080"/>
          </w:tcPr>
          <w:p>
            <w:r>
              <w:t>2</w:t>
            </w:r>
          </w:p>
        </w:tc>
      </w:tr>
      <w:tr>
        <w:tc>
          <w:tcPr>
            <w:tcW w:type="dxa" w:w="1080"/>
          </w:tcPr>
          <w:p>
            <w:r>
              <w:t>20</w:t>
            </w:r>
          </w:p>
        </w:tc>
        <w:tc>
          <w:tcPr>
            <w:tcW w:type="dxa" w:w="1080"/>
          </w:tcPr>
          <w:p>
            <w:r>
              <w:t>力学</w:t>
            </w:r>
          </w:p>
        </w:tc>
        <w:tc>
          <w:tcPr>
            <w:tcW w:type="dxa" w:w="1080"/>
          </w:tcPr>
          <w:p>
            <w:r>
              <w:t>2PS21002</w:t>
            </w:r>
          </w:p>
        </w:tc>
        <w:tc>
          <w:tcPr>
            <w:tcW w:type="dxa" w:w="1080"/>
          </w:tcPr>
          <w:p>
            <w:r>
              <w:t>4</w:t>
            </w:r>
          </w:p>
        </w:tc>
        <w:tc>
          <w:tcPr>
            <w:tcW w:type="dxa" w:w="1080"/>
          </w:tcPr>
          <w:p>
            <w:r>
              <w:t>专业必修课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21</w:t>
            </w:r>
          </w:p>
        </w:tc>
        <w:tc>
          <w:tcPr>
            <w:tcW w:type="dxa" w:w="1080"/>
          </w:tcPr>
          <w:p>
            <w:r>
              <w:t>普通物理实验(一)</w:t>
            </w:r>
          </w:p>
        </w:tc>
        <w:tc>
          <w:tcPr>
            <w:tcW w:type="dxa" w:w="1080"/>
          </w:tcPr>
          <w:p>
            <w:r>
              <w:t>2PS21005</w:t>
            </w:r>
          </w:p>
        </w:tc>
        <w:tc>
          <w:tcPr>
            <w:tcW w:type="dxa" w:w="1080"/>
          </w:tcPr>
          <w:p>
            <w:r>
              <w:t>1.5</w:t>
            </w:r>
          </w:p>
        </w:tc>
        <w:tc>
          <w:tcPr>
            <w:tcW w:type="dxa" w:w="1080"/>
          </w:tcPr>
          <w:p>
            <w:r>
              <w:t>专业必修课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22</w:t>
            </w:r>
          </w:p>
        </w:tc>
        <w:tc>
          <w:tcPr>
            <w:tcW w:type="dxa" w:w="1080"/>
          </w:tcPr>
          <w:p>
            <w:r>
              <w:t>热学</w:t>
            </w:r>
          </w:p>
        </w:tc>
        <w:tc>
          <w:tcPr>
            <w:tcW w:type="dxa" w:w="1080"/>
          </w:tcPr>
          <w:p>
            <w:r>
              <w:t>2PS21004</w:t>
            </w:r>
          </w:p>
        </w:tc>
        <w:tc>
          <w:tcPr>
            <w:tcW w:type="dxa" w:w="1080"/>
          </w:tcPr>
          <w:p>
            <w:r>
              <w:t>3</w:t>
            </w:r>
          </w:p>
        </w:tc>
        <w:tc>
          <w:tcPr>
            <w:tcW w:type="dxa" w:w="1080"/>
          </w:tcPr>
          <w:p>
            <w:r>
              <w:t>专业必修课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23</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24</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25</w:t>
            </w:r>
          </w:p>
        </w:tc>
        <w:tc>
          <w:tcPr>
            <w:tcW w:type="dxa" w:w="1080"/>
          </w:tcPr>
          <w:p>
            <w:r>
              <w:t>电磁学</w:t>
            </w:r>
          </w:p>
        </w:tc>
        <w:tc>
          <w:tcPr>
            <w:tcW w:type="dxa" w:w="1080"/>
          </w:tcPr>
          <w:p>
            <w:r>
              <w:t>2PS21027</w:t>
            </w:r>
          </w:p>
        </w:tc>
        <w:tc>
          <w:tcPr>
            <w:tcW w:type="dxa" w:w="1080"/>
          </w:tcPr>
          <w:p>
            <w:r>
              <w:t>4</w:t>
            </w:r>
          </w:p>
        </w:tc>
        <w:tc>
          <w:tcPr>
            <w:tcW w:type="dxa" w:w="1080"/>
          </w:tcPr>
          <w:p>
            <w:r>
              <w:t>专业必修课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26</w:t>
            </w:r>
          </w:p>
        </w:tc>
        <w:tc>
          <w:tcPr>
            <w:tcW w:type="dxa" w:w="1080"/>
          </w:tcPr>
          <w:p>
            <w:r>
              <w:t>概率论基础</w:t>
            </w:r>
          </w:p>
        </w:tc>
        <w:tc>
          <w:tcPr>
            <w:tcW w:type="dxa" w:w="1080"/>
          </w:tcPr>
          <w:p>
            <w:r>
              <w:t>2PS21113</w:t>
            </w:r>
          </w:p>
        </w:tc>
        <w:tc>
          <w:tcPr>
            <w:tcW w:type="dxa" w:w="1080"/>
          </w:tcPr>
          <w:p>
            <w:r>
              <w:t>2</w:t>
            </w:r>
          </w:p>
        </w:tc>
        <w:tc>
          <w:tcPr>
            <w:tcW w:type="dxa" w:w="1080"/>
          </w:tcPr>
          <w:p>
            <w:r>
              <w:t>专业必修课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27</w:t>
            </w:r>
          </w:p>
        </w:tc>
        <w:tc>
          <w:tcPr>
            <w:tcW w:type="dxa" w:w="1080"/>
          </w:tcPr>
          <w:p>
            <w:r>
              <w:t>理论力学</w:t>
            </w:r>
          </w:p>
        </w:tc>
        <w:tc>
          <w:tcPr>
            <w:tcW w:type="dxa" w:w="1080"/>
          </w:tcPr>
          <w:p>
            <w:r>
              <w:t>2PS21008</w:t>
            </w:r>
          </w:p>
        </w:tc>
        <w:tc>
          <w:tcPr>
            <w:tcW w:type="dxa" w:w="1080"/>
          </w:tcPr>
          <w:p>
            <w:r>
              <w:t>3</w:t>
            </w:r>
          </w:p>
        </w:tc>
        <w:tc>
          <w:tcPr>
            <w:tcW w:type="dxa" w:w="1080"/>
          </w:tcPr>
          <w:p>
            <w:r>
              <w:t>专业必修课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28</w:t>
            </w:r>
          </w:p>
        </w:tc>
        <w:tc>
          <w:tcPr>
            <w:tcW w:type="dxa" w:w="1080"/>
          </w:tcPr>
          <w:p>
            <w:r>
              <w:t>模拟与数字电子技术</w:t>
            </w:r>
          </w:p>
        </w:tc>
        <w:tc>
          <w:tcPr>
            <w:tcW w:type="dxa" w:w="1080"/>
          </w:tcPr>
          <w:p>
            <w:r>
              <w:t>2PS21103</w:t>
            </w:r>
          </w:p>
        </w:tc>
        <w:tc>
          <w:tcPr>
            <w:tcW w:type="dxa" w:w="1080"/>
          </w:tcPr>
          <w:p>
            <w:r>
              <w:t>4</w:t>
            </w:r>
          </w:p>
        </w:tc>
        <w:tc>
          <w:tcPr>
            <w:tcW w:type="dxa" w:w="1080"/>
          </w:tcPr>
          <w:p>
            <w:r>
              <w:t>专业必修课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29</w:t>
            </w:r>
          </w:p>
        </w:tc>
        <w:tc>
          <w:tcPr>
            <w:tcW w:type="dxa" w:w="1080"/>
          </w:tcPr>
          <w:p>
            <w:r>
              <w:t>普通物理实验(二)</w:t>
            </w:r>
          </w:p>
        </w:tc>
        <w:tc>
          <w:tcPr>
            <w:tcW w:type="dxa" w:w="1080"/>
          </w:tcPr>
          <w:p>
            <w:r>
              <w:t>2PS21006</w:t>
            </w:r>
          </w:p>
        </w:tc>
        <w:tc>
          <w:tcPr>
            <w:tcW w:type="dxa" w:w="1080"/>
          </w:tcPr>
          <w:p>
            <w:r>
              <w:t>2.0</w:t>
            </w:r>
          </w:p>
        </w:tc>
        <w:tc>
          <w:tcPr>
            <w:tcW w:type="dxa" w:w="1080"/>
          </w:tcPr>
          <w:p>
            <w:r>
              <w:t>专业必修课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30</w:t>
            </w:r>
          </w:p>
        </w:tc>
        <w:tc>
          <w:tcPr>
            <w:tcW w:type="dxa" w:w="1080"/>
          </w:tcPr>
          <w:p>
            <w:r>
              <w:t>数学物理方法</w:t>
            </w:r>
          </w:p>
        </w:tc>
        <w:tc>
          <w:tcPr>
            <w:tcW w:type="dxa" w:w="1080"/>
          </w:tcPr>
          <w:p>
            <w:r>
              <w:t>2PS21028</w:t>
            </w:r>
          </w:p>
        </w:tc>
        <w:tc>
          <w:tcPr>
            <w:tcW w:type="dxa" w:w="1080"/>
          </w:tcPr>
          <w:p>
            <w:r>
              <w:t>4</w:t>
            </w:r>
          </w:p>
        </w:tc>
        <w:tc>
          <w:tcPr>
            <w:tcW w:type="dxa" w:w="1080"/>
          </w:tcPr>
          <w:p>
            <w:r>
              <w:t>专业必修课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31</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32</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33</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34</w:t>
            </w:r>
          </w:p>
        </w:tc>
        <w:tc>
          <w:tcPr>
            <w:tcW w:type="dxa" w:w="1080"/>
          </w:tcPr>
          <w:p>
            <w:r>
              <w:t>电动力学A</w:t>
            </w:r>
          </w:p>
        </w:tc>
        <w:tc>
          <w:tcPr>
            <w:tcW w:type="dxa" w:w="1080"/>
          </w:tcPr>
          <w:p>
            <w:r>
              <w:t>2PS21105</w:t>
            </w:r>
          </w:p>
        </w:tc>
        <w:tc>
          <w:tcPr>
            <w:tcW w:type="dxa" w:w="1080"/>
          </w:tcPr>
          <w:p>
            <w:r>
              <w:t>4.0</w:t>
            </w:r>
          </w:p>
        </w:tc>
        <w:tc>
          <w:tcPr>
            <w:tcW w:type="dxa" w:w="1080"/>
          </w:tcPr>
          <w:p>
            <w:r>
              <w:t>专业必修课</w:t>
            </w:r>
          </w:p>
        </w:tc>
        <w:tc>
          <w:tcPr>
            <w:tcW w:type="dxa" w:w="1080"/>
          </w:tcPr>
          <w:p>
            <w:r>
              <w:t>物理科学与技术学院</w:t>
            </w:r>
          </w:p>
        </w:tc>
        <w:tc>
          <w:tcPr>
            <w:tcW w:type="dxa" w:w="1080"/>
          </w:tcPr>
          <w:p>
            <w:r>
              <w:t>2024-2025</w:t>
            </w:r>
          </w:p>
        </w:tc>
        <w:tc>
          <w:tcPr>
            <w:tcW w:type="dxa" w:w="1080"/>
          </w:tcPr>
          <w:p>
            <w:r>
              <w:t>2</w:t>
            </w:r>
          </w:p>
        </w:tc>
      </w:tr>
      <w:tr>
        <w:tc>
          <w:tcPr>
            <w:tcW w:type="dxa" w:w="1080"/>
          </w:tcPr>
          <w:p>
            <w:r>
              <w:t>35</w:t>
            </w:r>
          </w:p>
        </w:tc>
        <w:tc>
          <w:tcPr>
            <w:tcW w:type="dxa" w:w="1080"/>
          </w:tcPr>
          <w:p>
            <w:r>
              <w:t>光学</w:t>
            </w:r>
          </w:p>
        </w:tc>
        <w:tc>
          <w:tcPr>
            <w:tcW w:type="dxa" w:w="1080"/>
          </w:tcPr>
          <w:p>
            <w:r>
              <w:t>2PS21029</w:t>
            </w:r>
          </w:p>
        </w:tc>
        <w:tc>
          <w:tcPr>
            <w:tcW w:type="dxa" w:w="1080"/>
          </w:tcPr>
          <w:p>
            <w:r>
              <w:t>4</w:t>
            </w:r>
          </w:p>
        </w:tc>
        <w:tc>
          <w:tcPr>
            <w:tcW w:type="dxa" w:w="1080"/>
          </w:tcPr>
          <w:p>
            <w:r>
              <w:t>专业必修课</w:t>
            </w:r>
          </w:p>
        </w:tc>
        <w:tc>
          <w:tcPr>
            <w:tcW w:type="dxa" w:w="1080"/>
          </w:tcPr>
          <w:p>
            <w:r>
              <w:t>物理科学与技术学院</w:t>
            </w:r>
          </w:p>
        </w:tc>
        <w:tc>
          <w:tcPr>
            <w:tcW w:type="dxa" w:w="1080"/>
          </w:tcPr>
          <w:p>
            <w:r>
              <w:t>2024-2025</w:t>
            </w:r>
          </w:p>
        </w:tc>
        <w:tc>
          <w:tcPr>
            <w:tcW w:type="dxa" w:w="1080"/>
          </w:tcPr>
          <w:p>
            <w:r>
              <w:t>2</w:t>
            </w:r>
          </w:p>
        </w:tc>
      </w:tr>
      <w:tr>
        <w:tc>
          <w:tcPr>
            <w:tcW w:type="dxa" w:w="1080"/>
          </w:tcPr>
          <w:p>
            <w:r>
              <w:t>36</w:t>
            </w:r>
          </w:p>
        </w:tc>
        <w:tc>
          <w:tcPr>
            <w:tcW w:type="dxa" w:w="1080"/>
          </w:tcPr>
          <w:p>
            <w:r>
              <w:t>普通物理实验(三)</w:t>
            </w:r>
          </w:p>
        </w:tc>
        <w:tc>
          <w:tcPr>
            <w:tcW w:type="dxa" w:w="1080"/>
          </w:tcPr>
          <w:p>
            <w:r>
              <w:t>2PS21007</w:t>
            </w:r>
          </w:p>
        </w:tc>
        <w:tc>
          <w:tcPr>
            <w:tcW w:type="dxa" w:w="1080"/>
          </w:tcPr>
          <w:p>
            <w:r>
              <w:t>2.0</w:t>
            </w:r>
          </w:p>
        </w:tc>
        <w:tc>
          <w:tcPr>
            <w:tcW w:type="dxa" w:w="1080"/>
          </w:tcPr>
          <w:p>
            <w:r>
              <w:t>专业必修课</w:t>
            </w:r>
          </w:p>
        </w:tc>
        <w:tc>
          <w:tcPr>
            <w:tcW w:type="dxa" w:w="1080"/>
          </w:tcPr>
          <w:p>
            <w:r>
              <w:t>物理科学与技术学院</w:t>
            </w:r>
          </w:p>
        </w:tc>
        <w:tc>
          <w:tcPr>
            <w:tcW w:type="dxa" w:w="1080"/>
          </w:tcPr>
          <w:p>
            <w:r>
              <w:t>2024-2025</w:t>
            </w:r>
          </w:p>
        </w:tc>
        <w:tc>
          <w:tcPr>
            <w:tcW w:type="dxa" w:w="1080"/>
          </w:tcPr>
          <w:p>
            <w:r>
              <w:t>2</w:t>
            </w:r>
          </w:p>
        </w:tc>
      </w:tr>
      <w:tr>
        <w:tc>
          <w:tcPr>
            <w:tcW w:type="dxa" w:w="1080"/>
          </w:tcPr>
          <w:p>
            <w:r>
              <w:t>37</w:t>
            </w:r>
          </w:p>
        </w:tc>
        <w:tc>
          <w:tcPr>
            <w:tcW w:type="dxa" w:w="1080"/>
          </w:tcPr>
          <w:p>
            <w:r>
              <w:t>热力学与统计物理A</w:t>
            </w:r>
          </w:p>
        </w:tc>
        <w:tc>
          <w:tcPr>
            <w:tcW w:type="dxa" w:w="1080"/>
          </w:tcPr>
          <w:p>
            <w:r>
              <w:t>2PS21108</w:t>
            </w:r>
          </w:p>
        </w:tc>
        <w:tc>
          <w:tcPr>
            <w:tcW w:type="dxa" w:w="1080"/>
          </w:tcPr>
          <w:p>
            <w:r>
              <w:t>4</w:t>
            </w:r>
          </w:p>
        </w:tc>
        <w:tc>
          <w:tcPr>
            <w:tcW w:type="dxa" w:w="1080"/>
          </w:tcPr>
          <w:p>
            <w:r>
              <w:t>专业必修课</w:t>
            </w:r>
          </w:p>
        </w:tc>
        <w:tc>
          <w:tcPr>
            <w:tcW w:type="dxa" w:w="1080"/>
          </w:tcPr>
          <w:p>
            <w:r>
              <w:t>物理科学与技术学院</w:t>
            </w:r>
          </w:p>
        </w:tc>
        <w:tc>
          <w:tcPr>
            <w:tcW w:type="dxa" w:w="1080"/>
          </w:tcPr>
          <w:p>
            <w:r>
              <w:t>2024-2025</w:t>
            </w:r>
          </w:p>
        </w:tc>
        <w:tc>
          <w:tcPr>
            <w:tcW w:type="dxa" w:w="1080"/>
          </w:tcPr>
          <w:p>
            <w:r>
              <w:t>2</w:t>
            </w:r>
          </w:p>
        </w:tc>
      </w:tr>
      <w:tr>
        <w:tc>
          <w:tcPr>
            <w:tcW w:type="dxa" w:w="1080"/>
          </w:tcPr>
          <w:p>
            <w:r>
              <w:t>38</w:t>
            </w:r>
          </w:p>
        </w:tc>
        <w:tc>
          <w:tcPr>
            <w:tcW w:type="dxa" w:w="1080"/>
          </w:tcPr>
          <w:p>
            <w:r>
              <w:t>原子物理学</w:t>
            </w:r>
          </w:p>
        </w:tc>
        <w:tc>
          <w:tcPr>
            <w:tcW w:type="dxa" w:w="1080"/>
          </w:tcPr>
          <w:p>
            <w:r>
              <w:t>2PS21016</w:t>
            </w:r>
          </w:p>
        </w:tc>
        <w:tc>
          <w:tcPr>
            <w:tcW w:type="dxa" w:w="1080"/>
          </w:tcPr>
          <w:p>
            <w:r>
              <w:t>3</w:t>
            </w:r>
          </w:p>
        </w:tc>
        <w:tc>
          <w:tcPr>
            <w:tcW w:type="dxa" w:w="1080"/>
          </w:tcPr>
          <w:p>
            <w:r>
              <w:t>专业必修课</w:t>
            </w:r>
          </w:p>
        </w:tc>
        <w:tc>
          <w:tcPr>
            <w:tcW w:type="dxa" w:w="1080"/>
          </w:tcPr>
          <w:p>
            <w:r>
              <w:t>物理科学与技术学院</w:t>
            </w:r>
          </w:p>
        </w:tc>
        <w:tc>
          <w:tcPr>
            <w:tcW w:type="dxa" w:w="1080"/>
          </w:tcPr>
          <w:p>
            <w:r>
              <w:t>2024-2025</w:t>
            </w:r>
          </w:p>
        </w:tc>
        <w:tc>
          <w:tcPr>
            <w:tcW w:type="dxa" w:w="1080"/>
          </w:tcPr>
          <w:p>
            <w:r>
              <w:t>2</w:t>
            </w:r>
          </w:p>
        </w:tc>
      </w:tr>
      <w:tr>
        <w:tc>
          <w:tcPr>
            <w:tcW w:type="dxa" w:w="1080"/>
          </w:tcPr>
          <w:p>
            <w:r>
              <w:t>39</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40</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41</w:t>
            </w:r>
          </w:p>
        </w:tc>
        <w:tc>
          <w:tcPr>
            <w:tcW w:type="dxa" w:w="1080"/>
          </w:tcPr>
          <w:p>
            <w:r>
              <w:t>电子技术课程设计</w:t>
            </w:r>
          </w:p>
        </w:tc>
        <w:tc>
          <w:tcPr>
            <w:tcW w:type="dxa" w:w="1080"/>
          </w:tcPr>
          <w:p>
            <w:r>
              <w:t>2PS21109</w:t>
            </w:r>
          </w:p>
        </w:tc>
        <w:tc>
          <w:tcPr>
            <w:tcW w:type="dxa" w:w="1080"/>
          </w:tcPr>
          <w:p>
            <w:r>
              <w:t>1.0</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1</w:t>
            </w:r>
          </w:p>
        </w:tc>
      </w:tr>
      <w:tr>
        <w:tc>
          <w:tcPr>
            <w:tcW w:type="dxa" w:w="1080"/>
          </w:tcPr>
          <w:p>
            <w:r>
              <w:t>42</w:t>
            </w:r>
          </w:p>
        </w:tc>
        <w:tc>
          <w:tcPr>
            <w:tcW w:type="dxa" w:w="1080"/>
          </w:tcPr>
          <w:p>
            <w:r>
              <w:t>光电子学</w:t>
            </w:r>
          </w:p>
        </w:tc>
        <w:tc>
          <w:tcPr>
            <w:tcW w:type="dxa" w:w="1080"/>
          </w:tcPr>
          <w:p>
            <w:r>
              <w:t>2PS21110</w:t>
            </w:r>
          </w:p>
        </w:tc>
        <w:tc>
          <w:tcPr>
            <w:tcW w:type="dxa" w:w="1080"/>
          </w:tcPr>
          <w:p>
            <w:r>
              <w:t>2</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1</w:t>
            </w:r>
          </w:p>
        </w:tc>
      </w:tr>
      <w:tr>
        <w:tc>
          <w:tcPr>
            <w:tcW w:type="dxa" w:w="1080"/>
          </w:tcPr>
          <w:p>
            <w:r>
              <w:t>43</w:t>
            </w:r>
          </w:p>
        </w:tc>
        <w:tc>
          <w:tcPr>
            <w:tcW w:type="dxa" w:w="1080"/>
          </w:tcPr>
          <w:p>
            <w:r>
              <w:t>计算物理</w:t>
            </w:r>
          </w:p>
        </w:tc>
        <w:tc>
          <w:tcPr>
            <w:tcW w:type="dxa" w:w="1080"/>
          </w:tcPr>
          <w:p>
            <w:r>
              <w:t>2PS21019</w:t>
            </w:r>
          </w:p>
        </w:tc>
        <w:tc>
          <w:tcPr>
            <w:tcW w:type="dxa" w:w="1080"/>
          </w:tcPr>
          <w:p>
            <w:r>
              <w:t>2.0</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1</w:t>
            </w:r>
          </w:p>
        </w:tc>
      </w:tr>
      <w:tr>
        <w:tc>
          <w:tcPr>
            <w:tcW w:type="dxa" w:w="1080"/>
          </w:tcPr>
          <w:p>
            <w:r>
              <w:t>44</w:t>
            </w:r>
          </w:p>
        </w:tc>
        <w:tc>
          <w:tcPr>
            <w:tcW w:type="dxa" w:w="1080"/>
          </w:tcPr>
          <w:p>
            <w:r>
              <w:t>近代物理实验</w:t>
            </w:r>
          </w:p>
        </w:tc>
        <w:tc>
          <w:tcPr>
            <w:tcW w:type="dxa" w:w="1080"/>
          </w:tcPr>
          <w:p>
            <w:r>
              <w:t>2PS21020</w:t>
            </w:r>
          </w:p>
        </w:tc>
        <w:tc>
          <w:tcPr>
            <w:tcW w:type="dxa" w:w="1080"/>
          </w:tcPr>
          <w:p>
            <w:r>
              <w:t>2.0</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1</w:t>
            </w:r>
          </w:p>
        </w:tc>
      </w:tr>
      <w:tr>
        <w:tc>
          <w:tcPr>
            <w:tcW w:type="dxa" w:w="1080"/>
          </w:tcPr>
          <w:p>
            <w:r>
              <w:t>45</w:t>
            </w:r>
          </w:p>
        </w:tc>
        <w:tc>
          <w:tcPr>
            <w:tcW w:type="dxa" w:w="1080"/>
          </w:tcPr>
          <w:p>
            <w:r>
              <w:t>量子力学A</w:t>
            </w:r>
          </w:p>
        </w:tc>
        <w:tc>
          <w:tcPr>
            <w:tcW w:type="dxa" w:w="1080"/>
          </w:tcPr>
          <w:p>
            <w:r>
              <w:t>2PS21111</w:t>
            </w:r>
          </w:p>
        </w:tc>
        <w:tc>
          <w:tcPr>
            <w:tcW w:type="dxa" w:w="1080"/>
          </w:tcPr>
          <w:p>
            <w:r>
              <w:t>4.0</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1</w:t>
            </w:r>
          </w:p>
        </w:tc>
      </w:tr>
      <w:tr>
        <w:tc>
          <w:tcPr>
            <w:tcW w:type="dxa" w:w="1080"/>
          </w:tcPr>
          <w:p>
            <w:r>
              <w:t>46</w:t>
            </w:r>
          </w:p>
        </w:tc>
        <w:tc>
          <w:tcPr>
            <w:tcW w:type="dxa" w:w="1080"/>
          </w:tcPr>
          <w:p>
            <w:r>
              <w:t>半导体物理与器件</w:t>
            </w:r>
          </w:p>
        </w:tc>
        <w:tc>
          <w:tcPr>
            <w:tcW w:type="dxa" w:w="1080"/>
          </w:tcPr>
          <w:p>
            <w:r>
              <w:t>2PS21112</w:t>
            </w:r>
          </w:p>
        </w:tc>
        <w:tc>
          <w:tcPr>
            <w:tcW w:type="dxa" w:w="1080"/>
          </w:tcPr>
          <w:p>
            <w:r>
              <w:t>3</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2</w:t>
            </w:r>
          </w:p>
        </w:tc>
      </w:tr>
      <w:tr>
        <w:tc>
          <w:tcPr>
            <w:tcW w:type="dxa" w:w="1080"/>
          </w:tcPr>
          <w:p>
            <w:r>
              <w:t>47</w:t>
            </w:r>
          </w:p>
        </w:tc>
        <w:tc>
          <w:tcPr>
            <w:tcW w:type="dxa" w:w="1080"/>
          </w:tcPr>
          <w:p>
            <w:r>
              <w:t>半导体制造技术</w:t>
            </w:r>
          </w:p>
        </w:tc>
        <w:tc>
          <w:tcPr>
            <w:tcW w:type="dxa" w:w="1080"/>
          </w:tcPr>
          <w:p>
            <w:r>
              <w:t>2PS21021</w:t>
            </w:r>
          </w:p>
        </w:tc>
        <w:tc>
          <w:tcPr>
            <w:tcW w:type="dxa" w:w="1080"/>
          </w:tcPr>
          <w:p>
            <w:r>
              <w:t>2</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2</w:t>
            </w:r>
          </w:p>
        </w:tc>
      </w:tr>
      <w:tr>
        <w:tc>
          <w:tcPr>
            <w:tcW w:type="dxa" w:w="1080"/>
          </w:tcPr>
          <w:p>
            <w:r>
              <w:t>48</w:t>
            </w:r>
          </w:p>
        </w:tc>
        <w:tc>
          <w:tcPr>
            <w:tcW w:type="dxa" w:w="1080"/>
          </w:tcPr>
          <w:p>
            <w:r>
              <w:t>薄膜材料制备与表征</w:t>
            </w:r>
          </w:p>
        </w:tc>
        <w:tc>
          <w:tcPr>
            <w:tcW w:type="dxa" w:w="1080"/>
          </w:tcPr>
          <w:p>
            <w:r>
              <w:t>2PS21017</w:t>
            </w:r>
          </w:p>
        </w:tc>
        <w:tc>
          <w:tcPr>
            <w:tcW w:type="dxa" w:w="1080"/>
          </w:tcPr>
          <w:p>
            <w:r>
              <w:t>2</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2</w:t>
            </w:r>
          </w:p>
        </w:tc>
      </w:tr>
      <w:tr>
        <w:tc>
          <w:tcPr>
            <w:tcW w:type="dxa" w:w="1080"/>
          </w:tcPr>
          <w:p>
            <w:r>
              <w:t>49</w:t>
            </w:r>
          </w:p>
        </w:tc>
        <w:tc>
          <w:tcPr>
            <w:tcW w:type="dxa" w:w="1080"/>
          </w:tcPr>
          <w:p>
            <w:r>
              <w:t>电子技术实验A</w:t>
            </w:r>
          </w:p>
        </w:tc>
        <w:tc>
          <w:tcPr>
            <w:tcW w:type="dxa" w:w="1080"/>
          </w:tcPr>
          <w:p>
            <w:r>
              <w:t>2PS21106</w:t>
            </w:r>
          </w:p>
        </w:tc>
        <w:tc>
          <w:tcPr>
            <w:tcW w:type="dxa" w:w="1080"/>
          </w:tcPr>
          <w:p>
            <w:r>
              <w:t>2.0</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2</w:t>
            </w:r>
          </w:p>
        </w:tc>
      </w:tr>
      <w:tr>
        <w:tc>
          <w:tcPr>
            <w:tcW w:type="dxa" w:w="1080"/>
          </w:tcPr>
          <w:p>
            <w:r>
              <w:t>50</w:t>
            </w:r>
          </w:p>
        </w:tc>
        <w:tc>
          <w:tcPr>
            <w:tcW w:type="dxa" w:w="1080"/>
          </w:tcPr>
          <w:p>
            <w:r>
              <w:t>固体物理</w:t>
            </w:r>
          </w:p>
        </w:tc>
        <w:tc>
          <w:tcPr>
            <w:tcW w:type="dxa" w:w="1080"/>
          </w:tcPr>
          <w:p>
            <w:r>
              <w:t>2PS21018</w:t>
            </w:r>
          </w:p>
        </w:tc>
        <w:tc>
          <w:tcPr>
            <w:tcW w:type="dxa" w:w="1080"/>
          </w:tcPr>
          <w:p>
            <w:r>
              <w:t>3</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2</w:t>
            </w:r>
          </w:p>
        </w:tc>
      </w:tr>
      <w:tr>
        <w:tc>
          <w:tcPr>
            <w:tcW w:type="dxa" w:w="1080"/>
          </w:tcPr>
          <w:p>
            <w:r>
              <w:t>51</w:t>
            </w:r>
          </w:p>
        </w:tc>
        <w:tc>
          <w:tcPr>
            <w:tcW w:type="dxa" w:w="1080"/>
          </w:tcPr>
          <w:p>
            <w:r>
              <w:t>劳动教育实践</w:t>
            </w:r>
          </w:p>
        </w:tc>
        <w:tc>
          <w:tcPr>
            <w:tcW w:type="dxa" w:w="1080"/>
          </w:tcPr>
          <w:p>
            <w:r>
              <w:t>2PS21024</w:t>
            </w:r>
          </w:p>
        </w:tc>
        <w:tc>
          <w:tcPr>
            <w:tcW w:type="dxa" w:w="1080"/>
          </w:tcPr>
          <w:p>
            <w:r>
              <w:t>1.0</w:t>
            </w:r>
          </w:p>
        </w:tc>
        <w:tc>
          <w:tcPr>
            <w:tcW w:type="dxa" w:w="1080"/>
          </w:tcPr>
          <w:p>
            <w:r>
              <w:t>专业必修课</w:t>
            </w:r>
          </w:p>
        </w:tc>
        <w:tc>
          <w:tcPr>
            <w:tcW w:type="dxa" w:w="1080"/>
          </w:tcPr>
          <w:p>
            <w:r>
              <w:t>物理科学与技术学院</w:t>
            </w:r>
          </w:p>
        </w:tc>
        <w:tc>
          <w:tcPr>
            <w:tcW w:type="dxa" w:w="1080"/>
          </w:tcPr>
          <w:p>
            <w:r>
              <w:t>2025-2026</w:t>
            </w:r>
          </w:p>
        </w:tc>
        <w:tc>
          <w:tcPr>
            <w:tcW w:type="dxa" w:w="1080"/>
          </w:tcPr>
          <w:p>
            <w:r>
              <w:t>2</w:t>
            </w:r>
          </w:p>
        </w:tc>
      </w:tr>
    </w:tbl>
    <w:p>
      <w:r>
        <w:t>注：按修读学年学期排序。</w:t>
      </w:r>
    </w:p>
    <w:p>
      <w:r>
        <w:t>制表人（签字）：日期：2026.08.30学院（公章）：</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