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关于印发《苏州科技大学核心期刊目录（2021修订）》的通知</w:t>
      </w:r>
    </w:p>
    <w:p>
      <w:r>
        <w:t>附件1</w:t>
      </w:r>
    </w:p>
    <w:p>
      <w:r>
        <w:t>苏州科技大学核心期刊目录（人文社科类）</w:t>
      </w:r>
    </w:p>
    <w:p>
      <w:r>
        <w:t>（2021年修订）</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期刊名称</w:t>
            </w:r>
          </w:p>
        </w:tc>
        <w:tc>
          <w:tcPr>
            <w:tcW w:type="dxa" w:w="2880"/>
          </w:tcPr>
          <w:p/>
        </w:tc>
      </w:tr>
      <w:tr>
        <w:tc>
          <w:tcPr>
            <w:tcW w:type="dxa" w:w="2880"/>
          </w:tcPr>
          <w:p>
            <w:r>
              <w:t>马克思主义理论（25种）</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马克思主义研究*</w:t>
            </w:r>
          </w:p>
        </w:tc>
      </w:tr>
      <w:tr>
        <w:tc>
          <w:tcPr>
            <w:tcW w:type="dxa" w:w="2880"/>
          </w:tcPr>
          <w:p>
            <w:r>
              <w:t>2</w:t>
            </w:r>
          </w:p>
        </w:tc>
        <w:tc>
          <w:tcPr>
            <w:tcW w:type="dxa" w:w="2880"/>
          </w:tcPr>
          <w:p>
            <w:r>
              <w:t>马克思主义与现实</w:t>
            </w:r>
          </w:p>
        </w:tc>
        <w:tc>
          <w:tcPr>
            <w:tcW w:type="dxa" w:w="2880"/>
          </w:tcPr>
          <w:p/>
        </w:tc>
      </w:tr>
      <w:tr>
        <w:tc>
          <w:tcPr>
            <w:tcW w:type="dxa" w:w="2880"/>
          </w:tcPr>
          <w:p>
            <w:r>
              <w:t>3</w:t>
            </w:r>
          </w:p>
        </w:tc>
        <w:tc>
          <w:tcPr>
            <w:tcW w:type="dxa" w:w="2880"/>
          </w:tcPr>
          <w:p>
            <w:r>
              <w:t>求是</w:t>
            </w:r>
          </w:p>
        </w:tc>
        <w:tc>
          <w:tcPr>
            <w:tcW w:type="dxa" w:w="2880"/>
          </w:tcPr>
          <w:p/>
        </w:tc>
      </w:tr>
      <w:tr>
        <w:tc>
          <w:tcPr>
            <w:tcW w:type="dxa" w:w="2880"/>
          </w:tcPr>
          <w:p>
            <w:r>
              <w:t>4</w:t>
            </w:r>
          </w:p>
        </w:tc>
        <w:tc>
          <w:tcPr>
            <w:tcW w:type="dxa" w:w="2880"/>
          </w:tcPr>
          <w:p>
            <w:r>
              <w:t>思想教育研究</w:t>
            </w:r>
          </w:p>
        </w:tc>
        <w:tc>
          <w:tcPr>
            <w:tcW w:type="dxa" w:w="2880"/>
          </w:tcPr>
          <w:p/>
        </w:tc>
      </w:tr>
      <w:tr>
        <w:tc>
          <w:tcPr>
            <w:tcW w:type="dxa" w:w="2880"/>
          </w:tcPr>
          <w:p>
            <w:r>
              <w:t>二类（7种）</w:t>
            </w:r>
          </w:p>
        </w:tc>
        <w:tc>
          <w:tcPr>
            <w:tcW w:type="dxa" w:w="2880"/>
          </w:tcPr>
          <w:p>
            <w:r>
              <w:t>1</w:t>
            </w:r>
          </w:p>
        </w:tc>
        <w:tc>
          <w:tcPr>
            <w:tcW w:type="dxa" w:w="2880"/>
          </w:tcPr>
          <w:p>
            <w:r>
              <w:t>教学与研究</w:t>
            </w:r>
          </w:p>
        </w:tc>
      </w:tr>
      <w:tr>
        <w:tc>
          <w:tcPr>
            <w:tcW w:type="dxa" w:w="2880"/>
          </w:tcPr>
          <w:p>
            <w:r>
              <w:t>2</w:t>
            </w:r>
          </w:p>
        </w:tc>
        <w:tc>
          <w:tcPr>
            <w:tcW w:type="dxa" w:w="2880"/>
          </w:tcPr>
          <w:p>
            <w:r>
              <w:t>社会主义研究</w:t>
            </w:r>
          </w:p>
        </w:tc>
        <w:tc>
          <w:tcPr>
            <w:tcW w:type="dxa" w:w="2880"/>
          </w:tcPr>
          <w:p/>
        </w:tc>
      </w:tr>
      <w:tr>
        <w:tc>
          <w:tcPr>
            <w:tcW w:type="dxa" w:w="2880"/>
          </w:tcPr>
          <w:p>
            <w:r>
              <w:t>3</w:t>
            </w:r>
          </w:p>
        </w:tc>
        <w:tc>
          <w:tcPr>
            <w:tcW w:type="dxa" w:w="2880"/>
          </w:tcPr>
          <w:p>
            <w:r>
              <w:t>中国特色社会主义研究</w:t>
            </w:r>
          </w:p>
        </w:tc>
        <w:tc>
          <w:tcPr>
            <w:tcW w:type="dxa" w:w="2880"/>
          </w:tcPr>
          <w:p/>
        </w:tc>
      </w:tr>
      <w:tr>
        <w:tc>
          <w:tcPr>
            <w:tcW w:type="dxa" w:w="2880"/>
          </w:tcPr>
          <w:p>
            <w:r>
              <w:t>4</w:t>
            </w:r>
          </w:p>
        </w:tc>
        <w:tc>
          <w:tcPr>
            <w:tcW w:type="dxa" w:w="2880"/>
          </w:tcPr>
          <w:p>
            <w:r>
              <w:t>红旗文稿</w:t>
            </w:r>
          </w:p>
        </w:tc>
        <w:tc>
          <w:tcPr>
            <w:tcW w:type="dxa" w:w="2880"/>
          </w:tcPr>
          <w:p/>
        </w:tc>
      </w:tr>
      <w:tr>
        <w:tc>
          <w:tcPr>
            <w:tcW w:type="dxa" w:w="2880"/>
          </w:tcPr>
          <w:p>
            <w:r>
              <w:t>5</w:t>
            </w:r>
          </w:p>
        </w:tc>
        <w:tc>
          <w:tcPr>
            <w:tcW w:type="dxa" w:w="2880"/>
          </w:tcPr>
          <w:p>
            <w:r>
              <w:t>当代世界与社会主义</w:t>
            </w:r>
          </w:p>
        </w:tc>
        <w:tc>
          <w:tcPr>
            <w:tcW w:type="dxa" w:w="2880"/>
          </w:tcPr>
          <w:p/>
        </w:tc>
      </w:tr>
      <w:tr>
        <w:tc>
          <w:tcPr>
            <w:tcW w:type="dxa" w:w="2880"/>
          </w:tcPr>
          <w:p>
            <w:r>
              <w:t>6</w:t>
            </w:r>
          </w:p>
        </w:tc>
        <w:tc>
          <w:tcPr>
            <w:tcW w:type="dxa" w:w="2880"/>
          </w:tcPr>
          <w:p>
            <w:r>
              <w:t>思想理论教育导刊</w:t>
            </w:r>
          </w:p>
        </w:tc>
        <w:tc>
          <w:tcPr>
            <w:tcW w:type="dxa" w:w="2880"/>
          </w:tcPr>
          <w:p/>
        </w:tc>
      </w:tr>
      <w:tr>
        <w:tc>
          <w:tcPr>
            <w:tcW w:type="dxa" w:w="2880"/>
          </w:tcPr>
          <w:p>
            <w:r>
              <w:t>7</w:t>
            </w:r>
          </w:p>
        </w:tc>
        <w:tc>
          <w:tcPr>
            <w:tcW w:type="dxa" w:w="2880"/>
          </w:tcPr>
          <w:p>
            <w:r>
              <w:t>中共党史研究</w:t>
            </w:r>
          </w:p>
        </w:tc>
        <w:tc>
          <w:tcPr>
            <w:tcW w:type="dxa" w:w="2880"/>
          </w:tcPr>
          <w:p/>
        </w:tc>
      </w:tr>
      <w:tr>
        <w:tc>
          <w:tcPr>
            <w:tcW w:type="dxa" w:w="2880"/>
          </w:tcPr>
          <w:p>
            <w:r>
              <w:t>三类（14种）</w:t>
            </w:r>
          </w:p>
        </w:tc>
        <w:tc>
          <w:tcPr>
            <w:tcW w:type="dxa" w:w="2880"/>
          </w:tcPr>
          <w:p>
            <w:r>
              <w:t>1</w:t>
            </w:r>
          </w:p>
        </w:tc>
        <w:tc>
          <w:tcPr>
            <w:tcW w:type="dxa" w:w="2880"/>
          </w:tcPr>
          <w:p>
            <w:r>
              <w:t>国外理论动态</w:t>
            </w:r>
          </w:p>
        </w:tc>
      </w:tr>
      <w:tr>
        <w:tc>
          <w:tcPr>
            <w:tcW w:type="dxa" w:w="2880"/>
          </w:tcPr>
          <w:p>
            <w:r>
              <w:t>2</w:t>
            </w:r>
          </w:p>
        </w:tc>
        <w:tc>
          <w:tcPr>
            <w:tcW w:type="dxa" w:w="2880"/>
          </w:tcPr>
          <w:p>
            <w:r>
              <w:t>思想理论教育</w:t>
            </w:r>
          </w:p>
        </w:tc>
        <w:tc>
          <w:tcPr>
            <w:tcW w:type="dxa" w:w="2880"/>
          </w:tcPr>
          <w:p/>
        </w:tc>
      </w:tr>
      <w:tr>
        <w:tc>
          <w:tcPr>
            <w:tcW w:type="dxa" w:w="2880"/>
          </w:tcPr>
          <w:p>
            <w:r>
              <w:t>3</w:t>
            </w:r>
          </w:p>
        </w:tc>
        <w:tc>
          <w:tcPr>
            <w:tcW w:type="dxa" w:w="2880"/>
          </w:tcPr>
          <w:p>
            <w:r>
              <w:t>当代世界社会主义问题</w:t>
            </w:r>
          </w:p>
        </w:tc>
        <w:tc>
          <w:tcPr>
            <w:tcW w:type="dxa" w:w="2880"/>
          </w:tcPr>
          <w:p/>
        </w:tc>
      </w:tr>
      <w:tr>
        <w:tc>
          <w:tcPr>
            <w:tcW w:type="dxa" w:w="2880"/>
          </w:tcPr>
          <w:p>
            <w:r>
              <w:t>4</w:t>
            </w:r>
          </w:p>
        </w:tc>
        <w:tc>
          <w:tcPr>
            <w:tcW w:type="dxa" w:w="2880"/>
          </w:tcPr>
          <w:p>
            <w:r>
              <w:t>科学社会主义</w:t>
            </w:r>
          </w:p>
        </w:tc>
        <w:tc>
          <w:tcPr>
            <w:tcW w:type="dxa" w:w="2880"/>
          </w:tcPr>
          <w:p/>
        </w:tc>
      </w:tr>
      <w:tr>
        <w:tc>
          <w:tcPr>
            <w:tcW w:type="dxa" w:w="2880"/>
          </w:tcPr>
          <w:p>
            <w:r>
              <w:t>5</w:t>
            </w:r>
          </w:p>
        </w:tc>
        <w:tc>
          <w:tcPr>
            <w:tcW w:type="dxa" w:w="2880"/>
          </w:tcPr>
          <w:p>
            <w:r>
              <w:t>党的文献</w:t>
            </w:r>
          </w:p>
        </w:tc>
        <w:tc>
          <w:tcPr>
            <w:tcW w:type="dxa" w:w="2880"/>
          </w:tcPr>
          <w:p/>
        </w:tc>
      </w:tr>
      <w:tr>
        <w:tc>
          <w:tcPr>
            <w:tcW w:type="dxa" w:w="2880"/>
          </w:tcPr>
          <w:p>
            <w:r>
              <w:t>6</w:t>
            </w:r>
          </w:p>
        </w:tc>
        <w:tc>
          <w:tcPr>
            <w:tcW w:type="dxa" w:w="2880"/>
          </w:tcPr>
          <w:p>
            <w:r>
              <w:t>党建</w:t>
            </w:r>
          </w:p>
        </w:tc>
        <w:tc>
          <w:tcPr>
            <w:tcW w:type="dxa" w:w="2880"/>
          </w:tcPr>
          <w:p/>
        </w:tc>
      </w:tr>
      <w:tr>
        <w:tc>
          <w:tcPr>
            <w:tcW w:type="dxa" w:w="2880"/>
          </w:tcPr>
          <w:p>
            <w:r>
              <w:t>7</w:t>
            </w:r>
          </w:p>
        </w:tc>
        <w:tc>
          <w:tcPr>
            <w:tcW w:type="dxa" w:w="2880"/>
          </w:tcPr>
          <w:p>
            <w:r>
              <w:t>党史研究与教学</w:t>
            </w:r>
          </w:p>
        </w:tc>
        <w:tc>
          <w:tcPr>
            <w:tcW w:type="dxa" w:w="2880"/>
          </w:tcPr>
          <w:p/>
        </w:tc>
      </w:tr>
      <w:tr>
        <w:tc>
          <w:tcPr>
            <w:tcW w:type="dxa" w:w="2880"/>
          </w:tcPr>
          <w:p>
            <w:r>
              <w:t>8</w:t>
            </w:r>
          </w:p>
        </w:tc>
        <w:tc>
          <w:tcPr>
            <w:tcW w:type="dxa" w:w="2880"/>
          </w:tcPr>
          <w:p>
            <w:r>
              <w:t>毛泽东邓小平理论研究</w:t>
            </w:r>
          </w:p>
        </w:tc>
        <w:tc>
          <w:tcPr>
            <w:tcW w:type="dxa" w:w="2880"/>
          </w:tcPr>
          <w:p/>
        </w:tc>
      </w:tr>
      <w:tr>
        <w:tc>
          <w:tcPr>
            <w:tcW w:type="dxa" w:w="2880"/>
          </w:tcPr>
          <w:p>
            <w:r>
              <w:t>9</w:t>
            </w:r>
          </w:p>
        </w:tc>
        <w:tc>
          <w:tcPr>
            <w:tcW w:type="dxa" w:w="2880"/>
          </w:tcPr>
          <w:p>
            <w:r>
              <w:t>马克思主义理论学科研究</w:t>
            </w:r>
          </w:p>
        </w:tc>
        <w:tc>
          <w:tcPr>
            <w:tcW w:type="dxa" w:w="2880"/>
          </w:tcPr>
          <w:p/>
        </w:tc>
      </w:tr>
      <w:tr>
        <w:tc>
          <w:tcPr>
            <w:tcW w:type="dxa" w:w="2880"/>
          </w:tcPr>
          <w:p>
            <w:r>
              <w:t>10</w:t>
            </w:r>
          </w:p>
        </w:tc>
        <w:tc>
          <w:tcPr>
            <w:tcW w:type="dxa" w:w="2880"/>
          </w:tcPr>
          <w:p>
            <w:r>
              <w:t>理论视野</w:t>
            </w:r>
          </w:p>
        </w:tc>
        <w:tc>
          <w:tcPr>
            <w:tcW w:type="dxa" w:w="2880"/>
          </w:tcPr>
          <w:p/>
        </w:tc>
      </w:tr>
      <w:tr>
        <w:tc>
          <w:tcPr>
            <w:tcW w:type="dxa" w:w="2880"/>
          </w:tcPr>
          <w:p>
            <w:r>
              <w:t>11</w:t>
            </w:r>
          </w:p>
        </w:tc>
        <w:tc>
          <w:tcPr>
            <w:tcW w:type="dxa" w:w="2880"/>
          </w:tcPr>
          <w:p>
            <w:r>
              <w:t>社会主义核心价值观研究</w:t>
            </w:r>
          </w:p>
        </w:tc>
        <w:tc>
          <w:tcPr>
            <w:tcW w:type="dxa" w:w="2880"/>
          </w:tcPr>
          <w:p/>
        </w:tc>
      </w:tr>
      <w:tr>
        <w:tc>
          <w:tcPr>
            <w:tcW w:type="dxa" w:w="2880"/>
          </w:tcPr>
          <w:p>
            <w:r>
              <w:t>12</w:t>
            </w:r>
          </w:p>
        </w:tc>
        <w:tc>
          <w:tcPr>
            <w:tcW w:type="dxa" w:w="2880"/>
          </w:tcPr>
          <w:p>
            <w:r>
              <w:t>世界社会主义研究</w:t>
            </w:r>
          </w:p>
        </w:tc>
        <w:tc>
          <w:tcPr>
            <w:tcW w:type="dxa" w:w="2880"/>
          </w:tcPr>
          <w:p/>
        </w:tc>
      </w:tr>
      <w:tr>
        <w:tc>
          <w:tcPr>
            <w:tcW w:type="dxa" w:w="2880"/>
          </w:tcPr>
          <w:p>
            <w:r>
              <w:t>13</w:t>
            </w:r>
          </w:p>
        </w:tc>
        <w:tc>
          <w:tcPr>
            <w:tcW w:type="dxa" w:w="2880"/>
          </w:tcPr>
          <w:p>
            <w:r>
              <w:t>苏区研究</w:t>
            </w:r>
          </w:p>
        </w:tc>
        <w:tc>
          <w:tcPr>
            <w:tcW w:type="dxa" w:w="2880"/>
          </w:tcPr>
          <w:p/>
        </w:tc>
      </w:tr>
      <w:tr>
        <w:tc>
          <w:tcPr>
            <w:tcW w:type="dxa" w:w="2880"/>
          </w:tcPr>
          <w:p>
            <w:r>
              <w:t>14</w:t>
            </w:r>
          </w:p>
        </w:tc>
        <w:tc>
          <w:tcPr>
            <w:tcW w:type="dxa" w:w="2880"/>
          </w:tcPr>
          <w:p>
            <w:r>
              <w:t>学校党建与思想教育</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管理学（43种）</w:t>
            </w:r>
          </w:p>
        </w:tc>
        <w:tc>
          <w:tcPr>
            <w:tcW w:type="dxa" w:w="2880"/>
          </w:tcPr>
          <w:p/>
        </w:tc>
        <w:tc>
          <w:tcPr>
            <w:tcW w:type="dxa" w:w="2880"/>
          </w:tcPr>
          <w:p/>
        </w:tc>
      </w:tr>
      <w:tr>
        <w:tc>
          <w:tcPr>
            <w:tcW w:type="dxa" w:w="2880"/>
          </w:tcPr>
          <w:p>
            <w:r>
              <w:t>一类（11种）</w:t>
            </w:r>
          </w:p>
        </w:tc>
        <w:tc>
          <w:tcPr>
            <w:tcW w:type="dxa" w:w="2880"/>
          </w:tcPr>
          <w:p>
            <w:r>
              <w:t>1</w:t>
            </w:r>
          </w:p>
        </w:tc>
        <w:tc>
          <w:tcPr>
            <w:tcW w:type="dxa" w:w="2880"/>
          </w:tcPr>
          <w:p>
            <w:r>
              <w:t>管理世界*</w:t>
            </w:r>
          </w:p>
        </w:tc>
      </w:tr>
      <w:tr>
        <w:tc>
          <w:tcPr>
            <w:tcW w:type="dxa" w:w="2880"/>
          </w:tcPr>
          <w:p>
            <w:r>
              <w:t>2</w:t>
            </w:r>
          </w:p>
        </w:tc>
        <w:tc>
          <w:tcPr>
            <w:tcW w:type="dxa" w:w="2880"/>
          </w:tcPr>
          <w:p>
            <w:r>
              <w:t>管理科学学报*</w:t>
            </w:r>
          </w:p>
        </w:tc>
        <w:tc>
          <w:tcPr>
            <w:tcW w:type="dxa" w:w="2880"/>
          </w:tcPr>
          <w:p/>
        </w:tc>
      </w:tr>
      <w:tr>
        <w:tc>
          <w:tcPr>
            <w:tcW w:type="dxa" w:w="2880"/>
          </w:tcPr>
          <w:p>
            <w:r>
              <w:t>3</w:t>
            </w:r>
          </w:p>
        </w:tc>
        <w:tc>
          <w:tcPr>
            <w:tcW w:type="dxa" w:w="2880"/>
          </w:tcPr>
          <w:p>
            <w:r>
              <w:t>南开管理评论</w:t>
            </w:r>
          </w:p>
        </w:tc>
        <w:tc>
          <w:tcPr>
            <w:tcW w:type="dxa" w:w="2880"/>
          </w:tcPr>
          <w:p/>
        </w:tc>
      </w:tr>
      <w:tr>
        <w:tc>
          <w:tcPr>
            <w:tcW w:type="dxa" w:w="2880"/>
          </w:tcPr>
          <w:p>
            <w:r>
              <w:t>4</w:t>
            </w:r>
          </w:p>
        </w:tc>
        <w:tc>
          <w:tcPr>
            <w:tcW w:type="dxa" w:w="2880"/>
          </w:tcPr>
          <w:p>
            <w:r>
              <w:t>中国行政管理</w:t>
            </w:r>
          </w:p>
        </w:tc>
        <w:tc>
          <w:tcPr>
            <w:tcW w:type="dxa" w:w="2880"/>
          </w:tcPr>
          <w:p/>
        </w:tc>
      </w:tr>
      <w:tr>
        <w:tc>
          <w:tcPr>
            <w:tcW w:type="dxa" w:w="2880"/>
          </w:tcPr>
          <w:p>
            <w:r>
              <w:t>5</w:t>
            </w:r>
          </w:p>
        </w:tc>
        <w:tc>
          <w:tcPr>
            <w:tcW w:type="dxa" w:w="2880"/>
          </w:tcPr>
          <w:p>
            <w:r>
              <w:t>中国软科学</w:t>
            </w:r>
          </w:p>
        </w:tc>
        <w:tc>
          <w:tcPr>
            <w:tcW w:type="dxa" w:w="2880"/>
          </w:tcPr>
          <w:p/>
        </w:tc>
      </w:tr>
      <w:tr>
        <w:tc>
          <w:tcPr>
            <w:tcW w:type="dxa" w:w="2880"/>
          </w:tcPr>
          <w:p>
            <w:r>
              <w:t>6</w:t>
            </w:r>
          </w:p>
        </w:tc>
        <w:tc>
          <w:tcPr>
            <w:tcW w:type="dxa" w:w="2880"/>
          </w:tcPr>
          <w:p>
            <w:r>
              <w:t>系统工程理论与实践</w:t>
            </w:r>
          </w:p>
        </w:tc>
        <w:tc>
          <w:tcPr>
            <w:tcW w:type="dxa" w:w="2880"/>
          </w:tcPr>
          <w:p/>
        </w:tc>
      </w:tr>
      <w:tr>
        <w:tc>
          <w:tcPr>
            <w:tcW w:type="dxa" w:w="2880"/>
          </w:tcPr>
          <w:p>
            <w:r>
              <w:t>7</w:t>
            </w:r>
          </w:p>
        </w:tc>
        <w:tc>
          <w:tcPr>
            <w:tcW w:type="dxa" w:w="2880"/>
          </w:tcPr>
          <w:p>
            <w:r>
              <w:t>科研管理</w:t>
            </w:r>
          </w:p>
        </w:tc>
        <w:tc>
          <w:tcPr>
            <w:tcW w:type="dxa" w:w="2880"/>
          </w:tcPr>
          <w:p/>
        </w:tc>
      </w:tr>
      <w:tr>
        <w:tc>
          <w:tcPr>
            <w:tcW w:type="dxa" w:w="2880"/>
          </w:tcPr>
          <w:p>
            <w:r>
              <w:t>8</w:t>
            </w:r>
          </w:p>
        </w:tc>
        <w:tc>
          <w:tcPr>
            <w:tcW w:type="dxa" w:w="2880"/>
          </w:tcPr>
          <w:p>
            <w:r>
              <w:t>科学学研究</w:t>
            </w:r>
          </w:p>
        </w:tc>
        <w:tc>
          <w:tcPr>
            <w:tcW w:type="dxa" w:w="2880"/>
          </w:tcPr>
          <w:p/>
        </w:tc>
      </w:tr>
      <w:tr>
        <w:tc>
          <w:tcPr>
            <w:tcW w:type="dxa" w:w="2880"/>
          </w:tcPr>
          <w:p>
            <w:r>
              <w:t>9</w:t>
            </w:r>
          </w:p>
        </w:tc>
        <w:tc>
          <w:tcPr>
            <w:tcW w:type="dxa" w:w="2880"/>
          </w:tcPr>
          <w:p>
            <w:r>
              <w:t>中国管理科学</w:t>
            </w:r>
          </w:p>
        </w:tc>
        <w:tc>
          <w:tcPr>
            <w:tcW w:type="dxa" w:w="2880"/>
          </w:tcPr>
          <w:p/>
        </w:tc>
      </w:tr>
      <w:tr>
        <w:tc>
          <w:tcPr>
            <w:tcW w:type="dxa" w:w="2880"/>
          </w:tcPr>
          <w:p>
            <w:r>
              <w:t>10</w:t>
            </w:r>
          </w:p>
        </w:tc>
        <w:tc>
          <w:tcPr>
            <w:tcW w:type="dxa" w:w="2880"/>
          </w:tcPr>
          <w:p>
            <w:r>
              <w:t>会计研究</w:t>
            </w:r>
          </w:p>
        </w:tc>
        <w:tc>
          <w:tcPr>
            <w:tcW w:type="dxa" w:w="2880"/>
          </w:tcPr>
          <w:p/>
        </w:tc>
      </w:tr>
      <w:tr>
        <w:tc>
          <w:tcPr>
            <w:tcW w:type="dxa" w:w="2880"/>
          </w:tcPr>
          <w:p>
            <w:r>
              <w:t>11</w:t>
            </w:r>
          </w:p>
        </w:tc>
        <w:tc>
          <w:tcPr>
            <w:tcW w:type="dxa" w:w="2880"/>
          </w:tcPr>
          <w:p>
            <w:r>
              <w:t>审计研究</w:t>
            </w:r>
          </w:p>
        </w:tc>
        <w:tc>
          <w:tcPr>
            <w:tcW w:type="dxa" w:w="2880"/>
          </w:tcPr>
          <w:p/>
        </w:tc>
      </w:tr>
      <w:tr>
        <w:tc>
          <w:tcPr>
            <w:tcW w:type="dxa" w:w="2880"/>
          </w:tcPr>
          <w:p>
            <w:r>
              <w:t>二类（11种）</w:t>
            </w:r>
          </w:p>
        </w:tc>
        <w:tc>
          <w:tcPr>
            <w:tcW w:type="dxa" w:w="2880"/>
          </w:tcPr>
          <w:p>
            <w:r>
              <w:t>1</w:t>
            </w:r>
          </w:p>
        </w:tc>
        <w:tc>
          <w:tcPr>
            <w:tcW w:type="dxa" w:w="2880"/>
          </w:tcPr>
          <w:p>
            <w:r>
              <w:t>管理科学</w:t>
            </w:r>
          </w:p>
        </w:tc>
      </w:tr>
      <w:tr>
        <w:tc>
          <w:tcPr>
            <w:tcW w:type="dxa" w:w="2880"/>
          </w:tcPr>
          <w:p>
            <w:r>
              <w:t>2</w:t>
            </w:r>
          </w:p>
        </w:tc>
        <w:tc>
          <w:tcPr>
            <w:tcW w:type="dxa" w:w="2880"/>
          </w:tcPr>
          <w:p>
            <w:r>
              <w:t>管理评论</w:t>
            </w:r>
          </w:p>
        </w:tc>
        <w:tc>
          <w:tcPr>
            <w:tcW w:type="dxa" w:w="2880"/>
          </w:tcPr>
          <w:p/>
        </w:tc>
      </w:tr>
      <w:tr>
        <w:tc>
          <w:tcPr>
            <w:tcW w:type="dxa" w:w="2880"/>
          </w:tcPr>
          <w:p>
            <w:r>
              <w:t>3</w:t>
            </w:r>
          </w:p>
        </w:tc>
        <w:tc>
          <w:tcPr>
            <w:tcW w:type="dxa" w:w="2880"/>
          </w:tcPr>
          <w:p>
            <w:r>
              <w:t>公共管理学报</w:t>
            </w:r>
          </w:p>
        </w:tc>
        <w:tc>
          <w:tcPr>
            <w:tcW w:type="dxa" w:w="2880"/>
          </w:tcPr>
          <w:p/>
        </w:tc>
      </w:tr>
      <w:tr>
        <w:tc>
          <w:tcPr>
            <w:tcW w:type="dxa" w:w="2880"/>
          </w:tcPr>
          <w:p>
            <w:r>
              <w:t>4</w:t>
            </w:r>
          </w:p>
        </w:tc>
        <w:tc>
          <w:tcPr>
            <w:tcW w:type="dxa" w:w="2880"/>
          </w:tcPr>
          <w:p>
            <w:r>
              <w:t>科学学与科学技术管理</w:t>
            </w:r>
          </w:p>
        </w:tc>
        <w:tc>
          <w:tcPr>
            <w:tcW w:type="dxa" w:w="2880"/>
          </w:tcPr>
          <w:p/>
        </w:tc>
      </w:tr>
      <w:tr>
        <w:tc>
          <w:tcPr>
            <w:tcW w:type="dxa" w:w="2880"/>
          </w:tcPr>
          <w:p>
            <w:r>
              <w:t>5</w:t>
            </w:r>
          </w:p>
        </w:tc>
        <w:tc>
          <w:tcPr>
            <w:tcW w:type="dxa" w:w="2880"/>
          </w:tcPr>
          <w:p>
            <w:r>
              <w:t>外国经济与管理</w:t>
            </w:r>
          </w:p>
        </w:tc>
        <w:tc>
          <w:tcPr>
            <w:tcW w:type="dxa" w:w="2880"/>
          </w:tcPr>
          <w:p/>
        </w:tc>
      </w:tr>
      <w:tr>
        <w:tc>
          <w:tcPr>
            <w:tcW w:type="dxa" w:w="2880"/>
          </w:tcPr>
          <w:p>
            <w:r>
              <w:t>6</w:t>
            </w:r>
          </w:p>
        </w:tc>
        <w:tc>
          <w:tcPr>
            <w:tcW w:type="dxa" w:w="2880"/>
          </w:tcPr>
          <w:p>
            <w:r>
              <w:t>管理工程学报</w:t>
            </w:r>
          </w:p>
        </w:tc>
        <w:tc>
          <w:tcPr>
            <w:tcW w:type="dxa" w:w="2880"/>
          </w:tcPr>
          <w:p/>
        </w:tc>
      </w:tr>
      <w:tr>
        <w:tc>
          <w:tcPr>
            <w:tcW w:type="dxa" w:w="2880"/>
          </w:tcPr>
          <w:p>
            <w:r>
              <w:t>7</w:t>
            </w:r>
          </w:p>
        </w:tc>
        <w:tc>
          <w:tcPr>
            <w:tcW w:type="dxa" w:w="2880"/>
          </w:tcPr>
          <w:p>
            <w:r>
              <w:t>预测</w:t>
            </w:r>
          </w:p>
        </w:tc>
        <w:tc>
          <w:tcPr>
            <w:tcW w:type="dxa" w:w="2880"/>
          </w:tcPr>
          <w:p/>
        </w:tc>
      </w:tr>
      <w:tr>
        <w:tc>
          <w:tcPr>
            <w:tcW w:type="dxa" w:w="2880"/>
          </w:tcPr>
          <w:p>
            <w:r>
              <w:t>8</w:t>
            </w:r>
          </w:p>
        </w:tc>
        <w:tc>
          <w:tcPr>
            <w:tcW w:type="dxa" w:w="2880"/>
          </w:tcPr>
          <w:p>
            <w:r>
              <w:t>社会保障评论</w:t>
            </w:r>
          </w:p>
        </w:tc>
        <w:tc>
          <w:tcPr>
            <w:tcW w:type="dxa" w:w="2880"/>
          </w:tcPr>
          <w:p/>
        </w:tc>
      </w:tr>
      <w:tr>
        <w:tc>
          <w:tcPr>
            <w:tcW w:type="dxa" w:w="2880"/>
          </w:tcPr>
          <w:p>
            <w:r>
              <w:t>9</w:t>
            </w:r>
          </w:p>
        </w:tc>
        <w:tc>
          <w:tcPr>
            <w:tcW w:type="dxa" w:w="2880"/>
          </w:tcPr>
          <w:p>
            <w:r>
              <w:t>管理学报</w:t>
            </w:r>
          </w:p>
        </w:tc>
        <w:tc>
          <w:tcPr>
            <w:tcW w:type="dxa" w:w="2880"/>
          </w:tcPr>
          <w:p/>
        </w:tc>
      </w:tr>
      <w:tr>
        <w:tc>
          <w:tcPr>
            <w:tcW w:type="dxa" w:w="2880"/>
          </w:tcPr>
          <w:p>
            <w:r>
              <w:t>10</w:t>
            </w:r>
          </w:p>
        </w:tc>
        <w:tc>
          <w:tcPr>
            <w:tcW w:type="dxa" w:w="2880"/>
          </w:tcPr>
          <w:p>
            <w:r>
              <w:t>运筹与管理</w:t>
            </w:r>
          </w:p>
        </w:tc>
        <w:tc>
          <w:tcPr>
            <w:tcW w:type="dxa" w:w="2880"/>
          </w:tcPr>
          <w:p/>
        </w:tc>
      </w:tr>
      <w:tr>
        <w:tc>
          <w:tcPr>
            <w:tcW w:type="dxa" w:w="2880"/>
          </w:tcPr>
          <w:p>
            <w:r>
              <w:t>11</w:t>
            </w:r>
          </w:p>
        </w:tc>
        <w:tc>
          <w:tcPr>
            <w:tcW w:type="dxa" w:w="2880"/>
          </w:tcPr>
          <w:p>
            <w:r>
              <w:t>经济管理</w:t>
            </w:r>
          </w:p>
        </w:tc>
        <w:tc>
          <w:tcPr>
            <w:tcW w:type="dxa" w:w="2880"/>
          </w:tcPr>
          <w:p/>
        </w:tc>
      </w:tr>
      <w:tr>
        <w:tc>
          <w:tcPr>
            <w:tcW w:type="dxa" w:w="2880"/>
          </w:tcPr>
          <w:p>
            <w:r>
              <w:t>三类（21种）</w:t>
            </w:r>
          </w:p>
        </w:tc>
        <w:tc>
          <w:tcPr>
            <w:tcW w:type="dxa" w:w="2880"/>
          </w:tcPr>
          <w:p>
            <w:r>
              <w:t>1</w:t>
            </w:r>
          </w:p>
        </w:tc>
        <w:tc>
          <w:tcPr>
            <w:tcW w:type="dxa" w:w="2880"/>
          </w:tcPr>
          <w:p>
            <w:r>
              <w:t>研究与发展管理</w:t>
            </w:r>
          </w:p>
        </w:tc>
      </w:tr>
      <w:tr>
        <w:tc>
          <w:tcPr>
            <w:tcW w:type="dxa" w:w="2880"/>
          </w:tcPr>
          <w:p>
            <w:r>
              <w:t>2</w:t>
            </w:r>
          </w:p>
        </w:tc>
        <w:tc>
          <w:tcPr>
            <w:tcW w:type="dxa" w:w="2880"/>
          </w:tcPr>
          <w:p>
            <w:r>
              <w:t>软科学</w:t>
            </w:r>
          </w:p>
        </w:tc>
        <w:tc>
          <w:tcPr>
            <w:tcW w:type="dxa" w:w="2880"/>
          </w:tcPr>
          <w:p/>
        </w:tc>
      </w:tr>
      <w:tr>
        <w:tc>
          <w:tcPr>
            <w:tcW w:type="dxa" w:w="2880"/>
          </w:tcPr>
          <w:p>
            <w:r>
              <w:t>3</w:t>
            </w:r>
          </w:p>
        </w:tc>
        <w:tc>
          <w:tcPr>
            <w:tcW w:type="dxa" w:w="2880"/>
          </w:tcPr>
          <w:p>
            <w:r>
              <w:t>科技进步与对策</w:t>
            </w:r>
          </w:p>
        </w:tc>
        <w:tc>
          <w:tcPr>
            <w:tcW w:type="dxa" w:w="2880"/>
          </w:tcPr>
          <w:p/>
        </w:tc>
      </w:tr>
      <w:tr>
        <w:tc>
          <w:tcPr>
            <w:tcW w:type="dxa" w:w="2880"/>
          </w:tcPr>
          <w:p>
            <w:r>
              <w:t>4</w:t>
            </w:r>
          </w:p>
        </w:tc>
        <w:tc>
          <w:tcPr>
            <w:tcW w:type="dxa" w:w="2880"/>
          </w:tcPr>
          <w:p>
            <w:r>
              <w:t>科学决策</w:t>
            </w:r>
          </w:p>
        </w:tc>
        <w:tc>
          <w:tcPr>
            <w:tcW w:type="dxa" w:w="2880"/>
          </w:tcPr>
          <w:p/>
        </w:tc>
      </w:tr>
      <w:tr>
        <w:tc>
          <w:tcPr>
            <w:tcW w:type="dxa" w:w="2880"/>
          </w:tcPr>
          <w:p>
            <w:r>
              <w:t>5</w:t>
            </w:r>
          </w:p>
        </w:tc>
        <w:tc>
          <w:tcPr>
            <w:tcW w:type="dxa" w:w="2880"/>
          </w:tcPr>
          <w:p>
            <w:r>
              <w:t>中国科技论坛</w:t>
            </w:r>
          </w:p>
        </w:tc>
        <w:tc>
          <w:tcPr>
            <w:tcW w:type="dxa" w:w="2880"/>
          </w:tcPr>
          <w:p/>
        </w:tc>
      </w:tr>
      <w:tr>
        <w:tc>
          <w:tcPr>
            <w:tcW w:type="dxa" w:w="2880"/>
          </w:tcPr>
          <w:p>
            <w:r>
              <w:t>6</w:t>
            </w:r>
          </w:p>
        </w:tc>
        <w:tc>
          <w:tcPr>
            <w:tcW w:type="dxa" w:w="2880"/>
          </w:tcPr>
          <w:p>
            <w:r>
              <w:t>科学管理研究</w:t>
            </w:r>
          </w:p>
        </w:tc>
        <w:tc>
          <w:tcPr>
            <w:tcW w:type="dxa" w:w="2880"/>
          </w:tcPr>
          <w:p/>
        </w:tc>
      </w:tr>
      <w:tr>
        <w:tc>
          <w:tcPr>
            <w:tcW w:type="dxa" w:w="2880"/>
          </w:tcPr>
          <w:p>
            <w:r>
              <w:t>7</w:t>
            </w:r>
          </w:p>
        </w:tc>
        <w:tc>
          <w:tcPr>
            <w:tcW w:type="dxa" w:w="2880"/>
          </w:tcPr>
          <w:p>
            <w:r>
              <w:t>经济体制改革</w:t>
            </w:r>
          </w:p>
        </w:tc>
        <w:tc>
          <w:tcPr>
            <w:tcW w:type="dxa" w:w="2880"/>
          </w:tcPr>
          <w:p/>
        </w:tc>
      </w:tr>
      <w:tr>
        <w:tc>
          <w:tcPr>
            <w:tcW w:type="dxa" w:w="2880"/>
          </w:tcPr>
          <w:p>
            <w:r>
              <w:t>8</w:t>
            </w:r>
          </w:p>
        </w:tc>
        <w:tc>
          <w:tcPr>
            <w:tcW w:type="dxa" w:w="2880"/>
          </w:tcPr>
          <w:p>
            <w:r>
              <w:t>社会保障研究</w:t>
            </w:r>
          </w:p>
        </w:tc>
        <w:tc>
          <w:tcPr>
            <w:tcW w:type="dxa" w:w="2880"/>
          </w:tcPr>
          <w:p/>
        </w:tc>
      </w:tr>
      <w:tr>
        <w:tc>
          <w:tcPr>
            <w:tcW w:type="dxa" w:w="2880"/>
          </w:tcPr>
          <w:p>
            <w:r>
              <w:t>9</w:t>
            </w:r>
          </w:p>
        </w:tc>
        <w:tc>
          <w:tcPr>
            <w:tcW w:type="dxa" w:w="2880"/>
          </w:tcPr>
          <w:p>
            <w:r>
              <w:t>电子政务</w:t>
            </w:r>
          </w:p>
        </w:tc>
        <w:tc>
          <w:tcPr>
            <w:tcW w:type="dxa" w:w="2880"/>
          </w:tcPr>
          <w:p/>
        </w:tc>
      </w:tr>
      <w:tr>
        <w:tc>
          <w:tcPr>
            <w:tcW w:type="dxa" w:w="2880"/>
          </w:tcPr>
          <w:p>
            <w:r>
              <w:t>10</w:t>
            </w:r>
          </w:p>
        </w:tc>
        <w:tc>
          <w:tcPr>
            <w:tcW w:type="dxa" w:w="2880"/>
          </w:tcPr>
          <w:p>
            <w:r>
              <w:t>管理学刊</w:t>
            </w:r>
          </w:p>
        </w:tc>
        <w:tc>
          <w:tcPr>
            <w:tcW w:type="dxa" w:w="2880"/>
          </w:tcPr>
          <w:p/>
        </w:tc>
      </w:tr>
      <w:tr>
        <w:tc>
          <w:tcPr>
            <w:tcW w:type="dxa" w:w="2880"/>
          </w:tcPr>
          <w:p>
            <w:r>
              <w:t>11</w:t>
            </w:r>
          </w:p>
        </w:tc>
        <w:tc>
          <w:tcPr>
            <w:tcW w:type="dxa" w:w="2880"/>
          </w:tcPr>
          <w:p>
            <w:r>
              <w:t>宏观质量研究</w:t>
            </w:r>
          </w:p>
        </w:tc>
        <w:tc>
          <w:tcPr>
            <w:tcW w:type="dxa" w:w="2880"/>
          </w:tcPr>
          <w:p/>
        </w:tc>
      </w:tr>
      <w:tr>
        <w:tc>
          <w:tcPr>
            <w:tcW w:type="dxa" w:w="2880"/>
          </w:tcPr>
          <w:p>
            <w:r>
              <w:t>12</w:t>
            </w:r>
          </w:p>
        </w:tc>
        <w:tc>
          <w:tcPr>
            <w:tcW w:type="dxa" w:w="2880"/>
          </w:tcPr>
          <w:p>
            <w:r>
              <w:t>会计与经济研究</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13</w:t>
            </w:r>
          </w:p>
        </w:tc>
        <w:tc>
          <w:tcPr>
            <w:tcW w:type="dxa" w:w="2880"/>
          </w:tcPr>
          <w:p>
            <w:r>
              <w:t>科学与社会</w:t>
            </w:r>
          </w:p>
        </w:tc>
      </w:tr>
      <w:tr>
        <w:tc>
          <w:tcPr>
            <w:tcW w:type="dxa" w:w="2880"/>
          </w:tcPr>
          <w:p>
            <w:r>
              <w:t>14</w:t>
            </w:r>
          </w:p>
        </w:tc>
        <w:tc>
          <w:tcPr>
            <w:tcW w:type="dxa" w:w="2880"/>
          </w:tcPr>
          <w:p>
            <w:r>
              <w:t>审计与经济研究</w:t>
            </w:r>
          </w:p>
        </w:tc>
        <w:tc>
          <w:tcPr>
            <w:tcW w:type="dxa" w:w="2880"/>
          </w:tcPr>
          <w:p/>
        </w:tc>
      </w:tr>
      <w:tr>
        <w:tc>
          <w:tcPr>
            <w:tcW w:type="dxa" w:w="2880"/>
          </w:tcPr>
          <w:p>
            <w:r>
              <w:t>15</w:t>
            </w:r>
          </w:p>
        </w:tc>
        <w:tc>
          <w:tcPr>
            <w:tcW w:type="dxa" w:w="2880"/>
          </w:tcPr>
          <w:p>
            <w:r>
              <w:t>华东经济管理</w:t>
            </w:r>
          </w:p>
        </w:tc>
        <w:tc>
          <w:tcPr>
            <w:tcW w:type="dxa" w:w="2880"/>
          </w:tcPr>
          <w:p/>
        </w:tc>
      </w:tr>
      <w:tr>
        <w:tc>
          <w:tcPr>
            <w:tcW w:type="dxa" w:w="2880"/>
          </w:tcPr>
          <w:p>
            <w:r>
              <w:t>16</w:t>
            </w:r>
          </w:p>
        </w:tc>
        <w:tc>
          <w:tcPr>
            <w:tcW w:type="dxa" w:w="2880"/>
          </w:tcPr>
          <w:p>
            <w:r>
              <w:t>系统管理学报</w:t>
            </w:r>
          </w:p>
        </w:tc>
        <w:tc>
          <w:tcPr>
            <w:tcW w:type="dxa" w:w="2880"/>
          </w:tcPr>
          <w:p/>
        </w:tc>
      </w:tr>
      <w:tr>
        <w:tc>
          <w:tcPr>
            <w:tcW w:type="dxa" w:w="2880"/>
          </w:tcPr>
          <w:p>
            <w:r>
              <w:t>17</w:t>
            </w:r>
          </w:p>
        </w:tc>
        <w:tc>
          <w:tcPr>
            <w:tcW w:type="dxa" w:w="2880"/>
          </w:tcPr>
          <w:p>
            <w:r>
              <w:t>公共管理与政策评论</w:t>
            </w:r>
          </w:p>
        </w:tc>
        <w:tc>
          <w:tcPr>
            <w:tcW w:type="dxa" w:w="2880"/>
          </w:tcPr>
          <w:p/>
        </w:tc>
      </w:tr>
      <w:tr>
        <w:tc>
          <w:tcPr>
            <w:tcW w:type="dxa" w:w="2880"/>
          </w:tcPr>
          <w:p>
            <w:r>
              <w:t>18</w:t>
            </w:r>
          </w:p>
        </w:tc>
        <w:tc>
          <w:tcPr>
            <w:tcW w:type="dxa" w:w="2880"/>
          </w:tcPr>
          <w:p>
            <w:r>
              <w:t>治理研究</w:t>
            </w:r>
          </w:p>
        </w:tc>
        <w:tc>
          <w:tcPr>
            <w:tcW w:type="dxa" w:w="2880"/>
          </w:tcPr>
          <w:p/>
        </w:tc>
      </w:tr>
      <w:tr>
        <w:tc>
          <w:tcPr>
            <w:tcW w:type="dxa" w:w="2880"/>
          </w:tcPr>
          <w:p>
            <w:r>
              <w:t>19</w:t>
            </w:r>
          </w:p>
        </w:tc>
        <w:tc>
          <w:tcPr>
            <w:tcW w:type="dxa" w:w="2880"/>
          </w:tcPr>
          <w:p>
            <w:r>
              <w:t>中国卫生经济</w:t>
            </w:r>
          </w:p>
        </w:tc>
        <w:tc>
          <w:tcPr>
            <w:tcW w:type="dxa" w:w="2880"/>
          </w:tcPr>
          <w:p/>
        </w:tc>
      </w:tr>
      <w:tr>
        <w:tc>
          <w:tcPr>
            <w:tcW w:type="dxa" w:w="2880"/>
          </w:tcPr>
          <w:p>
            <w:r>
              <w:t>20</w:t>
            </w:r>
          </w:p>
        </w:tc>
        <w:tc>
          <w:tcPr>
            <w:tcW w:type="dxa" w:w="2880"/>
          </w:tcPr>
          <w:p>
            <w:r>
              <w:t>中国卫生政策研究</w:t>
            </w:r>
          </w:p>
        </w:tc>
        <w:tc>
          <w:tcPr>
            <w:tcW w:type="dxa" w:w="2880"/>
          </w:tcPr>
          <w:p/>
        </w:tc>
      </w:tr>
      <w:tr>
        <w:tc>
          <w:tcPr>
            <w:tcW w:type="dxa" w:w="2880"/>
          </w:tcPr>
          <w:p>
            <w:r>
              <w:t>21</w:t>
            </w:r>
          </w:p>
        </w:tc>
        <w:tc>
          <w:tcPr>
            <w:tcW w:type="dxa" w:w="2880"/>
          </w:tcPr>
          <w:p>
            <w:r>
              <w:t>中国医院管理</w:t>
            </w:r>
          </w:p>
        </w:tc>
        <w:tc>
          <w:tcPr>
            <w:tcW w:type="dxa" w:w="2880"/>
          </w:tcPr>
          <w:p/>
        </w:tc>
      </w:tr>
      <w:tr>
        <w:tc>
          <w:tcPr>
            <w:tcW w:type="dxa" w:w="2880"/>
          </w:tcPr>
          <w:p>
            <w:r>
              <w:t>哲学（14种）</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哲学研究*</w:t>
            </w:r>
          </w:p>
        </w:tc>
      </w:tr>
      <w:tr>
        <w:tc>
          <w:tcPr>
            <w:tcW w:type="dxa" w:w="2880"/>
          </w:tcPr>
          <w:p>
            <w:r>
              <w:t>2</w:t>
            </w:r>
          </w:p>
        </w:tc>
        <w:tc>
          <w:tcPr>
            <w:tcW w:type="dxa" w:w="2880"/>
          </w:tcPr>
          <w:p>
            <w:r>
              <w:t>自然辩证法研究</w:t>
            </w:r>
          </w:p>
        </w:tc>
        <w:tc>
          <w:tcPr>
            <w:tcW w:type="dxa" w:w="2880"/>
          </w:tcPr>
          <w:p/>
        </w:tc>
      </w:tr>
      <w:tr>
        <w:tc>
          <w:tcPr>
            <w:tcW w:type="dxa" w:w="2880"/>
          </w:tcPr>
          <w:p>
            <w:r>
              <w:t>3</w:t>
            </w:r>
          </w:p>
        </w:tc>
        <w:tc>
          <w:tcPr>
            <w:tcW w:type="dxa" w:w="2880"/>
          </w:tcPr>
          <w:p>
            <w:r>
              <w:t>世界哲学</w:t>
            </w:r>
          </w:p>
        </w:tc>
        <w:tc>
          <w:tcPr>
            <w:tcW w:type="dxa" w:w="2880"/>
          </w:tcPr>
          <w:p/>
        </w:tc>
      </w:tr>
      <w:tr>
        <w:tc>
          <w:tcPr>
            <w:tcW w:type="dxa" w:w="2880"/>
          </w:tcPr>
          <w:p>
            <w:r>
              <w:t>4</w:t>
            </w:r>
          </w:p>
        </w:tc>
        <w:tc>
          <w:tcPr>
            <w:tcW w:type="dxa" w:w="2880"/>
          </w:tcPr>
          <w:p>
            <w:r>
              <w:t>道德与文明</w:t>
            </w:r>
          </w:p>
        </w:tc>
        <w:tc>
          <w:tcPr>
            <w:tcW w:type="dxa" w:w="2880"/>
          </w:tcPr>
          <w:p/>
        </w:tc>
      </w:tr>
      <w:tr>
        <w:tc>
          <w:tcPr>
            <w:tcW w:type="dxa" w:w="2880"/>
          </w:tcPr>
          <w:p>
            <w:r>
              <w:t>二类（5种）</w:t>
            </w:r>
          </w:p>
        </w:tc>
        <w:tc>
          <w:tcPr>
            <w:tcW w:type="dxa" w:w="2880"/>
          </w:tcPr>
          <w:p>
            <w:r>
              <w:t>1</w:t>
            </w:r>
          </w:p>
        </w:tc>
        <w:tc>
          <w:tcPr>
            <w:tcW w:type="dxa" w:w="2880"/>
          </w:tcPr>
          <w:p>
            <w:r>
              <w:t>自然辩证法通讯</w:t>
            </w:r>
          </w:p>
        </w:tc>
      </w:tr>
      <w:tr>
        <w:tc>
          <w:tcPr>
            <w:tcW w:type="dxa" w:w="2880"/>
          </w:tcPr>
          <w:p>
            <w:r>
              <w:t>2</w:t>
            </w:r>
          </w:p>
        </w:tc>
        <w:tc>
          <w:tcPr>
            <w:tcW w:type="dxa" w:w="2880"/>
          </w:tcPr>
          <w:p>
            <w:r>
              <w:t>伦理学研究</w:t>
            </w:r>
          </w:p>
        </w:tc>
        <w:tc>
          <w:tcPr>
            <w:tcW w:type="dxa" w:w="2880"/>
          </w:tcPr>
          <w:p/>
        </w:tc>
      </w:tr>
      <w:tr>
        <w:tc>
          <w:tcPr>
            <w:tcW w:type="dxa" w:w="2880"/>
          </w:tcPr>
          <w:p>
            <w:r>
              <w:t>3</w:t>
            </w:r>
          </w:p>
        </w:tc>
        <w:tc>
          <w:tcPr>
            <w:tcW w:type="dxa" w:w="2880"/>
          </w:tcPr>
          <w:p>
            <w:r>
              <w:t>科学技术哲学研究</w:t>
            </w:r>
          </w:p>
        </w:tc>
        <w:tc>
          <w:tcPr>
            <w:tcW w:type="dxa" w:w="2880"/>
          </w:tcPr>
          <w:p/>
        </w:tc>
      </w:tr>
      <w:tr>
        <w:tc>
          <w:tcPr>
            <w:tcW w:type="dxa" w:w="2880"/>
          </w:tcPr>
          <w:p>
            <w:r>
              <w:t>4</w:t>
            </w:r>
          </w:p>
        </w:tc>
        <w:tc>
          <w:tcPr>
            <w:tcW w:type="dxa" w:w="2880"/>
          </w:tcPr>
          <w:p>
            <w:r>
              <w:t>中国哲学史</w:t>
            </w:r>
          </w:p>
        </w:tc>
        <w:tc>
          <w:tcPr>
            <w:tcW w:type="dxa" w:w="2880"/>
          </w:tcPr>
          <w:p/>
        </w:tc>
      </w:tr>
      <w:tr>
        <w:tc>
          <w:tcPr>
            <w:tcW w:type="dxa" w:w="2880"/>
          </w:tcPr>
          <w:p>
            <w:r>
              <w:t>5</w:t>
            </w:r>
          </w:p>
        </w:tc>
        <w:tc>
          <w:tcPr>
            <w:tcW w:type="dxa" w:w="2880"/>
          </w:tcPr>
          <w:p>
            <w:r>
              <w:t>哲学动态</w:t>
            </w:r>
          </w:p>
        </w:tc>
        <w:tc>
          <w:tcPr>
            <w:tcW w:type="dxa" w:w="2880"/>
          </w:tcPr>
          <w:p/>
        </w:tc>
      </w:tr>
      <w:tr>
        <w:tc>
          <w:tcPr>
            <w:tcW w:type="dxa" w:w="2880"/>
          </w:tcPr>
          <w:p>
            <w:r>
              <w:t>三类（5种）</w:t>
            </w:r>
          </w:p>
        </w:tc>
        <w:tc>
          <w:tcPr>
            <w:tcW w:type="dxa" w:w="2880"/>
          </w:tcPr>
          <w:p>
            <w:r>
              <w:t>1</w:t>
            </w:r>
          </w:p>
        </w:tc>
        <w:tc>
          <w:tcPr>
            <w:tcW w:type="dxa" w:w="2880"/>
          </w:tcPr>
          <w:p>
            <w:r>
              <w:t>孔子研究</w:t>
            </w:r>
          </w:p>
        </w:tc>
      </w:tr>
      <w:tr>
        <w:tc>
          <w:tcPr>
            <w:tcW w:type="dxa" w:w="2880"/>
          </w:tcPr>
          <w:p>
            <w:r>
              <w:t>2</w:t>
            </w:r>
          </w:p>
        </w:tc>
        <w:tc>
          <w:tcPr>
            <w:tcW w:type="dxa" w:w="2880"/>
          </w:tcPr>
          <w:p>
            <w:r>
              <w:t>现代哲学</w:t>
            </w:r>
          </w:p>
        </w:tc>
        <w:tc>
          <w:tcPr>
            <w:tcW w:type="dxa" w:w="2880"/>
          </w:tcPr>
          <w:p/>
        </w:tc>
      </w:tr>
      <w:tr>
        <w:tc>
          <w:tcPr>
            <w:tcW w:type="dxa" w:w="2880"/>
          </w:tcPr>
          <w:p>
            <w:r>
              <w:t>3</w:t>
            </w:r>
          </w:p>
        </w:tc>
        <w:tc>
          <w:tcPr>
            <w:tcW w:type="dxa" w:w="2880"/>
          </w:tcPr>
          <w:p>
            <w:r>
              <w:t>周易研究</w:t>
            </w:r>
          </w:p>
        </w:tc>
        <w:tc>
          <w:tcPr>
            <w:tcW w:type="dxa" w:w="2880"/>
          </w:tcPr>
          <w:p/>
        </w:tc>
      </w:tr>
      <w:tr>
        <w:tc>
          <w:tcPr>
            <w:tcW w:type="dxa" w:w="2880"/>
          </w:tcPr>
          <w:p>
            <w:r>
              <w:t>4</w:t>
            </w:r>
          </w:p>
        </w:tc>
        <w:tc>
          <w:tcPr>
            <w:tcW w:type="dxa" w:w="2880"/>
          </w:tcPr>
          <w:p>
            <w:r>
              <w:t>哲学分析</w:t>
            </w:r>
          </w:p>
        </w:tc>
        <w:tc>
          <w:tcPr>
            <w:tcW w:type="dxa" w:w="2880"/>
          </w:tcPr>
          <w:p/>
        </w:tc>
      </w:tr>
      <w:tr>
        <w:tc>
          <w:tcPr>
            <w:tcW w:type="dxa" w:w="2880"/>
          </w:tcPr>
          <w:p>
            <w:r>
              <w:t>5</w:t>
            </w:r>
          </w:p>
        </w:tc>
        <w:tc>
          <w:tcPr>
            <w:tcW w:type="dxa" w:w="2880"/>
          </w:tcPr>
          <w:p>
            <w:r>
              <w:t>逻辑学研究</w:t>
            </w:r>
          </w:p>
        </w:tc>
        <w:tc>
          <w:tcPr>
            <w:tcW w:type="dxa" w:w="2880"/>
          </w:tcPr>
          <w:p/>
        </w:tc>
      </w:tr>
      <w:tr>
        <w:tc>
          <w:tcPr>
            <w:tcW w:type="dxa" w:w="2880"/>
          </w:tcPr>
          <w:p>
            <w:r>
              <w:t>宗教学（3种）</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世界宗教研究*</w:t>
            </w:r>
          </w:p>
        </w:tc>
      </w:tr>
      <w:tr>
        <w:tc>
          <w:tcPr>
            <w:tcW w:type="dxa" w:w="2880"/>
          </w:tcPr>
          <w:p>
            <w:r>
              <w:t>二类（1种）</w:t>
            </w:r>
          </w:p>
        </w:tc>
        <w:tc>
          <w:tcPr>
            <w:tcW w:type="dxa" w:w="2880"/>
          </w:tcPr>
          <w:p>
            <w:r>
              <w:t>1</w:t>
            </w:r>
          </w:p>
        </w:tc>
        <w:tc>
          <w:tcPr>
            <w:tcW w:type="dxa" w:w="2880"/>
          </w:tcPr>
          <w:p>
            <w:r>
              <w:t>宗教学研究</w:t>
            </w:r>
          </w:p>
        </w:tc>
      </w:tr>
      <w:tr>
        <w:tc>
          <w:tcPr>
            <w:tcW w:type="dxa" w:w="2880"/>
          </w:tcPr>
          <w:p>
            <w:r>
              <w:t>三类（1种）</w:t>
            </w:r>
          </w:p>
        </w:tc>
        <w:tc>
          <w:tcPr>
            <w:tcW w:type="dxa" w:w="2880"/>
          </w:tcPr>
          <w:p>
            <w:r>
              <w:t>1</w:t>
            </w:r>
          </w:p>
        </w:tc>
        <w:tc>
          <w:tcPr>
            <w:tcW w:type="dxa" w:w="2880"/>
          </w:tcPr>
          <w:p>
            <w:r>
              <w:t>世界宗教文化</w:t>
            </w:r>
          </w:p>
        </w:tc>
      </w:tr>
      <w:tr>
        <w:tc>
          <w:tcPr>
            <w:tcW w:type="dxa" w:w="2880"/>
          </w:tcPr>
          <w:p>
            <w:r>
              <w:t>外国语言文学（30种）</w:t>
            </w:r>
          </w:p>
        </w:tc>
        <w:tc>
          <w:tcPr>
            <w:tcW w:type="dxa" w:w="2880"/>
          </w:tcPr>
          <w:p/>
        </w:tc>
        <w:tc>
          <w:tcPr>
            <w:tcW w:type="dxa" w:w="2880"/>
          </w:tcPr>
          <w:p/>
        </w:tc>
      </w:tr>
      <w:tr>
        <w:tc>
          <w:tcPr>
            <w:tcW w:type="dxa" w:w="2880"/>
          </w:tcPr>
          <w:p>
            <w:r>
              <w:t>一类（6种）</w:t>
            </w:r>
          </w:p>
        </w:tc>
        <w:tc>
          <w:tcPr>
            <w:tcW w:type="dxa" w:w="2880"/>
          </w:tcPr>
          <w:p>
            <w:r>
              <w:t>1</w:t>
            </w:r>
          </w:p>
        </w:tc>
        <w:tc>
          <w:tcPr>
            <w:tcW w:type="dxa" w:w="2880"/>
          </w:tcPr>
          <w:p>
            <w:r>
              <w:t>外国文学评论*</w:t>
            </w:r>
          </w:p>
        </w:tc>
      </w:tr>
      <w:tr>
        <w:tc>
          <w:tcPr>
            <w:tcW w:type="dxa" w:w="2880"/>
          </w:tcPr>
          <w:p>
            <w:r>
              <w:t>2</w:t>
            </w:r>
          </w:p>
        </w:tc>
        <w:tc>
          <w:tcPr>
            <w:tcW w:type="dxa" w:w="2880"/>
          </w:tcPr>
          <w:p>
            <w:r>
              <w:t>外语教学与研究*</w:t>
            </w:r>
          </w:p>
        </w:tc>
        <w:tc>
          <w:tcPr>
            <w:tcW w:type="dxa" w:w="2880"/>
          </w:tcPr>
          <w:p/>
        </w:tc>
      </w:tr>
      <w:tr>
        <w:tc>
          <w:tcPr>
            <w:tcW w:type="dxa" w:w="2880"/>
          </w:tcPr>
          <w:p>
            <w:r>
              <w:t>3</w:t>
            </w:r>
          </w:p>
        </w:tc>
        <w:tc>
          <w:tcPr>
            <w:tcW w:type="dxa" w:w="2880"/>
          </w:tcPr>
          <w:p>
            <w:r>
              <w:t>外国文学研究</w:t>
            </w:r>
          </w:p>
        </w:tc>
        <w:tc>
          <w:tcPr>
            <w:tcW w:type="dxa" w:w="2880"/>
          </w:tcPr>
          <w:p/>
        </w:tc>
      </w:tr>
      <w:tr>
        <w:tc>
          <w:tcPr>
            <w:tcW w:type="dxa" w:w="2880"/>
          </w:tcPr>
          <w:p>
            <w:r>
              <w:t>4</w:t>
            </w:r>
          </w:p>
        </w:tc>
        <w:tc>
          <w:tcPr>
            <w:tcW w:type="dxa" w:w="2880"/>
          </w:tcPr>
          <w:p>
            <w:r>
              <w:t>外国语</w:t>
            </w:r>
          </w:p>
        </w:tc>
        <w:tc>
          <w:tcPr>
            <w:tcW w:type="dxa" w:w="2880"/>
          </w:tcPr>
          <w:p/>
        </w:tc>
      </w:tr>
      <w:tr>
        <w:tc>
          <w:tcPr>
            <w:tcW w:type="dxa" w:w="2880"/>
          </w:tcPr>
          <w:p>
            <w:r>
              <w:t>5</w:t>
            </w:r>
          </w:p>
        </w:tc>
        <w:tc>
          <w:tcPr>
            <w:tcW w:type="dxa" w:w="2880"/>
          </w:tcPr>
          <w:p>
            <w:r>
              <w:t>外语界</w:t>
            </w:r>
          </w:p>
        </w:tc>
        <w:tc>
          <w:tcPr>
            <w:tcW w:type="dxa" w:w="2880"/>
          </w:tcPr>
          <w:p/>
        </w:tc>
      </w:tr>
      <w:tr>
        <w:tc>
          <w:tcPr>
            <w:tcW w:type="dxa" w:w="2880"/>
          </w:tcPr>
          <w:p>
            <w:r>
              <w:t>6</w:t>
            </w:r>
          </w:p>
        </w:tc>
        <w:tc>
          <w:tcPr>
            <w:tcW w:type="dxa" w:w="2880"/>
          </w:tcPr>
          <w:p>
            <w:r>
              <w:t>中国翻译</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二类（9种）</w:t>
            </w:r>
          </w:p>
        </w:tc>
        <w:tc>
          <w:tcPr>
            <w:tcW w:type="dxa" w:w="2880"/>
          </w:tcPr>
          <w:p>
            <w:r>
              <w:t>1</w:t>
            </w:r>
          </w:p>
        </w:tc>
        <w:tc>
          <w:tcPr>
            <w:tcW w:type="dxa" w:w="2880"/>
          </w:tcPr>
          <w:p>
            <w:r>
              <w:t>当代外国文学</w:t>
            </w:r>
          </w:p>
        </w:tc>
      </w:tr>
      <w:tr>
        <w:tc>
          <w:tcPr>
            <w:tcW w:type="dxa" w:w="2880"/>
          </w:tcPr>
          <w:p>
            <w:r>
              <w:t>2</w:t>
            </w:r>
          </w:p>
        </w:tc>
        <w:tc>
          <w:tcPr>
            <w:tcW w:type="dxa" w:w="2880"/>
          </w:tcPr>
          <w:p>
            <w:r>
              <w:t>外语电化教学</w:t>
            </w:r>
          </w:p>
        </w:tc>
        <w:tc>
          <w:tcPr>
            <w:tcW w:type="dxa" w:w="2880"/>
          </w:tcPr>
          <w:p/>
        </w:tc>
      </w:tr>
      <w:tr>
        <w:tc>
          <w:tcPr>
            <w:tcW w:type="dxa" w:w="2880"/>
          </w:tcPr>
          <w:p>
            <w:r>
              <w:t>3</w:t>
            </w:r>
          </w:p>
        </w:tc>
        <w:tc>
          <w:tcPr>
            <w:tcW w:type="dxa" w:w="2880"/>
          </w:tcPr>
          <w:p>
            <w:r>
              <w:t>外国文学</w:t>
            </w:r>
          </w:p>
        </w:tc>
        <w:tc>
          <w:tcPr>
            <w:tcW w:type="dxa" w:w="2880"/>
          </w:tcPr>
          <w:p/>
        </w:tc>
      </w:tr>
      <w:tr>
        <w:tc>
          <w:tcPr>
            <w:tcW w:type="dxa" w:w="2880"/>
          </w:tcPr>
          <w:p>
            <w:r>
              <w:t>4</w:t>
            </w:r>
          </w:p>
        </w:tc>
        <w:tc>
          <w:tcPr>
            <w:tcW w:type="dxa" w:w="2880"/>
          </w:tcPr>
          <w:p>
            <w:r>
              <w:t>国外文学</w:t>
            </w:r>
          </w:p>
        </w:tc>
        <w:tc>
          <w:tcPr>
            <w:tcW w:type="dxa" w:w="2880"/>
          </w:tcPr>
          <w:p/>
        </w:tc>
      </w:tr>
      <w:tr>
        <w:tc>
          <w:tcPr>
            <w:tcW w:type="dxa" w:w="2880"/>
          </w:tcPr>
          <w:p>
            <w:r>
              <w:t>5</w:t>
            </w:r>
          </w:p>
        </w:tc>
        <w:tc>
          <w:tcPr>
            <w:tcW w:type="dxa" w:w="2880"/>
          </w:tcPr>
          <w:p>
            <w:r>
              <w:t>中国外语</w:t>
            </w:r>
          </w:p>
        </w:tc>
        <w:tc>
          <w:tcPr>
            <w:tcW w:type="dxa" w:w="2880"/>
          </w:tcPr>
          <w:p/>
        </w:tc>
      </w:tr>
      <w:tr>
        <w:tc>
          <w:tcPr>
            <w:tcW w:type="dxa" w:w="2880"/>
          </w:tcPr>
          <w:p>
            <w:r>
              <w:t>6</w:t>
            </w:r>
          </w:p>
        </w:tc>
        <w:tc>
          <w:tcPr>
            <w:tcW w:type="dxa" w:w="2880"/>
          </w:tcPr>
          <w:p>
            <w:r>
              <w:t>外语与外语教学</w:t>
            </w:r>
          </w:p>
        </w:tc>
        <w:tc>
          <w:tcPr>
            <w:tcW w:type="dxa" w:w="2880"/>
          </w:tcPr>
          <w:p/>
        </w:tc>
      </w:tr>
      <w:tr>
        <w:tc>
          <w:tcPr>
            <w:tcW w:type="dxa" w:w="2880"/>
          </w:tcPr>
          <w:p>
            <w:r>
              <w:t>7</w:t>
            </w:r>
          </w:p>
        </w:tc>
        <w:tc>
          <w:tcPr>
            <w:tcW w:type="dxa" w:w="2880"/>
          </w:tcPr>
          <w:p>
            <w:r>
              <w:t>现代外语</w:t>
            </w:r>
          </w:p>
        </w:tc>
        <w:tc>
          <w:tcPr>
            <w:tcW w:type="dxa" w:w="2880"/>
          </w:tcPr>
          <w:p/>
        </w:tc>
      </w:tr>
      <w:tr>
        <w:tc>
          <w:tcPr>
            <w:tcW w:type="dxa" w:w="2880"/>
          </w:tcPr>
          <w:p>
            <w:r>
              <w:t>8</w:t>
            </w:r>
          </w:p>
        </w:tc>
        <w:tc>
          <w:tcPr>
            <w:tcW w:type="dxa" w:w="2880"/>
          </w:tcPr>
          <w:p>
            <w:r>
              <w:t>外语教学</w:t>
            </w:r>
          </w:p>
        </w:tc>
        <w:tc>
          <w:tcPr>
            <w:tcW w:type="dxa" w:w="2880"/>
          </w:tcPr>
          <w:p/>
        </w:tc>
      </w:tr>
      <w:tr>
        <w:tc>
          <w:tcPr>
            <w:tcW w:type="dxa" w:w="2880"/>
          </w:tcPr>
          <w:p>
            <w:r>
              <w:t>9</w:t>
            </w:r>
          </w:p>
        </w:tc>
        <w:tc>
          <w:tcPr>
            <w:tcW w:type="dxa" w:w="2880"/>
          </w:tcPr>
          <w:p>
            <w:r>
              <w:t>外语教学理论与实践</w:t>
            </w:r>
          </w:p>
        </w:tc>
        <w:tc>
          <w:tcPr>
            <w:tcW w:type="dxa" w:w="2880"/>
          </w:tcPr>
          <w:p/>
        </w:tc>
      </w:tr>
      <w:tr>
        <w:tc>
          <w:tcPr>
            <w:tcW w:type="dxa" w:w="2880"/>
          </w:tcPr>
          <w:p>
            <w:r>
              <w:t>三类（15种）</w:t>
            </w:r>
          </w:p>
        </w:tc>
        <w:tc>
          <w:tcPr>
            <w:tcW w:type="dxa" w:w="2880"/>
          </w:tcPr>
          <w:p>
            <w:r>
              <w:t>1</w:t>
            </w:r>
          </w:p>
        </w:tc>
        <w:tc>
          <w:tcPr>
            <w:tcW w:type="dxa" w:w="2880"/>
          </w:tcPr>
          <w:p>
            <w:r>
              <w:t>俄罗斯文艺</w:t>
            </w:r>
          </w:p>
        </w:tc>
      </w:tr>
      <w:tr>
        <w:tc>
          <w:tcPr>
            <w:tcW w:type="dxa" w:w="2880"/>
          </w:tcPr>
          <w:p>
            <w:r>
              <w:t>2</w:t>
            </w:r>
          </w:p>
        </w:tc>
        <w:tc>
          <w:tcPr>
            <w:tcW w:type="dxa" w:w="2880"/>
          </w:tcPr>
          <w:p>
            <w:r>
              <w:t>上海翻译</w:t>
            </w:r>
          </w:p>
        </w:tc>
        <w:tc>
          <w:tcPr>
            <w:tcW w:type="dxa" w:w="2880"/>
          </w:tcPr>
          <w:p/>
        </w:tc>
      </w:tr>
      <w:tr>
        <w:tc>
          <w:tcPr>
            <w:tcW w:type="dxa" w:w="2880"/>
          </w:tcPr>
          <w:p>
            <w:r>
              <w:t>3</w:t>
            </w:r>
          </w:p>
        </w:tc>
        <w:tc>
          <w:tcPr>
            <w:tcW w:type="dxa" w:w="2880"/>
          </w:tcPr>
          <w:p>
            <w:r>
              <w:t>外语研究</w:t>
            </w:r>
          </w:p>
        </w:tc>
        <w:tc>
          <w:tcPr>
            <w:tcW w:type="dxa" w:w="2880"/>
          </w:tcPr>
          <w:p/>
        </w:tc>
      </w:tr>
      <w:tr>
        <w:tc>
          <w:tcPr>
            <w:tcW w:type="dxa" w:w="2880"/>
          </w:tcPr>
          <w:p>
            <w:r>
              <w:t>4</w:t>
            </w:r>
          </w:p>
        </w:tc>
        <w:tc>
          <w:tcPr>
            <w:tcW w:type="dxa" w:w="2880"/>
          </w:tcPr>
          <w:p>
            <w:r>
              <w:t>外国文学动态研究</w:t>
            </w:r>
          </w:p>
        </w:tc>
        <w:tc>
          <w:tcPr>
            <w:tcW w:type="dxa" w:w="2880"/>
          </w:tcPr>
          <w:p/>
        </w:tc>
      </w:tr>
      <w:tr>
        <w:tc>
          <w:tcPr>
            <w:tcW w:type="dxa" w:w="2880"/>
          </w:tcPr>
          <w:p>
            <w:r>
              <w:t>5</w:t>
            </w:r>
          </w:p>
        </w:tc>
        <w:tc>
          <w:tcPr>
            <w:tcW w:type="dxa" w:w="2880"/>
          </w:tcPr>
          <w:p>
            <w:r>
              <w:t>解放军外国语学院学报</w:t>
            </w:r>
          </w:p>
        </w:tc>
        <w:tc>
          <w:tcPr>
            <w:tcW w:type="dxa" w:w="2880"/>
          </w:tcPr>
          <w:p/>
        </w:tc>
      </w:tr>
      <w:tr>
        <w:tc>
          <w:tcPr>
            <w:tcW w:type="dxa" w:w="2880"/>
          </w:tcPr>
          <w:p>
            <w:r>
              <w:t>6</w:t>
            </w:r>
          </w:p>
        </w:tc>
        <w:tc>
          <w:tcPr>
            <w:tcW w:type="dxa" w:w="2880"/>
          </w:tcPr>
          <w:p>
            <w:r>
              <w:t>外语学刊</w:t>
            </w:r>
          </w:p>
        </w:tc>
        <w:tc>
          <w:tcPr>
            <w:tcW w:type="dxa" w:w="2880"/>
          </w:tcPr>
          <w:p/>
        </w:tc>
      </w:tr>
      <w:tr>
        <w:tc>
          <w:tcPr>
            <w:tcW w:type="dxa" w:w="2880"/>
          </w:tcPr>
          <w:p>
            <w:r>
              <w:t>7</w:t>
            </w:r>
          </w:p>
        </w:tc>
        <w:tc>
          <w:tcPr>
            <w:tcW w:type="dxa" w:w="2880"/>
          </w:tcPr>
          <w:p>
            <w:r>
              <w:t>中国俄语教学</w:t>
            </w:r>
          </w:p>
        </w:tc>
        <w:tc>
          <w:tcPr>
            <w:tcW w:type="dxa" w:w="2880"/>
          </w:tcPr>
          <w:p/>
        </w:tc>
      </w:tr>
      <w:tr>
        <w:tc>
          <w:tcPr>
            <w:tcW w:type="dxa" w:w="2880"/>
          </w:tcPr>
          <w:p>
            <w:r>
              <w:t>8</w:t>
            </w:r>
          </w:p>
        </w:tc>
        <w:tc>
          <w:tcPr>
            <w:tcW w:type="dxa" w:w="2880"/>
          </w:tcPr>
          <w:p>
            <w:r>
              <w:t>西安外国语大学学报</w:t>
            </w:r>
          </w:p>
        </w:tc>
        <w:tc>
          <w:tcPr>
            <w:tcW w:type="dxa" w:w="2880"/>
          </w:tcPr>
          <w:p/>
        </w:tc>
      </w:tr>
      <w:tr>
        <w:tc>
          <w:tcPr>
            <w:tcW w:type="dxa" w:w="2880"/>
          </w:tcPr>
          <w:p>
            <w:r>
              <w:t>9</w:t>
            </w:r>
          </w:p>
        </w:tc>
        <w:tc>
          <w:tcPr>
            <w:tcW w:type="dxa" w:w="2880"/>
          </w:tcPr>
          <w:p>
            <w:r>
              <w:t>日语学习与研究</w:t>
            </w:r>
          </w:p>
        </w:tc>
        <w:tc>
          <w:tcPr>
            <w:tcW w:type="dxa" w:w="2880"/>
          </w:tcPr>
          <w:p/>
        </w:tc>
      </w:tr>
      <w:tr>
        <w:tc>
          <w:tcPr>
            <w:tcW w:type="dxa" w:w="2880"/>
          </w:tcPr>
          <w:p>
            <w:r>
              <w:t>10</w:t>
            </w:r>
          </w:p>
        </w:tc>
        <w:tc>
          <w:tcPr>
            <w:tcW w:type="dxa" w:w="2880"/>
          </w:tcPr>
          <w:p>
            <w:r>
              <w:t>语言研究</w:t>
            </w:r>
          </w:p>
        </w:tc>
        <w:tc>
          <w:tcPr>
            <w:tcW w:type="dxa" w:w="2880"/>
          </w:tcPr>
          <w:p/>
        </w:tc>
      </w:tr>
      <w:tr>
        <w:tc>
          <w:tcPr>
            <w:tcW w:type="dxa" w:w="2880"/>
          </w:tcPr>
          <w:p>
            <w:r>
              <w:t>11</w:t>
            </w:r>
          </w:p>
        </w:tc>
        <w:tc>
          <w:tcPr>
            <w:tcW w:type="dxa" w:w="2880"/>
          </w:tcPr>
          <w:p>
            <w:r>
              <w:t>华文教学与研究</w:t>
            </w:r>
          </w:p>
        </w:tc>
        <w:tc>
          <w:tcPr>
            <w:tcW w:type="dxa" w:w="2880"/>
          </w:tcPr>
          <w:p/>
        </w:tc>
      </w:tr>
      <w:tr>
        <w:tc>
          <w:tcPr>
            <w:tcW w:type="dxa" w:w="2880"/>
          </w:tcPr>
          <w:p>
            <w:r>
              <w:t>12</w:t>
            </w:r>
          </w:p>
        </w:tc>
        <w:tc>
          <w:tcPr>
            <w:tcW w:type="dxa" w:w="2880"/>
          </w:tcPr>
          <w:p>
            <w:r>
              <w:t>语言与翻译</w:t>
            </w:r>
          </w:p>
        </w:tc>
        <w:tc>
          <w:tcPr>
            <w:tcW w:type="dxa" w:w="2880"/>
          </w:tcPr>
          <w:p/>
        </w:tc>
      </w:tr>
      <w:tr>
        <w:tc>
          <w:tcPr>
            <w:tcW w:type="dxa" w:w="2880"/>
          </w:tcPr>
          <w:p>
            <w:r>
              <w:t>13</w:t>
            </w:r>
          </w:p>
        </w:tc>
        <w:tc>
          <w:tcPr>
            <w:tcW w:type="dxa" w:w="2880"/>
          </w:tcPr>
          <w:p>
            <w:r>
              <w:t>外语教育研究前沿</w:t>
            </w:r>
          </w:p>
        </w:tc>
        <w:tc>
          <w:tcPr>
            <w:tcW w:type="dxa" w:w="2880"/>
          </w:tcPr>
          <w:p/>
        </w:tc>
      </w:tr>
      <w:tr>
        <w:tc>
          <w:tcPr>
            <w:tcW w:type="dxa" w:w="2880"/>
          </w:tcPr>
          <w:p>
            <w:r>
              <w:t>14</w:t>
            </w:r>
          </w:p>
        </w:tc>
        <w:tc>
          <w:tcPr>
            <w:tcW w:type="dxa" w:w="2880"/>
          </w:tcPr>
          <w:p>
            <w:r>
              <w:t>当代外语研究</w:t>
            </w:r>
          </w:p>
        </w:tc>
        <w:tc>
          <w:tcPr>
            <w:tcW w:type="dxa" w:w="2880"/>
          </w:tcPr>
          <w:p/>
        </w:tc>
      </w:tr>
      <w:tr>
        <w:tc>
          <w:tcPr>
            <w:tcW w:type="dxa" w:w="2880"/>
          </w:tcPr>
          <w:p>
            <w:r>
              <w:t>15</w:t>
            </w:r>
          </w:p>
        </w:tc>
        <w:tc>
          <w:tcPr>
            <w:tcW w:type="dxa" w:w="2880"/>
          </w:tcPr>
          <w:p>
            <w:r>
              <w:t>语言战略研究</w:t>
            </w:r>
          </w:p>
        </w:tc>
        <w:tc>
          <w:tcPr>
            <w:tcW w:type="dxa" w:w="2880"/>
          </w:tcPr>
          <w:p/>
        </w:tc>
      </w:tr>
      <w:tr>
        <w:tc>
          <w:tcPr>
            <w:tcW w:type="dxa" w:w="2880"/>
          </w:tcPr>
          <w:p>
            <w:r>
              <w:t>中国语言文学（33种）</w:t>
            </w:r>
          </w:p>
        </w:tc>
        <w:tc>
          <w:tcPr>
            <w:tcW w:type="dxa" w:w="2880"/>
          </w:tcPr>
          <w:p/>
        </w:tc>
        <w:tc>
          <w:tcPr>
            <w:tcW w:type="dxa" w:w="2880"/>
          </w:tcPr>
          <w:p/>
        </w:tc>
      </w:tr>
      <w:tr>
        <w:tc>
          <w:tcPr>
            <w:tcW w:type="dxa" w:w="2880"/>
          </w:tcPr>
          <w:p>
            <w:r>
              <w:t>一类（8种）</w:t>
            </w:r>
          </w:p>
        </w:tc>
        <w:tc>
          <w:tcPr>
            <w:tcW w:type="dxa" w:w="2880"/>
          </w:tcPr>
          <w:p>
            <w:r>
              <w:t>1</w:t>
            </w:r>
          </w:p>
        </w:tc>
        <w:tc>
          <w:tcPr>
            <w:tcW w:type="dxa" w:w="2880"/>
          </w:tcPr>
          <w:p>
            <w:r>
              <w:t>文学评论*</w:t>
            </w:r>
          </w:p>
        </w:tc>
      </w:tr>
      <w:tr>
        <w:tc>
          <w:tcPr>
            <w:tcW w:type="dxa" w:w="2880"/>
          </w:tcPr>
          <w:p>
            <w:r>
              <w:t>2</w:t>
            </w:r>
          </w:p>
        </w:tc>
        <w:tc>
          <w:tcPr>
            <w:tcW w:type="dxa" w:w="2880"/>
          </w:tcPr>
          <w:p>
            <w:r>
              <w:t>中国语文*</w:t>
            </w:r>
          </w:p>
        </w:tc>
        <w:tc>
          <w:tcPr>
            <w:tcW w:type="dxa" w:w="2880"/>
          </w:tcPr>
          <w:p/>
        </w:tc>
      </w:tr>
      <w:tr>
        <w:tc>
          <w:tcPr>
            <w:tcW w:type="dxa" w:w="2880"/>
          </w:tcPr>
          <w:p>
            <w:r>
              <w:t>3</w:t>
            </w:r>
          </w:p>
        </w:tc>
        <w:tc>
          <w:tcPr>
            <w:tcW w:type="dxa" w:w="2880"/>
          </w:tcPr>
          <w:p>
            <w:r>
              <w:t>文学遗产</w:t>
            </w:r>
          </w:p>
        </w:tc>
        <w:tc>
          <w:tcPr>
            <w:tcW w:type="dxa" w:w="2880"/>
          </w:tcPr>
          <w:p/>
        </w:tc>
      </w:tr>
      <w:tr>
        <w:tc>
          <w:tcPr>
            <w:tcW w:type="dxa" w:w="2880"/>
          </w:tcPr>
          <w:p>
            <w:r>
              <w:t>4</w:t>
            </w:r>
          </w:p>
        </w:tc>
        <w:tc>
          <w:tcPr>
            <w:tcW w:type="dxa" w:w="2880"/>
          </w:tcPr>
          <w:p>
            <w:r>
              <w:t>中国比较文学</w:t>
            </w:r>
          </w:p>
        </w:tc>
        <w:tc>
          <w:tcPr>
            <w:tcW w:type="dxa" w:w="2880"/>
          </w:tcPr>
          <w:p/>
        </w:tc>
      </w:tr>
      <w:tr>
        <w:tc>
          <w:tcPr>
            <w:tcW w:type="dxa" w:w="2880"/>
          </w:tcPr>
          <w:p>
            <w:r>
              <w:t>5</w:t>
            </w:r>
          </w:p>
        </w:tc>
        <w:tc>
          <w:tcPr>
            <w:tcW w:type="dxa" w:w="2880"/>
          </w:tcPr>
          <w:p>
            <w:r>
              <w:t>文艺理论研究</w:t>
            </w:r>
          </w:p>
        </w:tc>
        <w:tc>
          <w:tcPr>
            <w:tcW w:type="dxa" w:w="2880"/>
          </w:tcPr>
          <w:p/>
        </w:tc>
      </w:tr>
      <w:tr>
        <w:tc>
          <w:tcPr>
            <w:tcW w:type="dxa" w:w="2880"/>
          </w:tcPr>
          <w:p>
            <w:r>
              <w:t>6</w:t>
            </w:r>
          </w:p>
        </w:tc>
        <w:tc>
          <w:tcPr>
            <w:tcW w:type="dxa" w:w="2880"/>
          </w:tcPr>
          <w:p>
            <w:r>
              <w:t>中国现代文学研究丛刊</w:t>
            </w:r>
          </w:p>
        </w:tc>
        <w:tc>
          <w:tcPr>
            <w:tcW w:type="dxa" w:w="2880"/>
          </w:tcPr>
          <w:p/>
        </w:tc>
      </w:tr>
      <w:tr>
        <w:tc>
          <w:tcPr>
            <w:tcW w:type="dxa" w:w="2880"/>
          </w:tcPr>
          <w:p>
            <w:r>
              <w:t>7</w:t>
            </w:r>
          </w:p>
        </w:tc>
        <w:tc>
          <w:tcPr>
            <w:tcW w:type="dxa" w:w="2880"/>
          </w:tcPr>
          <w:p>
            <w:r>
              <w:t>语言文字应用</w:t>
            </w:r>
          </w:p>
        </w:tc>
        <w:tc>
          <w:tcPr>
            <w:tcW w:type="dxa" w:w="2880"/>
          </w:tcPr>
          <w:p/>
        </w:tc>
      </w:tr>
      <w:tr>
        <w:tc>
          <w:tcPr>
            <w:tcW w:type="dxa" w:w="2880"/>
          </w:tcPr>
          <w:p>
            <w:r>
              <w:t>8</w:t>
            </w:r>
          </w:p>
        </w:tc>
        <w:tc>
          <w:tcPr>
            <w:tcW w:type="dxa" w:w="2880"/>
          </w:tcPr>
          <w:p>
            <w:r>
              <w:t>世界汉语教学</w:t>
            </w:r>
          </w:p>
        </w:tc>
        <w:tc>
          <w:tcPr>
            <w:tcW w:type="dxa" w:w="2880"/>
          </w:tcPr>
          <w:p/>
        </w:tc>
      </w:tr>
      <w:tr>
        <w:tc>
          <w:tcPr>
            <w:tcW w:type="dxa" w:w="2880"/>
          </w:tcPr>
          <w:p>
            <w:r>
              <w:t>二类（13种）</w:t>
            </w:r>
          </w:p>
        </w:tc>
        <w:tc>
          <w:tcPr>
            <w:tcW w:type="dxa" w:w="2880"/>
          </w:tcPr>
          <w:p>
            <w:r>
              <w:t>1</w:t>
            </w:r>
          </w:p>
        </w:tc>
        <w:tc>
          <w:tcPr>
            <w:tcW w:type="dxa" w:w="2880"/>
          </w:tcPr>
          <w:p>
            <w:r>
              <w:t>文艺理论与批评</w:t>
            </w:r>
          </w:p>
        </w:tc>
      </w:tr>
      <w:tr>
        <w:tc>
          <w:tcPr>
            <w:tcW w:type="dxa" w:w="2880"/>
          </w:tcPr>
          <w:p>
            <w:r>
              <w:t>2</w:t>
            </w:r>
          </w:p>
        </w:tc>
        <w:tc>
          <w:tcPr>
            <w:tcW w:type="dxa" w:w="2880"/>
          </w:tcPr>
          <w:p>
            <w:r>
              <w:t>当代作家评论</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3</w:t>
            </w:r>
          </w:p>
        </w:tc>
        <w:tc>
          <w:tcPr>
            <w:tcW w:type="dxa" w:w="2880"/>
          </w:tcPr>
          <w:p>
            <w:r>
              <w:t>中国文学研究</w:t>
            </w:r>
          </w:p>
        </w:tc>
      </w:tr>
      <w:tr>
        <w:tc>
          <w:tcPr>
            <w:tcW w:type="dxa" w:w="2880"/>
          </w:tcPr>
          <w:p>
            <w:r>
              <w:t>4</w:t>
            </w:r>
          </w:p>
        </w:tc>
        <w:tc>
          <w:tcPr>
            <w:tcW w:type="dxa" w:w="2880"/>
          </w:tcPr>
          <w:p>
            <w:r>
              <w:t>明清小说研究</w:t>
            </w:r>
          </w:p>
        </w:tc>
        <w:tc>
          <w:tcPr>
            <w:tcW w:type="dxa" w:w="2880"/>
          </w:tcPr>
          <w:p/>
        </w:tc>
      </w:tr>
      <w:tr>
        <w:tc>
          <w:tcPr>
            <w:tcW w:type="dxa" w:w="2880"/>
          </w:tcPr>
          <w:p>
            <w:r>
              <w:t>5</w:t>
            </w:r>
          </w:p>
        </w:tc>
        <w:tc>
          <w:tcPr>
            <w:tcW w:type="dxa" w:w="2880"/>
          </w:tcPr>
          <w:p>
            <w:r>
              <w:t>民族文学研究</w:t>
            </w:r>
          </w:p>
        </w:tc>
        <w:tc>
          <w:tcPr>
            <w:tcW w:type="dxa" w:w="2880"/>
          </w:tcPr>
          <w:p/>
        </w:tc>
      </w:tr>
      <w:tr>
        <w:tc>
          <w:tcPr>
            <w:tcW w:type="dxa" w:w="2880"/>
          </w:tcPr>
          <w:p>
            <w:r>
              <w:t>6</w:t>
            </w:r>
          </w:p>
        </w:tc>
        <w:tc>
          <w:tcPr>
            <w:tcW w:type="dxa" w:w="2880"/>
          </w:tcPr>
          <w:p>
            <w:r>
              <w:t>文艺争鸣</w:t>
            </w:r>
          </w:p>
        </w:tc>
        <w:tc>
          <w:tcPr>
            <w:tcW w:type="dxa" w:w="2880"/>
          </w:tcPr>
          <w:p/>
        </w:tc>
      </w:tr>
      <w:tr>
        <w:tc>
          <w:tcPr>
            <w:tcW w:type="dxa" w:w="2880"/>
          </w:tcPr>
          <w:p>
            <w:r>
              <w:t>7</w:t>
            </w:r>
          </w:p>
        </w:tc>
        <w:tc>
          <w:tcPr>
            <w:tcW w:type="dxa" w:w="2880"/>
          </w:tcPr>
          <w:p>
            <w:r>
              <w:t>语言教学与研究</w:t>
            </w:r>
          </w:p>
        </w:tc>
        <w:tc>
          <w:tcPr>
            <w:tcW w:type="dxa" w:w="2880"/>
          </w:tcPr>
          <w:p/>
        </w:tc>
      </w:tr>
      <w:tr>
        <w:tc>
          <w:tcPr>
            <w:tcW w:type="dxa" w:w="2880"/>
          </w:tcPr>
          <w:p>
            <w:r>
              <w:t>8</w:t>
            </w:r>
          </w:p>
        </w:tc>
        <w:tc>
          <w:tcPr>
            <w:tcW w:type="dxa" w:w="2880"/>
          </w:tcPr>
          <w:p>
            <w:r>
              <w:t>当代修辞学</w:t>
            </w:r>
          </w:p>
        </w:tc>
        <w:tc>
          <w:tcPr>
            <w:tcW w:type="dxa" w:w="2880"/>
          </w:tcPr>
          <w:p/>
        </w:tc>
      </w:tr>
      <w:tr>
        <w:tc>
          <w:tcPr>
            <w:tcW w:type="dxa" w:w="2880"/>
          </w:tcPr>
          <w:p>
            <w:r>
              <w:t>9</w:t>
            </w:r>
          </w:p>
        </w:tc>
        <w:tc>
          <w:tcPr>
            <w:tcW w:type="dxa" w:w="2880"/>
          </w:tcPr>
          <w:p>
            <w:r>
              <w:t>语文研究</w:t>
            </w:r>
          </w:p>
        </w:tc>
        <w:tc>
          <w:tcPr>
            <w:tcW w:type="dxa" w:w="2880"/>
          </w:tcPr>
          <w:p/>
        </w:tc>
      </w:tr>
      <w:tr>
        <w:tc>
          <w:tcPr>
            <w:tcW w:type="dxa" w:w="2880"/>
          </w:tcPr>
          <w:p>
            <w:r>
              <w:t>10</w:t>
            </w:r>
          </w:p>
        </w:tc>
        <w:tc>
          <w:tcPr>
            <w:tcW w:type="dxa" w:w="2880"/>
          </w:tcPr>
          <w:p>
            <w:r>
              <w:t>方言</w:t>
            </w:r>
          </w:p>
        </w:tc>
        <w:tc>
          <w:tcPr>
            <w:tcW w:type="dxa" w:w="2880"/>
          </w:tcPr>
          <w:p/>
        </w:tc>
      </w:tr>
      <w:tr>
        <w:tc>
          <w:tcPr>
            <w:tcW w:type="dxa" w:w="2880"/>
          </w:tcPr>
          <w:p>
            <w:r>
              <w:t>11</w:t>
            </w:r>
          </w:p>
        </w:tc>
        <w:tc>
          <w:tcPr>
            <w:tcW w:type="dxa" w:w="2880"/>
          </w:tcPr>
          <w:p>
            <w:r>
              <w:t>语言科学</w:t>
            </w:r>
          </w:p>
        </w:tc>
        <w:tc>
          <w:tcPr>
            <w:tcW w:type="dxa" w:w="2880"/>
          </w:tcPr>
          <w:p/>
        </w:tc>
      </w:tr>
      <w:tr>
        <w:tc>
          <w:tcPr>
            <w:tcW w:type="dxa" w:w="2880"/>
          </w:tcPr>
          <w:p>
            <w:r>
              <w:t>12</w:t>
            </w:r>
          </w:p>
        </w:tc>
        <w:tc>
          <w:tcPr>
            <w:tcW w:type="dxa" w:w="2880"/>
          </w:tcPr>
          <w:p>
            <w:r>
              <w:t>当代语言学</w:t>
            </w:r>
          </w:p>
        </w:tc>
        <w:tc>
          <w:tcPr>
            <w:tcW w:type="dxa" w:w="2880"/>
          </w:tcPr>
          <w:p/>
        </w:tc>
      </w:tr>
      <w:tr>
        <w:tc>
          <w:tcPr>
            <w:tcW w:type="dxa" w:w="2880"/>
          </w:tcPr>
          <w:p>
            <w:r>
              <w:t>13</w:t>
            </w:r>
          </w:p>
        </w:tc>
        <w:tc>
          <w:tcPr>
            <w:tcW w:type="dxa" w:w="2880"/>
          </w:tcPr>
          <w:p>
            <w:r>
              <w:t>民族语文</w:t>
            </w:r>
          </w:p>
        </w:tc>
        <w:tc>
          <w:tcPr>
            <w:tcW w:type="dxa" w:w="2880"/>
          </w:tcPr>
          <w:p/>
        </w:tc>
      </w:tr>
      <w:tr>
        <w:tc>
          <w:tcPr>
            <w:tcW w:type="dxa" w:w="2880"/>
          </w:tcPr>
          <w:p>
            <w:r>
              <w:t>三类（12种）</w:t>
            </w:r>
          </w:p>
        </w:tc>
        <w:tc>
          <w:tcPr>
            <w:tcW w:type="dxa" w:w="2880"/>
          </w:tcPr>
          <w:p>
            <w:r>
              <w:t>1</w:t>
            </w:r>
          </w:p>
        </w:tc>
        <w:tc>
          <w:tcPr>
            <w:tcW w:type="dxa" w:w="2880"/>
          </w:tcPr>
          <w:p>
            <w:r>
              <w:t>红楼梦学刊</w:t>
            </w:r>
          </w:p>
        </w:tc>
      </w:tr>
      <w:tr>
        <w:tc>
          <w:tcPr>
            <w:tcW w:type="dxa" w:w="2880"/>
          </w:tcPr>
          <w:p>
            <w:r>
              <w:t>2</w:t>
            </w:r>
          </w:p>
        </w:tc>
        <w:tc>
          <w:tcPr>
            <w:tcW w:type="dxa" w:w="2880"/>
          </w:tcPr>
          <w:p>
            <w:r>
              <w:t>南方文坛</w:t>
            </w:r>
          </w:p>
        </w:tc>
        <w:tc>
          <w:tcPr>
            <w:tcW w:type="dxa" w:w="2880"/>
          </w:tcPr>
          <w:p/>
        </w:tc>
      </w:tr>
      <w:tr>
        <w:tc>
          <w:tcPr>
            <w:tcW w:type="dxa" w:w="2880"/>
          </w:tcPr>
          <w:p>
            <w:r>
              <w:t>3</w:t>
            </w:r>
          </w:p>
        </w:tc>
        <w:tc>
          <w:tcPr>
            <w:tcW w:type="dxa" w:w="2880"/>
          </w:tcPr>
          <w:p>
            <w:r>
              <w:t>小说评论</w:t>
            </w:r>
          </w:p>
        </w:tc>
        <w:tc>
          <w:tcPr>
            <w:tcW w:type="dxa" w:w="2880"/>
          </w:tcPr>
          <w:p/>
        </w:tc>
      </w:tr>
      <w:tr>
        <w:tc>
          <w:tcPr>
            <w:tcW w:type="dxa" w:w="2880"/>
          </w:tcPr>
          <w:p>
            <w:r>
              <w:t>4</w:t>
            </w:r>
          </w:p>
        </w:tc>
        <w:tc>
          <w:tcPr>
            <w:tcW w:type="dxa" w:w="2880"/>
          </w:tcPr>
          <w:p>
            <w:r>
              <w:t>扬子江文学评论</w:t>
            </w:r>
          </w:p>
        </w:tc>
        <w:tc>
          <w:tcPr>
            <w:tcW w:type="dxa" w:w="2880"/>
          </w:tcPr>
          <w:p/>
        </w:tc>
      </w:tr>
      <w:tr>
        <w:tc>
          <w:tcPr>
            <w:tcW w:type="dxa" w:w="2880"/>
          </w:tcPr>
          <w:p>
            <w:r>
              <w:t>5</w:t>
            </w:r>
          </w:p>
        </w:tc>
        <w:tc>
          <w:tcPr>
            <w:tcW w:type="dxa" w:w="2880"/>
          </w:tcPr>
          <w:p>
            <w:r>
              <w:t>新文学史料</w:t>
            </w:r>
          </w:p>
        </w:tc>
        <w:tc>
          <w:tcPr>
            <w:tcW w:type="dxa" w:w="2880"/>
          </w:tcPr>
          <w:p/>
        </w:tc>
      </w:tr>
      <w:tr>
        <w:tc>
          <w:tcPr>
            <w:tcW w:type="dxa" w:w="2880"/>
          </w:tcPr>
          <w:p>
            <w:r>
              <w:t>6</w:t>
            </w:r>
          </w:p>
        </w:tc>
        <w:tc>
          <w:tcPr>
            <w:tcW w:type="dxa" w:w="2880"/>
          </w:tcPr>
          <w:p>
            <w:r>
              <w:t>汉语学报</w:t>
            </w:r>
          </w:p>
        </w:tc>
        <w:tc>
          <w:tcPr>
            <w:tcW w:type="dxa" w:w="2880"/>
          </w:tcPr>
          <w:p/>
        </w:tc>
      </w:tr>
      <w:tr>
        <w:tc>
          <w:tcPr>
            <w:tcW w:type="dxa" w:w="2880"/>
          </w:tcPr>
          <w:p>
            <w:r>
              <w:t>7</w:t>
            </w:r>
          </w:p>
        </w:tc>
        <w:tc>
          <w:tcPr>
            <w:tcW w:type="dxa" w:w="2880"/>
          </w:tcPr>
          <w:p>
            <w:r>
              <w:t>古汉语研究</w:t>
            </w:r>
          </w:p>
        </w:tc>
        <w:tc>
          <w:tcPr>
            <w:tcW w:type="dxa" w:w="2880"/>
          </w:tcPr>
          <w:p/>
        </w:tc>
      </w:tr>
      <w:tr>
        <w:tc>
          <w:tcPr>
            <w:tcW w:type="dxa" w:w="2880"/>
          </w:tcPr>
          <w:p>
            <w:r>
              <w:t>8</w:t>
            </w:r>
          </w:p>
        </w:tc>
        <w:tc>
          <w:tcPr>
            <w:tcW w:type="dxa" w:w="2880"/>
          </w:tcPr>
          <w:p>
            <w:r>
              <w:t>当代文坛</w:t>
            </w:r>
          </w:p>
        </w:tc>
        <w:tc>
          <w:tcPr>
            <w:tcW w:type="dxa" w:w="2880"/>
          </w:tcPr>
          <w:p/>
        </w:tc>
      </w:tr>
      <w:tr>
        <w:tc>
          <w:tcPr>
            <w:tcW w:type="dxa" w:w="2880"/>
          </w:tcPr>
          <w:p>
            <w:r>
              <w:t>9</w:t>
            </w:r>
          </w:p>
        </w:tc>
        <w:tc>
          <w:tcPr>
            <w:tcW w:type="dxa" w:w="2880"/>
          </w:tcPr>
          <w:p>
            <w:r>
              <w:t>现代中文学刊</w:t>
            </w:r>
          </w:p>
        </w:tc>
        <w:tc>
          <w:tcPr>
            <w:tcW w:type="dxa" w:w="2880"/>
          </w:tcPr>
          <w:p/>
        </w:tc>
      </w:tr>
      <w:tr>
        <w:tc>
          <w:tcPr>
            <w:tcW w:type="dxa" w:w="2880"/>
          </w:tcPr>
          <w:p>
            <w:r>
              <w:t>10</w:t>
            </w:r>
          </w:p>
        </w:tc>
        <w:tc>
          <w:tcPr>
            <w:tcW w:type="dxa" w:w="2880"/>
          </w:tcPr>
          <w:p>
            <w:r>
              <w:t>汉语学习</w:t>
            </w:r>
          </w:p>
        </w:tc>
        <w:tc>
          <w:tcPr>
            <w:tcW w:type="dxa" w:w="2880"/>
          </w:tcPr>
          <w:p/>
        </w:tc>
      </w:tr>
      <w:tr>
        <w:tc>
          <w:tcPr>
            <w:tcW w:type="dxa" w:w="2880"/>
          </w:tcPr>
          <w:p>
            <w:r>
              <w:t>11</w:t>
            </w:r>
          </w:p>
        </w:tc>
        <w:tc>
          <w:tcPr>
            <w:tcW w:type="dxa" w:w="2880"/>
          </w:tcPr>
          <w:p>
            <w:r>
              <w:t>鲁迅研究月刊</w:t>
            </w:r>
          </w:p>
        </w:tc>
        <w:tc>
          <w:tcPr>
            <w:tcW w:type="dxa" w:w="2880"/>
          </w:tcPr>
          <w:p/>
        </w:tc>
      </w:tr>
      <w:tr>
        <w:tc>
          <w:tcPr>
            <w:tcW w:type="dxa" w:w="2880"/>
          </w:tcPr>
          <w:p>
            <w:r>
              <w:t>12</w:t>
            </w:r>
          </w:p>
        </w:tc>
        <w:tc>
          <w:tcPr>
            <w:tcW w:type="dxa" w:w="2880"/>
          </w:tcPr>
          <w:p>
            <w:r>
              <w:t>中国文学批评</w:t>
            </w:r>
          </w:p>
        </w:tc>
        <w:tc>
          <w:tcPr>
            <w:tcW w:type="dxa" w:w="2880"/>
          </w:tcPr>
          <w:p/>
        </w:tc>
      </w:tr>
      <w:tr>
        <w:tc>
          <w:tcPr>
            <w:tcW w:type="dxa" w:w="2880"/>
          </w:tcPr>
          <w:p>
            <w:r>
              <w:t>艺术学（37种）</w:t>
            </w:r>
          </w:p>
        </w:tc>
        <w:tc>
          <w:tcPr>
            <w:tcW w:type="dxa" w:w="2880"/>
          </w:tcPr>
          <w:p/>
        </w:tc>
        <w:tc>
          <w:tcPr>
            <w:tcW w:type="dxa" w:w="2880"/>
          </w:tcPr>
          <w:p/>
        </w:tc>
      </w:tr>
      <w:tr>
        <w:tc>
          <w:tcPr>
            <w:tcW w:type="dxa" w:w="2880"/>
          </w:tcPr>
          <w:p>
            <w:r>
              <w:t>一类（5种）</w:t>
            </w:r>
          </w:p>
        </w:tc>
        <w:tc>
          <w:tcPr>
            <w:tcW w:type="dxa" w:w="2880"/>
          </w:tcPr>
          <w:p>
            <w:r>
              <w:t>1</w:t>
            </w:r>
          </w:p>
        </w:tc>
        <w:tc>
          <w:tcPr>
            <w:tcW w:type="dxa" w:w="2880"/>
          </w:tcPr>
          <w:p>
            <w:r>
              <w:t>文艺研究*</w:t>
            </w:r>
          </w:p>
        </w:tc>
      </w:tr>
      <w:tr>
        <w:tc>
          <w:tcPr>
            <w:tcW w:type="dxa" w:w="2880"/>
          </w:tcPr>
          <w:p>
            <w:r>
              <w:t>2</w:t>
            </w:r>
          </w:p>
        </w:tc>
        <w:tc>
          <w:tcPr>
            <w:tcW w:type="dxa" w:w="2880"/>
          </w:tcPr>
          <w:p>
            <w:r>
              <w:t>美术研究</w:t>
            </w:r>
          </w:p>
        </w:tc>
        <w:tc>
          <w:tcPr>
            <w:tcW w:type="dxa" w:w="2880"/>
          </w:tcPr>
          <w:p/>
        </w:tc>
      </w:tr>
      <w:tr>
        <w:tc>
          <w:tcPr>
            <w:tcW w:type="dxa" w:w="2880"/>
          </w:tcPr>
          <w:p>
            <w:r>
              <w:t>3</w:t>
            </w:r>
          </w:p>
        </w:tc>
        <w:tc>
          <w:tcPr>
            <w:tcW w:type="dxa" w:w="2880"/>
          </w:tcPr>
          <w:p>
            <w:r>
              <w:t>美术与设计</w:t>
            </w:r>
          </w:p>
        </w:tc>
        <w:tc>
          <w:tcPr>
            <w:tcW w:type="dxa" w:w="2880"/>
          </w:tcPr>
          <w:p/>
        </w:tc>
      </w:tr>
      <w:tr>
        <w:tc>
          <w:tcPr>
            <w:tcW w:type="dxa" w:w="2880"/>
          </w:tcPr>
          <w:p>
            <w:r>
              <w:t>4</w:t>
            </w:r>
          </w:p>
        </w:tc>
        <w:tc>
          <w:tcPr>
            <w:tcW w:type="dxa" w:w="2880"/>
          </w:tcPr>
          <w:p>
            <w:r>
              <w:t>电影艺术</w:t>
            </w:r>
          </w:p>
        </w:tc>
        <w:tc>
          <w:tcPr>
            <w:tcW w:type="dxa" w:w="2880"/>
          </w:tcPr>
          <w:p/>
        </w:tc>
      </w:tr>
      <w:tr>
        <w:tc>
          <w:tcPr>
            <w:tcW w:type="dxa" w:w="2880"/>
          </w:tcPr>
          <w:p>
            <w:r>
              <w:t>5</w:t>
            </w:r>
          </w:p>
        </w:tc>
        <w:tc>
          <w:tcPr>
            <w:tcW w:type="dxa" w:w="2880"/>
          </w:tcPr>
          <w:p>
            <w:r>
              <w:t>音乐研究</w:t>
            </w:r>
          </w:p>
        </w:tc>
        <w:tc>
          <w:tcPr>
            <w:tcW w:type="dxa" w:w="2880"/>
          </w:tcPr>
          <w:p/>
        </w:tc>
      </w:tr>
      <w:tr>
        <w:tc>
          <w:tcPr>
            <w:tcW w:type="dxa" w:w="2880"/>
          </w:tcPr>
          <w:p>
            <w:r>
              <w:t>二类（9种）</w:t>
            </w:r>
          </w:p>
        </w:tc>
        <w:tc>
          <w:tcPr>
            <w:tcW w:type="dxa" w:w="2880"/>
          </w:tcPr>
          <w:p>
            <w:r>
              <w:t>1</w:t>
            </w:r>
          </w:p>
        </w:tc>
        <w:tc>
          <w:tcPr>
            <w:tcW w:type="dxa" w:w="2880"/>
          </w:tcPr>
          <w:p>
            <w:r>
              <w:t>民族艺术</w:t>
            </w:r>
          </w:p>
        </w:tc>
      </w:tr>
      <w:tr>
        <w:tc>
          <w:tcPr>
            <w:tcW w:type="dxa" w:w="2880"/>
          </w:tcPr>
          <w:p>
            <w:r>
              <w:t>2</w:t>
            </w:r>
          </w:p>
        </w:tc>
        <w:tc>
          <w:tcPr>
            <w:tcW w:type="dxa" w:w="2880"/>
          </w:tcPr>
          <w:p>
            <w:r>
              <w:t>当代电影</w:t>
            </w:r>
          </w:p>
        </w:tc>
        <w:tc>
          <w:tcPr>
            <w:tcW w:type="dxa" w:w="2880"/>
          </w:tcPr>
          <w:p/>
        </w:tc>
      </w:tr>
      <w:tr>
        <w:tc>
          <w:tcPr>
            <w:tcW w:type="dxa" w:w="2880"/>
          </w:tcPr>
          <w:p>
            <w:r>
              <w:t>3</w:t>
            </w:r>
          </w:p>
        </w:tc>
        <w:tc>
          <w:tcPr>
            <w:tcW w:type="dxa" w:w="2880"/>
          </w:tcPr>
          <w:p>
            <w:r>
              <w:t>中国书法</w:t>
            </w:r>
          </w:p>
        </w:tc>
        <w:tc>
          <w:tcPr>
            <w:tcW w:type="dxa" w:w="2880"/>
          </w:tcPr>
          <w:p/>
        </w:tc>
      </w:tr>
      <w:tr>
        <w:tc>
          <w:tcPr>
            <w:tcW w:type="dxa" w:w="2880"/>
          </w:tcPr>
          <w:p>
            <w:r>
              <w:t>4</w:t>
            </w:r>
          </w:p>
        </w:tc>
        <w:tc>
          <w:tcPr>
            <w:tcW w:type="dxa" w:w="2880"/>
          </w:tcPr>
          <w:p>
            <w:r>
              <w:t>美术</w:t>
            </w:r>
          </w:p>
        </w:tc>
        <w:tc>
          <w:tcPr>
            <w:tcW w:type="dxa" w:w="2880"/>
          </w:tcPr>
          <w:p/>
        </w:tc>
      </w:tr>
      <w:tr>
        <w:tc>
          <w:tcPr>
            <w:tcW w:type="dxa" w:w="2880"/>
          </w:tcPr>
          <w:p>
            <w:r>
              <w:t>5</w:t>
            </w:r>
          </w:p>
        </w:tc>
        <w:tc>
          <w:tcPr>
            <w:tcW w:type="dxa" w:w="2880"/>
          </w:tcPr>
          <w:p>
            <w:r>
              <w:t>艺术设计研究</w:t>
            </w:r>
          </w:p>
        </w:tc>
        <w:tc>
          <w:tcPr>
            <w:tcW w:type="dxa" w:w="2880"/>
          </w:tcPr>
          <w:p/>
        </w:tc>
      </w:tr>
      <w:tr>
        <w:tc>
          <w:tcPr>
            <w:tcW w:type="dxa" w:w="2880"/>
          </w:tcPr>
          <w:p>
            <w:r>
              <w:t>6</w:t>
            </w:r>
          </w:p>
        </w:tc>
        <w:tc>
          <w:tcPr>
            <w:tcW w:type="dxa" w:w="2880"/>
          </w:tcPr>
          <w:p>
            <w:r>
              <w:t>北京电影学院学报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7</w:t>
            </w:r>
          </w:p>
        </w:tc>
        <w:tc>
          <w:tcPr>
            <w:tcW w:type="dxa" w:w="2880"/>
          </w:tcPr>
          <w:p>
            <w:r>
              <w:t>中国音乐学</w:t>
            </w:r>
          </w:p>
        </w:tc>
      </w:tr>
      <w:tr>
        <w:tc>
          <w:tcPr>
            <w:tcW w:type="dxa" w:w="2880"/>
          </w:tcPr>
          <w:p>
            <w:r>
              <w:t>8</w:t>
            </w:r>
          </w:p>
        </w:tc>
        <w:tc>
          <w:tcPr>
            <w:tcW w:type="dxa" w:w="2880"/>
          </w:tcPr>
          <w:p>
            <w:r>
              <w:t>中央音乐学院学报</w:t>
            </w:r>
          </w:p>
        </w:tc>
        <w:tc>
          <w:tcPr>
            <w:tcW w:type="dxa" w:w="2880"/>
          </w:tcPr>
          <w:p/>
        </w:tc>
      </w:tr>
      <w:tr>
        <w:tc>
          <w:tcPr>
            <w:tcW w:type="dxa" w:w="2880"/>
          </w:tcPr>
          <w:p>
            <w:r>
              <w:t>9</w:t>
            </w:r>
          </w:p>
        </w:tc>
        <w:tc>
          <w:tcPr>
            <w:tcW w:type="dxa" w:w="2880"/>
          </w:tcPr>
          <w:p>
            <w:r>
              <w:t>中国音乐</w:t>
            </w:r>
          </w:p>
        </w:tc>
        <w:tc>
          <w:tcPr>
            <w:tcW w:type="dxa" w:w="2880"/>
          </w:tcPr>
          <w:p/>
        </w:tc>
      </w:tr>
      <w:tr>
        <w:tc>
          <w:tcPr>
            <w:tcW w:type="dxa" w:w="2880"/>
          </w:tcPr>
          <w:p>
            <w:r>
              <w:t>三类（23种）</w:t>
            </w:r>
          </w:p>
        </w:tc>
        <w:tc>
          <w:tcPr>
            <w:tcW w:type="dxa" w:w="2880"/>
          </w:tcPr>
          <w:p>
            <w:r>
              <w:t>1</w:t>
            </w:r>
          </w:p>
        </w:tc>
        <w:tc>
          <w:tcPr>
            <w:tcW w:type="dxa" w:w="2880"/>
          </w:tcPr>
          <w:p>
            <w:r>
              <w:t>音乐艺术（上海音乐学院学报）</w:t>
            </w:r>
          </w:p>
        </w:tc>
      </w:tr>
      <w:tr>
        <w:tc>
          <w:tcPr>
            <w:tcW w:type="dxa" w:w="2880"/>
          </w:tcPr>
          <w:p>
            <w:r>
              <w:t>2</w:t>
            </w:r>
          </w:p>
        </w:tc>
        <w:tc>
          <w:tcPr>
            <w:tcW w:type="dxa" w:w="2880"/>
          </w:tcPr>
          <w:p>
            <w:r>
              <w:t>中国电视</w:t>
            </w:r>
          </w:p>
        </w:tc>
        <w:tc>
          <w:tcPr>
            <w:tcW w:type="dxa" w:w="2880"/>
          </w:tcPr>
          <w:p/>
        </w:tc>
      </w:tr>
      <w:tr>
        <w:tc>
          <w:tcPr>
            <w:tcW w:type="dxa" w:w="2880"/>
          </w:tcPr>
          <w:p>
            <w:r>
              <w:t>3</w:t>
            </w:r>
          </w:p>
        </w:tc>
        <w:tc>
          <w:tcPr>
            <w:tcW w:type="dxa" w:w="2880"/>
          </w:tcPr>
          <w:p>
            <w:r>
              <w:t>艺术百家</w:t>
            </w:r>
          </w:p>
        </w:tc>
        <w:tc>
          <w:tcPr>
            <w:tcW w:type="dxa" w:w="2880"/>
          </w:tcPr>
          <w:p/>
        </w:tc>
      </w:tr>
      <w:tr>
        <w:tc>
          <w:tcPr>
            <w:tcW w:type="dxa" w:w="2880"/>
          </w:tcPr>
          <w:p>
            <w:r>
              <w:t>4</w:t>
            </w:r>
          </w:p>
        </w:tc>
        <w:tc>
          <w:tcPr>
            <w:tcW w:type="dxa" w:w="2880"/>
          </w:tcPr>
          <w:p>
            <w:r>
              <w:t>新美术</w:t>
            </w:r>
          </w:p>
        </w:tc>
        <w:tc>
          <w:tcPr>
            <w:tcW w:type="dxa" w:w="2880"/>
          </w:tcPr>
          <w:p/>
        </w:tc>
      </w:tr>
      <w:tr>
        <w:tc>
          <w:tcPr>
            <w:tcW w:type="dxa" w:w="2880"/>
          </w:tcPr>
          <w:p>
            <w:r>
              <w:t>5</w:t>
            </w:r>
          </w:p>
        </w:tc>
        <w:tc>
          <w:tcPr>
            <w:tcW w:type="dxa" w:w="2880"/>
          </w:tcPr>
          <w:p>
            <w:r>
              <w:t>世界电影</w:t>
            </w:r>
          </w:p>
        </w:tc>
        <w:tc>
          <w:tcPr>
            <w:tcW w:type="dxa" w:w="2880"/>
          </w:tcPr>
          <w:p/>
        </w:tc>
      </w:tr>
      <w:tr>
        <w:tc>
          <w:tcPr>
            <w:tcW w:type="dxa" w:w="2880"/>
          </w:tcPr>
          <w:p>
            <w:r>
              <w:t>6</w:t>
            </w:r>
          </w:p>
        </w:tc>
        <w:tc>
          <w:tcPr>
            <w:tcW w:type="dxa" w:w="2880"/>
          </w:tcPr>
          <w:p>
            <w:r>
              <w:t>戏剧艺术（上海戏剧学院学报）</w:t>
            </w:r>
          </w:p>
        </w:tc>
        <w:tc>
          <w:tcPr>
            <w:tcW w:type="dxa" w:w="2880"/>
          </w:tcPr>
          <w:p/>
        </w:tc>
      </w:tr>
      <w:tr>
        <w:tc>
          <w:tcPr>
            <w:tcW w:type="dxa" w:w="2880"/>
          </w:tcPr>
          <w:p>
            <w:r>
              <w:t>7</w:t>
            </w:r>
          </w:p>
        </w:tc>
        <w:tc>
          <w:tcPr>
            <w:tcW w:type="dxa" w:w="2880"/>
          </w:tcPr>
          <w:p>
            <w:r>
              <w:t>戏曲艺术</w:t>
            </w:r>
          </w:p>
        </w:tc>
        <w:tc>
          <w:tcPr>
            <w:tcW w:type="dxa" w:w="2880"/>
          </w:tcPr>
          <w:p/>
        </w:tc>
      </w:tr>
      <w:tr>
        <w:tc>
          <w:tcPr>
            <w:tcW w:type="dxa" w:w="2880"/>
          </w:tcPr>
          <w:p>
            <w:r>
              <w:t>8</w:t>
            </w:r>
          </w:p>
        </w:tc>
        <w:tc>
          <w:tcPr>
            <w:tcW w:type="dxa" w:w="2880"/>
          </w:tcPr>
          <w:p>
            <w:r>
              <w:t>北京舞蹈学院学报</w:t>
            </w:r>
          </w:p>
        </w:tc>
        <w:tc>
          <w:tcPr>
            <w:tcW w:type="dxa" w:w="2880"/>
          </w:tcPr>
          <w:p/>
        </w:tc>
      </w:tr>
      <w:tr>
        <w:tc>
          <w:tcPr>
            <w:tcW w:type="dxa" w:w="2880"/>
          </w:tcPr>
          <w:p>
            <w:r>
              <w:t>9</w:t>
            </w:r>
          </w:p>
        </w:tc>
        <w:tc>
          <w:tcPr>
            <w:tcW w:type="dxa" w:w="2880"/>
          </w:tcPr>
          <w:p>
            <w:r>
              <w:t>装饰</w:t>
            </w:r>
          </w:p>
        </w:tc>
        <w:tc>
          <w:tcPr>
            <w:tcW w:type="dxa" w:w="2880"/>
          </w:tcPr>
          <w:p/>
        </w:tc>
      </w:tr>
      <w:tr>
        <w:tc>
          <w:tcPr>
            <w:tcW w:type="dxa" w:w="2880"/>
          </w:tcPr>
          <w:p>
            <w:r>
              <w:t>10</w:t>
            </w:r>
          </w:p>
        </w:tc>
        <w:tc>
          <w:tcPr>
            <w:tcW w:type="dxa" w:w="2880"/>
          </w:tcPr>
          <w:p>
            <w:r>
              <w:t>美术观察</w:t>
            </w:r>
          </w:p>
        </w:tc>
        <w:tc>
          <w:tcPr>
            <w:tcW w:type="dxa" w:w="2880"/>
          </w:tcPr>
          <w:p/>
        </w:tc>
      </w:tr>
      <w:tr>
        <w:tc>
          <w:tcPr>
            <w:tcW w:type="dxa" w:w="2880"/>
          </w:tcPr>
          <w:p>
            <w:r>
              <w:t>11</w:t>
            </w:r>
          </w:p>
        </w:tc>
        <w:tc>
          <w:tcPr>
            <w:tcW w:type="dxa" w:w="2880"/>
          </w:tcPr>
          <w:p>
            <w:r>
              <w:t>当代电视</w:t>
            </w:r>
          </w:p>
        </w:tc>
        <w:tc>
          <w:tcPr>
            <w:tcW w:type="dxa" w:w="2880"/>
          </w:tcPr>
          <w:p/>
        </w:tc>
      </w:tr>
      <w:tr>
        <w:tc>
          <w:tcPr>
            <w:tcW w:type="dxa" w:w="2880"/>
          </w:tcPr>
          <w:p>
            <w:r>
              <w:t>12</w:t>
            </w:r>
          </w:p>
        </w:tc>
        <w:tc>
          <w:tcPr>
            <w:tcW w:type="dxa" w:w="2880"/>
          </w:tcPr>
          <w:p>
            <w:r>
              <w:t>戏剧（中央戏剧学院）</w:t>
            </w:r>
          </w:p>
        </w:tc>
        <w:tc>
          <w:tcPr>
            <w:tcW w:type="dxa" w:w="2880"/>
          </w:tcPr>
          <w:p/>
        </w:tc>
      </w:tr>
      <w:tr>
        <w:tc>
          <w:tcPr>
            <w:tcW w:type="dxa" w:w="2880"/>
          </w:tcPr>
          <w:p>
            <w:r>
              <w:t>13</w:t>
            </w:r>
          </w:p>
        </w:tc>
        <w:tc>
          <w:tcPr>
            <w:tcW w:type="dxa" w:w="2880"/>
          </w:tcPr>
          <w:p>
            <w:r>
              <w:t>电视研究</w:t>
            </w:r>
          </w:p>
        </w:tc>
        <w:tc>
          <w:tcPr>
            <w:tcW w:type="dxa" w:w="2880"/>
          </w:tcPr>
          <w:p/>
        </w:tc>
      </w:tr>
      <w:tr>
        <w:tc>
          <w:tcPr>
            <w:tcW w:type="dxa" w:w="2880"/>
          </w:tcPr>
          <w:p>
            <w:r>
              <w:t>14</w:t>
            </w:r>
          </w:p>
        </w:tc>
        <w:tc>
          <w:tcPr>
            <w:tcW w:type="dxa" w:w="2880"/>
          </w:tcPr>
          <w:p>
            <w:r>
              <w:t>星海音乐学院学报</w:t>
            </w:r>
          </w:p>
        </w:tc>
        <w:tc>
          <w:tcPr>
            <w:tcW w:type="dxa" w:w="2880"/>
          </w:tcPr>
          <w:p/>
        </w:tc>
      </w:tr>
      <w:tr>
        <w:tc>
          <w:tcPr>
            <w:tcW w:type="dxa" w:w="2880"/>
          </w:tcPr>
          <w:p>
            <w:r>
              <w:t>15</w:t>
            </w:r>
          </w:p>
        </w:tc>
        <w:tc>
          <w:tcPr>
            <w:tcW w:type="dxa" w:w="2880"/>
          </w:tcPr>
          <w:p>
            <w:r>
              <w:t>民族艺术研究</w:t>
            </w:r>
          </w:p>
        </w:tc>
        <w:tc>
          <w:tcPr>
            <w:tcW w:type="dxa" w:w="2880"/>
          </w:tcPr>
          <w:p/>
        </w:tc>
      </w:tr>
      <w:tr>
        <w:tc>
          <w:tcPr>
            <w:tcW w:type="dxa" w:w="2880"/>
          </w:tcPr>
          <w:p>
            <w:r>
              <w:t>16</w:t>
            </w:r>
          </w:p>
        </w:tc>
        <w:tc>
          <w:tcPr>
            <w:tcW w:type="dxa" w:w="2880"/>
          </w:tcPr>
          <w:p>
            <w:r>
              <w:t>中国文艺评论</w:t>
            </w:r>
          </w:p>
        </w:tc>
        <w:tc>
          <w:tcPr>
            <w:tcW w:type="dxa" w:w="2880"/>
          </w:tcPr>
          <w:p/>
        </w:tc>
      </w:tr>
      <w:tr>
        <w:tc>
          <w:tcPr>
            <w:tcW w:type="dxa" w:w="2880"/>
          </w:tcPr>
          <w:p>
            <w:r>
              <w:t>17</w:t>
            </w:r>
          </w:p>
        </w:tc>
        <w:tc>
          <w:tcPr>
            <w:tcW w:type="dxa" w:w="2880"/>
          </w:tcPr>
          <w:p>
            <w:r>
              <w:t>建筑遗产</w:t>
            </w:r>
          </w:p>
        </w:tc>
        <w:tc>
          <w:tcPr>
            <w:tcW w:type="dxa" w:w="2880"/>
          </w:tcPr>
          <w:p/>
        </w:tc>
      </w:tr>
      <w:tr>
        <w:tc>
          <w:tcPr>
            <w:tcW w:type="dxa" w:w="2880"/>
          </w:tcPr>
          <w:p>
            <w:r>
              <w:t>18</w:t>
            </w:r>
          </w:p>
        </w:tc>
        <w:tc>
          <w:tcPr>
            <w:tcW w:type="dxa" w:w="2880"/>
          </w:tcPr>
          <w:p>
            <w:r>
              <w:t>人民音乐</w:t>
            </w:r>
          </w:p>
        </w:tc>
        <w:tc>
          <w:tcPr>
            <w:tcW w:type="dxa" w:w="2880"/>
          </w:tcPr>
          <w:p/>
        </w:tc>
      </w:tr>
      <w:tr>
        <w:tc>
          <w:tcPr>
            <w:tcW w:type="dxa" w:w="2880"/>
          </w:tcPr>
          <w:p>
            <w:r>
              <w:t>19</w:t>
            </w:r>
          </w:p>
        </w:tc>
        <w:tc>
          <w:tcPr>
            <w:tcW w:type="dxa" w:w="2880"/>
          </w:tcPr>
          <w:p>
            <w:r>
              <w:t>书法研究</w:t>
            </w:r>
          </w:p>
        </w:tc>
        <w:tc>
          <w:tcPr>
            <w:tcW w:type="dxa" w:w="2880"/>
          </w:tcPr>
          <w:p/>
        </w:tc>
      </w:tr>
      <w:tr>
        <w:tc>
          <w:tcPr>
            <w:tcW w:type="dxa" w:w="2880"/>
          </w:tcPr>
          <w:p>
            <w:r>
              <w:t>20</w:t>
            </w:r>
          </w:p>
        </w:tc>
        <w:tc>
          <w:tcPr>
            <w:tcW w:type="dxa" w:w="2880"/>
          </w:tcPr>
          <w:p>
            <w:r>
              <w:t>艺术传播研究</w:t>
            </w:r>
          </w:p>
        </w:tc>
        <w:tc>
          <w:tcPr>
            <w:tcW w:type="dxa" w:w="2880"/>
          </w:tcPr>
          <w:p/>
        </w:tc>
      </w:tr>
      <w:tr>
        <w:tc>
          <w:tcPr>
            <w:tcW w:type="dxa" w:w="2880"/>
          </w:tcPr>
          <w:p>
            <w:r>
              <w:t>21</w:t>
            </w:r>
          </w:p>
        </w:tc>
        <w:tc>
          <w:tcPr>
            <w:tcW w:type="dxa" w:w="2880"/>
          </w:tcPr>
          <w:p>
            <w:r>
              <w:t>艺术探索</w:t>
            </w:r>
          </w:p>
        </w:tc>
        <w:tc>
          <w:tcPr>
            <w:tcW w:type="dxa" w:w="2880"/>
          </w:tcPr>
          <w:p/>
        </w:tc>
      </w:tr>
      <w:tr>
        <w:tc>
          <w:tcPr>
            <w:tcW w:type="dxa" w:w="2880"/>
          </w:tcPr>
          <w:p>
            <w:r>
              <w:t>22</w:t>
            </w:r>
          </w:p>
        </w:tc>
        <w:tc>
          <w:tcPr>
            <w:tcW w:type="dxa" w:w="2880"/>
          </w:tcPr>
          <w:p>
            <w:r>
              <w:t>中国广播电视学刊</w:t>
            </w:r>
          </w:p>
        </w:tc>
        <w:tc>
          <w:tcPr>
            <w:tcW w:type="dxa" w:w="2880"/>
          </w:tcPr>
          <w:p/>
        </w:tc>
      </w:tr>
      <w:tr>
        <w:tc>
          <w:tcPr>
            <w:tcW w:type="dxa" w:w="2880"/>
          </w:tcPr>
          <w:p>
            <w:r>
              <w:t>23</w:t>
            </w:r>
          </w:p>
        </w:tc>
        <w:tc>
          <w:tcPr>
            <w:tcW w:type="dxa" w:w="2880"/>
          </w:tcPr>
          <w:p>
            <w:r>
              <w:t>南京艺术学院学报（音乐与表演版）</w:t>
            </w:r>
          </w:p>
        </w:tc>
        <w:tc>
          <w:tcPr>
            <w:tcW w:type="dxa" w:w="2880"/>
          </w:tcPr>
          <w:p/>
        </w:tc>
      </w:tr>
      <w:tr>
        <w:tc>
          <w:tcPr>
            <w:tcW w:type="dxa" w:w="2880"/>
          </w:tcPr>
          <w:p>
            <w:r>
              <w:t>历史学（34种）</w:t>
            </w:r>
          </w:p>
        </w:tc>
        <w:tc>
          <w:tcPr>
            <w:tcW w:type="dxa" w:w="2880"/>
          </w:tcPr>
          <w:p/>
        </w:tc>
        <w:tc>
          <w:tcPr>
            <w:tcW w:type="dxa" w:w="2880"/>
          </w:tcPr>
          <w:p/>
        </w:tc>
      </w:tr>
      <w:tr>
        <w:tc>
          <w:tcPr>
            <w:tcW w:type="dxa" w:w="2880"/>
          </w:tcPr>
          <w:p>
            <w:r>
              <w:t>一类（5种）</w:t>
            </w:r>
          </w:p>
        </w:tc>
        <w:tc>
          <w:tcPr>
            <w:tcW w:type="dxa" w:w="2880"/>
          </w:tcPr>
          <w:p>
            <w:r>
              <w:t>1</w:t>
            </w:r>
          </w:p>
        </w:tc>
        <w:tc>
          <w:tcPr>
            <w:tcW w:type="dxa" w:w="2880"/>
          </w:tcPr>
          <w:p>
            <w:r>
              <w:t>历史研究*</w:t>
            </w:r>
          </w:p>
        </w:tc>
      </w:tr>
      <w:tr>
        <w:tc>
          <w:tcPr>
            <w:tcW w:type="dxa" w:w="2880"/>
          </w:tcPr>
          <w:p>
            <w:r>
              <w:t>2</w:t>
            </w:r>
          </w:p>
        </w:tc>
        <w:tc>
          <w:tcPr>
            <w:tcW w:type="dxa" w:w="2880"/>
          </w:tcPr>
          <w:p>
            <w:r>
              <w:t>近代史研究</w:t>
            </w:r>
          </w:p>
        </w:tc>
        <w:tc>
          <w:tcPr>
            <w:tcW w:type="dxa" w:w="2880"/>
          </w:tcPr>
          <w:p/>
        </w:tc>
      </w:tr>
      <w:tr>
        <w:tc>
          <w:tcPr>
            <w:tcW w:type="dxa" w:w="2880"/>
          </w:tcPr>
          <w:p>
            <w:r>
              <w:t>3</w:t>
            </w:r>
          </w:p>
        </w:tc>
        <w:tc>
          <w:tcPr>
            <w:tcW w:type="dxa" w:w="2880"/>
          </w:tcPr>
          <w:p>
            <w:r>
              <w:t>中国史研究</w:t>
            </w:r>
          </w:p>
        </w:tc>
        <w:tc>
          <w:tcPr>
            <w:tcW w:type="dxa" w:w="2880"/>
          </w:tcPr>
          <w:p/>
        </w:tc>
      </w:tr>
      <w:tr>
        <w:tc>
          <w:tcPr>
            <w:tcW w:type="dxa" w:w="2880"/>
          </w:tcPr>
          <w:p>
            <w:r>
              <w:t>4</w:t>
            </w:r>
          </w:p>
        </w:tc>
        <w:tc>
          <w:tcPr>
            <w:tcW w:type="dxa" w:w="2880"/>
          </w:tcPr>
          <w:p>
            <w:r>
              <w:t>史学理论研究</w:t>
            </w:r>
          </w:p>
        </w:tc>
        <w:tc>
          <w:tcPr>
            <w:tcW w:type="dxa" w:w="2880"/>
          </w:tcPr>
          <w:p/>
        </w:tc>
      </w:tr>
      <w:tr>
        <w:tc>
          <w:tcPr>
            <w:tcW w:type="dxa" w:w="2880"/>
          </w:tcPr>
          <w:p>
            <w:r>
              <w:t>5</w:t>
            </w:r>
          </w:p>
        </w:tc>
        <w:tc>
          <w:tcPr>
            <w:tcW w:type="dxa" w:w="2880"/>
          </w:tcPr>
          <w:p>
            <w:r>
              <w:t>世界历史</w:t>
            </w:r>
          </w:p>
        </w:tc>
        <w:tc>
          <w:tcPr>
            <w:tcW w:type="dxa" w:w="2880"/>
          </w:tcPr>
          <w:p/>
        </w:tc>
      </w:tr>
      <w:tr>
        <w:tc>
          <w:tcPr>
            <w:tcW w:type="dxa" w:w="2880"/>
          </w:tcPr>
          <w:p>
            <w:r>
              <w:t>二类（13种）</w:t>
            </w:r>
          </w:p>
        </w:tc>
        <w:tc>
          <w:tcPr>
            <w:tcW w:type="dxa" w:w="2880"/>
          </w:tcPr>
          <w:p>
            <w:r>
              <w:t>1</w:t>
            </w:r>
          </w:p>
        </w:tc>
        <w:tc>
          <w:tcPr>
            <w:tcW w:type="dxa" w:w="2880"/>
          </w:tcPr>
          <w:p>
            <w:r>
              <w:t>中华文史论丛</w:t>
            </w:r>
          </w:p>
        </w:tc>
      </w:tr>
      <w:tr>
        <w:tc>
          <w:tcPr>
            <w:tcW w:type="dxa" w:w="2880"/>
          </w:tcPr>
          <w:p>
            <w:r>
              <w:t>2</w:t>
            </w:r>
          </w:p>
        </w:tc>
        <w:tc>
          <w:tcPr>
            <w:tcW w:type="dxa" w:w="2880"/>
          </w:tcPr>
          <w:p>
            <w:r>
              <w:t>清史研究</w:t>
            </w:r>
          </w:p>
        </w:tc>
        <w:tc>
          <w:tcPr>
            <w:tcW w:type="dxa" w:w="2880"/>
          </w:tcPr>
          <w:p/>
        </w:tc>
      </w:tr>
      <w:tr>
        <w:tc>
          <w:tcPr>
            <w:tcW w:type="dxa" w:w="2880"/>
          </w:tcPr>
          <w:p>
            <w:r>
              <w:t>3</w:t>
            </w:r>
          </w:p>
        </w:tc>
        <w:tc>
          <w:tcPr>
            <w:tcW w:type="dxa" w:w="2880"/>
          </w:tcPr>
          <w:p>
            <w:r>
              <w:t>中国边疆史地研究</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4</w:t>
            </w:r>
          </w:p>
        </w:tc>
        <w:tc>
          <w:tcPr>
            <w:tcW w:type="dxa" w:w="2880"/>
          </w:tcPr>
          <w:p>
            <w:r>
              <w:t>抗日战争研究</w:t>
            </w:r>
          </w:p>
        </w:tc>
      </w:tr>
      <w:tr>
        <w:tc>
          <w:tcPr>
            <w:tcW w:type="dxa" w:w="2880"/>
          </w:tcPr>
          <w:p>
            <w:r>
              <w:t>5</w:t>
            </w:r>
          </w:p>
        </w:tc>
        <w:tc>
          <w:tcPr>
            <w:tcW w:type="dxa" w:w="2880"/>
          </w:tcPr>
          <w:p>
            <w:r>
              <w:t>中国历史地理论丛</w:t>
            </w:r>
          </w:p>
        </w:tc>
        <w:tc>
          <w:tcPr>
            <w:tcW w:type="dxa" w:w="2880"/>
          </w:tcPr>
          <w:p/>
        </w:tc>
      </w:tr>
      <w:tr>
        <w:tc>
          <w:tcPr>
            <w:tcW w:type="dxa" w:w="2880"/>
          </w:tcPr>
          <w:p>
            <w:r>
              <w:t>6</w:t>
            </w:r>
          </w:p>
        </w:tc>
        <w:tc>
          <w:tcPr>
            <w:tcW w:type="dxa" w:w="2880"/>
          </w:tcPr>
          <w:p>
            <w:r>
              <w:t>华侨华人历史研究</w:t>
            </w:r>
          </w:p>
        </w:tc>
        <w:tc>
          <w:tcPr>
            <w:tcW w:type="dxa" w:w="2880"/>
          </w:tcPr>
          <w:p/>
        </w:tc>
      </w:tr>
      <w:tr>
        <w:tc>
          <w:tcPr>
            <w:tcW w:type="dxa" w:w="2880"/>
          </w:tcPr>
          <w:p>
            <w:r>
              <w:t>7</w:t>
            </w:r>
          </w:p>
        </w:tc>
        <w:tc>
          <w:tcPr>
            <w:tcW w:type="dxa" w:w="2880"/>
          </w:tcPr>
          <w:p>
            <w:r>
              <w:t>史学月刊</w:t>
            </w:r>
          </w:p>
        </w:tc>
        <w:tc>
          <w:tcPr>
            <w:tcW w:type="dxa" w:w="2880"/>
          </w:tcPr>
          <w:p/>
        </w:tc>
      </w:tr>
      <w:tr>
        <w:tc>
          <w:tcPr>
            <w:tcW w:type="dxa" w:w="2880"/>
          </w:tcPr>
          <w:p>
            <w:r>
              <w:t>8</w:t>
            </w:r>
          </w:p>
        </w:tc>
        <w:tc>
          <w:tcPr>
            <w:tcW w:type="dxa" w:w="2880"/>
          </w:tcPr>
          <w:p>
            <w:r>
              <w:t>史学集刊</w:t>
            </w:r>
          </w:p>
        </w:tc>
        <w:tc>
          <w:tcPr>
            <w:tcW w:type="dxa" w:w="2880"/>
          </w:tcPr>
          <w:p/>
        </w:tc>
      </w:tr>
      <w:tr>
        <w:tc>
          <w:tcPr>
            <w:tcW w:type="dxa" w:w="2880"/>
          </w:tcPr>
          <w:p>
            <w:r>
              <w:t>9</w:t>
            </w:r>
          </w:p>
        </w:tc>
        <w:tc>
          <w:tcPr>
            <w:tcW w:type="dxa" w:w="2880"/>
          </w:tcPr>
          <w:p>
            <w:r>
              <w:t>当代中国史研究</w:t>
            </w:r>
          </w:p>
        </w:tc>
        <w:tc>
          <w:tcPr>
            <w:tcW w:type="dxa" w:w="2880"/>
          </w:tcPr>
          <w:p/>
        </w:tc>
      </w:tr>
      <w:tr>
        <w:tc>
          <w:tcPr>
            <w:tcW w:type="dxa" w:w="2880"/>
          </w:tcPr>
          <w:p>
            <w:r>
              <w:t>10</w:t>
            </w:r>
          </w:p>
        </w:tc>
        <w:tc>
          <w:tcPr>
            <w:tcW w:type="dxa" w:w="2880"/>
          </w:tcPr>
          <w:p>
            <w:r>
              <w:t>史林</w:t>
            </w:r>
          </w:p>
        </w:tc>
        <w:tc>
          <w:tcPr>
            <w:tcW w:type="dxa" w:w="2880"/>
          </w:tcPr>
          <w:p/>
        </w:tc>
      </w:tr>
      <w:tr>
        <w:tc>
          <w:tcPr>
            <w:tcW w:type="dxa" w:w="2880"/>
          </w:tcPr>
          <w:p>
            <w:r>
              <w:t>11</w:t>
            </w:r>
          </w:p>
        </w:tc>
        <w:tc>
          <w:tcPr>
            <w:tcW w:type="dxa" w:w="2880"/>
          </w:tcPr>
          <w:p>
            <w:r>
              <w:t>安徽史学</w:t>
            </w:r>
          </w:p>
        </w:tc>
        <w:tc>
          <w:tcPr>
            <w:tcW w:type="dxa" w:w="2880"/>
          </w:tcPr>
          <w:p/>
        </w:tc>
      </w:tr>
      <w:tr>
        <w:tc>
          <w:tcPr>
            <w:tcW w:type="dxa" w:w="2880"/>
          </w:tcPr>
          <w:p>
            <w:r>
              <w:t>12</w:t>
            </w:r>
          </w:p>
        </w:tc>
        <w:tc>
          <w:tcPr>
            <w:tcW w:type="dxa" w:w="2880"/>
          </w:tcPr>
          <w:p>
            <w:r>
              <w:t>史学史研究</w:t>
            </w:r>
          </w:p>
        </w:tc>
        <w:tc>
          <w:tcPr>
            <w:tcW w:type="dxa" w:w="2880"/>
          </w:tcPr>
          <w:p/>
        </w:tc>
      </w:tr>
      <w:tr>
        <w:tc>
          <w:tcPr>
            <w:tcW w:type="dxa" w:w="2880"/>
          </w:tcPr>
          <w:p>
            <w:r>
              <w:t>13</w:t>
            </w:r>
          </w:p>
        </w:tc>
        <w:tc>
          <w:tcPr>
            <w:tcW w:type="dxa" w:w="2880"/>
          </w:tcPr>
          <w:p>
            <w:r>
              <w:t>中国经济史研究</w:t>
            </w:r>
          </w:p>
        </w:tc>
        <w:tc>
          <w:tcPr>
            <w:tcW w:type="dxa" w:w="2880"/>
          </w:tcPr>
          <w:p/>
        </w:tc>
      </w:tr>
      <w:tr>
        <w:tc>
          <w:tcPr>
            <w:tcW w:type="dxa" w:w="2880"/>
          </w:tcPr>
          <w:p>
            <w:r>
              <w:t>三类（16种）</w:t>
            </w:r>
          </w:p>
        </w:tc>
        <w:tc>
          <w:tcPr>
            <w:tcW w:type="dxa" w:w="2880"/>
          </w:tcPr>
          <w:p>
            <w:r>
              <w:t>1</w:t>
            </w:r>
          </w:p>
        </w:tc>
        <w:tc>
          <w:tcPr>
            <w:tcW w:type="dxa" w:w="2880"/>
          </w:tcPr>
          <w:p>
            <w:r>
              <w:t>东南文化</w:t>
            </w:r>
          </w:p>
        </w:tc>
      </w:tr>
      <w:tr>
        <w:tc>
          <w:tcPr>
            <w:tcW w:type="dxa" w:w="2880"/>
          </w:tcPr>
          <w:p>
            <w:r>
              <w:t>2</w:t>
            </w:r>
          </w:p>
        </w:tc>
        <w:tc>
          <w:tcPr>
            <w:tcW w:type="dxa" w:w="2880"/>
          </w:tcPr>
          <w:p>
            <w:r>
              <w:t>历史教学</w:t>
            </w:r>
          </w:p>
        </w:tc>
        <w:tc>
          <w:tcPr>
            <w:tcW w:type="dxa" w:w="2880"/>
          </w:tcPr>
          <w:p/>
        </w:tc>
      </w:tr>
      <w:tr>
        <w:tc>
          <w:tcPr>
            <w:tcW w:type="dxa" w:w="2880"/>
          </w:tcPr>
          <w:p>
            <w:r>
              <w:t>3</w:t>
            </w:r>
          </w:p>
        </w:tc>
        <w:tc>
          <w:tcPr>
            <w:tcW w:type="dxa" w:w="2880"/>
          </w:tcPr>
          <w:p>
            <w:r>
              <w:t>西域研究</w:t>
            </w:r>
          </w:p>
        </w:tc>
        <w:tc>
          <w:tcPr>
            <w:tcW w:type="dxa" w:w="2880"/>
          </w:tcPr>
          <w:p/>
        </w:tc>
      </w:tr>
      <w:tr>
        <w:tc>
          <w:tcPr>
            <w:tcW w:type="dxa" w:w="2880"/>
          </w:tcPr>
          <w:p>
            <w:r>
              <w:t>4</w:t>
            </w:r>
          </w:p>
        </w:tc>
        <w:tc>
          <w:tcPr>
            <w:tcW w:type="dxa" w:w="2880"/>
          </w:tcPr>
          <w:p>
            <w:r>
              <w:t>文献</w:t>
            </w:r>
          </w:p>
        </w:tc>
        <w:tc>
          <w:tcPr>
            <w:tcW w:type="dxa" w:w="2880"/>
          </w:tcPr>
          <w:p/>
        </w:tc>
      </w:tr>
      <w:tr>
        <w:tc>
          <w:tcPr>
            <w:tcW w:type="dxa" w:w="2880"/>
          </w:tcPr>
          <w:p>
            <w:r>
              <w:t>5</w:t>
            </w:r>
          </w:p>
        </w:tc>
        <w:tc>
          <w:tcPr>
            <w:tcW w:type="dxa" w:w="2880"/>
          </w:tcPr>
          <w:p>
            <w:r>
              <w:t>中国农史</w:t>
            </w:r>
          </w:p>
        </w:tc>
        <w:tc>
          <w:tcPr>
            <w:tcW w:type="dxa" w:w="2880"/>
          </w:tcPr>
          <w:p/>
        </w:tc>
      </w:tr>
      <w:tr>
        <w:tc>
          <w:tcPr>
            <w:tcW w:type="dxa" w:w="2880"/>
          </w:tcPr>
          <w:p>
            <w:r>
              <w:t>6</w:t>
            </w:r>
          </w:p>
        </w:tc>
        <w:tc>
          <w:tcPr>
            <w:tcW w:type="dxa" w:w="2880"/>
          </w:tcPr>
          <w:p>
            <w:r>
              <w:t>古代文明</w:t>
            </w:r>
          </w:p>
        </w:tc>
        <w:tc>
          <w:tcPr>
            <w:tcW w:type="dxa" w:w="2880"/>
          </w:tcPr>
          <w:p/>
        </w:tc>
      </w:tr>
      <w:tr>
        <w:tc>
          <w:tcPr>
            <w:tcW w:type="dxa" w:w="2880"/>
          </w:tcPr>
          <w:p>
            <w:r>
              <w:t>7</w:t>
            </w:r>
          </w:p>
        </w:tc>
        <w:tc>
          <w:tcPr>
            <w:tcW w:type="dxa" w:w="2880"/>
          </w:tcPr>
          <w:p>
            <w:r>
              <w:t>历史档案</w:t>
            </w:r>
          </w:p>
        </w:tc>
        <w:tc>
          <w:tcPr>
            <w:tcW w:type="dxa" w:w="2880"/>
          </w:tcPr>
          <w:p/>
        </w:tc>
      </w:tr>
      <w:tr>
        <w:tc>
          <w:tcPr>
            <w:tcW w:type="dxa" w:w="2880"/>
          </w:tcPr>
          <w:p>
            <w:r>
              <w:t>8</w:t>
            </w:r>
          </w:p>
        </w:tc>
        <w:tc>
          <w:tcPr>
            <w:tcW w:type="dxa" w:w="2880"/>
          </w:tcPr>
          <w:p>
            <w:r>
              <w:t>民国档案</w:t>
            </w:r>
          </w:p>
        </w:tc>
        <w:tc>
          <w:tcPr>
            <w:tcW w:type="dxa" w:w="2880"/>
          </w:tcPr>
          <w:p/>
        </w:tc>
      </w:tr>
      <w:tr>
        <w:tc>
          <w:tcPr>
            <w:tcW w:type="dxa" w:w="2880"/>
          </w:tcPr>
          <w:p>
            <w:r>
              <w:t>9</w:t>
            </w:r>
          </w:p>
        </w:tc>
        <w:tc>
          <w:tcPr>
            <w:tcW w:type="dxa" w:w="2880"/>
          </w:tcPr>
          <w:p>
            <w:r>
              <w:t>文史</w:t>
            </w:r>
          </w:p>
        </w:tc>
        <w:tc>
          <w:tcPr>
            <w:tcW w:type="dxa" w:w="2880"/>
          </w:tcPr>
          <w:p/>
        </w:tc>
      </w:tr>
      <w:tr>
        <w:tc>
          <w:tcPr>
            <w:tcW w:type="dxa" w:w="2880"/>
          </w:tcPr>
          <w:p>
            <w:r>
              <w:t>10</w:t>
            </w:r>
          </w:p>
        </w:tc>
        <w:tc>
          <w:tcPr>
            <w:tcW w:type="dxa" w:w="2880"/>
          </w:tcPr>
          <w:p>
            <w:r>
              <w:t>中国社会经济史研究</w:t>
            </w:r>
          </w:p>
        </w:tc>
        <w:tc>
          <w:tcPr>
            <w:tcW w:type="dxa" w:w="2880"/>
          </w:tcPr>
          <w:p/>
        </w:tc>
      </w:tr>
      <w:tr>
        <w:tc>
          <w:tcPr>
            <w:tcW w:type="dxa" w:w="2880"/>
          </w:tcPr>
          <w:p>
            <w:r>
              <w:t>11</w:t>
            </w:r>
          </w:p>
        </w:tc>
        <w:tc>
          <w:tcPr>
            <w:tcW w:type="dxa" w:w="2880"/>
          </w:tcPr>
          <w:p>
            <w:r>
              <w:t>国际汉学</w:t>
            </w:r>
          </w:p>
        </w:tc>
        <w:tc>
          <w:tcPr>
            <w:tcW w:type="dxa" w:w="2880"/>
          </w:tcPr>
          <w:p/>
        </w:tc>
      </w:tr>
      <w:tr>
        <w:tc>
          <w:tcPr>
            <w:tcW w:type="dxa" w:w="2880"/>
          </w:tcPr>
          <w:p>
            <w:r>
              <w:t>12</w:t>
            </w:r>
          </w:p>
        </w:tc>
        <w:tc>
          <w:tcPr>
            <w:tcW w:type="dxa" w:w="2880"/>
          </w:tcPr>
          <w:p>
            <w:r>
              <w:t>自然科学史研究</w:t>
            </w:r>
          </w:p>
        </w:tc>
        <w:tc>
          <w:tcPr>
            <w:tcW w:type="dxa" w:w="2880"/>
          </w:tcPr>
          <w:p/>
        </w:tc>
      </w:tr>
      <w:tr>
        <w:tc>
          <w:tcPr>
            <w:tcW w:type="dxa" w:w="2880"/>
          </w:tcPr>
          <w:p>
            <w:r>
              <w:t>13</w:t>
            </w:r>
          </w:p>
        </w:tc>
        <w:tc>
          <w:tcPr>
            <w:tcW w:type="dxa" w:w="2880"/>
          </w:tcPr>
          <w:p>
            <w:r>
              <w:t>经济社会史评论</w:t>
            </w:r>
          </w:p>
        </w:tc>
        <w:tc>
          <w:tcPr>
            <w:tcW w:type="dxa" w:w="2880"/>
          </w:tcPr>
          <w:p/>
        </w:tc>
      </w:tr>
      <w:tr>
        <w:tc>
          <w:tcPr>
            <w:tcW w:type="dxa" w:w="2880"/>
          </w:tcPr>
          <w:p>
            <w:r>
              <w:t>14</w:t>
            </w:r>
          </w:p>
        </w:tc>
        <w:tc>
          <w:tcPr>
            <w:tcW w:type="dxa" w:w="2880"/>
          </w:tcPr>
          <w:p>
            <w:r>
              <w:t>中国史研究动态</w:t>
            </w:r>
          </w:p>
        </w:tc>
        <w:tc>
          <w:tcPr>
            <w:tcW w:type="dxa" w:w="2880"/>
          </w:tcPr>
          <w:p/>
        </w:tc>
      </w:tr>
      <w:tr>
        <w:tc>
          <w:tcPr>
            <w:tcW w:type="dxa" w:w="2880"/>
          </w:tcPr>
          <w:p>
            <w:r>
              <w:t>15</w:t>
            </w:r>
          </w:p>
        </w:tc>
        <w:tc>
          <w:tcPr>
            <w:tcW w:type="dxa" w:w="2880"/>
          </w:tcPr>
          <w:p>
            <w:r>
              <w:t>历史地理研究</w:t>
            </w:r>
          </w:p>
        </w:tc>
        <w:tc>
          <w:tcPr>
            <w:tcW w:type="dxa" w:w="2880"/>
          </w:tcPr>
          <w:p/>
        </w:tc>
      </w:tr>
      <w:tr>
        <w:tc>
          <w:tcPr>
            <w:tcW w:type="dxa" w:w="2880"/>
          </w:tcPr>
          <w:p>
            <w:r>
              <w:t>16</w:t>
            </w:r>
          </w:p>
        </w:tc>
        <w:tc>
          <w:tcPr>
            <w:tcW w:type="dxa" w:w="2880"/>
          </w:tcPr>
          <w:p>
            <w:r>
              <w:t>出土文献</w:t>
            </w:r>
          </w:p>
        </w:tc>
        <w:tc>
          <w:tcPr>
            <w:tcW w:type="dxa" w:w="2880"/>
          </w:tcPr>
          <w:p/>
        </w:tc>
      </w:tr>
      <w:tr>
        <w:tc>
          <w:tcPr>
            <w:tcW w:type="dxa" w:w="2880"/>
          </w:tcPr>
          <w:p>
            <w:r>
              <w:t>考古学（8种）</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考古学报*</w:t>
            </w:r>
          </w:p>
        </w:tc>
      </w:tr>
      <w:tr>
        <w:tc>
          <w:tcPr>
            <w:tcW w:type="dxa" w:w="2880"/>
          </w:tcPr>
          <w:p>
            <w:r>
              <w:t>2</w:t>
            </w:r>
          </w:p>
        </w:tc>
        <w:tc>
          <w:tcPr>
            <w:tcW w:type="dxa" w:w="2880"/>
          </w:tcPr>
          <w:p>
            <w:r>
              <w:t>考古</w:t>
            </w:r>
          </w:p>
        </w:tc>
        <w:tc>
          <w:tcPr>
            <w:tcW w:type="dxa" w:w="2880"/>
          </w:tcPr>
          <w:p/>
        </w:tc>
      </w:tr>
      <w:tr>
        <w:tc>
          <w:tcPr>
            <w:tcW w:type="dxa" w:w="2880"/>
          </w:tcPr>
          <w:p>
            <w:r>
              <w:t>二类（2种）</w:t>
            </w:r>
          </w:p>
        </w:tc>
        <w:tc>
          <w:tcPr>
            <w:tcW w:type="dxa" w:w="2880"/>
          </w:tcPr>
          <w:p>
            <w:r>
              <w:t>1</w:t>
            </w:r>
          </w:p>
        </w:tc>
        <w:tc>
          <w:tcPr>
            <w:tcW w:type="dxa" w:w="2880"/>
          </w:tcPr>
          <w:p>
            <w:r>
              <w:t>文物</w:t>
            </w:r>
          </w:p>
        </w:tc>
      </w:tr>
      <w:tr>
        <w:tc>
          <w:tcPr>
            <w:tcW w:type="dxa" w:w="2880"/>
          </w:tcPr>
          <w:p>
            <w:r>
              <w:t>2</w:t>
            </w:r>
          </w:p>
        </w:tc>
        <w:tc>
          <w:tcPr>
            <w:tcW w:type="dxa" w:w="2880"/>
          </w:tcPr>
          <w:p>
            <w:r>
              <w:t>江汉考古</w:t>
            </w:r>
          </w:p>
        </w:tc>
        <w:tc>
          <w:tcPr>
            <w:tcW w:type="dxa" w:w="2880"/>
          </w:tcPr>
          <w:p/>
        </w:tc>
      </w:tr>
      <w:tr>
        <w:tc>
          <w:tcPr>
            <w:tcW w:type="dxa" w:w="2880"/>
          </w:tcPr>
          <w:p>
            <w:r>
              <w:t>三类（4种）</w:t>
            </w:r>
          </w:p>
        </w:tc>
        <w:tc>
          <w:tcPr>
            <w:tcW w:type="dxa" w:w="2880"/>
          </w:tcPr>
          <w:p>
            <w:r>
              <w:t>1</w:t>
            </w:r>
          </w:p>
        </w:tc>
        <w:tc>
          <w:tcPr>
            <w:tcW w:type="dxa" w:w="2880"/>
          </w:tcPr>
          <w:p>
            <w:r>
              <w:t>考古与文物</w:t>
            </w:r>
          </w:p>
        </w:tc>
      </w:tr>
      <w:tr>
        <w:tc>
          <w:tcPr>
            <w:tcW w:type="dxa" w:w="2880"/>
          </w:tcPr>
          <w:p>
            <w:r>
              <w:t>2</w:t>
            </w:r>
          </w:p>
        </w:tc>
        <w:tc>
          <w:tcPr>
            <w:tcW w:type="dxa" w:w="2880"/>
          </w:tcPr>
          <w:p>
            <w:r>
              <w:t>故宫博物院院刊</w:t>
            </w:r>
          </w:p>
        </w:tc>
        <w:tc>
          <w:tcPr>
            <w:tcW w:type="dxa" w:w="2880"/>
          </w:tcPr>
          <w:p/>
        </w:tc>
      </w:tr>
      <w:tr>
        <w:tc>
          <w:tcPr>
            <w:tcW w:type="dxa" w:w="2880"/>
          </w:tcPr>
          <w:p>
            <w:r>
              <w:t>3</w:t>
            </w:r>
          </w:p>
        </w:tc>
        <w:tc>
          <w:tcPr>
            <w:tcW w:type="dxa" w:w="2880"/>
          </w:tcPr>
          <w:p>
            <w:r>
              <w:t>敦煌研究</w:t>
            </w:r>
          </w:p>
        </w:tc>
        <w:tc>
          <w:tcPr>
            <w:tcW w:type="dxa" w:w="2880"/>
          </w:tcPr>
          <w:p/>
        </w:tc>
      </w:tr>
      <w:tr>
        <w:tc>
          <w:tcPr>
            <w:tcW w:type="dxa" w:w="2880"/>
          </w:tcPr>
          <w:p>
            <w:r>
              <w:t>4</w:t>
            </w:r>
          </w:p>
        </w:tc>
        <w:tc>
          <w:tcPr>
            <w:tcW w:type="dxa" w:w="2880"/>
          </w:tcPr>
          <w:p>
            <w:r>
              <w:t>人类学学报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经济学（71种）</w:t>
            </w:r>
          </w:p>
        </w:tc>
        <w:tc>
          <w:tcPr>
            <w:tcW w:type="dxa" w:w="2880"/>
          </w:tcPr>
          <w:p/>
        </w:tc>
        <w:tc>
          <w:tcPr>
            <w:tcW w:type="dxa" w:w="2880"/>
          </w:tcPr>
          <w:p/>
        </w:tc>
      </w:tr>
      <w:tr>
        <w:tc>
          <w:tcPr>
            <w:tcW w:type="dxa" w:w="2880"/>
          </w:tcPr>
          <w:p>
            <w:r>
              <w:t>一类（10种）</w:t>
            </w:r>
          </w:p>
        </w:tc>
        <w:tc>
          <w:tcPr>
            <w:tcW w:type="dxa" w:w="2880"/>
          </w:tcPr>
          <w:p>
            <w:r>
              <w:t>1</w:t>
            </w:r>
          </w:p>
        </w:tc>
        <w:tc>
          <w:tcPr>
            <w:tcW w:type="dxa" w:w="2880"/>
          </w:tcPr>
          <w:p>
            <w:r>
              <w:t>经济研究*</w:t>
            </w:r>
          </w:p>
        </w:tc>
      </w:tr>
      <w:tr>
        <w:tc>
          <w:tcPr>
            <w:tcW w:type="dxa" w:w="2880"/>
          </w:tcPr>
          <w:p>
            <w:r>
              <w:t>2</w:t>
            </w:r>
          </w:p>
        </w:tc>
        <w:tc>
          <w:tcPr>
            <w:tcW w:type="dxa" w:w="2880"/>
          </w:tcPr>
          <w:p>
            <w:r>
              <w:t>经济学（季刊）</w:t>
            </w:r>
          </w:p>
        </w:tc>
        <w:tc>
          <w:tcPr>
            <w:tcW w:type="dxa" w:w="2880"/>
          </w:tcPr>
          <w:p/>
        </w:tc>
      </w:tr>
      <w:tr>
        <w:tc>
          <w:tcPr>
            <w:tcW w:type="dxa" w:w="2880"/>
          </w:tcPr>
          <w:p>
            <w:r>
              <w:t>3</w:t>
            </w:r>
          </w:p>
        </w:tc>
        <w:tc>
          <w:tcPr>
            <w:tcW w:type="dxa" w:w="2880"/>
          </w:tcPr>
          <w:p>
            <w:r>
              <w:t>世界经济</w:t>
            </w:r>
          </w:p>
        </w:tc>
        <w:tc>
          <w:tcPr>
            <w:tcW w:type="dxa" w:w="2880"/>
          </w:tcPr>
          <w:p/>
        </w:tc>
      </w:tr>
      <w:tr>
        <w:tc>
          <w:tcPr>
            <w:tcW w:type="dxa" w:w="2880"/>
          </w:tcPr>
          <w:p>
            <w:r>
              <w:t>4</w:t>
            </w:r>
          </w:p>
        </w:tc>
        <w:tc>
          <w:tcPr>
            <w:tcW w:type="dxa" w:w="2880"/>
          </w:tcPr>
          <w:p>
            <w:r>
              <w:t>国际金融研究</w:t>
            </w:r>
          </w:p>
        </w:tc>
        <w:tc>
          <w:tcPr>
            <w:tcW w:type="dxa" w:w="2880"/>
          </w:tcPr>
          <w:p/>
        </w:tc>
      </w:tr>
      <w:tr>
        <w:tc>
          <w:tcPr>
            <w:tcW w:type="dxa" w:w="2880"/>
          </w:tcPr>
          <w:p>
            <w:r>
              <w:t>5</w:t>
            </w:r>
          </w:p>
        </w:tc>
        <w:tc>
          <w:tcPr>
            <w:tcW w:type="dxa" w:w="2880"/>
          </w:tcPr>
          <w:p>
            <w:r>
              <w:t>中国工业经济</w:t>
            </w:r>
          </w:p>
        </w:tc>
        <w:tc>
          <w:tcPr>
            <w:tcW w:type="dxa" w:w="2880"/>
          </w:tcPr>
          <w:p/>
        </w:tc>
      </w:tr>
      <w:tr>
        <w:tc>
          <w:tcPr>
            <w:tcW w:type="dxa" w:w="2880"/>
          </w:tcPr>
          <w:p>
            <w:r>
              <w:t>6</w:t>
            </w:r>
          </w:p>
        </w:tc>
        <w:tc>
          <w:tcPr>
            <w:tcW w:type="dxa" w:w="2880"/>
          </w:tcPr>
          <w:p>
            <w:r>
              <w:t>金融研究</w:t>
            </w:r>
          </w:p>
        </w:tc>
        <w:tc>
          <w:tcPr>
            <w:tcW w:type="dxa" w:w="2880"/>
          </w:tcPr>
          <w:p/>
        </w:tc>
      </w:tr>
      <w:tr>
        <w:tc>
          <w:tcPr>
            <w:tcW w:type="dxa" w:w="2880"/>
          </w:tcPr>
          <w:p>
            <w:r>
              <w:t>7</w:t>
            </w:r>
          </w:p>
        </w:tc>
        <w:tc>
          <w:tcPr>
            <w:tcW w:type="dxa" w:w="2880"/>
          </w:tcPr>
          <w:p>
            <w:r>
              <w:t>农业经济问题</w:t>
            </w:r>
          </w:p>
        </w:tc>
        <w:tc>
          <w:tcPr>
            <w:tcW w:type="dxa" w:w="2880"/>
          </w:tcPr>
          <w:p/>
        </w:tc>
      </w:tr>
      <w:tr>
        <w:tc>
          <w:tcPr>
            <w:tcW w:type="dxa" w:w="2880"/>
          </w:tcPr>
          <w:p>
            <w:r>
              <w:t>8</w:t>
            </w:r>
          </w:p>
        </w:tc>
        <w:tc>
          <w:tcPr>
            <w:tcW w:type="dxa" w:w="2880"/>
          </w:tcPr>
          <w:p>
            <w:r>
              <w:t>中国农村经济</w:t>
            </w:r>
          </w:p>
        </w:tc>
        <w:tc>
          <w:tcPr>
            <w:tcW w:type="dxa" w:w="2880"/>
          </w:tcPr>
          <w:p/>
        </w:tc>
      </w:tr>
      <w:tr>
        <w:tc>
          <w:tcPr>
            <w:tcW w:type="dxa" w:w="2880"/>
          </w:tcPr>
          <w:p>
            <w:r>
              <w:t>9</w:t>
            </w:r>
          </w:p>
        </w:tc>
        <w:tc>
          <w:tcPr>
            <w:tcW w:type="dxa" w:w="2880"/>
          </w:tcPr>
          <w:p>
            <w:r>
              <w:t>数量经济技术经济研究</w:t>
            </w:r>
          </w:p>
        </w:tc>
        <w:tc>
          <w:tcPr>
            <w:tcW w:type="dxa" w:w="2880"/>
          </w:tcPr>
          <w:p/>
        </w:tc>
      </w:tr>
      <w:tr>
        <w:tc>
          <w:tcPr>
            <w:tcW w:type="dxa" w:w="2880"/>
          </w:tcPr>
          <w:p>
            <w:r>
              <w:t>10</w:t>
            </w:r>
          </w:p>
        </w:tc>
        <w:tc>
          <w:tcPr>
            <w:tcW w:type="dxa" w:w="2880"/>
          </w:tcPr>
          <w:p>
            <w:r>
              <w:t>财贸经济</w:t>
            </w:r>
          </w:p>
        </w:tc>
        <w:tc>
          <w:tcPr>
            <w:tcW w:type="dxa" w:w="2880"/>
          </w:tcPr>
          <w:p/>
        </w:tc>
      </w:tr>
      <w:tr>
        <w:tc>
          <w:tcPr>
            <w:tcW w:type="dxa" w:w="2880"/>
          </w:tcPr>
          <w:p>
            <w:r>
              <w:t>二类（23种）</w:t>
            </w:r>
          </w:p>
        </w:tc>
        <w:tc>
          <w:tcPr>
            <w:tcW w:type="dxa" w:w="2880"/>
          </w:tcPr>
          <w:p>
            <w:r>
              <w:t>1</w:t>
            </w:r>
          </w:p>
        </w:tc>
        <w:tc>
          <w:tcPr>
            <w:tcW w:type="dxa" w:w="2880"/>
          </w:tcPr>
          <w:p>
            <w:r>
              <w:t>经济科学</w:t>
            </w:r>
          </w:p>
        </w:tc>
      </w:tr>
      <w:tr>
        <w:tc>
          <w:tcPr>
            <w:tcW w:type="dxa" w:w="2880"/>
          </w:tcPr>
          <w:p>
            <w:r>
              <w:t>2</w:t>
            </w:r>
          </w:p>
        </w:tc>
        <w:tc>
          <w:tcPr>
            <w:tcW w:type="dxa" w:w="2880"/>
          </w:tcPr>
          <w:p>
            <w:r>
              <w:t>改革</w:t>
            </w:r>
          </w:p>
        </w:tc>
        <w:tc>
          <w:tcPr>
            <w:tcW w:type="dxa" w:w="2880"/>
          </w:tcPr>
          <w:p/>
        </w:tc>
      </w:tr>
      <w:tr>
        <w:tc>
          <w:tcPr>
            <w:tcW w:type="dxa" w:w="2880"/>
          </w:tcPr>
          <w:p>
            <w:r>
              <w:t>3</w:t>
            </w:r>
          </w:p>
        </w:tc>
        <w:tc>
          <w:tcPr>
            <w:tcW w:type="dxa" w:w="2880"/>
          </w:tcPr>
          <w:p>
            <w:r>
              <w:t>产业经济研究</w:t>
            </w:r>
          </w:p>
        </w:tc>
        <w:tc>
          <w:tcPr>
            <w:tcW w:type="dxa" w:w="2880"/>
          </w:tcPr>
          <w:p/>
        </w:tc>
      </w:tr>
      <w:tr>
        <w:tc>
          <w:tcPr>
            <w:tcW w:type="dxa" w:w="2880"/>
          </w:tcPr>
          <w:p>
            <w:r>
              <w:t>4</w:t>
            </w:r>
          </w:p>
        </w:tc>
        <w:tc>
          <w:tcPr>
            <w:tcW w:type="dxa" w:w="2880"/>
          </w:tcPr>
          <w:p>
            <w:r>
              <w:t>经济学家</w:t>
            </w:r>
          </w:p>
        </w:tc>
        <w:tc>
          <w:tcPr>
            <w:tcW w:type="dxa" w:w="2880"/>
          </w:tcPr>
          <w:p/>
        </w:tc>
      </w:tr>
      <w:tr>
        <w:tc>
          <w:tcPr>
            <w:tcW w:type="dxa" w:w="2880"/>
          </w:tcPr>
          <w:p>
            <w:r>
              <w:t>5</w:t>
            </w:r>
          </w:p>
        </w:tc>
        <w:tc>
          <w:tcPr>
            <w:tcW w:type="dxa" w:w="2880"/>
          </w:tcPr>
          <w:p>
            <w:r>
              <w:t>国际贸易问题</w:t>
            </w:r>
          </w:p>
        </w:tc>
        <w:tc>
          <w:tcPr>
            <w:tcW w:type="dxa" w:w="2880"/>
          </w:tcPr>
          <w:p/>
        </w:tc>
      </w:tr>
      <w:tr>
        <w:tc>
          <w:tcPr>
            <w:tcW w:type="dxa" w:w="2880"/>
          </w:tcPr>
          <w:p>
            <w:r>
              <w:t>6</w:t>
            </w:r>
          </w:p>
        </w:tc>
        <w:tc>
          <w:tcPr>
            <w:tcW w:type="dxa" w:w="2880"/>
          </w:tcPr>
          <w:p>
            <w:r>
              <w:t>财经研究</w:t>
            </w:r>
          </w:p>
        </w:tc>
        <w:tc>
          <w:tcPr>
            <w:tcW w:type="dxa" w:w="2880"/>
          </w:tcPr>
          <w:p/>
        </w:tc>
      </w:tr>
      <w:tr>
        <w:tc>
          <w:tcPr>
            <w:tcW w:type="dxa" w:w="2880"/>
          </w:tcPr>
          <w:p>
            <w:r>
              <w:t>7</w:t>
            </w:r>
          </w:p>
        </w:tc>
        <w:tc>
          <w:tcPr>
            <w:tcW w:type="dxa" w:w="2880"/>
          </w:tcPr>
          <w:p>
            <w:r>
              <w:t>农业技术经济</w:t>
            </w:r>
          </w:p>
        </w:tc>
        <w:tc>
          <w:tcPr>
            <w:tcW w:type="dxa" w:w="2880"/>
          </w:tcPr>
          <w:p/>
        </w:tc>
      </w:tr>
      <w:tr>
        <w:tc>
          <w:tcPr>
            <w:tcW w:type="dxa" w:w="2880"/>
          </w:tcPr>
          <w:p>
            <w:r>
              <w:t>8</w:t>
            </w:r>
          </w:p>
        </w:tc>
        <w:tc>
          <w:tcPr>
            <w:tcW w:type="dxa" w:w="2880"/>
          </w:tcPr>
          <w:p>
            <w:r>
              <w:t>南开经济研究</w:t>
            </w:r>
          </w:p>
        </w:tc>
        <w:tc>
          <w:tcPr>
            <w:tcW w:type="dxa" w:w="2880"/>
          </w:tcPr>
          <w:p/>
        </w:tc>
      </w:tr>
      <w:tr>
        <w:tc>
          <w:tcPr>
            <w:tcW w:type="dxa" w:w="2880"/>
          </w:tcPr>
          <w:p>
            <w:r>
              <w:t>9</w:t>
            </w:r>
          </w:p>
        </w:tc>
        <w:tc>
          <w:tcPr>
            <w:tcW w:type="dxa" w:w="2880"/>
          </w:tcPr>
          <w:p>
            <w:r>
              <w:t>中国农村观察</w:t>
            </w:r>
          </w:p>
        </w:tc>
        <w:tc>
          <w:tcPr>
            <w:tcW w:type="dxa" w:w="2880"/>
          </w:tcPr>
          <w:p/>
        </w:tc>
      </w:tr>
      <w:tr>
        <w:tc>
          <w:tcPr>
            <w:tcW w:type="dxa" w:w="2880"/>
          </w:tcPr>
          <w:p>
            <w:r>
              <w:t>10</w:t>
            </w:r>
          </w:p>
        </w:tc>
        <w:tc>
          <w:tcPr>
            <w:tcW w:type="dxa" w:w="2880"/>
          </w:tcPr>
          <w:p>
            <w:r>
              <w:t>经济理论与经济管理</w:t>
            </w:r>
          </w:p>
        </w:tc>
        <w:tc>
          <w:tcPr>
            <w:tcW w:type="dxa" w:w="2880"/>
          </w:tcPr>
          <w:p/>
        </w:tc>
      </w:tr>
      <w:tr>
        <w:tc>
          <w:tcPr>
            <w:tcW w:type="dxa" w:w="2880"/>
          </w:tcPr>
          <w:p>
            <w:r>
              <w:t>11</w:t>
            </w:r>
          </w:p>
        </w:tc>
        <w:tc>
          <w:tcPr>
            <w:tcW w:type="dxa" w:w="2880"/>
          </w:tcPr>
          <w:p>
            <w:r>
              <w:t>经济社会体制比较</w:t>
            </w:r>
          </w:p>
        </w:tc>
        <w:tc>
          <w:tcPr>
            <w:tcW w:type="dxa" w:w="2880"/>
          </w:tcPr>
          <w:p/>
        </w:tc>
      </w:tr>
      <w:tr>
        <w:tc>
          <w:tcPr>
            <w:tcW w:type="dxa" w:w="2880"/>
          </w:tcPr>
          <w:p>
            <w:r>
              <w:t>12</w:t>
            </w:r>
          </w:p>
        </w:tc>
        <w:tc>
          <w:tcPr>
            <w:tcW w:type="dxa" w:w="2880"/>
          </w:tcPr>
          <w:p>
            <w:r>
              <w:t>中南财经政法大学学报</w:t>
            </w:r>
          </w:p>
        </w:tc>
        <w:tc>
          <w:tcPr>
            <w:tcW w:type="dxa" w:w="2880"/>
          </w:tcPr>
          <w:p/>
        </w:tc>
      </w:tr>
      <w:tr>
        <w:tc>
          <w:tcPr>
            <w:tcW w:type="dxa" w:w="2880"/>
          </w:tcPr>
          <w:p>
            <w:r>
              <w:t>13</w:t>
            </w:r>
          </w:p>
        </w:tc>
        <w:tc>
          <w:tcPr>
            <w:tcW w:type="dxa" w:w="2880"/>
          </w:tcPr>
          <w:p>
            <w:r>
              <w:t>现代日本经济</w:t>
            </w:r>
          </w:p>
        </w:tc>
        <w:tc>
          <w:tcPr>
            <w:tcW w:type="dxa" w:w="2880"/>
          </w:tcPr>
          <w:p/>
        </w:tc>
      </w:tr>
      <w:tr>
        <w:tc>
          <w:tcPr>
            <w:tcW w:type="dxa" w:w="2880"/>
          </w:tcPr>
          <w:p>
            <w:r>
              <w:t>14</w:t>
            </w:r>
          </w:p>
        </w:tc>
        <w:tc>
          <w:tcPr>
            <w:tcW w:type="dxa" w:w="2880"/>
          </w:tcPr>
          <w:p>
            <w:r>
              <w:t>宏观经济研究</w:t>
            </w:r>
          </w:p>
        </w:tc>
        <w:tc>
          <w:tcPr>
            <w:tcW w:type="dxa" w:w="2880"/>
          </w:tcPr>
          <w:p/>
        </w:tc>
      </w:tr>
      <w:tr>
        <w:tc>
          <w:tcPr>
            <w:tcW w:type="dxa" w:w="2880"/>
          </w:tcPr>
          <w:p>
            <w:r>
              <w:t>15</w:t>
            </w:r>
          </w:p>
        </w:tc>
        <w:tc>
          <w:tcPr>
            <w:tcW w:type="dxa" w:w="2880"/>
          </w:tcPr>
          <w:p>
            <w:r>
              <w:t>经济评论</w:t>
            </w:r>
          </w:p>
        </w:tc>
        <w:tc>
          <w:tcPr>
            <w:tcW w:type="dxa" w:w="2880"/>
          </w:tcPr>
          <w:p/>
        </w:tc>
      </w:tr>
      <w:tr>
        <w:tc>
          <w:tcPr>
            <w:tcW w:type="dxa" w:w="2880"/>
          </w:tcPr>
          <w:p>
            <w:r>
              <w:t>16</w:t>
            </w:r>
          </w:p>
        </w:tc>
        <w:tc>
          <w:tcPr>
            <w:tcW w:type="dxa" w:w="2880"/>
          </w:tcPr>
          <w:p>
            <w:r>
              <w:t>金融论坛</w:t>
            </w:r>
          </w:p>
        </w:tc>
        <w:tc>
          <w:tcPr>
            <w:tcW w:type="dxa" w:w="2880"/>
          </w:tcPr>
          <w:p/>
        </w:tc>
      </w:tr>
      <w:tr>
        <w:tc>
          <w:tcPr>
            <w:tcW w:type="dxa" w:w="2880"/>
          </w:tcPr>
          <w:p>
            <w:r>
              <w:t>17</w:t>
            </w:r>
          </w:p>
        </w:tc>
        <w:tc>
          <w:tcPr>
            <w:tcW w:type="dxa" w:w="2880"/>
          </w:tcPr>
          <w:p>
            <w:r>
              <w:t>中国经济问题</w:t>
            </w:r>
          </w:p>
        </w:tc>
        <w:tc>
          <w:tcPr>
            <w:tcW w:type="dxa" w:w="2880"/>
          </w:tcPr>
          <w:p/>
        </w:tc>
      </w:tr>
      <w:tr>
        <w:tc>
          <w:tcPr>
            <w:tcW w:type="dxa" w:w="2880"/>
          </w:tcPr>
          <w:p>
            <w:r>
              <w:t>18</w:t>
            </w:r>
          </w:p>
        </w:tc>
        <w:tc>
          <w:tcPr>
            <w:tcW w:type="dxa" w:w="2880"/>
          </w:tcPr>
          <w:p>
            <w:r>
              <w:t>山西财经大学学报</w:t>
            </w:r>
          </w:p>
        </w:tc>
        <w:tc>
          <w:tcPr>
            <w:tcW w:type="dxa" w:w="2880"/>
          </w:tcPr>
          <w:p/>
        </w:tc>
      </w:tr>
      <w:tr>
        <w:tc>
          <w:tcPr>
            <w:tcW w:type="dxa" w:w="2880"/>
          </w:tcPr>
          <w:p>
            <w:r>
              <w:t>19</w:t>
            </w:r>
          </w:p>
        </w:tc>
        <w:tc>
          <w:tcPr>
            <w:tcW w:type="dxa" w:w="2880"/>
          </w:tcPr>
          <w:p>
            <w:r>
              <w:t>世界经济研究</w:t>
            </w:r>
          </w:p>
        </w:tc>
        <w:tc>
          <w:tcPr>
            <w:tcW w:type="dxa" w:w="2880"/>
          </w:tcPr>
          <w:p/>
        </w:tc>
      </w:tr>
      <w:tr>
        <w:tc>
          <w:tcPr>
            <w:tcW w:type="dxa" w:w="2880"/>
          </w:tcPr>
          <w:p>
            <w:r>
              <w:t>20</w:t>
            </w:r>
          </w:p>
        </w:tc>
        <w:tc>
          <w:tcPr>
            <w:tcW w:type="dxa" w:w="2880"/>
          </w:tcPr>
          <w:p>
            <w:r>
              <w:t>财经科学</w:t>
            </w:r>
          </w:p>
        </w:tc>
        <w:tc>
          <w:tcPr>
            <w:tcW w:type="dxa" w:w="2880"/>
          </w:tcPr>
          <w:p/>
        </w:tc>
      </w:tr>
      <w:tr>
        <w:tc>
          <w:tcPr>
            <w:tcW w:type="dxa" w:w="2880"/>
          </w:tcPr>
          <w:p>
            <w:r>
              <w:t>21</w:t>
            </w:r>
          </w:p>
        </w:tc>
        <w:tc>
          <w:tcPr>
            <w:tcW w:type="dxa" w:w="2880"/>
          </w:tcPr>
          <w:p>
            <w:r>
              <w:t>证券市场导报</w:t>
            </w:r>
          </w:p>
        </w:tc>
        <w:tc>
          <w:tcPr>
            <w:tcW w:type="dxa" w:w="2880"/>
          </w:tcPr>
          <w:p/>
        </w:tc>
      </w:tr>
      <w:tr>
        <w:tc>
          <w:tcPr>
            <w:tcW w:type="dxa" w:w="2880"/>
          </w:tcPr>
          <w:p>
            <w:r>
              <w:t>22</w:t>
            </w:r>
          </w:p>
        </w:tc>
        <w:tc>
          <w:tcPr>
            <w:tcW w:type="dxa" w:w="2880"/>
          </w:tcPr>
          <w:p>
            <w:r>
              <w:t>当代财经</w:t>
            </w:r>
          </w:p>
        </w:tc>
        <w:tc>
          <w:tcPr>
            <w:tcW w:type="dxa" w:w="2880"/>
          </w:tcPr>
          <w:p/>
        </w:tc>
      </w:tr>
      <w:tr>
        <w:tc>
          <w:tcPr>
            <w:tcW w:type="dxa" w:w="2880"/>
          </w:tcPr>
          <w:p>
            <w:r>
              <w:t>23</w:t>
            </w:r>
          </w:p>
        </w:tc>
        <w:tc>
          <w:tcPr>
            <w:tcW w:type="dxa" w:w="2880"/>
          </w:tcPr>
          <w:p>
            <w:r>
              <w:t>财政研究</w:t>
            </w:r>
          </w:p>
        </w:tc>
        <w:tc>
          <w:tcPr>
            <w:tcW w:type="dxa" w:w="2880"/>
          </w:tcPr>
          <w:p/>
        </w:tc>
      </w:tr>
      <w:tr>
        <w:tc>
          <w:tcPr>
            <w:tcW w:type="dxa" w:w="2880"/>
          </w:tcPr>
          <w:p>
            <w:r>
              <w:t>三类（38种）</w:t>
            </w:r>
          </w:p>
        </w:tc>
        <w:tc>
          <w:tcPr>
            <w:tcW w:type="dxa" w:w="2880"/>
          </w:tcPr>
          <w:p>
            <w:r>
              <w:t>1</w:t>
            </w:r>
          </w:p>
        </w:tc>
        <w:tc>
          <w:tcPr>
            <w:tcW w:type="dxa" w:w="2880"/>
          </w:tcPr>
          <w:p>
            <w:r>
              <w:t>世界经济与政治论坛</w:t>
            </w: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w:t>
            </w:r>
          </w:p>
        </w:tc>
        <w:tc>
          <w:tcPr>
            <w:tcW w:type="dxa" w:w="2880"/>
          </w:tcPr>
          <w:p>
            <w:r>
              <w:t>世界经济文汇</w:t>
            </w:r>
          </w:p>
        </w:tc>
      </w:tr>
      <w:tr>
        <w:tc>
          <w:tcPr>
            <w:tcW w:type="dxa" w:w="2880"/>
          </w:tcPr>
          <w:p>
            <w:r>
              <w:t>3</w:t>
            </w:r>
          </w:p>
        </w:tc>
        <w:tc>
          <w:tcPr>
            <w:tcW w:type="dxa" w:w="2880"/>
          </w:tcPr>
          <w:p>
            <w:r>
              <w:t>经济纵横</w:t>
            </w:r>
          </w:p>
        </w:tc>
        <w:tc>
          <w:tcPr>
            <w:tcW w:type="dxa" w:w="2880"/>
          </w:tcPr>
          <w:p/>
        </w:tc>
      </w:tr>
      <w:tr>
        <w:tc>
          <w:tcPr>
            <w:tcW w:type="dxa" w:w="2880"/>
          </w:tcPr>
          <w:p>
            <w:r>
              <w:t>4</w:t>
            </w:r>
          </w:p>
        </w:tc>
        <w:tc>
          <w:tcPr>
            <w:tcW w:type="dxa" w:w="2880"/>
          </w:tcPr>
          <w:p>
            <w:r>
              <w:t>财经问题研究</w:t>
            </w:r>
          </w:p>
        </w:tc>
        <w:tc>
          <w:tcPr>
            <w:tcW w:type="dxa" w:w="2880"/>
          </w:tcPr>
          <w:p/>
        </w:tc>
      </w:tr>
      <w:tr>
        <w:tc>
          <w:tcPr>
            <w:tcW w:type="dxa" w:w="2880"/>
          </w:tcPr>
          <w:p>
            <w:r>
              <w:t>5</w:t>
            </w:r>
          </w:p>
        </w:tc>
        <w:tc>
          <w:tcPr>
            <w:tcW w:type="dxa" w:w="2880"/>
          </w:tcPr>
          <w:p>
            <w:r>
              <w:t>金融经济学研究</w:t>
            </w:r>
          </w:p>
        </w:tc>
        <w:tc>
          <w:tcPr>
            <w:tcW w:type="dxa" w:w="2880"/>
          </w:tcPr>
          <w:p/>
        </w:tc>
      </w:tr>
      <w:tr>
        <w:tc>
          <w:tcPr>
            <w:tcW w:type="dxa" w:w="2880"/>
          </w:tcPr>
          <w:p>
            <w:r>
              <w:t>6</w:t>
            </w:r>
          </w:p>
        </w:tc>
        <w:tc>
          <w:tcPr>
            <w:tcW w:type="dxa" w:w="2880"/>
          </w:tcPr>
          <w:p>
            <w:r>
              <w:t>国际经贸探索</w:t>
            </w:r>
          </w:p>
        </w:tc>
        <w:tc>
          <w:tcPr>
            <w:tcW w:type="dxa" w:w="2880"/>
          </w:tcPr>
          <w:p/>
        </w:tc>
      </w:tr>
      <w:tr>
        <w:tc>
          <w:tcPr>
            <w:tcW w:type="dxa" w:w="2880"/>
          </w:tcPr>
          <w:p>
            <w:r>
              <w:t>7</w:t>
            </w:r>
          </w:p>
        </w:tc>
        <w:tc>
          <w:tcPr>
            <w:tcW w:type="dxa" w:w="2880"/>
          </w:tcPr>
          <w:p>
            <w:r>
              <w:t>商业经济与管理</w:t>
            </w:r>
          </w:p>
        </w:tc>
        <w:tc>
          <w:tcPr>
            <w:tcW w:type="dxa" w:w="2880"/>
          </w:tcPr>
          <w:p/>
        </w:tc>
      </w:tr>
      <w:tr>
        <w:tc>
          <w:tcPr>
            <w:tcW w:type="dxa" w:w="2880"/>
          </w:tcPr>
          <w:p>
            <w:r>
              <w:t>8</w:t>
            </w:r>
          </w:p>
        </w:tc>
        <w:tc>
          <w:tcPr>
            <w:tcW w:type="dxa" w:w="2880"/>
          </w:tcPr>
          <w:p>
            <w:r>
              <w:t>税务研究</w:t>
            </w:r>
          </w:p>
        </w:tc>
        <w:tc>
          <w:tcPr>
            <w:tcW w:type="dxa" w:w="2880"/>
          </w:tcPr>
          <w:p/>
        </w:tc>
      </w:tr>
      <w:tr>
        <w:tc>
          <w:tcPr>
            <w:tcW w:type="dxa" w:w="2880"/>
          </w:tcPr>
          <w:p>
            <w:r>
              <w:t>9</w:t>
            </w:r>
          </w:p>
        </w:tc>
        <w:tc>
          <w:tcPr>
            <w:tcW w:type="dxa" w:w="2880"/>
          </w:tcPr>
          <w:p>
            <w:r>
              <w:t>当代经济科学</w:t>
            </w:r>
          </w:p>
        </w:tc>
        <w:tc>
          <w:tcPr>
            <w:tcW w:type="dxa" w:w="2880"/>
          </w:tcPr>
          <w:p/>
        </w:tc>
      </w:tr>
      <w:tr>
        <w:tc>
          <w:tcPr>
            <w:tcW w:type="dxa" w:w="2880"/>
          </w:tcPr>
          <w:p>
            <w:r>
              <w:t>10</w:t>
            </w:r>
          </w:p>
        </w:tc>
        <w:tc>
          <w:tcPr>
            <w:tcW w:type="dxa" w:w="2880"/>
          </w:tcPr>
          <w:p>
            <w:r>
              <w:t>国际贸易</w:t>
            </w:r>
          </w:p>
        </w:tc>
        <w:tc>
          <w:tcPr>
            <w:tcW w:type="dxa" w:w="2880"/>
          </w:tcPr>
          <w:p/>
        </w:tc>
      </w:tr>
      <w:tr>
        <w:tc>
          <w:tcPr>
            <w:tcW w:type="dxa" w:w="2880"/>
          </w:tcPr>
          <w:p>
            <w:r>
              <w:t>11</w:t>
            </w:r>
          </w:p>
        </w:tc>
        <w:tc>
          <w:tcPr>
            <w:tcW w:type="dxa" w:w="2880"/>
          </w:tcPr>
          <w:p>
            <w:r>
              <w:t>经济学动态</w:t>
            </w:r>
          </w:p>
        </w:tc>
        <w:tc>
          <w:tcPr>
            <w:tcW w:type="dxa" w:w="2880"/>
          </w:tcPr>
          <w:p/>
        </w:tc>
      </w:tr>
      <w:tr>
        <w:tc>
          <w:tcPr>
            <w:tcW w:type="dxa" w:w="2880"/>
          </w:tcPr>
          <w:p>
            <w:r>
              <w:t>12</w:t>
            </w:r>
          </w:p>
        </w:tc>
        <w:tc>
          <w:tcPr>
            <w:tcW w:type="dxa" w:w="2880"/>
          </w:tcPr>
          <w:p>
            <w:r>
              <w:t>中央财经大学学报</w:t>
            </w:r>
          </w:p>
        </w:tc>
        <w:tc>
          <w:tcPr>
            <w:tcW w:type="dxa" w:w="2880"/>
          </w:tcPr>
          <w:p/>
        </w:tc>
      </w:tr>
      <w:tr>
        <w:tc>
          <w:tcPr>
            <w:tcW w:type="dxa" w:w="2880"/>
          </w:tcPr>
          <w:p>
            <w:r>
              <w:t>13</w:t>
            </w:r>
          </w:p>
        </w:tc>
        <w:tc>
          <w:tcPr>
            <w:tcW w:type="dxa" w:w="2880"/>
          </w:tcPr>
          <w:p>
            <w:r>
              <w:t>财贸研究</w:t>
            </w:r>
          </w:p>
        </w:tc>
        <w:tc>
          <w:tcPr>
            <w:tcW w:type="dxa" w:w="2880"/>
          </w:tcPr>
          <w:p/>
        </w:tc>
      </w:tr>
      <w:tr>
        <w:tc>
          <w:tcPr>
            <w:tcW w:type="dxa" w:w="2880"/>
          </w:tcPr>
          <w:p>
            <w:r>
              <w:t>14</w:t>
            </w:r>
          </w:p>
        </w:tc>
        <w:tc>
          <w:tcPr>
            <w:tcW w:type="dxa" w:w="2880"/>
          </w:tcPr>
          <w:p>
            <w:r>
              <w:t>上海财经大学学报</w:t>
            </w:r>
          </w:p>
        </w:tc>
        <w:tc>
          <w:tcPr>
            <w:tcW w:type="dxa" w:w="2880"/>
          </w:tcPr>
          <w:p/>
        </w:tc>
      </w:tr>
      <w:tr>
        <w:tc>
          <w:tcPr>
            <w:tcW w:type="dxa" w:w="2880"/>
          </w:tcPr>
          <w:p>
            <w:r>
              <w:t>15</w:t>
            </w:r>
          </w:p>
        </w:tc>
        <w:tc>
          <w:tcPr>
            <w:tcW w:type="dxa" w:w="2880"/>
          </w:tcPr>
          <w:p>
            <w:r>
              <w:t>保险研究</w:t>
            </w:r>
          </w:p>
        </w:tc>
        <w:tc>
          <w:tcPr>
            <w:tcW w:type="dxa" w:w="2880"/>
          </w:tcPr>
          <w:p/>
        </w:tc>
      </w:tr>
      <w:tr>
        <w:tc>
          <w:tcPr>
            <w:tcW w:type="dxa" w:w="2880"/>
          </w:tcPr>
          <w:p>
            <w:r>
              <w:t>16</w:t>
            </w:r>
          </w:p>
        </w:tc>
        <w:tc>
          <w:tcPr>
            <w:tcW w:type="dxa" w:w="2880"/>
          </w:tcPr>
          <w:p>
            <w:r>
              <w:t>江西财经大学学报</w:t>
            </w:r>
          </w:p>
        </w:tc>
        <w:tc>
          <w:tcPr>
            <w:tcW w:type="dxa" w:w="2880"/>
          </w:tcPr>
          <w:p/>
        </w:tc>
      </w:tr>
      <w:tr>
        <w:tc>
          <w:tcPr>
            <w:tcW w:type="dxa" w:w="2880"/>
          </w:tcPr>
          <w:p>
            <w:r>
              <w:t>17</w:t>
            </w:r>
          </w:p>
        </w:tc>
        <w:tc>
          <w:tcPr>
            <w:tcW w:type="dxa" w:w="2880"/>
          </w:tcPr>
          <w:p>
            <w:r>
              <w:t>广东财经大学学报</w:t>
            </w:r>
          </w:p>
        </w:tc>
        <w:tc>
          <w:tcPr>
            <w:tcW w:type="dxa" w:w="2880"/>
          </w:tcPr>
          <w:p/>
        </w:tc>
      </w:tr>
      <w:tr>
        <w:tc>
          <w:tcPr>
            <w:tcW w:type="dxa" w:w="2880"/>
          </w:tcPr>
          <w:p>
            <w:r>
              <w:t>18</w:t>
            </w:r>
          </w:p>
        </w:tc>
        <w:tc>
          <w:tcPr>
            <w:tcW w:type="dxa" w:w="2880"/>
          </w:tcPr>
          <w:p>
            <w:r>
              <w:t>贵州财经大学学报</w:t>
            </w:r>
          </w:p>
        </w:tc>
        <w:tc>
          <w:tcPr>
            <w:tcW w:type="dxa" w:w="2880"/>
          </w:tcPr>
          <w:p/>
        </w:tc>
      </w:tr>
      <w:tr>
        <w:tc>
          <w:tcPr>
            <w:tcW w:type="dxa" w:w="2880"/>
          </w:tcPr>
          <w:p>
            <w:r>
              <w:t>19</w:t>
            </w:r>
          </w:p>
        </w:tc>
        <w:tc>
          <w:tcPr>
            <w:tcW w:type="dxa" w:w="2880"/>
          </w:tcPr>
          <w:p>
            <w:r>
              <w:t>经济与管理研究</w:t>
            </w:r>
          </w:p>
        </w:tc>
        <w:tc>
          <w:tcPr>
            <w:tcW w:type="dxa" w:w="2880"/>
          </w:tcPr>
          <w:p/>
        </w:tc>
      </w:tr>
      <w:tr>
        <w:tc>
          <w:tcPr>
            <w:tcW w:type="dxa" w:w="2880"/>
          </w:tcPr>
          <w:p>
            <w:r>
              <w:t>20</w:t>
            </w:r>
          </w:p>
        </w:tc>
        <w:tc>
          <w:tcPr>
            <w:tcW w:type="dxa" w:w="2880"/>
          </w:tcPr>
          <w:p>
            <w:r>
              <w:t>财经论丛</w:t>
            </w:r>
          </w:p>
        </w:tc>
        <w:tc>
          <w:tcPr>
            <w:tcW w:type="dxa" w:w="2880"/>
          </w:tcPr>
          <w:p/>
        </w:tc>
      </w:tr>
      <w:tr>
        <w:tc>
          <w:tcPr>
            <w:tcW w:type="dxa" w:w="2880"/>
          </w:tcPr>
          <w:p>
            <w:r>
              <w:t>21</w:t>
            </w:r>
          </w:p>
        </w:tc>
        <w:tc>
          <w:tcPr>
            <w:tcW w:type="dxa" w:w="2880"/>
          </w:tcPr>
          <w:p>
            <w:r>
              <w:t>国际商务（对外经济贸易大学学报）</w:t>
            </w:r>
          </w:p>
        </w:tc>
        <w:tc>
          <w:tcPr>
            <w:tcW w:type="dxa" w:w="2880"/>
          </w:tcPr>
          <w:p/>
        </w:tc>
      </w:tr>
      <w:tr>
        <w:tc>
          <w:tcPr>
            <w:tcW w:type="dxa" w:w="2880"/>
          </w:tcPr>
          <w:p>
            <w:r>
              <w:t>22</w:t>
            </w:r>
          </w:p>
        </w:tc>
        <w:tc>
          <w:tcPr>
            <w:tcW w:type="dxa" w:w="2880"/>
          </w:tcPr>
          <w:p>
            <w:r>
              <w:t>上海经济研究</w:t>
            </w:r>
          </w:p>
        </w:tc>
        <w:tc>
          <w:tcPr>
            <w:tcW w:type="dxa" w:w="2880"/>
          </w:tcPr>
          <w:p/>
        </w:tc>
      </w:tr>
      <w:tr>
        <w:tc>
          <w:tcPr>
            <w:tcW w:type="dxa" w:w="2880"/>
          </w:tcPr>
          <w:p>
            <w:r>
              <w:t>23</w:t>
            </w:r>
          </w:p>
        </w:tc>
        <w:tc>
          <w:tcPr>
            <w:tcW w:type="dxa" w:w="2880"/>
          </w:tcPr>
          <w:p>
            <w:r>
              <w:t>国际经济评论</w:t>
            </w:r>
          </w:p>
        </w:tc>
        <w:tc>
          <w:tcPr>
            <w:tcW w:type="dxa" w:w="2880"/>
          </w:tcPr>
          <w:p/>
        </w:tc>
      </w:tr>
      <w:tr>
        <w:tc>
          <w:tcPr>
            <w:tcW w:type="dxa" w:w="2880"/>
          </w:tcPr>
          <w:p>
            <w:r>
              <w:t>24</w:t>
            </w:r>
          </w:p>
        </w:tc>
        <w:tc>
          <w:tcPr>
            <w:tcW w:type="dxa" w:w="2880"/>
          </w:tcPr>
          <w:p>
            <w:r>
              <w:t>财经理论与实践</w:t>
            </w:r>
          </w:p>
        </w:tc>
        <w:tc>
          <w:tcPr>
            <w:tcW w:type="dxa" w:w="2880"/>
          </w:tcPr>
          <w:p/>
        </w:tc>
      </w:tr>
      <w:tr>
        <w:tc>
          <w:tcPr>
            <w:tcW w:type="dxa" w:w="2880"/>
          </w:tcPr>
          <w:p>
            <w:r>
              <w:t>25</w:t>
            </w:r>
          </w:p>
        </w:tc>
        <w:tc>
          <w:tcPr>
            <w:tcW w:type="dxa" w:w="2880"/>
          </w:tcPr>
          <w:p>
            <w:r>
              <w:t>南方经济</w:t>
            </w:r>
          </w:p>
        </w:tc>
        <w:tc>
          <w:tcPr>
            <w:tcW w:type="dxa" w:w="2880"/>
          </w:tcPr>
          <w:p/>
        </w:tc>
      </w:tr>
      <w:tr>
        <w:tc>
          <w:tcPr>
            <w:tcW w:type="dxa" w:w="2880"/>
          </w:tcPr>
          <w:p>
            <w:r>
              <w:t>26</w:t>
            </w:r>
          </w:p>
        </w:tc>
        <w:tc>
          <w:tcPr>
            <w:tcW w:type="dxa" w:w="2880"/>
          </w:tcPr>
          <w:p>
            <w:r>
              <w:t>经济经纬</w:t>
            </w:r>
          </w:p>
        </w:tc>
        <w:tc>
          <w:tcPr>
            <w:tcW w:type="dxa" w:w="2880"/>
          </w:tcPr>
          <w:p/>
        </w:tc>
      </w:tr>
      <w:tr>
        <w:tc>
          <w:tcPr>
            <w:tcW w:type="dxa" w:w="2880"/>
          </w:tcPr>
          <w:p>
            <w:r>
              <w:t>27</w:t>
            </w:r>
          </w:p>
        </w:tc>
        <w:tc>
          <w:tcPr>
            <w:tcW w:type="dxa" w:w="2880"/>
          </w:tcPr>
          <w:p>
            <w:r>
              <w:t>现代经济探讨</w:t>
            </w:r>
          </w:p>
        </w:tc>
        <w:tc>
          <w:tcPr>
            <w:tcW w:type="dxa" w:w="2880"/>
          </w:tcPr>
          <w:p/>
        </w:tc>
      </w:tr>
      <w:tr>
        <w:tc>
          <w:tcPr>
            <w:tcW w:type="dxa" w:w="2880"/>
          </w:tcPr>
          <w:p>
            <w:r>
              <w:t>28</w:t>
            </w:r>
          </w:p>
        </w:tc>
        <w:tc>
          <w:tcPr>
            <w:tcW w:type="dxa" w:w="2880"/>
          </w:tcPr>
          <w:p>
            <w:r>
              <w:t>亚太经济</w:t>
            </w:r>
          </w:p>
        </w:tc>
        <w:tc>
          <w:tcPr>
            <w:tcW w:type="dxa" w:w="2880"/>
          </w:tcPr>
          <w:p/>
        </w:tc>
      </w:tr>
      <w:tr>
        <w:tc>
          <w:tcPr>
            <w:tcW w:type="dxa" w:w="2880"/>
          </w:tcPr>
          <w:p>
            <w:r>
              <w:t>29</w:t>
            </w:r>
          </w:p>
        </w:tc>
        <w:tc>
          <w:tcPr>
            <w:tcW w:type="dxa" w:w="2880"/>
          </w:tcPr>
          <w:p>
            <w:r>
              <w:t>经济问题探索</w:t>
            </w:r>
          </w:p>
        </w:tc>
        <w:tc>
          <w:tcPr>
            <w:tcW w:type="dxa" w:w="2880"/>
          </w:tcPr>
          <w:p/>
        </w:tc>
      </w:tr>
      <w:tr>
        <w:tc>
          <w:tcPr>
            <w:tcW w:type="dxa" w:w="2880"/>
          </w:tcPr>
          <w:p>
            <w:r>
              <w:t>30</w:t>
            </w:r>
          </w:p>
        </w:tc>
        <w:tc>
          <w:tcPr>
            <w:tcW w:type="dxa" w:w="2880"/>
          </w:tcPr>
          <w:p>
            <w:r>
              <w:t>农村经济</w:t>
            </w:r>
          </w:p>
        </w:tc>
        <w:tc>
          <w:tcPr>
            <w:tcW w:type="dxa" w:w="2880"/>
          </w:tcPr>
          <w:p/>
        </w:tc>
      </w:tr>
      <w:tr>
        <w:tc>
          <w:tcPr>
            <w:tcW w:type="dxa" w:w="2880"/>
          </w:tcPr>
          <w:p>
            <w:r>
              <w:t>31</w:t>
            </w:r>
          </w:p>
        </w:tc>
        <w:tc>
          <w:tcPr>
            <w:tcW w:type="dxa" w:w="2880"/>
          </w:tcPr>
          <w:p>
            <w:r>
              <w:t>经济问题</w:t>
            </w:r>
          </w:p>
        </w:tc>
        <w:tc>
          <w:tcPr>
            <w:tcW w:type="dxa" w:w="2880"/>
          </w:tcPr>
          <w:p/>
        </w:tc>
      </w:tr>
      <w:tr>
        <w:tc>
          <w:tcPr>
            <w:tcW w:type="dxa" w:w="2880"/>
          </w:tcPr>
          <w:p>
            <w:r>
              <w:t>32</w:t>
            </w:r>
          </w:p>
        </w:tc>
        <w:tc>
          <w:tcPr>
            <w:tcW w:type="dxa" w:w="2880"/>
          </w:tcPr>
          <w:p>
            <w:r>
              <w:t>当代经济研究</w:t>
            </w:r>
          </w:p>
        </w:tc>
        <w:tc>
          <w:tcPr>
            <w:tcW w:type="dxa" w:w="2880"/>
          </w:tcPr>
          <w:p/>
        </w:tc>
      </w:tr>
      <w:tr>
        <w:tc>
          <w:tcPr>
            <w:tcW w:type="dxa" w:w="2880"/>
          </w:tcPr>
          <w:p>
            <w:r>
              <w:t>33</w:t>
            </w:r>
          </w:p>
        </w:tc>
        <w:tc>
          <w:tcPr>
            <w:tcW w:type="dxa" w:w="2880"/>
          </w:tcPr>
          <w:p>
            <w:r>
              <w:t>政治经济学评论</w:t>
            </w:r>
          </w:p>
        </w:tc>
        <w:tc>
          <w:tcPr>
            <w:tcW w:type="dxa" w:w="2880"/>
          </w:tcPr>
          <w:p/>
        </w:tc>
      </w:tr>
      <w:tr>
        <w:tc>
          <w:tcPr>
            <w:tcW w:type="dxa" w:w="2880"/>
          </w:tcPr>
          <w:p>
            <w:r>
              <w:t>34</w:t>
            </w:r>
          </w:p>
        </w:tc>
        <w:tc>
          <w:tcPr>
            <w:tcW w:type="dxa" w:w="2880"/>
          </w:tcPr>
          <w:p>
            <w:r>
              <w:t>现代财经</w:t>
            </w:r>
          </w:p>
        </w:tc>
        <w:tc>
          <w:tcPr>
            <w:tcW w:type="dxa" w:w="2880"/>
          </w:tcPr>
          <w:p/>
        </w:tc>
      </w:tr>
      <w:tr>
        <w:tc>
          <w:tcPr>
            <w:tcW w:type="dxa" w:w="2880"/>
          </w:tcPr>
          <w:p>
            <w:r>
              <w:t>35</w:t>
            </w:r>
          </w:p>
        </w:tc>
        <w:tc>
          <w:tcPr>
            <w:tcW w:type="dxa" w:w="2880"/>
          </w:tcPr>
          <w:p>
            <w:r>
              <w:t>金融评论</w:t>
            </w:r>
          </w:p>
        </w:tc>
        <w:tc>
          <w:tcPr>
            <w:tcW w:type="dxa" w:w="2880"/>
          </w:tcPr>
          <w:p/>
        </w:tc>
      </w:tr>
      <w:tr>
        <w:tc>
          <w:tcPr>
            <w:tcW w:type="dxa" w:w="2880"/>
          </w:tcPr>
          <w:p>
            <w:r>
              <w:t>36</w:t>
            </w:r>
          </w:p>
        </w:tc>
        <w:tc>
          <w:tcPr>
            <w:tcW w:type="dxa" w:w="2880"/>
          </w:tcPr>
          <w:p>
            <w:r>
              <w:t>商业研究</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37</w:t>
            </w:r>
          </w:p>
        </w:tc>
        <w:tc>
          <w:tcPr>
            <w:tcW w:type="dxa" w:w="2880"/>
          </w:tcPr>
          <w:p>
            <w:r>
              <w:t>劳动经济研究</w:t>
            </w:r>
          </w:p>
        </w:tc>
      </w:tr>
      <w:tr>
        <w:tc>
          <w:tcPr>
            <w:tcW w:type="dxa" w:w="2880"/>
          </w:tcPr>
          <w:p>
            <w:r>
              <w:t>38</w:t>
            </w:r>
          </w:p>
        </w:tc>
        <w:tc>
          <w:tcPr>
            <w:tcW w:type="dxa" w:w="2880"/>
          </w:tcPr>
          <w:p>
            <w:r>
              <w:t>经济学报</w:t>
            </w:r>
          </w:p>
        </w:tc>
        <w:tc>
          <w:tcPr>
            <w:tcW w:type="dxa" w:w="2880"/>
          </w:tcPr>
          <w:p/>
        </w:tc>
      </w:tr>
      <w:tr>
        <w:tc>
          <w:tcPr>
            <w:tcW w:type="dxa" w:w="2880"/>
          </w:tcPr>
          <w:p>
            <w:r>
              <w:t>政治学（43种）</w:t>
            </w:r>
          </w:p>
        </w:tc>
        <w:tc>
          <w:tcPr>
            <w:tcW w:type="dxa" w:w="2880"/>
          </w:tcPr>
          <w:p/>
        </w:tc>
        <w:tc>
          <w:tcPr>
            <w:tcW w:type="dxa" w:w="2880"/>
          </w:tcPr>
          <w:p/>
        </w:tc>
      </w:tr>
      <w:tr>
        <w:tc>
          <w:tcPr>
            <w:tcW w:type="dxa" w:w="2880"/>
          </w:tcPr>
          <w:p>
            <w:r>
              <w:t>一类（5种）</w:t>
            </w:r>
          </w:p>
        </w:tc>
        <w:tc>
          <w:tcPr>
            <w:tcW w:type="dxa" w:w="2880"/>
          </w:tcPr>
          <w:p>
            <w:r>
              <w:t>1</w:t>
            </w:r>
          </w:p>
        </w:tc>
        <w:tc>
          <w:tcPr>
            <w:tcW w:type="dxa" w:w="2880"/>
          </w:tcPr>
          <w:p>
            <w:r>
              <w:t>政治学研究*</w:t>
            </w:r>
          </w:p>
        </w:tc>
      </w:tr>
      <w:tr>
        <w:tc>
          <w:tcPr>
            <w:tcW w:type="dxa" w:w="2880"/>
          </w:tcPr>
          <w:p>
            <w:r>
              <w:t>2</w:t>
            </w:r>
          </w:p>
        </w:tc>
        <w:tc>
          <w:tcPr>
            <w:tcW w:type="dxa" w:w="2880"/>
          </w:tcPr>
          <w:p>
            <w:r>
              <w:t>世界经济与政治</w:t>
            </w:r>
          </w:p>
        </w:tc>
        <w:tc>
          <w:tcPr>
            <w:tcW w:type="dxa" w:w="2880"/>
          </w:tcPr>
          <w:p/>
        </w:tc>
      </w:tr>
      <w:tr>
        <w:tc>
          <w:tcPr>
            <w:tcW w:type="dxa" w:w="2880"/>
          </w:tcPr>
          <w:p>
            <w:r>
              <w:t>3</w:t>
            </w:r>
          </w:p>
        </w:tc>
        <w:tc>
          <w:tcPr>
            <w:tcW w:type="dxa" w:w="2880"/>
          </w:tcPr>
          <w:p>
            <w:r>
              <w:t>现代国际关系</w:t>
            </w:r>
          </w:p>
        </w:tc>
        <w:tc>
          <w:tcPr>
            <w:tcW w:type="dxa" w:w="2880"/>
          </w:tcPr>
          <w:p/>
        </w:tc>
      </w:tr>
      <w:tr>
        <w:tc>
          <w:tcPr>
            <w:tcW w:type="dxa" w:w="2880"/>
          </w:tcPr>
          <w:p>
            <w:r>
              <w:t>4</w:t>
            </w:r>
          </w:p>
        </w:tc>
        <w:tc>
          <w:tcPr>
            <w:tcW w:type="dxa" w:w="2880"/>
          </w:tcPr>
          <w:p>
            <w:r>
              <w:t>国际问题研究</w:t>
            </w:r>
          </w:p>
        </w:tc>
        <w:tc>
          <w:tcPr>
            <w:tcW w:type="dxa" w:w="2880"/>
          </w:tcPr>
          <w:p/>
        </w:tc>
      </w:tr>
      <w:tr>
        <w:tc>
          <w:tcPr>
            <w:tcW w:type="dxa" w:w="2880"/>
          </w:tcPr>
          <w:p>
            <w:r>
              <w:t>5</w:t>
            </w:r>
          </w:p>
        </w:tc>
        <w:tc>
          <w:tcPr>
            <w:tcW w:type="dxa" w:w="2880"/>
          </w:tcPr>
          <w:p>
            <w:r>
              <w:t>公共行政评论</w:t>
            </w:r>
          </w:p>
        </w:tc>
        <w:tc>
          <w:tcPr>
            <w:tcW w:type="dxa" w:w="2880"/>
          </w:tcPr>
          <w:p/>
        </w:tc>
      </w:tr>
      <w:tr>
        <w:tc>
          <w:tcPr>
            <w:tcW w:type="dxa" w:w="2880"/>
          </w:tcPr>
          <w:p>
            <w:r>
              <w:t>二类（13种）</w:t>
            </w:r>
          </w:p>
        </w:tc>
        <w:tc>
          <w:tcPr>
            <w:tcW w:type="dxa" w:w="2880"/>
          </w:tcPr>
          <w:p>
            <w:r>
              <w:t>1</w:t>
            </w:r>
          </w:p>
        </w:tc>
        <w:tc>
          <w:tcPr>
            <w:tcW w:type="dxa" w:w="2880"/>
          </w:tcPr>
          <w:p>
            <w:r>
              <w:t>东北亚论坛</w:t>
            </w:r>
          </w:p>
        </w:tc>
      </w:tr>
      <w:tr>
        <w:tc>
          <w:tcPr>
            <w:tcW w:type="dxa" w:w="2880"/>
          </w:tcPr>
          <w:p>
            <w:r>
              <w:t>2</w:t>
            </w:r>
          </w:p>
        </w:tc>
        <w:tc>
          <w:tcPr>
            <w:tcW w:type="dxa" w:w="2880"/>
          </w:tcPr>
          <w:p>
            <w:r>
              <w:t>当代亚太</w:t>
            </w:r>
          </w:p>
        </w:tc>
        <w:tc>
          <w:tcPr>
            <w:tcW w:type="dxa" w:w="2880"/>
          </w:tcPr>
          <w:p/>
        </w:tc>
      </w:tr>
      <w:tr>
        <w:tc>
          <w:tcPr>
            <w:tcW w:type="dxa" w:w="2880"/>
          </w:tcPr>
          <w:p>
            <w:r>
              <w:t>3</w:t>
            </w:r>
          </w:p>
        </w:tc>
        <w:tc>
          <w:tcPr>
            <w:tcW w:type="dxa" w:w="2880"/>
          </w:tcPr>
          <w:p>
            <w:r>
              <w:t>外交评论（外交学院学报）</w:t>
            </w:r>
          </w:p>
        </w:tc>
        <w:tc>
          <w:tcPr>
            <w:tcW w:type="dxa" w:w="2880"/>
          </w:tcPr>
          <w:p/>
        </w:tc>
      </w:tr>
      <w:tr>
        <w:tc>
          <w:tcPr>
            <w:tcW w:type="dxa" w:w="2880"/>
          </w:tcPr>
          <w:p>
            <w:r>
              <w:t>4</w:t>
            </w:r>
          </w:p>
        </w:tc>
        <w:tc>
          <w:tcPr>
            <w:tcW w:type="dxa" w:w="2880"/>
          </w:tcPr>
          <w:p>
            <w:r>
              <w:t>上海行政学院学报</w:t>
            </w:r>
          </w:p>
        </w:tc>
        <w:tc>
          <w:tcPr>
            <w:tcW w:type="dxa" w:w="2880"/>
          </w:tcPr>
          <w:p/>
        </w:tc>
      </w:tr>
      <w:tr>
        <w:tc>
          <w:tcPr>
            <w:tcW w:type="dxa" w:w="2880"/>
          </w:tcPr>
          <w:p>
            <w:r>
              <w:t>5</w:t>
            </w:r>
          </w:p>
        </w:tc>
        <w:tc>
          <w:tcPr>
            <w:tcW w:type="dxa" w:w="2880"/>
          </w:tcPr>
          <w:p>
            <w:r>
              <w:t>国际观察</w:t>
            </w:r>
          </w:p>
        </w:tc>
        <w:tc>
          <w:tcPr>
            <w:tcW w:type="dxa" w:w="2880"/>
          </w:tcPr>
          <w:p/>
        </w:tc>
      </w:tr>
      <w:tr>
        <w:tc>
          <w:tcPr>
            <w:tcW w:type="dxa" w:w="2880"/>
          </w:tcPr>
          <w:p>
            <w:r>
              <w:t>6</w:t>
            </w:r>
          </w:p>
        </w:tc>
        <w:tc>
          <w:tcPr>
            <w:tcW w:type="dxa" w:w="2880"/>
          </w:tcPr>
          <w:p>
            <w:r>
              <w:t>国际政治研究</w:t>
            </w:r>
          </w:p>
        </w:tc>
        <w:tc>
          <w:tcPr>
            <w:tcW w:type="dxa" w:w="2880"/>
          </w:tcPr>
          <w:p/>
        </w:tc>
      </w:tr>
      <w:tr>
        <w:tc>
          <w:tcPr>
            <w:tcW w:type="dxa" w:w="2880"/>
          </w:tcPr>
          <w:p>
            <w:r>
              <w:t>7</w:t>
            </w:r>
          </w:p>
        </w:tc>
        <w:tc>
          <w:tcPr>
            <w:tcW w:type="dxa" w:w="2880"/>
          </w:tcPr>
          <w:p>
            <w:r>
              <w:t>理论探索</w:t>
            </w:r>
          </w:p>
        </w:tc>
        <w:tc>
          <w:tcPr>
            <w:tcW w:type="dxa" w:w="2880"/>
          </w:tcPr>
          <w:p/>
        </w:tc>
      </w:tr>
      <w:tr>
        <w:tc>
          <w:tcPr>
            <w:tcW w:type="dxa" w:w="2880"/>
          </w:tcPr>
          <w:p>
            <w:r>
              <w:t>8</w:t>
            </w:r>
          </w:p>
        </w:tc>
        <w:tc>
          <w:tcPr>
            <w:tcW w:type="dxa" w:w="2880"/>
          </w:tcPr>
          <w:p>
            <w:r>
              <w:t>南亚研究</w:t>
            </w:r>
          </w:p>
        </w:tc>
        <w:tc>
          <w:tcPr>
            <w:tcW w:type="dxa" w:w="2880"/>
          </w:tcPr>
          <w:p/>
        </w:tc>
      </w:tr>
      <w:tr>
        <w:tc>
          <w:tcPr>
            <w:tcW w:type="dxa" w:w="2880"/>
          </w:tcPr>
          <w:p>
            <w:r>
              <w:t>9</w:t>
            </w:r>
          </w:p>
        </w:tc>
        <w:tc>
          <w:tcPr>
            <w:tcW w:type="dxa" w:w="2880"/>
          </w:tcPr>
          <w:p>
            <w:r>
              <w:t>欧洲研究</w:t>
            </w:r>
          </w:p>
        </w:tc>
        <w:tc>
          <w:tcPr>
            <w:tcW w:type="dxa" w:w="2880"/>
          </w:tcPr>
          <w:p/>
        </w:tc>
      </w:tr>
      <w:tr>
        <w:tc>
          <w:tcPr>
            <w:tcW w:type="dxa" w:w="2880"/>
          </w:tcPr>
          <w:p>
            <w:r>
              <w:t>10</w:t>
            </w:r>
          </w:p>
        </w:tc>
        <w:tc>
          <w:tcPr>
            <w:tcW w:type="dxa" w:w="2880"/>
          </w:tcPr>
          <w:p>
            <w:r>
              <w:t>日本学刊</w:t>
            </w:r>
          </w:p>
        </w:tc>
        <w:tc>
          <w:tcPr>
            <w:tcW w:type="dxa" w:w="2880"/>
          </w:tcPr>
          <w:p/>
        </w:tc>
      </w:tr>
      <w:tr>
        <w:tc>
          <w:tcPr>
            <w:tcW w:type="dxa" w:w="2880"/>
          </w:tcPr>
          <w:p>
            <w:r>
              <w:t>11</w:t>
            </w:r>
          </w:p>
        </w:tc>
        <w:tc>
          <w:tcPr>
            <w:tcW w:type="dxa" w:w="2880"/>
          </w:tcPr>
          <w:p>
            <w:r>
              <w:t>美国研究</w:t>
            </w:r>
          </w:p>
        </w:tc>
        <w:tc>
          <w:tcPr>
            <w:tcW w:type="dxa" w:w="2880"/>
          </w:tcPr>
          <w:p/>
        </w:tc>
      </w:tr>
      <w:tr>
        <w:tc>
          <w:tcPr>
            <w:tcW w:type="dxa" w:w="2880"/>
          </w:tcPr>
          <w:p>
            <w:r>
              <w:t>12</w:t>
            </w:r>
          </w:p>
        </w:tc>
        <w:tc>
          <w:tcPr>
            <w:tcW w:type="dxa" w:w="2880"/>
          </w:tcPr>
          <w:p>
            <w:r>
              <w:t>国际展望</w:t>
            </w:r>
          </w:p>
        </w:tc>
        <w:tc>
          <w:tcPr>
            <w:tcW w:type="dxa" w:w="2880"/>
          </w:tcPr>
          <w:p/>
        </w:tc>
      </w:tr>
      <w:tr>
        <w:tc>
          <w:tcPr>
            <w:tcW w:type="dxa" w:w="2880"/>
          </w:tcPr>
          <w:p>
            <w:r>
              <w:t>13</w:t>
            </w:r>
          </w:p>
        </w:tc>
        <w:tc>
          <w:tcPr>
            <w:tcW w:type="dxa" w:w="2880"/>
          </w:tcPr>
          <w:p>
            <w:r>
              <w:t>行政论坛</w:t>
            </w:r>
          </w:p>
        </w:tc>
        <w:tc>
          <w:tcPr>
            <w:tcW w:type="dxa" w:w="2880"/>
          </w:tcPr>
          <w:p/>
        </w:tc>
      </w:tr>
      <w:tr>
        <w:tc>
          <w:tcPr>
            <w:tcW w:type="dxa" w:w="2880"/>
          </w:tcPr>
          <w:p>
            <w:r>
              <w:t>三类（25种）</w:t>
            </w:r>
          </w:p>
        </w:tc>
        <w:tc>
          <w:tcPr>
            <w:tcW w:type="dxa" w:w="2880"/>
          </w:tcPr>
          <w:p>
            <w:r>
              <w:t>1</w:t>
            </w:r>
          </w:p>
        </w:tc>
        <w:tc>
          <w:tcPr>
            <w:tcW w:type="dxa" w:w="2880"/>
          </w:tcPr>
          <w:p>
            <w:r>
              <w:t>德国研究</w:t>
            </w:r>
          </w:p>
        </w:tc>
      </w:tr>
      <w:tr>
        <w:tc>
          <w:tcPr>
            <w:tcW w:type="dxa" w:w="2880"/>
          </w:tcPr>
          <w:p>
            <w:r>
              <w:t>2</w:t>
            </w:r>
          </w:p>
        </w:tc>
        <w:tc>
          <w:tcPr>
            <w:tcW w:type="dxa" w:w="2880"/>
          </w:tcPr>
          <w:p>
            <w:r>
              <w:t>中共中央党校学报</w:t>
            </w:r>
          </w:p>
        </w:tc>
        <w:tc>
          <w:tcPr>
            <w:tcW w:type="dxa" w:w="2880"/>
          </w:tcPr>
          <w:p/>
        </w:tc>
      </w:tr>
      <w:tr>
        <w:tc>
          <w:tcPr>
            <w:tcW w:type="dxa" w:w="2880"/>
          </w:tcPr>
          <w:p>
            <w:r>
              <w:t>3</w:t>
            </w:r>
          </w:p>
        </w:tc>
        <w:tc>
          <w:tcPr>
            <w:tcW w:type="dxa" w:w="2880"/>
          </w:tcPr>
          <w:p>
            <w:r>
              <w:t>台湾研究集刊</w:t>
            </w:r>
          </w:p>
        </w:tc>
        <w:tc>
          <w:tcPr>
            <w:tcW w:type="dxa" w:w="2880"/>
          </w:tcPr>
          <w:p/>
        </w:tc>
      </w:tr>
      <w:tr>
        <w:tc>
          <w:tcPr>
            <w:tcW w:type="dxa" w:w="2880"/>
          </w:tcPr>
          <w:p>
            <w:r>
              <w:t>4</w:t>
            </w:r>
          </w:p>
        </w:tc>
        <w:tc>
          <w:tcPr>
            <w:tcW w:type="dxa" w:w="2880"/>
          </w:tcPr>
          <w:p>
            <w:r>
              <w:t>国际论坛</w:t>
            </w:r>
          </w:p>
        </w:tc>
        <w:tc>
          <w:tcPr>
            <w:tcW w:type="dxa" w:w="2880"/>
          </w:tcPr>
          <w:p/>
        </w:tc>
      </w:tr>
      <w:tr>
        <w:tc>
          <w:tcPr>
            <w:tcW w:type="dxa" w:w="2880"/>
          </w:tcPr>
          <w:p>
            <w:r>
              <w:t>5</w:t>
            </w:r>
          </w:p>
        </w:tc>
        <w:tc>
          <w:tcPr>
            <w:tcW w:type="dxa" w:w="2880"/>
          </w:tcPr>
          <w:p>
            <w:r>
              <w:t>俄罗斯研究</w:t>
            </w:r>
          </w:p>
        </w:tc>
        <w:tc>
          <w:tcPr>
            <w:tcW w:type="dxa" w:w="2880"/>
          </w:tcPr>
          <w:p/>
        </w:tc>
      </w:tr>
      <w:tr>
        <w:tc>
          <w:tcPr>
            <w:tcW w:type="dxa" w:w="2880"/>
          </w:tcPr>
          <w:p>
            <w:r>
              <w:t>6</w:t>
            </w:r>
          </w:p>
        </w:tc>
        <w:tc>
          <w:tcPr>
            <w:tcW w:type="dxa" w:w="2880"/>
          </w:tcPr>
          <w:p>
            <w:r>
              <w:t>理论探讨</w:t>
            </w:r>
          </w:p>
        </w:tc>
        <w:tc>
          <w:tcPr>
            <w:tcW w:type="dxa" w:w="2880"/>
          </w:tcPr>
          <w:p/>
        </w:tc>
      </w:tr>
      <w:tr>
        <w:tc>
          <w:tcPr>
            <w:tcW w:type="dxa" w:w="2880"/>
          </w:tcPr>
          <w:p>
            <w:r>
              <w:t>7</w:t>
            </w:r>
          </w:p>
        </w:tc>
        <w:tc>
          <w:tcPr>
            <w:tcW w:type="dxa" w:w="2880"/>
          </w:tcPr>
          <w:p>
            <w:r>
              <w:t>北京行政学院学报</w:t>
            </w:r>
          </w:p>
        </w:tc>
        <w:tc>
          <w:tcPr>
            <w:tcW w:type="dxa" w:w="2880"/>
          </w:tcPr>
          <w:p/>
        </w:tc>
      </w:tr>
      <w:tr>
        <w:tc>
          <w:tcPr>
            <w:tcW w:type="dxa" w:w="2880"/>
          </w:tcPr>
          <w:p>
            <w:r>
              <w:t>8</w:t>
            </w:r>
          </w:p>
        </w:tc>
        <w:tc>
          <w:tcPr>
            <w:tcW w:type="dxa" w:w="2880"/>
          </w:tcPr>
          <w:p>
            <w:r>
              <w:t>探索</w:t>
            </w:r>
          </w:p>
        </w:tc>
        <w:tc>
          <w:tcPr>
            <w:tcW w:type="dxa" w:w="2880"/>
          </w:tcPr>
          <w:p/>
        </w:tc>
      </w:tr>
      <w:tr>
        <w:tc>
          <w:tcPr>
            <w:tcW w:type="dxa" w:w="2880"/>
          </w:tcPr>
          <w:p>
            <w:r>
              <w:t>9</w:t>
            </w:r>
          </w:p>
        </w:tc>
        <w:tc>
          <w:tcPr>
            <w:tcW w:type="dxa" w:w="2880"/>
          </w:tcPr>
          <w:p>
            <w:r>
              <w:t>江苏行政学院学报</w:t>
            </w:r>
          </w:p>
        </w:tc>
        <w:tc>
          <w:tcPr>
            <w:tcW w:type="dxa" w:w="2880"/>
          </w:tcPr>
          <w:p/>
        </w:tc>
      </w:tr>
      <w:tr>
        <w:tc>
          <w:tcPr>
            <w:tcW w:type="dxa" w:w="2880"/>
          </w:tcPr>
          <w:p>
            <w:r>
              <w:t>10</w:t>
            </w:r>
          </w:p>
        </w:tc>
        <w:tc>
          <w:tcPr>
            <w:tcW w:type="dxa" w:w="2880"/>
          </w:tcPr>
          <w:p>
            <w:r>
              <w:t>南亚研究季刊</w:t>
            </w:r>
          </w:p>
        </w:tc>
        <w:tc>
          <w:tcPr>
            <w:tcW w:type="dxa" w:w="2880"/>
          </w:tcPr>
          <w:p/>
        </w:tc>
      </w:tr>
      <w:tr>
        <w:tc>
          <w:tcPr>
            <w:tcW w:type="dxa" w:w="2880"/>
          </w:tcPr>
          <w:p>
            <w:r>
              <w:t>11</w:t>
            </w:r>
          </w:p>
        </w:tc>
        <w:tc>
          <w:tcPr>
            <w:tcW w:type="dxa" w:w="2880"/>
          </w:tcPr>
          <w:p>
            <w:r>
              <w:t>太平洋学报</w:t>
            </w:r>
          </w:p>
        </w:tc>
        <w:tc>
          <w:tcPr>
            <w:tcW w:type="dxa" w:w="2880"/>
          </w:tcPr>
          <w:p/>
        </w:tc>
      </w:tr>
      <w:tr>
        <w:tc>
          <w:tcPr>
            <w:tcW w:type="dxa" w:w="2880"/>
          </w:tcPr>
          <w:p>
            <w:r>
              <w:t>12</w:t>
            </w:r>
          </w:p>
        </w:tc>
        <w:tc>
          <w:tcPr>
            <w:tcW w:type="dxa" w:w="2880"/>
          </w:tcPr>
          <w:p>
            <w:r>
              <w:t>东南亚研究</w:t>
            </w:r>
          </w:p>
        </w:tc>
        <w:tc>
          <w:tcPr>
            <w:tcW w:type="dxa" w:w="2880"/>
          </w:tcPr>
          <w:p/>
        </w:tc>
      </w:tr>
      <w:tr>
        <w:tc>
          <w:tcPr>
            <w:tcW w:type="dxa" w:w="2880"/>
          </w:tcPr>
          <w:p>
            <w:r>
              <w:t>13</w:t>
            </w:r>
          </w:p>
        </w:tc>
        <w:tc>
          <w:tcPr>
            <w:tcW w:type="dxa" w:w="2880"/>
          </w:tcPr>
          <w:p>
            <w:r>
              <w:t>南洋问题研究</w:t>
            </w:r>
          </w:p>
        </w:tc>
        <w:tc>
          <w:tcPr>
            <w:tcW w:type="dxa" w:w="2880"/>
          </w:tcPr>
          <w:p/>
        </w:tc>
      </w:tr>
      <w:tr>
        <w:tc>
          <w:tcPr>
            <w:tcW w:type="dxa" w:w="2880"/>
          </w:tcPr>
          <w:p>
            <w:r>
              <w:t>14</w:t>
            </w:r>
          </w:p>
        </w:tc>
        <w:tc>
          <w:tcPr>
            <w:tcW w:type="dxa" w:w="2880"/>
          </w:tcPr>
          <w:p>
            <w:r>
              <w:t>国际政治科学</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15</w:t>
            </w:r>
          </w:p>
        </w:tc>
        <w:tc>
          <w:tcPr>
            <w:tcW w:type="dxa" w:w="2880"/>
          </w:tcPr>
          <w:p>
            <w:r>
              <w:t>甘肃行政学院学报</w:t>
            </w:r>
          </w:p>
        </w:tc>
      </w:tr>
      <w:tr>
        <w:tc>
          <w:tcPr>
            <w:tcW w:type="dxa" w:w="2880"/>
          </w:tcPr>
          <w:p>
            <w:r>
              <w:t>16</w:t>
            </w:r>
          </w:p>
        </w:tc>
        <w:tc>
          <w:tcPr>
            <w:tcW w:type="dxa" w:w="2880"/>
          </w:tcPr>
          <w:p>
            <w:r>
              <w:t>国际安全研究</w:t>
            </w:r>
          </w:p>
        </w:tc>
        <w:tc>
          <w:tcPr>
            <w:tcW w:type="dxa" w:w="2880"/>
          </w:tcPr>
          <w:p/>
        </w:tc>
      </w:tr>
      <w:tr>
        <w:tc>
          <w:tcPr>
            <w:tcW w:type="dxa" w:w="2880"/>
          </w:tcPr>
          <w:p>
            <w:r>
              <w:t>17</w:t>
            </w:r>
          </w:p>
        </w:tc>
        <w:tc>
          <w:tcPr>
            <w:tcW w:type="dxa" w:w="2880"/>
          </w:tcPr>
          <w:p>
            <w:r>
              <w:t>求实</w:t>
            </w:r>
          </w:p>
        </w:tc>
        <w:tc>
          <w:tcPr>
            <w:tcW w:type="dxa" w:w="2880"/>
          </w:tcPr>
          <w:p/>
        </w:tc>
      </w:tr>
      <w:tr>
        <w:tc>
          <w:tcPr>
            <w:tcW w:type="dxa" w:w="2880"/>
          </w:tcPr>
          <w:p>
            <w:r>
              <w:t>18</w:t>
            </w:r>
          </w:p>
        </w:tc>
        <w:tc>
          <w:tcPr>
            <w:tcW w:type="dxa" w:w="2880"/>
          </w:tcPr>
          <w:p>
            <w:r>
              <w:t>西亚非洲</w:t>
            </w:r>
          </w:p>
        </w:tc>
        <w:tc>
          <w:tcPr>
            <w:tcW w:type="dxa" w:w="2880"/>
          </w:tcPr>
          <w:p/>
        </w:tc>
      </w:tr>
      <w:tr>
        <w:tc>
          <w:tcPr>
            <w:tcW w:type="dxa" w:w="2880"/>
          </w:tcPr>
          <w:p>
            <w:r>
              <w:t>19</w:t>
            </w:r>
          </w:p>
        </w:tc>
        <w:tc>
          <w:tcPr>
            <w:tcW w:type="dxa" w:w="2880"/>
          </w:tcPr>
          <w:p>
            <w:r>
              <w:t>湖湘论坛</w:t>
            </w:r>
          </w:p>
        </w:tc>
        <w:tc>
          <w:tcPr>
            <w:tcW w:type="dxa" w:w="2880"/>
          </w:tcPr>
          <w:p/>
        </w:tc>
      </w:tr>
      <w:tr>
        <w:tc>
          <w:tcPr>
            <w:tcW w:type="dxa" w:w="2880"/>
          </w:tcPr>
          <w:p>
            <w:r>
              <w:t>20</w:t>
            </w:r>
          </w:p>
        </w:tc>
        <w:tc>
          <w:tcPr>
            <w:tcW w:type="dxa" w:w="2880"/>
          </w:tcPr>
          <w:p>
            <w:r>
              <w:t>理论学刊</w:t>
            </w:r>
          </w:p>
        </w:tc>
        <w:tc>
          <w:tcPr>
            <w:tcW w:type="dxa" w:w="2880"/>
          </w:tcPr>
          <w:p/>
        </w:tc>
      </w:tr>
      <w:tr>
        <w:tc>
          <w:tcPr>
            <w:tcW w:type="dxa" w:w="2880"/>
          </w:tcPr>
          <w:p>
            <w:r>
              <w:t>21</w:t>
            </w:r>
          </w:p>
        </w:tc>
        <w:tc>
          <w:tcPr>
            <w:tcW w:type="dxa" w:w="2880"/>
          </w:tcPr>
          <w:p>
            <w:r>
              <w:t>台湾研究</w:t>
            </w:r>
          </w:p>
        </w:tc>
        <w:tc>
          <w:tcPr>
            <w:tcW w:type="dxa" w:w="2880"/>
          </w:tcPr>
          <w:p/>
        </w:tc>
      </w:tr>
      <w:tr>
        <w:tc>
          <w:tcPr>
            <w:tcW w:type="dxa" w:w="2880"/>
          </w:tcPr>
          <w:p>
            <w:r>
              <w:t>22</w:t>
            </w:r>
          </w:p>
        </w:tc>
        <w:tc>
          <w:tcPr>
            <w:tcW w:type="dxa" w:w="2880"/>
          </w:tcPr>
          <w:p>
            <w:r>
              <w:t>当代世界</w:t>
            </w:r>
          </w:p>
        </w:tc>
        <w:tc>
          <w:tcPr>
            <w:tcW w:type="dxa" w:w="2880"/>
          </w:tcPr>
          <w:p/>
        </w:tc>
      </w:tr>
      <w:tr>
        <w:tc>
          <w:tcPr>
            <w:tcW w:type="dxa" w:w="2880"/>
          </w:tcPr>
          <w:p>
            <w:r>
              <w:t>23</w:t>
            </w:r>
          </w:p>
        </w:tc>
        <w:tc>
          <w:tcPr>
            <w:tcW w:type="dxa" w:w="2880"/>
          </w:tcPr>
          <w:p>
            <w:r>
              <w:t>理论与改革</w:t>
            </w:r>
          </w:p>
        </w:tc>
        <w:tc>
          <w:tcPr>
            <w:tcW w:type="dxa" w:w="2880"/>
          </w:tcPr>
          <w:p/>
        </w:tc>
      </w:tr>
      <w:tr>
        <w:tc>
          <w:tcPr>
            <w:tcW w:type="dxa" w:w="2880"/>
          </w:tcPr>
          <w:p>
            <w:r>
              <w:t>24</w:t>
            </w:r>
          </w:p>
        </w:tc>
        <w:tc>
          <w:tcPr>
            <w:tcW w:type="dxa" w:w="2880"/>
          </w:tcPr>
          <w:p>
            <w:r>
              <w:t>人权</w:t>
            </w:r>
          </w:p>
        </w:tc>
        <w:tc>
          <w:tcPr>
            <w:tcW w:type="dxa" w:w="2880"/>
          </w:tcPr>
          <w:p/>
        </w:tc>
      </w:tr>
      <w:tr>
        <w:tc>
          <w:tcPr>
            <w:tcW w:type="dxa" w:w="2880"/>
          </w:tcPr>
          <w:p>
            <w:r>
              <w:t>25</w:t>
            </w:r>
          </w:p>
        </w:tc>
        <w:tc>
          <w:tcPr>
            <w:tcW w:type="dxa" w:w="2880"/>
          </w:tcPr>
          <w:p>
            <w:r>
              <w:t>和平与发展</w:t>
            </w:r>
          </w:p>
        </w:tc>
        <w:tc>
          <w:tcPr>
            <w:tcW w:type="dxa" w:w="2880"/>
          </w:tcPr>
          <w:p/>
        </w:tc>
      </w:tr>
      <w:tr>
        <w:tc>
          <w:tcPr>
            <w:tcW w:type="dxa" w:w="2880"/>
          </w:tcPr>
          <w:p>
            <w:r>
              <w:t>法学（25种）</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法学研究*</w:t>
            </w:r>
          </w:p>
        </w:tc>
      </w:tr>
      <w:tr>
        <w:tc>
          <w:tcPr>
            <w:tcW w:type="dxa" w:w="2880"/>
          </w:tcPr>
          <w:p>
            <w:r>
              <w:t>2</w:t>
            </w:r>
          </w:p>
        </w:tc>
        <w:tc>
          <w:tcPr>
            <w:tcW w:type="dxa" w:w="2880"/>
          </w:tcPr>
          <w:p>
            <w:r>
              <w:t>中国法学</w:t>
            </w:r>
          </w:p>
        </w:tc>
        <w:tc>
          <w:tcPr>
            <w:tcW w:type="dxa" w:w="2880"/>
          </w:tcPr>
          <w:p/>
        </w:tc>
      </w:tr>
      <w:tr>
        <w:tc>
          <w:tcPr>
            <w:tcW w:type="dxa" w:w="2880"/>
          </w:tcPr>
          <w:p>
            <w:r>
              <w:t>3</w:t>
            </w:r>
          </w:p>
        </w:tc>
        <w:tc>
          <w:tcPr>
            <w:tcW w:type="dxa" w:w="2880"/>
          </w:tcPr>
          <w:p>
            <w:r>
              <w:t>中外法学</w:t>
            </w:r>
          </w:p>
        </w:tc>
        <w:tc>
          <w:tcPr>
            <w:tcW w:type="dxa" w:w="2880"/>
          </w:tcPr>
          <w:p/>
        </w:tc>
      </w:tr>
      <w:tr>
        <w:tc>
          <w:tcPr>
            <w:tcW w:type="dxa" w:w="2880"/>
          </w:tcPr>
          <w:p>
            <w:r>
              <w:t>4</w:t>
            </w:r>
          </w:p>
        </w:tc>
        <w:tc>
          <w:tcPr>
            <w:tcW w:type="dxa" w:w="2880"/>
          </w:tcPr>
          <w:p>
            <w:r>
              <w:t>法学</w:t>
            </w:r>
          </w:p>
        </w:tc>
        <w:tc>
          <w:tcPr>
            <w:tcW w:type="dxa" w:w="2880"/>
          </w:tcPr>
          <w:p/>
        </w:tc>
      </w:tr>
      <w:tr>
        <w:tc>
          <w:tcPr>
            <w:tcW w:type="dxa" w:w="2880"/>
          </w:tcPr>
          <w:p>
            <w:r>
              <w:t>二类（12种）</w:t>
            </w:r>
          </w:p>
        </w:tc>
        <w:tc>
          <w:tcPr>
            <w:tcW w:type="dxa" w:w="2880"/>
          </w:tcPr>
          <w:p>
            <w:r>
              <w:t>1</w:t>
            </w:r>
          </w:p>
        </w:tc>
        <w:tc>
          <w:tcPr>
            <w:tcW w:type="dxa" w:w="2880"/>
          </w:tcPr>
          <w:p>
            <w:r>
              <w:t>法学家</w:t>
            </w:r>
          </w:p>
        </w:tc>
      </w:tr>
      <w:tr>
        <w:tc>
          <w:tcPr>
            <w:tcW w:type="dxa" w:w="2880"/>
          </w:tcPr>
          <w:p>
            <w:r>
              <w:t>2</w:t>
            </w:r>
          </w:p>
        </w:tc>
        <w:tc>
          <w:tcPr>
            <w:tcW w:type="dxa" w:w="2880"/>
          </w:tcPr>
          <w:p>
            <w:r>
              <w:t>清华法学</w:t>
            </w:r>
          </w:p>
        </w:tc>
        <w:tc>
          <w:tcPr>
            <w:tcW w:type="dxa" w:w="2880"/>
          </w:tcPr>
          <w:p/>
        </w:tc>
      </w:tr>
      <w:tr>
        <w:tc>
          <w:tcPr>
            <w:tcW w:type="dxa" w:w="2880"/>
          </w:tcPr>
          <w:p>
            <w:r>
              <w:t>3</w:t>
            </w:r>
          </w:p>
        </w:tc>
        <w:tc>
          <w:tcPr>
            <w:tcW w:type="dxa" w:w="2880"/>
          </w:tcPr>
          <w:p>
            <w:r>
              <w:t>法商研究</w:t>
            </w:r>
          </w:p>
        </w:tc>
        <w:tc>
          <w:tcPr>
            <w:tcW w:type="dxa" w:w="2880"/>
          </w:tcPr>
          <w:p/>
        </w:tc>
      </w:tr>
      <w:tr>
        <w:tc>
          <w:tcPr>
            <w:tcW w:type="dxa" w:w="2880"/>
          </w:tcPr>
          <w:p>
            <w:r>
              <w:t>4</w:t>
            </w:r>
          </w:p>
        </w:tc>
        <w:tc>
          <w:tcPr>
            <w:tcW w:type="dxa" w:w="2880"/>
          </w:tcPr>
          <w:p>
            <w:r>
              <w:t>法制与社会发展</w:t>
            </w:r>
          </w:p>
        </w:tc>
        <w:tc>
          <w:tcPr>
            <w:tcW w:type="dxa" w:w="2880"/>
          </w:tcPr>
          <w:p/>
        </w:tc>
      </w:tr>
      <w:tr>
        <w:tc>
          <w:tcPr>
            <w:tcW w:type="dxa" w:w="2880"/>
          </w:tcPr>
          <w:p>
            <w:r>
              <w:t>5</w:t>
            </w:r>
          </w:p>
        </w:tc>
        <w:tc>
          <w:tcPr>
            <w:tcW w:type="dxa" w:w="2880"/>
          </w:tcPr>
          <w:p>
            <w:r>
              <w:t>现代法学</w:t>
            </w:r>
          </w:p>
        </w:tc>
        <w:tc>
          <w:tcPr>
            <w:tcW w:type="dxa" w:w="2880"/>
          </w:tcPr>
          <w:p/>
        </w:tc>
      </w:tr>
      <w:tr>
        <w:tc>
          <w:tcPr>
            <w:tcW w:type="dxa" w:w="2880"/>
          </w:tcPr>
          <w:p>
            <w:r>
              <w:t>6</w:t>
            </w:r>
          </w:p>
        </w:tc>
        <w:tc>
          <w:tcPr>
            <w:tcW w:type="dxa" w:w="2880"/>
          </w:tcPr>
          <w:p>
            <w:r>
              <w:t>法学评论</w:t>
            </w:r>
          </w:p>
        </w:tc>
        <w:tc>
          <w:tcPr>
            <w:tcW w:type="dxa" w:w="2880"/>
          </w:tcPr>
          <w:p/>
        </w:tc>
      </w:tr>
      <w:tr>
        <w:tc>
          <w:tcPr>
            <w:tcW w:type="dxa" w:w="2880"/>
          </w:tcPr>
          <w:p>
            <w:r>
              <w:t>7</w:t>
            </w:r>
          </w:p>
        </w:tc>
        <w:tc>
          <w:tcPr>
            <w:tcW w:type="dxa" w:w="2880"/>
          </w:tcPr>
          <w:p>
            <w:r>
              <w:t>政法论坛</w:t>
            </w:r>
          </w:p>
        </w:tc>
        <w:tc>
          <w:tcPr>
            <w:tcW w:type="dxa" w:w="2880"/>
          </w:tcPr>
          <w:p/>
        </w:tc>
      </w:tr>
      <w:tr>
        <w:tc>
          <w:tcPr>
            <w:tcW w:type="dxa" w:w="2880"/>
          </w:tcPr>
          <w:p>
            <w:r>
              <w:t>8</w:t>
            </w:r>
          </w:p>
        </w:tc>
        <w:tc>
          <w:tcPr>
            <w:tcW w:type="dxa" w:w="2880"/>
          </w:tcPr>
          <w:p>
            <w:r>
              <w:t>法律科学</w:t>
            </w:r>
          </w:p>
        </w:tc>
        <w:tc>
          <w:tcPr>
            <w:tcW w:type="dxa" w:w="2880"/>
          </w:tcPr>
          <w:p/>
        </w:tc>
      </w:tr>
      <w:tr>
        <w:tc>
          <w:tcPr>
            <w:tcW w:type="dxa" w:w="2880"/>
          </w:tcPr>
          <w:p>
            <w:r>
              <w:t>9</w:t>
            </w:r>
          </w:p>
        </w:tc>
        <w:tc>
          <w:tcPr>
            <w:tcW w:type="dxa" w:w="2880"/>
          </w:tcPr>
          <w:p>
            <w:r>
              <w:t>比较法研究</w:t>
            </w:r>
          </w:p>
        </w:tc>
        <w:tc>
          <w:tcPr>
            <w:tcW w:type="dxa" w:w="2880"/>
          </w:tcPr>
          <w:p/>
        </w:tc>
      </w:tr>
      <w:tr>
        <w:tc>
          <w:tcPr>
            <w:tcW w:type="dxa" w:w="2880"/>
          </w:tcPr>
          <w:p>
            <w:r>
              <w:t>10</w:t>
            </w:r>
          </w:p>
        </w:tc>
        <w:tc>
          <w:tcPr>
            <w:tcW w:type="dxa" w:w="2880"/>
          </w:tcPr>
          <w:p>
            <w:r>
              <w:t>环球法律评论</w:t>
            </w:r>
          </w:p>
        </w:tc>
        <w:tc>
          <w:tcPr>
            <w:tcW w:type="dxa" w:w="2880"/>
          </w:tcPr>
          <w:p/>
        </w:tc>
      </w:tr>
      <w:tr>
        <w:tc>
          <w:tcPr>
            <w:tcW w:type="dxa" w:w="2880"/>
          </w:tcPr>
          <w:p>
            <w:r>
              <w:t>11</w:t>
            </w:r>
          </w:p>
        </w:tc>
        <w:tc>
          <w:tcPr>
            <w:tcW w:type="dxa" w:w="2880"/>
          </w:tcPr>
          <w:p>
            <w:r>
              <w:t>政治与法律</w:t>
            </w:r>
          </w:p>
        </w:tc>
        <w:tc>
          <w:tcPr>
            <w:tcW w:type="dxa" w:w="2880"/>
          </w:tcPr>
          <w:p/>
        </w:tc>
      </w:tr>
      <w:tr>
        <w:tc>
          <w:tcPr>
            <w:tcW w:type="dxa" w:w="2880"/>
          </w:tcPr>
          <w:p>
            <w:r>
              <w:t>12</w:t>
            </w:r>
          </w:p>
        </w:tc>
        <w:tc>
          <w:tcPr>
            <w:tcW w:type="dxa" w:w="2880"/>
          </w:tcPr>
          <w:p>
            <w:r>
              <w:t>华东政法大学学报</w:t>
            </w:r>
          </w:p>
        </w:tc>
        <w:tc>
          <w:tcPr>
            <w:tcW w:type="dxa" w:w="2880"/>
          </w:tcPr>
          <w:p/>
        </w:tc>
      </w:tr>
      <w:tr>
        <w:tc>
          <w:tcPr>
            <w:tcW w:type="dxa" w:w="2880"/>
          </w:tcPr>
          <w:p>
            <w:r>
              <w:t>三类（9种）</w:t>
            </w:r>
          </w:p>
        </w:tc>
        <w:tc>
          <w:tcPr>
            <w:tcW w:type="dxa" w:w="2880"/>
          </w:tcPr>
          <w:p>
            <w:r>
              <w:t>1</w:t>
            </w:r>
          </w:p>
        </w:tc>
        <w:tc>
          <w:tcPr>
            <w:tcW w:type="dxa" w:w="2880"/>
          </w:tcPr>
          <w:p>
            <w:r>
              <w:t>当代法学</w:t>
            </w:r>
          </w:p>
        </w:tc>
      </w:tr>
      <w:tr>
        <w:tc>
          <w:tcPr>
            <w:tcW w:type="dxa" w:w="2880"/>
          </w:tcPr>
          <w:p>
            <w:r>
              <w:t>2</w:t>
            </w:r>
          </w:p>
        </w:tc>
        <w:tc>
          <w:tcPr>
            <w:tcW w:type="dxa" w:w="2880"/>
          </w:tcPr>
          <w:p>
            <w:r>
              <w:t>法学论坛</w:t>
            </w:r>
          </w:p>
        </w:tc>
        <w:tc>
          <w:tcPr>
            <w:tcW w:type="dxa" w:w="2880"/>
          </w:tcPr>
          <w:p/>
        </w:tc>
      </w:tr>
      <w:tr>
        <w:tc>
          <w:tcPr>
            <w:tcW w:type="dxa" w:w="2880"/>
          </w:tcPr>
          <w:p>
            <w:r>
              <w:t>3</w:t>
            </w:r>
          </w:p>
        </w:tc>
        <w:tc>
          <w:tcPr>
            <w:tcW w:type="dxa" w:w="2880"/>
          </w:tcPr>
          <w:p>
            <w:r>
              <w:t>行政法学研究</w:t>
            </w:r>
          </w:p>
        </w:tc>
        <w:tc>
          <w:tcPr>
            <w:tcW w:type="dxa" w:w="2880"/>
          </w:tcPr>
          <w:p/>
        </w:tc>
      </w:tr>
      <w:tr>
        <w:tc>
          <w:tcPr>
            <w:tcW w:type="dxa" w:w="2880"/>
          </w:tcPr>
          <w:p>
            <w:r>
              <w:t>4</w:t>
            </w:r>
          </w:p>
        </w:tc>
        <w:tc>
          <w:tcPr>
            <w:tcW w:type="dxa" w:w="2880"/>
          </w:tcPr>
          <w:p>
            <w:r>
              <w:t>法学杂志</w:t>
            </w:r>
          </w:p>
        </w:tc>
        <w:tc>
          <w:tcPr>
            <w:tcW w:type="dxa" w:w="2880"/>
          </w:tcPr>
          <w:p/>
        </w:tc>
      </w:tr>
      <w:tr>
        <w:tc>
          <w:tcPr>
            <w:tcW w:type="dxa" w:w="2880"/>
          </w:tcPr>
          <w:p>
            <w:r>
              <w:t>5</w:t>
            </w:r>
          </w:p>
        </w:tc>
        <w:tc>
          <w:tcPr>
            <w:tcW w:type="dxa" w:w="2880"/>
          </w:tcPr>
          <w:p>
            <w:r>
              <w:t>东方法学</w:t>
            </w:r>
          </w:p>
        </w:tc>
        <w:tc>
          <w:tcPr>
            <w:tcW w:type="dxa" w:w="2880"/>
          </w:tcPr>
          <w:p/>
        </w:tc>
      </w:tr>
      <w:tr>
        <w:tc>
          <w:tcPr>
            <w:tcW w:type="dxa" w:w="2880"/>
          </w:tcPr>
          <w:p>
            <w:r>
              <w:t>6</w:t>
            </w:r>
          </w:p>
        </w:tc>
        <w:tc>
          <w:tcPr>
            <w:tcW w:type="dxa" w:w="2880"/>
          </w:tcPr>
          <w:p>
            <w:r>
              <w:t>政法论丛</w:t>
            </w:r>
          </w:p>
        </w:tc>
        <w:tc>
          <w:tcPr>
            <w:tcW w:type="dxa" w:w="2880"/>
          </w:tcPr>
          <w:p/>
        </w:tc>
      </w:tr>
      <w:tr>
        <w:tc>
          <w:tcPr>
            <w:tcW w:type="dxa" w:w="2880"/>
          </w:tcPr>
          <w:p>
            <w:r>
              <w:t>7</w:t>
            </w:r>
          </w:p>
        </w:tc>
        <w:tc>
          <w:tcPr>
            <w:tcW w:type="dxa" w:w="2880"/>
          </w:tcPr>
          <w:p>
            <w:r>
              <w:t>中国刑事法杂志</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8</w:t>
            </w:r>
          </w:p>
        </w:tc>
        <w:tc>
          <w:tcPr>
            <w:tcW w:type="dxa" w:w="2880"/>
          </w:tcPr>
          <w:p>
            <w:r>
              <w:t>国家检察官学院学报</w:t>
            </w:r>
          </w:p>
        </w:tc>
      </w:tr>
      <w:tr>
        <w:tc>
          <w:tcPr>
            <w:tcW w:type="dxa" w:w="2880"/>
          </w:tcPr>
          <w:p>
            <w:r>
              <w:t>9</w:t>
            </w:r>
          </w:p>
        </w:tc>
        <w:tc>
          <w:tcPr>
            <w:tcW w:type="dxa" w:w="2880"/>
          </w:tcPr>
          <w:p>
            <w:r>
              <w:t>中国法律评论</w:t>
            </w:r>
          </w:p>
        </w:tc>
        <w:tc>
          <w:tcPr>
            <w:tcW w:type="dxa" w:w="2880"/>
          </w:tcPr>
          <w:p/>
        </w:tc>
      </w:tr>
      <w:tr>
        <w:tc>
          <w:tcPr>
            <w:tcW w:type="dxa" w:w="2880"/>
          </w:tcPr>
          <w:p>
            <w:r>
              <w:t>社会学（12种）</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社会学研究*</w:t>
            </w:r>
          </w:p>
        </w:tc>
      </w:tr>
      <w:tr>
        <w:tc>
          <w:tcPr>
            <w:tcW w:type="dxa" w:w="2880"/>
          </w:tcPr>
          <w:p>
            <w:r>
              <w:t>2</w:t>
            </w:r>
          </w:p>
        </w:tc>
        <w:tc>
          <w:tcPr>
            <w:tcW w:type="dxa" w:w="2880"/>
          </w:tcPr>
          <w:p>
            <w:r>
              <w:t>中国人口科学</w:t>
            </w:r>
          </w:p>
        </w:tc>
        <w:tc>
          <w:tcPr>
            <w:tcW w:type="dxa" w:w="2880"/>
          </w:tcPr>
          <w:p/>
        </w:tc>
      </w:tr>
      <w:tr>
        <w:tc>
          <w:tcPr>
            <w:tcW w:type="dxa" w:w="2880"/>
          </w:tcPr>
          <w:p>
            <w:r>
              <w:t>3</w:t>
            </w:r>
          </w:p>
        </w:tc>
        <w:tc>
          <w:tcPr>
            <w:tcW w:type="dxa" w:w="2880"/>
          </w:tcPr>
          <w:p>
            <w:r>
              <w:t>社会</w:t>
            </w:r>
          </w:p>
        </w:tc>
        <w:tc>
          <w:tcPr>
            <w:tcW w:type="dxa" w:w="2880"/>
          </w:tcPr>
          <w:p/>
        </w:tc>
      </w:tr>
      <w:tr>
        <w:tc>
          <w:tcPr>
            <w:tcW w:type="dxa" w:w="2880"/>
          </w:tcPr>
          <w:p>
            <w:r>
              <w:t>二类（4种）</w:t>
            </w:r>
          </w:p>
        </w:tc>
        <w:tc>
          <w:tcPr>
            <w:tcW w:type="dxa" w:w="2880"/>
          </w:tcPr>
          <w:p>
            <w:r>
              <w:t>1</w:t>
            </w:r>
          </w:p>
        </w:tc>
        <w:tc>
          <w:tcPr>
            <w:tcW w:type="dxa" w:w="2880"/>
          </w:tcPr>
          <w:p>
            <w:r>
              <w:t>人口研究</w:t>
            </w:r>
          </w:p>
        </w:tc>
      </w:tr>
      <w:tr>
        <w:tc>
          <w:tcPr>
            <w:tcW w:type="dxa" w:w="2880"/>
          </w:tcPr>
          <w:p>
            <w:r>
              <w:t>2</w:t>
            </w:r>
          </w:p>
        </w:tc>
        <w:tc>
          <w:tcPr>
            <w:tcW w:type="dxa" w:w="2880"/>
          </w:tcPr>
          <w:p>
            <w:r>
              <w:t>人口学刊</w:t>
            </w:r>
          </w:p>
        </w:tc>
        <w:tc>
          <w:tcPr>
            <w:tcW w:type="dxa" w:w="2880"/>
          </w:tcPr>
          <w:p/>
        </w:tc>
      </w:tr>
      <w:tr>
        <w:tc>
          <w:tcPr>
            <w:tcW w:type="dxa" w:w="2880"/>
          </w:tcPr>
          <w:p>
            <w:r>
              <w:t>3</w:t>
            </w:r>
          </w:p>
        </w:tc>
        <w:tc>
          <w:tcPr>
            <w:tcW w:type="dxa" w:w="2880"/>
          </w:tcPr>
          <w:p>
            <w:r>
              <w:t>人口与经济</w:t>
            </w:r>
          </w:p>
        </w:tc>
        <w:tc>
          <w:tcPr>
            <w:tcW w:type="dxa" w:w="2880"/>
          </w:tcPr>
          <w:p/>
        </w:tc>
      </w:tr>
      <w:tr>
        <w:tc>
          <w:tcPr>
            <w:tcW w:type="dxa" w:w="2880"/>
          </w:tcPr>
          <w:p>
            <w:r>
              <w:t>4</w:t>
            </w:r>
          </w:p>
        </w:tc>
        <w:tc>
          <w:tcPr>
            <w:tcW w:type="dxa" w:w="2880"/>
          </w:tcPr>
          <w:p>
            <w:r>
              <w:t>青年研究</w:t>
            </w:r>
          </w:p>
        </w:tc>
        <w:tc>
          <w:tcPr>
            <w:tcW w:type="dxa" w:w="2880"/>
          </w:tcPr>
          <w:p/>
        </w:tc>
      </w:tr>
      <w:tr>
        <w:tc>
          <w:tcPr>
            <w:tcW w:type="dxa" w:w="2880"/>
          </w:tcPr>
          <w:p>
            <w:r>
              <w:t>三类（5种）</w:t>
            </w:r>
          </w:p>
        </w:tc>
        <w:tc>
          <w:tcPr>
            <w:tcW w:type="dxa" w:w="2880"/>
          </w:tcPr>
          <w:p>
            <w:r>
              <w:t>1</w:t>
            </w:r>
          </w:p>
        </w:tc>
        <w:tc>
          <w:tcPr>
            <w:tcW w:type="dxa" w:w="2880"/>
          </w:tcPr>
          <w:p>
            <w:r>
              <w:t>人口与发展</w:t>
            </w:r>
          </w:p>
        </w:tc>
      </w:tr>
      <w:tr>
        <w:tc>
          <w:tcPr>
            <w:tcW w:type="dxa" w:w="2880"/>
          </w:tcPr>
          <w:p>
            <w:r>
              <w:t>2</w:t>
            </w:r>
          </w:p>
        </w:tc>
        <w:tc>
          <w:tcPr>
            <w:tcW w:type="dxa" w:w="2880"/>
          </w:tcPr>
          <w:p>
            <w:r>
              <w:t>中国青年研究</w:t>
            </w:r>
          </w:p>
        </w:tc>
        <w:tc>
          <w:tcPr>
            <w:tcW w:type="dxa" w:w="2880"/>
          </w:tcPr>
          <w:p/>
        </w:tc>
      </w:tr>
      <w:tr>
        <w:tc>
          <w:tcPr>
            <w:tcW w:type="dxa" w:w="2880"/>
          </w:tcPr>
          <w:p>
            <w:r>
              <w:t>3</w:t>
            </w:r>
          </w:p>
        </w:tc>
        <w:tc>
          <w:tcPr>
            <w:tcW w:type="dxa" w:w="2880"/>
          </w:tcPr>
          <w:p>
            <w:r>
              <w:t>妇女研究论丛</w:t>
            </w:r>
          </w:p>
        </w:tc>
        <w:tc>
          <w:tcPr>
            <w:tcW w:type="dxa" w:w="2880"/>
          </w:tcPr>
          <w:p/>
        </w:tc>
      </w:tr>
      <w:tr>
        <w:tc>
          <w:tcPr>
            <w:tcW w:type="dxa" w:w="2880"/>
          </w:tcPr>
          <w:p>
            <w:r>
              <w:t>4</w:t>
            </w:r>
          </w:p>
        </w:tc>
        <w:tc>
          <w:tcPr>
            <w:tcW w:type="dxa" w:w="2880"/>
          </w:tcPr>
          <w:p>
            <w:r>
              <w:t>社会学评论</w:t>
            </w:r>
          </w:p>
        </w:tc>
        <w:tc>
          <w:tcPr>
            <w:tcW w:type="dxa" w:w="2880"/>
          </w:tcPr>
          <w:p/>
        </w:tc>
      </w:tr>
      <w:tr>
        <w:tc>
          <w:tcPr>
            <w:tcW w:type="dxa" w:w="2880"/>
          </w:tcPr>
          <w:p>
            <w:r>
              <w:t>5</w:t>
            </w:r>
          </w:p>
        </w:tc>
        <w:tc>
          <w:tcPr>
            <w:tcW w:type="dxa" w:w="2880"/>
          </w:tcPr>
          <w:p>
            <w:r>
              <w:t>社会发展研究</w:t>
            </w:r>
          </w:p>
        </w:tc>
        <w:tc>
          <w:tcPr>
            <w:tcW w:type="dxa" w:w="2880"/>
          </w:tcPr>
          <w:p/>
        </w:tc>
      </w:tr>
      <w:tr>
        <w:tc>
          <w:tcPr>
            <w:tcW w:type="dxa" w:w="2880"/>
          </w:tcPr>
          <w:p>
            <w:r>
              <w:t>民族学与文化学（16种）</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民族研究*</w:t>
            </w:r>
          </w:p>
        </w:tc>
      </w:tr>
      <w:tr>
        <w:tc>
          <w:tcPr>
            <w:tcW w:type="dxa" w:w="2880"/>
          </w:tcPr>
          <w:p>
            <w:r>
              <w:t>2</w:t>
            </w:r>
          </w:p>
        </w:tc>
        <w:tc>
          <w:tcPr>
            <w:tcW w:type="dxa" w:w="2880"/>
          </w:tcPr>
          <w:p>
            <w:r>
              <w:t>民俗研究</w:t>
            </w:r>
          </w:p>
        </w:tc>
        <w:tc>
          <w:tcPr>
            <w:tcW w:type="dxa" w:w="2880"/>
          </w:tcPr>
          <w:p/>
        </w:tc>
      </w:tr>
      <w:tr>
        <w:tc>
          <w:tcPr>
            <w:tcW w:type="dxa" w:w="2880"/>
          </w:tcPr>
          <w:p>
            <w:r>
              <w:t>二类（7种）</w:t>
            </w:r>
          </w:p>
        </w:tc>
        <w:tc>
          <w:tcPr>
            <w:tcW w:type="dxa" w:w="2880"/>
          </w:tcPr>
          <w:p>
            <w:r>
              <w:t>1</w:t>
            </w:r>
          </w:p>
        </w:tc>
        <w:tc>
          <w:tcPr>
            <w:tcW w:type="dxa" w:w="2880"/>
          </w:tcPr>
          <w:p>
            <w:r>
              <w:t>中南民族大学学报（人文社会科学版）</w:t>
            </w:r>
          </w:p>
        </w:tc>
      </w:tr>
      <w:tr>
        <w:tc>
          <w:tcPr>
            <w:tcW w:type="dxa" w:w="2880"/>
          </w:tcPr>
          <w:p>
            <w:r>
              <w:t>2</w:t>
            </w:r>
          </w:p>
        </w:tc>
        <w:tc>
          <w:tcPr>
            <w:tcW w:type="dxa" w:w="2880"/>
          </w:tcPr>
          <w:p>
            <w:r>
              <w:t>云南民族大学学报</w:t>
            </w:r>
          </w:p>
        </w:tc>
        <w:tc>
          <w:tcPr>
            <w:tcW w:type="dxa" w:w="2880"/>
          </w:tcPr>
          <w:p/>
        </w:tc>
      </w:tr>
      <w:tr>
        <w:tc>
          <w:tcPr>
            <w:tcW w:type="dxa" w:w="2880"/>
          </w:tcPr>
          <w:p>
            <w:r>
              <w:t>3</w:t>
            </w:r>
          </w:p>
        </w:tc>
        <w:tc>
          <w:tcPr>
            <w:tcW w:type="dxa" w:w="2880"/>
          </w:tcPr>
          <w:p>
            <w:r>
              <w:t>西南民族大学学报（人文社会科学版）</w:t>
            </w:r>
          </w:p>
        </w:tc>
        <w:tc>
          <w:tcPr>
            <w:tcW w:type="dxa" w:w="2880"/>
          </w:tcPr>
          <w:p/>
        </w:tc>
      </w:tr>
      <w:tr>
        <w:tc>
          <w:tcPr>
            <w:tcW w:type="dxa" w:w="2880"/>
          </w:tcPr>
          <w:p>
            <w:r>
              <w:t>4</w:t>
            </w:r>
          </w:p>
        </w:tc>
        <w:tc>
          <w:tcPr>
            <w:tcW w:type="dxa" w:w="2880"/>
          </w:tcPr>
          <w:p>
            <w:r>
              <w:t>广西民族研究</w:t>
            </w:r>
          </w:p>
        </w:tc>
        <w:tc>
          <w:tcPr>
            <w:tcW w:type="dxa" w:w="2880"/>
          </w:tcPr>
          <w:p/>
        </w:tc>
      </w:tr>
      <w:tr>
        <w:tc>
          <w:tcPr>
            <w:tcW w:type="dxa" w:w="2880"/>
          </w:tcPr>
          <w:p>
            <w:r>
              <w:t>5</w:t>
            </w:r>
          </w:p>
        </w:tc>
        <w:tc>
          <w:tcPr>
            <w:tcW w:type="dxa" w:w="2880"/>
          </w:tcPr>
          <w:p>
            <w:r>
              <w:t>广西民族大学学报（哲学社会科学版）</w:t>
            </w:r>
          </w:p>
        </w:tc>
        <w:tc>
          <w:tcPr>
            <w:tcW w:type="dxa" w:w="2880"/>
          </w:tcPr>
          <w:p/>
        </w:tc>
      </w:tr>
      <w:tr>
        <w:tc>
          <w:tcPr>
            <w:tcW w:type="dxa" w:w="2880"/>
          </w:tcPr>
          <w:p>
            <w:r>
              <w:t>6</w:t>
            </w:r>
          </w:p>
        </w:tc>
        <w:tc>
          <w:tcPr>
            <w:tcW w:type="dxa" w:w="2880"/>
          </w:tcPr>
          <w:p>
            <w:r>
              <w:t>中央民族大学学报（哲学社会科学版）</w:t>
            </w:r>
          </w:p>
        </w:tc>
        <w:tc>
          <w:tcPr>
            <w:tcW w:type="dxa" w:w="2880"/>
          </w:tcPr>
          <w:p/>
        </w:tc>
      </w:tr>
      <w:tr>
        <w:tc>
          <w:tcPr>
            <w:tcW w:type="dxa" w:w="2880"/>
          </w:tcPr>
          <w:p>
            <w:r>
              <w:t>7</w:t>
            </w:r>
          </w:p>
        </w:tc>
        <w:tc>
          <w:tcPr>
            <w:tcW w:type="dxa" w:w="2880"/>
          </w:tcPr>
          <w:p>
            <w:r>
              <w:t>西北民族研究</w:t>
            </w:r>
          </w:p>
        </w:tc>
        <w:tc>
          <w:tcPr>
            <w:tcW w:type="dxa" w:w="2880"/>
          </w:tcPr>
          <w:p/>
        </w:tc>
      </w:tr>
      <w:tr>
        <w:tc>
          <w:tcPr>
            <w:tcW w:type="dxa" w:w="2880"/>
          </w:tcPr>
          <w:p>
            <w:r>
              <w:t>三类（7种）</w:t>
            </w:r>
          </w:p>
        </w:tc>
        <w:tc>
          <w:tcPr>
            <w:tcW w:type="dxa" w:w="2880"/>
          </w:tcPr>
          <w:p>
            <w:r>
              <w:t>1</w:t>
            </w:r>
          </w:p>
        </w:tc>
        <w:tc>
          <w:tcPr>
            <w:tcW w:type="dxa" w:w="2880"/>
          </w:tcPr>
          <w:p>
            <w:r>
              <w:t>青海民族研究</w:t>
            </w:r>
          </w:p>
        </w:tc>
      </w:tr>
      <w:tr>
        <w:tc>
          <w:tcPr>
            <w:tcW w:type="dxa" w:w="2880"/>
          </w:tcPr>
          <w:p>
            <w:r>
              <w:t>2</w:t>
            </w:r>
          </w:p>
        </w:tc>
        <w:tc>
          <w:tcPr>
            <w:tcW w:type="dxa" w:w="2880"/>
          </w:tcPr>
          <w:p>
            <w:r>
              <w:t>文化遗产</w:t>
            </w:r>
          </w:p>
        </w:tc>
        <w:tc>
          <w:tcPr>
            <w:tcW w:type="dxa" w:w="2880"/>
          </w:tcPr>
          <w:p/>
        </w:tc>
      </w:tr>
      <w:tr>
        <w:tc>
          <w:tcPr>
            <w:tcW w:type="dxa" w:w="2880"/>
          </w:tcPr>
          <w:p>
            <w:r>
              <w:t>3</w:t>
            </w:r>
          </w:p>
        </w:tc>
        <w:tc>
          <w:tcPr>
            <w:tcW w:type="dxa" w:w="2880"/>
          </w:tcPr>
          <w:p>
            <w:r>
              <w:t>世界民族</w:t>
            </w:r>
          </w:p>
        </w:tc>
        <w:tc>
          <w:tcPr>
            <w:tcW w:type="dxa" w:w="2880"/>
          </w:tcPr>
          <w:p/>
        </w:tc>
      </w:tr>
      <w:tr>
        <w:tc>
          <w:tcPr>
            <w:tcW w:type="dxa" w:w="2880"/>
          </w:tcPr>
          <w:p>
            <w:r>
              <w:t>4</w:t>
            </w:r>
          </w:p>
        </w:tc>
        <w:tc>
          <w:tcPr>
            <w:tcW w:type="dxa" w:w="2880"/>
          </w:tcPr>
          <w:p>
            <w:r>
              <w:t>中国藏学</w:t>
            </w:r>
          </w:p>
        </w:tc>
        <w:tc>
          <w:tcPr>
            <w:tcW w:type="dxa" w:w="2880"/>
          </w:tcPr>
          <w:p/>
        </w:tc>
      </w:tr>
      <w:tr>
        <w:tc>
          <w:tcPr>
            <w:tcW w:type="dxa" w:w="2880"/>
          </w:tcPr>
          <w:p>
            <w:r>
              <w:t>5</w:t>
            </w:r>
          </w:p>
        </w:tc>
        <w:tc>
          <w:tcPr>
            <w:tcW w:type="dxa" w:w="2880"/>
          </w:tcPr>
          <w:p>
            <w:r>
              <w:t>民族学刊</w:t>
            </w:r>
          </w:p>
        </w:tc>
        <w:tc>
          <w:tcPr>
            <w:tcW w:type="dxa" w:w="2880"/>
          </w:tcPr>
          <w:p/>
        </w:tc>
      </w:tr>
      <w:tr>
        <w:tc>
          <w:tcPr>
            <w:tcW w:type="dxa" w:w="2880"/>
          </w:tcPr>
          <w:p>
            <w:r>
              <w:t>6</w:t>
            </w:r>
          </w:p>
        </w:tc>
        <w:tc>
          <w:tcPr>
            <w:tcW w:type="dxa" w:w="2880"/>
          </w:tcPr>
          <w:p>
            <w:r>
              <w:t>贵州民族研究</w:t>
            </w:r>
          </w:p>
        </w:tc>
        <w:tc>
          <w:tcPr>
            <w:tcW w:type="dxa" w:w="2880"/>
          </w:tcPr>
          <w:p/>
        </w:tc>
      </w:tr>
      <w:tr>
        <w:tc>
          <w:tcPr>
            <w:tcW w:type="dxa" w:w="2880"/>
          </w:tcPr>
          <w:p>
            <w:r>
              <w:t>7</w:t>
            </w:r>
          </w:p>
        </w:tc>
        <w:tc>
          <w:tcPr>
            <w:tcW w:type="dxa" w:w="2880"/>
          </w:tcPr>
          <w:p>
            <w:r>
              <w:t>民族教育研究</w:t>
            </w:r>
          </w:p>
        </w:tc>
        <w:tc>
          <w:tcPr>
            <w:tcW w:type="dxa" w:w="2880"/>
          </w:tcPr>
          <w:p/>
        </w:tc>
      </w:tr>
      <w:tr>
        <w:tc>
          <w:tcPr>
            <w:tcW w:type="dxa" w:w="2880"/>
          </w:tcPr>
          <w:p>
            <w:r>
              <w:t>新闻学与传播学（17种）</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新闻与传播研究*</w:t>
            </w:r>
          </w:p>
        </w:tc>
      </w:tr>
      <w:tr>
        <w:tc>
          <w:tcPr>
            <w:tcW w:type="dxa" w:w="2880"/>
          </w:tcPr>
          <w:p>
            <w:r>
              <w:t>2</w:t>
            </w:r>
          </w:p>
        </w:tc>
        <w:tc>
          <w:tcPr>
            <w:tcW w:type="dxa" w:w="2880"/>
          </w:tcPr>
          <w:p>
            <w:r>
              <w:t>国际新闻界</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3</w:t>
            </w:r>
          </w:p>
        </w:tc>
        <w:tc>
          <w:tcPr>
            <w:tcW w:type="dxa" w:w="2880"/>
          </w:tcPr>
          <w:p>
            <w:r>
              <w:t>现代传播（中国传媒大学学报）</w:t>
            </w:r>
          </w:p>
        </w:tc>
      </w:tr>
      <w:tr>
        <w:tc>
          <w:tcPr>
            <w:tcW w:type="dxa" w:w="2880"/>
          </w:tcPr>
          <w:p>
            <w:r>
              <w:t>4</w:t>
            </w:r>
          </w:p>
        </w:tc>
        <w:tc>
          <w:tcPr>
            <w:tcW w:type="dxa" w:w="2880"/>
          </w:tcPr>
          <w:p>
            <w:r>
              <w:t>编辑学报</w:t>
            </w:r>
          </w:p>
        </w:tc>
        <w:tc>
          <w:tcPr>
            <w:tcW w:type="dxa" w:w="2880"/>
          </w:tcPr>
          <w:p/>
        </w:tc>
      </w:tr>
      <w:tr>
        <w:tc>
          <w:tcPr>
            <w:tcW w:type="dxa" w:w="2880"/>
          </w:tcPr>
          <w:p>
            <w:r>
              <w:t>二类（5种）</w:t>
            </w:r>
          </w:p>
        </w:tc>
        <w:tc>
          <w:tcPr>
            <w:tcW w:type="dxa" w:w="2880"/>
          </w:tcPr>
          <w:p>
            <w:r>
              <w:t>1</w:t>
            </w:r>
          </w:p>
        </w:tc>
        <w:tc>
          <w:tcPr>
            <w:tcW w:type="dxa" w:w="2880"/>
          </w:tcPr>
          <w:p>
            <w:r>
              <w:t>新闻记者</w:t>
            </w:r>
          </w:p>
        </w:tc>
      </w:tr>
      <w:tr>
        <w:tc>
          <w:tcPr>
            <w:tcW w:type="dxa" w:w="2880"/>
          </w:tcPr>
          <w:p>
            <w:r>
              <w:t>2</w:t>
            </w:r>
          </w:p>
        </w:tc>
        <w:tc>
          <w:tcPr>
            <w:tcW w:type="dxa" w:w="2880"/>
          </w:tcPr>
          <w:p>
            <w:r>
              <w:t>新闻大学</w:t>
            </w:r>
          </w:p>
        </w:tc>
        <w:tc>
          <w:tcPr>
            <w:tcW w:type="dxa" w:w="2880"/>
          </w:tcPr>
          <w:p/>
        </w:tc>
      </w:tr>
      <w:tr>
        <w:tc>
          <w:tcPr>
            <w:tcW w:type="dxa" w:w="2880"/>
          </w:tcPr>
          <w:p>
            <w:r>
              <w:t>3</w:t>
            </w:r>
          </w:p>
        </w:tc>
        <w:tc>
          <w:tcPr>
            <w:tcW w:type="dxa" w:w="2880"/>
          </w:tcPr>
          <w:p>
            <w:r>
              <w:t>中国科技期刊研究</w:t>
            </w:r>
          </w:p>
        </w:tc>
        <w:tc>
          <w:tcPr>
            <w:tcW w:type="dxa" w:w="2880"/>
          </w:tcPr>
          <w:p/>
        </w:tc>
      </w:tr>
      <w:tr>
        <w:tc>
          <w:tcPr>
            <w:tcW w:type="dxa" w:w="2880"/>
          </w:tcPr>
          <w:p>
            <w:r>
              <w:t>4</w:t>
            </w:r>
          </w:p>
        </w:tc>
        <w:tc>
          <w:tcPr>
            <w:tcW w:type="dxa" w:w="2880"/>
          </w:tcPr>
          <w:p>
            <w:r>
              <w:t>中国出版</w:t>
            </w:r>
          </w:p>
        </w:tc>
        <w:tc>
          <w:tcPr>
            <w:tcW w:type="dxa" w:w="2880"/>
          </w:tcPr>
          <w:p/>
        </w:tc>
      </w:tr>
      <w:tr>
        <w:tc>
          <w:tcPr>
            <w:tcW w:type="dxa" w:w="2880"/>
          </w:tcPr>
          <w:p>
            <w:r>
              <w:t>5</w:t>
            </w:r>
          </w:p>
        </w:tc>
        <w:tc>
          <w:tcPr>
            <w:tcW w:type="dxa" w:w="2880"/>
          </w:tcPr>
          <w:p>
            <w:r>
              <w:t>编辑之友</w:t>
            </w:r>
          </w:p>
        </w:tc>
        <w:tc>
          <w:tcPr>
            <w:tcW w:type="dxa" w:w="2880"/>
          </w:tcPr>
          <w:p/>
        </w:tc>
      </w:tr>
      <w:tr>
        <w:tc>
          <w:tcPr>
            <w:tcW w:type="dxa" w:w="2880"/>
          </w:tcPr>
          <w:p>
            <w:r>
              <w:t>三类（8种）</w:t>
            </w:r>
          </w:p>
        </w:tc>
        <w:tc>
          <w:tcPr>
            <w:tcW w:type="dxa" w:w="2880"/>
          </w:tcPr>
          <w:p>
            <w:r>
              <w:t>1</w:t>
            </w:r>
          </w:p>
        </w:tc>
        <w:tc>
          <w:tcPr>
            <w:tcW w:type="dxa" w:w="2880"/>
          </w:tcPr>
          <w:p>
            <w:r>
              <w:t>科技与出版</w:t>
            </w:r>
          </w:p>
        </w:tc>
      </w:tr>
      <w:tr>
        <w:tc>
          <w:tcPr>
            <w:tcW w:type="dxa" w:w="2880"/>
          </w:tcPr>
          <w:p>
            <w:r>
              <w:t>2</w:t>
            </w:r>
          </w:p>
        </w:tc>
        <w:tc>
          <w:tcPr>
            <w:tcW w:type="dxa" w:w="2880"/>
          </w:tcPr>
          <w:p>
            <w:r>
              <w:t>出版发行研究</w:t>
            </w:r>
          </w:p>
        </w:tc>
        <w:tc>
          <w:tcPr>
            <w:tcW w:type="dxa" w:w="2880"/>
          </w:tcPr>
          <w:p/>
        </w:tc>
      </w:tr>
      <w:tr>
        <w:tc>
          <w:tcPr>
            <w:tcW w:type="dxa" w:w="2880"/>
          </w:tcPr>
          <w:p>
            <w:r>
              <w:t>3</w:t>
            </w:r>
          </w:p>
        </w:tc>
        <w:tc>
          <w:tcPr>
            <w:tcW w:type="dxa" w:w="2880"/>
          </w:tcPr>
          <w:p>
            <w:r>
              <w:t>当代传播</w:t>
            </w:r>
          </w:p>
        </w:tc>
        <w:tc>
          <w:tcPr>
            <w:tcW w:type="dxa" w:w="2880"/>
          </w:tcPr>
          <w:p/>
        </w:tc>
      </w:tr>
      <w:tr>
        <w:tc>
          <w:tcPr>
            <w:tcW w:type="dxa" w:w="2880"/>
          </w:tcPr>
          <w:p>
            <w:r>
              <w:t>4</w:t>
            </w:r>
          </w:p>
        </w:tc>
        <w:tc>
          <w:tcPr>
            <w:tcW w:type="dxa" w:w="2880"/>
          </w:tcPr>
          <w:p>
            <w:r>
              <w:t>出版科学</w:t>
            </w:r>
          </w:p>
        </w:tc>
        <w:tc>
          <w:tcPr>
            <w:tcW w:type="dxa" w:w="2880"/>
          </w:tcPr>
          <w:p/>
        </w:tc>
      </w:tr>
      <w:tr>
        <w:tc>
          <w:tcPr>
            <w:tcW w:type="dxa" w:w="2880"/>
          </w:tcPr>
          <w:p>
            <w:r>
              <w:t>5</w:t>
            </w:r>
          </w:p>
        </w:tc>
        <w:tc>
          <w:tcPr>
            <w:tcW w:type="dxa" w:w="2880"/>
          </w:tcPr>
          <w:p>
            <w:r>
              <w:t>现代出版</w:t>
            </w:r>
          </w:p>
        </w:tc>
        <w:tc>
          <w:tcPr>
            <w:tcW w:type="dxa" w:w="2880"/>
          </w:tcPr>
          <w:p/>
        </w:tc>
      </w:tr>
      <w:tr>
        <w:tc>
          <w:tcPr>
            <w:tcW w:type="dxa" w:w="2880"/>
          </w:tcPr>
          <w:p>
            <w:r>
              <w:t>6</w:t>
            </w:r>
          </w:p>
        </w:tc>
        <w:tc>
          <w:tcPr>
            <w:tcW w:type="dxa" w:w="2880"/>
          </w:tcPr>
          <w:p>
            <w:r>
              <w:t>新闻界</w:t>
            </w:r>
          </w:p>
        </w:tc>
        <w:tc>
          <w:tcPr>
            <w:tcW w:type="dxa" w:w="2880"/>
          </w:tcPr>
          <w:p/>
        </w:tc>
      </w:tr>
      <w:tr>
        <w:tc>
          <w:tcPr>
            <w:tcW w:type="dxa" w:w="2880"/>
          </w:tcPr>
          <w:p>
            <w:r>
              <w:t>7</w:t>
            </w:r>
          </w:p>
        </w:tc>
        <w:tc>
          <w:tcPr>
            <w:tcW w:type="dxa" w:w="2880"/>
          </w:tcPr>
          <w:p>
            <w:r>
              <w:t>新闻与写作</w:t>
            </w:r>
          </w:p>
        </w:tc>
        <w:tc>
          <w:tcPr>
            <w:tcW w:type="dxa" w:w="2880"/>
          </w:tcPr>
          <w:p/>
        </w:tc>
      </w:tr>
      <w:tr>
        <w:tc>
          <w:tcPr>
            <w:tcW w:type="dxa" w:w="2880"/>
          </w:tcPr>
          <w:p>
            <w:r>
              <w:t>8</w:t>
            </w:r>
          </w:p>
        </w:tc>
        <w:tc>
          <w:tcPr>
            <w:tcW w:type="dxa" w:w="2880"/>
          </w:tcPr>
          <w:p>
            <w:r>
              <w:t>中国编辑</w:t>
            </w:r>
          </w:p>
        </w:tc>
        <w:tc>
          <w:tcPr>
            <w:tcW w:type="dxa" w:w="2880"/>
          </w:tcPr>
          <w:p/>
        </w:tc>
      </w:tr>
      <w:tr>
        <w:tc>
          <w:tcPr>
            <w:tcW w:type="dxa" w:w="2880"/>
          </w:tcPr>
          <w:p>
            <w:r>
              <w:t>图书馆、情报与文献学（22种）</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中国图书馆学报*</w:t>
            </w:r>
          </w:p>
        </w:tc>
      </w:tr>
      <w:tr>
        <w:tc>
          <w:tcPr>
            <w:tcW w:type="dxa" w:w="2880"/>
          </w:tcPr>
          <w:p>
            <w:r>
              <w:t>2</w:t>
            </w:r>
          </w:p>
        </w:tc>
        <w:tc>
          <w:tcPr>
            <w:tcW w:type="dxa" w:w="2880"/>
          </w:tcPr>
          <w:p>
            <w:r>
              <w:t>情报学报</w:t>
            </w:r>
          </w:p>
        </w:tc>
        <w:tc>
          <w:tcPr>
            <w:tcW w:type="dxa" w:w="2880"/>
          </w:tcPr>
          <w:p/>
        </w:tc>
      </w:tr>
      <w:tr>
        <w:tc>
          <w:tcPr>
            <w:tcW w:type="dxa" w:w="2880"/>
          </w:tcPr>
          <w:p>
            <w:r>
              <w:t>3</w:t>
            </w:r>
          </w:p>
        </w:tc>
        <w:tc>
          <w:tcPr>
            <w:tcW w:type="dxa" w:w="2880"/>
          </w:tcPr>
          <w:p>
            <w:r>
              <w:t>情报资料工作</w:t>
            </w:r>
          </w:p>
        </w:tc>
        <w:tc>
          <w:tcPr>
            <w:tcW w:type="dxa" w:w="2880"/>
          </w:tcPr>
          <w:p/>
        </w:tc>
      </w:tr>
      <w:tr>
        <w:tc>
          <w:tcPr>
            <w:tcW w:type="dxa" w:w="2880"/>
          </w:tcPr>
          <w:p>
            <w:r>
              <w:t>二类（10种）</w:t>
            </w:r>
          </w:p>
        </w:tc>
        <w:tc>
          <w:tcPr>
            <w:tcW w:type="dxa" w:w="2880"/>
          </w:tcPr>
          <w:p>
            <w:r>
              <w:t>1</w:t>
            </w:r>
          </w:p>
        </w:tc>
        <w:tc>
          <w:tcPr>
            <w:tcW w:type="dxa" w:w="2880"/>
          </w:tcPr>
          <w:p>
            <w:r>
              <w:t>国家图书馆学刊</w:t>
            </w:r>
          </w:p>
        </w:tc>
      </w:tr>
      <w:tr>
        <w:tc>
          <w:tcPr>
            <w:tcW w:type="dxa" w:w="2880"/>
          </w:tcPr>
          <w:p>
            <w:r>
              <w:t>2</w:t>
            </w:r>
          </w:p>
        </w:tc>
        <w:tc>
          <w:tcPr>
            <w:tcW w:type="dxa" w:w="2880"/>
          </w:tcPr>
          <w:p>
            <w:r>
              <w:t>大学图书馆学报</w:t>
            </w:r>
          </w:p>
        </w:tc>
        <w:tc>
          <w:tcPr>
            <w:tcW w:type="dxa" w:w="2880"/>
          </w:tcPr>
          <w:p/>
        </w:tc>
      </w:tr>
      <w:tr>
        <w:tc>
          <w:tcPr>
            <w:tcW w:type="dxa" w:w="2880"/>
          </w:tcPr>
          <w:p>
            <w:r>
              <w:t>3</w:t>
            </w:r>
          </w:p>
        </w:tc>
        <w:tc>
          <w:tcPr>
            <w:tcW w:type="dxa" w:w="2880"/>
          </w:tcPr>
          <w:p>
            <w:r>
              <w:t>图书情报工作</w:t>
            </w:r>
          </w:p>
        </w:tc>
        <w:tc>
          <w:tcPr>
            <w:tcW w:type="dxa" w:w="2880"/>
          </w:tcPr>
          <w:p/>
        </w:tc>
      </w:tr>
      <w:tr>
        <w:tc>
          <w:tcPr>
            <w:tcW w:type="dxa" w:w="2880"/>
          </w:tcPr>
          <w:p>
            <w:r>
              <w:t>4</w:t>
            </w:r>
          </w:p>
        </w:tc>
        <w:tc>
          <w:tcPr>
            <w:tcW w:type="dxa" w:w="2880"/>
          </w:tcPr>
          <w:p>
            <w:r>
              <w:t>数据分析与知识发现</w:t>
            </w:r>
          </w:p>
        </w:tc>
        <w:tc>
          <w:tcPr>
            <w:tcW w:type="dxa" w:w="2880"/>
          </w:tcPr>
          <w:p/>
        </w:tc>
      </w:tr>
      <w:tr>
        <w:tc>
          <w:tcPr>
            <w:tcW w:type="dxa" w:w="2880"/>
          </w:tcPr>
          <w:p>
            <w:r>
              <w:t>5</w:t>
            </w:r>
          </w:p>
        </w:tc>
        <w:tc>
          <w:tcPr>
            <w:tcW w:type="dxa" w:w="2880"/>
          </w:tcPr>
          <w:p>
            <w:r>
              <w:t>情报杂志</w:t>
            </w:r>
          </w:p>
        </w:tc>
        <w:tc>
          <w:tcPr>
            <w:tcW w:type="dxa" w:w="2880"/>
          </w:tcPr>
          <w:p/>
        </w:tc>
      </w:tr>
      <w:tr>
        <w:tc>
          <w:tcPr>
            <w:tcW w:type="dxa" w:w="2880"/>
          </w:tcPr>
          <w:p>
            <w:r>
              <w:t>6</w:t>
            </w:r>
          </w:p>
        </w:tc>
        <w:tc>
          <w:tcPr>
            <w:tcW w:type="dxa" w:w="2880"/>
          </w:tcPr>
          <w:p>
            <w:r>
              <w:t>情报理论与实践</w:t>
            </w:r>
          </w:p>
        </w:tc>
        <w:tc>
          <w:tcPr>
            <w:tcW w:type="dxa" w:w="2880"/>
          </w:tcPr>
          <w:p/>
        </w:tc>
      </w:tr>
      <w:tr>
        <w:tc>
          <w:tcPr>
            <w:tcW w:type="dxa" w:w="2880"/>
          </w:tcPr>
          <w:p>
            <w:r>
              <w:t>7</w:t>
            </w:r>
          </w:p>
        </w:tc>
        <w:tc>
          <w:tcPr>
            <w:tcW w:type="dxa" w:w="2880"/>
          </w:tcPr>
          <w:p>
            <w:r>
              <w:t>图书与情报</w:t>
            </w:r>
          </w:p>
        </w:tc>
        <w:tc>
          <w:tcPr>
            <w:tcW w:type="dxa" w:w="2880"/>
          </w:tcPr>
          <w:p/>
        </w:tc>
      </w:tr>
      <w:tr>
        <w:tc>
          <w:tcPr>
            <w:tcW w:type="dxa" w:w="2880"/>
          </w:tcPr>
          <w:p>
            <w:r>
              <w:t>8</w:t>
            </w:r>
          </w:p>
        </w:tc>
        <w:tc>
          <w:tcPr>
            <w:tcW w:type="dxa" w:w="2880"/>
          </w:tcPr>
          <w:p>
            <w:r>
              <w:t>档案学研究</w:t>
            </w:r>
          </w:p>
        </w:tc>
        <w:tc>
          <w:tcPr>
            <w:tcW w:type="dxa" w:w="2880"/>
          </w:tcPr>
          <w:p/>
        </w:tc>
      </w:tr>
      <w:tr>
        <w:tc>
          <w:tcPr>
            <w:tcW w:type="dxa" w:w="2880"/>
          </w:tcPr>
          <w:p>
            <w:r>
              <w:t>9</w:t>
            </w:r>
          </w:p>
        </w:tc>
        <w:tc>
          <w:tcPr>
            <w:tcW w:type="dxa" w:w="2880"/>
          </w:tcPr>
          <w:p>
            <w:r>
              <w:t>档案学通讯</w:t>
            </w:r>
          </w:p>
        </w:tc>
        <w:tc>
          <w:tcPr>
            <w:tcW w:type="dxa" w:w="2880"/>
          </w:tcPr>
          <w:p/>
        </w:tc>
      </w:tr>
      <w:tr>
        <w:tc>
          <w:tcPr>
            <w:tcW w:type="dxa" w:w="2880"/>
          </w:tcPr>
          <w:p>
            <w:r>
              <w:t>10</w:t>
            </w:r>
          </w:p>
        </w:tc>
        <w:tc>
          <w:tcPr>
            <w:tcW w:type="dxa" w:w="2880"/>
          </w:tcPr>
          <w:p>
            <w:r>
              <w:t>Journal of Data and Information Science</w:t>
            </w:r>
          </w:p>
        </w:tc>
        <w:tc>
          <w:tcPr>
            <w:tcW w:type="dxa" w:w="2880"/>
          </w:tcPr>
          <w:p/>
        </w:tc>
      </w:tr>
      <w:tr>
        <w:tc>
          <w:tcPr>
            <w:tcW w:type="dxa" w:w="2880"/>
          </w:tcPr>
          <w:p>
            <w:r>
              <w:t>三类（9种）</w:t>
            </w:r>
          </w:p>
        </w:tc>
        <w:tc>
          <w:tcPr>
            <w:tcW w:type="dxa" w:w="2880"/>
          </w:tcPr>
          <w:p>
            <w:r>
              <w:t>1</w:t>
            </w:r>
          </w:p>
        </w:tc>
        <w:tc>
          <w:tcPr>
            <w:tcW w:type="dxa" w:w="2880"/>
          </w:tcPr>
          <w:p>
            <w:r>
              <w:t>图书馆杂志</w:t>
            </w:r>
          </w:p>
        </w:tc>
      </w:tr>
      <w:tr>
        <w:tc>
          <w:tcPr>
            <w:tcW w:type="dxa" w:w="2880"/>
          </w:tcPr>
          <w:p>
            <w:r>
              <w:t>2</w:t>
            </w:r>
          </w:p>
        </w:tc>
        <w:tc>
          <w:tcPr>
            <w:tcW w:type="dxa" w:w="2880"/>
          </w:tcPr>
          <w:p>
            <w:r>
              <w:t>图书情报知识</w:t>
            </w:r>
          </w:p>
        </w:tc>
        <w:tc>
          <w:tcPr>
            <w:tcW w:type="dxa" w:w="2880"/>
          </w:tcPr>
          <w:p/>
        </w:tc>
      </w:tr>
      <w:tr>
        <w:tc>
          <w:tcPr>
            <w:tcW w:type="dxa" w:w="2880"/>
          </w:tcPr>
          <w:p>
            <w:r>
              <w:t>3</w:t>
            </w:r>
          </w:p>
        </w:tc>
        <w:tc>
          <w:tcPr>
            <w:tcW w:type="dxa" w:w="2880"/>
          </w:tcPr>
          <w:p>
            <w:r>
              <w:t>图书馆论坛</w:t>
            </w:r>
          </w:p>
        </w:tc>
        <w:tc>
          <w:tcPr>
            <w:tcW w:type="dxa" w:w="2880"/>
          </w:tcPr>
          <w:p/>
        </w:tc>
      </w:tr>
      <w:tr>
        <w:tc>
          <w:tcPr>
            <w:tcW w:type="dxa" w:w="2880"/>
          </w:tcPr>
          <w:p>
            <w:r>
              <w:t>4</w:t>
            </w:r>
          </w:p>
        </w:tc>
        <w:tc>
          <w:tcPr>
            <w:tcW w:type="dxa" w:w="2880"/>
          </w:tcPr>
          <w:p>
            <w:r>
              <w:t>图书馆学研究</w:t>
            </w:r>
          </w:p>
        </w:tc>
        <w:tc>
          <w:tcPr>
            <w:tcW w:type="dxa" w:w="2880"/>
          </w:tcPr>
          <w:p/>
        </w:tc>
      </w:tr>
      <w:tr>
        <w:tc>
          <w:tcPr>
            <w:tcW w:type="dxa" w:w="2880"/>
          </w:tcPr>
          <w:p>
            <w:r>
              <w:t>5</w:t>
            </w:r>
          </w:p>
        </w:tc>
        <w:tc>
          <w:tcPr>
            <w:tcW w:type="dxa" w:w="2880"/>
          </w:tcPr>
          <w:p>
            <w:r>
              <w:t>图书馆建设</w:t>
            </w:r>
          </w:p>
        </w:tc>
        <w:tc>
          <w:tcPr>
            <w:tcW w:type="dxa" w:w="2880"/>
          </w:tcPr>
          <w:p/>
        </w:tc>
      </w:tr>
      <w:tr>
        <w:tc>
          <w:tcPr>
            <w:tcW w:type="dxa" w:w="2880"/>
          </w:tcPr>
          <w:p>
            <w:r>
              <w:t>6</w:t>
            </w:r>
          </w:p>
        </w:tc>
        <w:tc>
          <w:tcPr>
            <w:tcW w:type="dxa" w:w="2880"/>
          </w:tcPr>
          <w:p>
            <w:r>
              <w:t>情报科学</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7</w:t>
            </w:r>
          </w:p>
        </w:tc>
        <w:tc>
          <w:tcPr>
            <w:tcW w:type="dxa" w:w="2880"/>
          </w:tcPr>
          <w:p>
            <w:r>
              <w:t>现代情报</w:t>
            </w:r>
          </w:p>
        </w:tc>
      </w:tr>
      <w:tr>
        <w:tc>
          <w:tcPr>
            <w:tcW w:type="dxa" w:w="2880"/>
          </w:tcPr>
          <w:p>
            <w:r>
              <w:t>8</w:t>
            </w:r>
          </w:p>
        </w:tc>
        <w:tc>
          <w:tcPr>
            <w:tcW w:type="dxa" w:w="2880"/>
          </w:tcPr>
          <w:p>
            <w:r>
              <w:t>信息资源管理学报</w:t>
            </w:r>
          </w:p>
        </w:tc>
        <w:tc>
          <w:tcPr>
            <w:tcW w:type="dxa" w:w="2880"/>
          </w:tcPr>
          <w:p/>
        </w:tc>
      </w:tr>
      <w:tr>
        <w:tc>
          <w:tcPr>
            <w:tcW w:type="dxa" w:w="2880"/>
          </w:tcPr>
          <w:p>
            <w:r>
              <w:t>9</w:t>
            </w:r>
          </w:p>
        </w:tc>
        <w:tc>
          <w:tcPr>
            <w:tcW w:type="dxa" w:w="2880"/>
          </w:tcPr>
          <w:p>
            <w:r>
              <w:t>图书馆</w:t>
            </w:r>
          </w:p>
        </w:tc>
        <w:tc>
          <w:tcPr>
            <w:tcW w:type="dxa" w:w="2880"/>
          </w:tcPr>
          <w:p/>
        </w:tc>
      </w:tr>
      <w:tr>
        <w:tc>
          <w:tcPr>
            <w:tcW w:type="dxa" w:w="2880"/>
          </w:tcPr>
          <w:p>
            <w:r>
              <w:t>教育学（40种）</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教育研究*</w:t>
            </w:r>
          </w:p>
        </w:tc>
      </w:tr>
      <w:tr>
        <w:tc>
          <w:tcPr>
            <w:tcW w:type="dxa" w:w="2880"/>
          </w:tcPr>
          <w:p>
            <w:r>
              <w:t>2</w:t>
            </w:r>
          </w:p>
        </w:tc>
        <w:tc>
          <w:tcPr>
            <w:tcW w:type="dxa" w:w="2880"/>
          </w:tcPr>
          <w:p>
            <w:r>
              <w:t>高等教育研究</w:t>
            </w:r>
          </w:p>
        </w:tc>
        <w:tc>
          <w:tcPr>
            <w:tcW w:type="dxa" w:w="2880"/>
          </w:tcPr>
          <w:p/>
        </w:tc>
      </w:tr>
      <w:tr>
        <w:tc>
          <w:tcPr>
            <w:tcW w:type="dxa" w:w="2880"/>
          </w:tcPr>
          <w:p>
            <w:r>
              <w:t>3</w:t>
            </w:r>
          </w:p>
        </w:tc>
        <w:tc>
          <w:tcPr>
            <w:tcW w:type="dxa" w:w="2880"/>
          </w:tcPr>
          <w:p>
            <w:r>
              <w:t>北京大学教育评论</w:t>
            </w:r>
          </w:p>
        </w:tc>
        <w:tc>
          <w:tcPr>
            <w:tcW w:type="dxa" w:w="2880"/>
          </w:tcPr>
          <w:p/>
        </w:tc>
      </w:tr>
      <w:tr>
        <w:tc>
          <w:tcPr>
            <w:tcW w:type="dxa" w:w="2880"/>
          </w:tcPr>
          <w:p>
            <w:r>
              <w:t>4</w:t>
            </w:r>
          </w:p>
        </w:tc>
        <w:tc>
          <w:tcPr>
            <w:tcW w:type="dxa" w:w="2880"/>
          </w:tcPr>
          <w:p>
            <w:r>
              <w:t>电化教育研究</w:t>
            </w:r>
          </w:p>
        </w:tc>
        <w:tc>
          <w:tcPr>
            <w:tcW w:type="dxa" w:w="2880"/>
          </w:tcPr>
          <w:p/>
        </w:tc>
      </w:tr>
      <w:tr>
        <w:tc>
          <w:tcPr>
            <w:tcW w:type="dxa" w:w="2880"/>
          </w:tcPr>
          <w:p>
            <w:r>
              <w:t>二类（14种）</w:t>
            </w:r>
          </w:p>
        </w:tc>
        <w:tc>
          <w:tcPr>
            <w:tcW w:type="dxa" w:w="2880"/>
          </w:tcPr>
          <w:p>
            <w:r>
              <w:t>1</w:t>
            </w:r>
          </w:p>
        </w:tc>
        <w:tc>
          <w:tcPr>
            <w:tcW w:type="dxa" w:w="2880"/>
          </w:tcPr>
          <w:p>
            <w:r>
              <w:t>中国电化教育</w:t>
            </w:r>
          </w:p>
        </w:tc>
      </w:tr>
      <w:tr>
        <w:tc>
          <w:tcPr>
            <w:tcW w:type="dxa" w:w="2880"/>
          </w:tcPr>
          <w:p>
            <w:r>
              <w:t>2</w:t>
            </w:r>
          </w:p>
        </w:tc>
        <w:tc>
          <w:tcPr>
            <w:tcW w:type="dxa" w:w="2880"/>
          </w:tcPr>
          <w:p>
            <w:r>
              <w:t>远程教育杂志</w:t>
            </w:r>
          </w:p>
        </w:tc>
        <w:tc>
          <w:tcPr>
            <w:tcW w:type="dxa" w:w="2880"/>
          </w:tcPr>
          <w:p/>
        </w:tc>
      </w:tr>
      <w:tr>
        <w:tc>
          <w:tcPr>
            <w:tcW w:type="dxa" w:w="2880"/>
          </w:tcPr>
          <w:p>
            <w:r>
              <w:t>3</w:t>
            </w:r>
          </w:p>
        </w:tc>
        <w:tc>
          <w:tcPr>
            <w:tcW w:type="dxa" w:w="2880"/>
          </w:tcPr>
          <w:p>
            <w:r>
              <w:t>开放教育研究</w:t>
            </w:r>
          </w:p>
        </w:tc>
        <w:tc>
          <w:tcPr>
            <w:tcW w:type="dxa" w:w="2880"/>
          </w:tcPr>
          <w:p/>
        </w:tc>
      </w:tr>
      <w:tr>
        <w:tc>
          <w:tcPr>
            <w:tcW w:type="dxa" w:w="2880"/>
          </w:tcPr>
          <w:p>
            <w:r>
              <w:t>4</w:t>
            </w:r>
          </w:p>
        </w:tc>
        <w:tc>
          <w:tcPr>
            <w:tcW w:type="dxa" w:w="2880"/>
          </w:tcPr>
          <w:p>
            <w:r>
              <w:t>现代远程教育研究</w:t>
            </w:r>
          </w:p>
        </w:tc>
        <w:tc>
          <w:tcPr>
            <w:tcW w:type="dxa" w:w="2880"/>
          </w:tcPr>
          <w:p/>
        </w:tc>
      </w:tr>
      <w:tr>
        <w:tc>
          <w:tcPr>
            <w:tcW w:type="dxa" w:w="2880"/>
          </w:tcPr>
          <w:p>
            <w:r>
              <w:t>5</w:t>
            </w:r>
          </w:p>
        </w:tc>
        <w:tc>
          <w:tcPr>
            <w:tcW w:type="dxa" w:w="2880"/>
          </w:tcPr>
          <w:p>
            <w:r>
              <w:t>清华大学教育研究</w:t>
            </w:r>
          </w:p>
        </w:tc>
        <w:tc>
          <w:tcPr>
            <w:tcW w:type="dxa" w:w="2880"/>
          </w:tcPr>
          <w:p/>
        </w:tc>
      </w:tr>
      <w:tr>
        <w:tc>
          <w:tcPr>
            <w:tcW w:type="dxa" w:w="2880"/>
          </w:tcPr>
          <w:p>
            <w:r>
              <w:t>6</w:t>
            </w:r>
          </w:p>
        </w:tc>
        <w:tc>
          <w:tcPr>
            <w:tcW w:type="dxa" w:w="2880"/>
          </w:tcPr>
          <w:p>
            <w:r>
              <w:t>中国高教研究</w:t>
            </w:r>
          </w:p>
        </w:tc>
        <w:tc>
          <w:tcPr>
            <w:tcW w:type="dxa" w:w="2880"/>
          </w:tcPr>
          <w:p/>
        </w:tc>
      </w:tr>
      <w:tr>
        <w:tc>
          <w:tcPr>
            <w:tcW w:type="dxa" w:w="2880"/>
          </w:tcPr>
          <w:p>
            <w:r>
              <w:t>7</w:t>
            </w:r>
          </w:p>
        </w:tc>
        <w:tc>
          <w:tcPr>
            <w:tcW w:type="dxa" w:w="2880"/>
          </w:tcPr>
          <w:p>
            <w:r>
              <w:t>复旦教育论坛</w:t>
            </w:r>
          </w:p>
        </w:tc>
        <w:tc>
          <w:tcPr>
            <w:tcW w:type="dxa" w:w="2880"/>
          </w:tcPr>
          <w:p/>
        </w:tc>
      </w:tr>
      <w:tr>
        <w:tc>
          <w:tcPr>
            <w:tcW w:type="dxa" w:w="2880"/>
          </w:tcPr>
          <w:p>
            <w:r>
              <w:t>8</w:t>
            </w:r>
          </w:p>
        </w:tc>
        <w:tc>
          <w:tcPr>
            <w:tcW w:type="dxa" w:w="2880"/>
          </w:tcPr>
          <w:p>
            <w:r>
              <w:t>学前教育研究</w:t>
            </w:r>
          </w:p>
        </w:tc>
        <w:tc>
          <w:tcPr>
            <w:tcW w:type="dxa" w:w="2880"/>
          </w:tcPr>
          <w:p/>
        </w:tc>
      </w:tr>
      <w:tr>
        <w:tc>
          <w:tcPr>
            <w:tcW w:type="dxa" w:w="2880"/>
          </w:tcPr>
          <w:p>
            <w:r>
              <w:t>9</w:t>
            </w:r>
          </w:p>
        </w:tc>
        <w:tc>
          <w:tcPr>
            <w:tcW w:type="dxa" w:w="2880"/>
          </w:tcPr>
          <w:p>
            <w:r>
              <w:t>华东师范大学学报（教育科学版）</w:t>
            </w:r>
          </w:p>
        </w:tc>
        <w:tc>
          <w:tcPr>
            <w:tcW w:type="dxa" w:w="2880"/>
          </w:tcPr>
          <w:p/>
        </w:tc>
      </w:tr>
      <w:tr>
        <w:tc>
          <w:tcPr>
            <w:tcW w:type="dxa" w:w="2880"/>
          </w:tcPr>
          <w:p>
            <w:r>
              <w:t>10</w:t>
            </w:r>
          </w:p>
        </w:tc>
        <w:tc>
          <w:tcPr>
            <w:tcW w:type="dxa" w:w="2880"/>
          </w:tcPr>
          <w:p>
            <w:r>
              <w:t>教育发展研究</w:t>
            </w:r>
          </w:p>
        </w:tc>
        <w:tc>
          <w:tcPr>
            <w:tcW w:type="dxa" w:w="2880"/>
          </w:tcPr>
          <w:p/>
        </w:tc>
      </w:tr>
      <w:tr>
        <w:tc>
          <w:tcPr>
            <w:tcW w:type="dxa" w:w="2880"/>
          </w:tcPr>
          <w:p>
            <w:r>
              <w:t>11</w:t>
            </w:r>
          </w:p>
        </w:tc>
        <w:tc>
          <w:tcPr>
            <w:tcW w:type="dxa" w:w="2880"/>
          </w:tcPr>
          <w:p>
            <w:r>
              <w:t>课程.教材.教法</w:t>
            </w:r>
          </w:p>
        </w:tc>
        <w:tc>
          <w:tcPr>
            <w:tcW w:type="dxa" w:w="2880"/>
          </w:tcPr>
          <w:p/>
        </w:tc>
      </w:tr>
      <w:tr>
        <w:tc>
          <w:tcPr>
            <w:tcW w:type="dxa" w:w="2880"/>
          </w:tcPr>
          <w:p>
            <w:r>
              <w:t>12</w:t>
            </w:r>
          </w:p>
        </w:tc>
        <w:tc>
          <w:tcPr>
            <w:tcW w:type="dxa" w:w="2880"/>
          </w:tcPr>
          <w:p>
            <w:r>
              <w:t>教育学报</w:t>
            </w:r>
          </w:p>
        </w:tc>
        <w:tc>
          <w:tcPr>
            <w:tcW w:type="dxa" w:w="2880"/>
          </w:tcPr>
          <w:p/>
        </w:tc>
      </w:tr>
      <w:tr>
        <w:tc>
          <w:tcPr>
            <w:tcW w:type="dxa" w:w="2880"/>
          </w:tcPr>
          <w:p>
            <w:r>
              <w:t>13</w:t>
            </w:r>
          </w:p>
        </w:tc>
        <w:tc>
          <w:tcPr>
            <w:tcW w:type="dxa" w:w="2880"/>
          </w:tcPr>
          <w:p>
            <w:r>
              <w:t>中国教育学刊</w:t>
            </w:r>
          </w:p>
        </w:tc>
        <w:tc>
          <w:tcPr>
            <w:tcW w:type="dxa" w:w="2880"/>
          </w:tcPr>
          <w:p/>
        </w:tc>
      </w:tr>
      <w:tr>
        <w:tc>
          <w:tcPr>
            <w:tcW w:type="dxa" w:w="2880"/>
          </w:tcPr>
          <w:p>
            <w:r>
              <w:t>14</w:t>
            </w:r>
          </w:p>
        </w:tc>
        <w:tc>
          <w:tcPr>
            <w:tcW w:type="dxa" w:w="2880"/>
          </w:tcPr>
          <w:p>
            <w:r>
              <w:t>比较教育研究</w:t>
            </w:r>
          </w:p>
        </w:tc>
        <w:tc>
          <w:tcPr>
            <w:tcW w:type="dxa" w:w="2880"/>
          </w:tcPr>
          <w:p/>
        </w:tc>
      </w:tr>
      <w:tr>
        <w:tc>
          <w:tcPr>
            <w:tcW w:type="dxa" w:w="2880"/>
          </w:tcPr>
          <w:p>
            <w:r>
              <w:t>三类（22种）</w:t>
            </w:r>
          </w:p>
        </w:tc>
        <w:tc>
          <w:tcPr>
            <w:tcW w:type="dxa" w:w="2880"/>
          </w:tcPr>
          <w:p>
            <w:r>
              <w:t>1</w:t>
            </w:r>
          </w:p>
        </w:tc>
        <w:tc>
          <w:tcPr>
            <w:tcW w:type="dxa" w:w="2880"/>
          </w:tcPr>
          <w:p>
            <w:r>
              <w:t>教师教育研究</w:t>
            </w:r>
          </w:p>
        </w:tc>
      </w:tr>
      <w:tr>
        <w:tc>
          <w:tcPr>
            <w:tcW w:type="dxa" w:w="2880"/>
          </w:tcPr>
          <w:p>
            <w:r>
              <w:t>2</w:t>
            </w:r>
          </w:p>
        </w:tc>
        <w:tc>
          <w:tcPr>
            <w:tcW w:type="dxa" w:w="2880"/>
          </w:tcPr>
          <w:p>
            <w:r>
              <w:t>现代教育技术</w:t>
            </w:r>
          </w:p>
        </w:tc>
        <w:tc>
          <w:tcPr>
            <w:tcW w:type="dxa" w:w="2880"/>
          </w:tcPr>
          <w:p/>
        </w:tc>
      </w:tr>
      <w:tr>
        <w:tc>
          <w:tcPr>
            <w:tcW w:type="dxa" w:w="2880"/>
          </w:tcPr>
          <w:p>
            <w:r>
              <w:t>3</w:t>
            </w:r>
          </w:p>
        </w:tc>
        <w:tc>
          <w:tcPr>
            <w:tcW w:type="dxa" w:w="2880"/>
          </w:tcPr>
          <w:p>
            <w:r>
              <w:t>中国远程教育</w:t>
            </w:r>
          </w:p>
        </w:tc>
        <w:tc>
          <w:tcPr>
            <w:tcW w:type="dxa" w:w="2880"/>
          </w:tcPr>
          <w:p/>
        </w:tc>
      </w:tr>
      <w:tr>
        <w:tc>
          <w:tcPr>
            <w:tcW w:type="dxa" w:w="2880"/>
          </w:tcPr>
          <w:p>
            <w:r>
              <w:t>4</w:t>
            </w:r>
          </w:p>
        </w:tc>
        <w:tc>
          <w:tcPr>
            <w:tcW w:type="dxa" w:w="2880"/>
          </w:tcPr>
          <w:p>
            <w:r>
              <w:t>高等工程教育研究</w:t>
            </w:r>
          </w:p>
        </w:tc>
        <w:tc>
          <w:tcPr>
            <w:tcW w:type="dxa" w:w="2880"/>
          </w:tcPr>
          <w:p/>
        </w:tc>
      </w:tr>
      <w:tr>
        <w:tc>
          <w:tcPr>
            <w:tcW w:type="dxa" w:w="2880"/>
          </w:tcPr>
          <w:p>
            <w:r>
              <w:t>5</w:t>
            </w:r>
          </w:p>
        </w:tc>
        <w:tc>
          <w:tcPr>
            <w:tcW w:type="dxa" w:w="2880"/>
          </w:tcPr>
          <w:p>
            <w:r>
              <w:t>学位与研究生教育</w:t>
            </w:r>
          </w:p>
        </w:tc>
        <w:tc>
          <w:tcPr>
            <w:tcW w:type="dxa" w:w="2880"/>
          </w:tcPr>
          <w:p/>
        </w:tc>
      </w:tr>
      <w:tr>
        <w:tc>
          <w:tcPr>
            <w:tcW w:type="dxa" w:w="2880"/>
          </w:tcPr>
          <w:p>
            <w:r>
              <w:t>6</w:t>
            </w:r>
          </w:p>
        </w:tc>
        <w:tc>
          <w:tcPr>
            <w:tcW w:type="dxa" w:w="2880"/>
          </w:tcPr>
          <w:p>
            <w:r>
              <w:t>中国高等教育</w:t>
            </w:r>
          </w:p>
        </w:tc>
        <w:tc>
          <w:tcPr>
            <w:tcW w:type="dxa" w:w="2880"/>
          </w:tcPr>
          <w:p/>
        </w:tc>
      </w:tr>
      <w:tr>
        <w:tc>
          <w:tcPr>
            <w:tcW w:type="dxa" w:w="2880"/>
          </w:tcPr>
          <w:p>
            <w:r>
              <w:t>7</w:t>
            </w:r>
          </w:p>
        </w:tc>
        <w:tc>
          <w:tcPr>
            <w:tcW w:type="dxa" w:w="2880"/>
          </w:tcPr>
          <w:p>
            <w:r>
              <w:t>高校教育管理</w:t>
            </w:r>
          </w:p>
        </w:tc>
        <w:tc>
          <w:tcPr>
            <w:tcW w:type="dxa" w:w="2880"/>
          </w:tcPr>
          <w:p/>
        </w:tc>
      </w:tr>
      <w:tr>
        <w:tc>
          <w:tcPr>
            <w:tcW w:type="dxa" w:w="2880"/>
          </w:tcPr>
          <w:p>
            <w:r>
              <w:t>8</w:t>
            </w:r>
          </w:p>
        </w:tc>
        <w:tc>
          <w:tcPr>
            <w:tcW w:type="dxa" w:w="2880"/>
          </w:tcPr>
          <w:p>
            <w:r>
              <w:t>高教探索</w:t>
            </w:r>
          </w:p>
        </w:tc>
        <w:tc>
          <w:tcPr>
            <w:tcW w:type="dxa" w:w="2880"/>
          </w:tcPr>
          <w:p/>
        </w:tc>
      </w:tr>
      <w:tr>
        <w:tc>
          <w:tcPr>
            <w:tcW w:type="dxa" w:w="2880"/>
          </w:tcPr>
          <w:p>
            <w:r>
              <w:t>9</w:t>
            </w:r>
          </w:p>
        </w:tc>
        <w:tc>
          <w:tcPr>
            <w:tcW w:type="dxa" w:w="2880"/>
          </w:tcPr>
          <w:p>
            <w:r>
              <w:t>全球教育展望</w:t>
            </w:r>
          </w:p>
        </w:tc>
        <w:tc>
          <w:tcPr>
            <w:tcW w:type="dxa" w:w="2880"/>
          </w:tcPr>
          <w:p/>
        </w:tc>
      </w:tr>
      <w:tr>
        <w:tc>
          <w:tcPr>
            <w:tcW w:type="dxa" w:w="2880"/>
          </w:tcPr>
          <w:p>
            <w:r>
              <w:t>10</w:t>
            </w:r>
          </w:p>
        </w:tc>
        <w:tc>
          <w:tcPr>
            <w:tcW w:type="dxa" w:w="2880"/>
          </w:tcPr>
          <w:p>
            <w:r>
              <w:t>中国特殊教育</w:t>
            </w:r>
          </w:p>
        </w:tc>
        <w:tc>
          <w:tcPr>
            <w:tcW w:type="dxa" w:w="2880"/>
          </w:tcPr>
          <w:p/>
        </w:tc>
      </w:tr>
      <w:tr>
        <w:tc>
          <w:tcPr>
            <w:tcW w:type="dxa" w:w="2880"/>
          </w:tcPr>
          <w:p>
            <w:r>
              <w:t>11</w:t>
            </w:r>
          </w:p>
        </w:tc>
        <w:tc>
          <w:tcPr>
            <w:tcW w:type="dxa" w:w="2880"/>
          </w:tcPr>
          <w:p>
            <w:r>
              <w:t>江苏高教</w:t>
            </w:r>
          </w:p>
        </w:tc>
        <w:tc>
          <w:tcPr>
            <w:tcW w:type="dxa" w:w="2880"/>
          </w:tcPr>
          <w:p/>
        </w:tc>
      </w:tr>
      <w:tr>
        <w:tc>
          <w:tcPr>
            <w:tcW w:type="dxa" w:w="2880"/>
          </w:tcPr>
          <w:p>
            <w:r>
              <w:t>12</w:t>
            </w:r>
          </w:p>
        </w:tc>
        <w:tc>
          <w:tcPr>
            <w:tcW w:type="dxa" w:w="2880"/>
          </w:tcPr>
          <w:p>
            <w:r>
              <w:t>现代大学教育</w:t>
            </w:r>
          </w:p>
        </w:tc>
        <w:tc>
          <w:tcPr>
            <w:tcW w:type="dxa" w:w="2880"/>
          </w:tcPr>
          <w:p/>
        </w:tc>
      </w:tr>
      <w:tr>
        <w:tc>
          <w:tcPr>
            <w:tcW w:type="dxa" w:w="2880"/>
          </w:tcPr>
          <w:p>
            <w:r>
              <w:t>13</w:t>
            </w:r>
          </w:p>
        </w:tc>
        <w:tc>
          <w:tcPr>
            <w:tcW w:type="dxa" w:w="2880"/>
          </w:tcPr>
          <w:p>
            <w:r>
              <w:t>教育与经济</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14</w:t>
            </w:r>
          </w:p>
        </w:tc>
        <w:tc>
          <w:tcPr>
            <w:tcW w:type="dxa" w:w="2880"/>
          </w:tcPr>
          <w:p>
            <w:r>
              <w:t>国家教育行政学院学报</w:t>
            </w:r>
          </w:p>
        </w:tc>
      </w:tr>
      <w:tr>
        <w:tc>
          <w:tcPr>
            <w:tcW w:type="dxa" w:w="2880"/>
          </w:tcPr>
          <w:p>
            <w:r>
              <w:t>15</w:t>
            </w:r>
          </w:p>
        </w:tc>
        <w:tc>
          <w:tcPr>
            <w:tcW w:type="dxa" w:w="2880"/>
          </w:tcPr>
          <w:p>
            <w:r>
              <w:t>湖南师范大学教育科学学报</w:t>
            </w:r>
          </w:p>
        </w:tc>
        <w:tc>
          <w:tcPr>
            <w:tcW w:type="dxa" w:w="2880"/>
          </w:tcPr>
          <w:p/>
        </w:tc>
      </w:tr>
      <w:tr>
        <w:tc>
          <w:tcPr>
            <w:tcW w:type="dxa" w:w="2880"/>
          </w:tcPr>
          <w:p>
            <w:r>
              <w:t>16</w:t>
            </w:r>
          </w:p>
        </w:tc>
        <w:tc>
          <w:tcPr>
            <w:tcW w:type="dxa" w:w="2880"/>
          </w:tcPr>
          <w:p>
            <w:r>
              <w:t>教育科学</w:t>
            </w:r>
          </w:p>
        </w:tc>
        <w:tc>
          <w:tcPr>
            <w:tcW w:type="dxa" w:w="2880"/>
          </w:tcPr>
          <w:p/>
        </w:tc>
      </w:tr>
      <w:tr>
        <w:tc>
          <w:tcPr>
            <w:tcW w:type="dxa" w:w="2880"/>
          </w:tcPr>
          <w:p>
            <w:r>
              <w:t>17</w:t>
            </w:r>
          </w:p>
        </w:tc>
        <w:tc>
          <w:tcPr>
            <w:tcW w:type="dxa" w:w="2880"/>
          </w:tcPr>
          <w:p>
            <w:r>
              <w:t>教育研究与实验</w:t>
            </w:r>
          </w:p>
        </w:tc>
        <w:tc>
          <w:tcPr>
            <w:tcW w:type="dxa" w:w="2880"/>
          </w:tcPr>
          <w:p/>
        </w:tc>
      </w:tr>
      <w:tr>
        <w:tc>
          <w:tcPr>
            <w:tcW w:type="dxa" w:w="2880"/>
          </w:tcPr>
          <w:p>
            <w:r>
              <w:t>18</w:t>
            </w:r>
          </w:p>
        </w:tc>
        <w:tc>
          <w:tcPr>
            <w:tcW w:type="dxa" w:w="2880"/>
          </w:tcPr>
          <w:p>
            <w:r>
              <w:t>外国教育研究</w:t>
            </w:r>
          </w:p>
        </w:tc>
        <w:tc>
          <w:tcPr>
            <w:tcW w:type="dxa" w:w="2880"/>
          </w:tcPr>
          <w:p/>
        </w:tc>
      </w:tr>
      <w:tr>
        <w:tc>
          <w:tcPr>
            <w:tcW w:type="dxa" w:w="2880"/>
          </w:tcPr>
          <w:p>
            <w:r>
              <w:t>19</w:t>
            </w:r>
          </w:p>
        </w:tc>
        <w:tc>
          <w:tcPr>
            <w:tcW w:type="dxa" w:w="2880"/>
          </w:tcPr>
          <w:p>
            <w:r>
              <w:t>大学教育科学</w:t>
            </w:r>
          </w:p>
        </w:tc>
        <w:tc>
          <w:tcPr>
            <w:tcW w:type="dxa" w:w="2880"/>
          </w:tcPr>
          <w:p/>
        </w:tc>
      </w:tr>
      <w:tr>
        <w:tc>
          <w:tcPr>
            <w:tcW w:type="dxa" w:w="2880"/>
          </w:tcPr>
          <w:p>
            <w:r>
              <w:t>20</w:t>
            </w:r>
          </w:p>
        </w:tc>
        <w:tc>
          <w:tcPr>
            <w:tcW w:type="dxa" w:w="2880"/>
          </w:tcPr>
          <w:p>
            <w:r>
              <w:t>苏州大学学报（教育科学版）</w:t>
            </w:r>
          </w:p>
        </w:tc>
        <w:tc>
          <w:tcPr>
            <w:tcW w:type="dxa" w:w="2880"/>
          </w:tcPr>
          <w:p/>
        </w:tc>
      </w:tr>
      <w:tr>
        <w:tc>
          <w:tcPr>
            <w:tcW w:type="dxa" w:w="2880"/>
          </w:tcPr>
          <w:p>
            <w:r>
              <w:t>21</w:t>
            </w:r>
          </w:p>
        </w:tc>
        <w:tc>
          <w:tcPr>
            <w:tcW w:type="dxa" w:w="2880"/>
          </w:tcPr>
          <w:p>
            <w:r>
              <w:t>研究生教育研究</w:t>
            </w:r>
          </w:p>
        </w:tc>
        <w:tc>
          <w:tcPr>
            <w:tcW w:type="dxa" w:w="2880"/>
          </w:tcPr>
          <w:p/>
        </w:tc>
      </w:tr>
      <w:tr>
        <w:tc>
          <w:tcPr>
            <w:tcW w:type="dxa" w:w="2880"/>
          </w:tcPr>
          <w:p>
            <w:r>
              <w:t>22</w:t>
            </w:r>
          </w:p>
        </w:tc>
        <w:tc>
          <w:tcPr>
            <w:tcW w:type="dxa" w:w="2880"/>
          </w:tcPr>
          <w:p>
            <w:r>
              <w:t>现代远距离教育</w:t>
            </w:r>
          </w:p>
        </w:tc>
        <w:tc>
          <w:tcPr>
            <w:tcW w:type="dxa" w:w="2880"/>
          </w:tcPr>
          <w:p/>
        </w:tc>
      </w:tr>
      <w:tr>
        <w:tc>
          <w:tcPr>
            <w:tcW w:type="dxa" w:w="2880"/>
          </w:tcPr>
          <w:p>
            <w:r>
              <w:t>体育学（14种）</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体育科学*</w:t>
            </w:r>
          </w:p>
        </w:tc>
      </w:tr>
      <w:tr>
        <w:tc>
          <w:tcPr>
            <w:tcW w:type="dxa" w:w="2880"/>
          </w:tcPr>
          <w:p>
            <w:r>
              <w:t>2</w:t>
            </w:r>
          </w:p>
        </w:tc>
        <w:tc>
          <w:tcPr>
            <w:tcW w:type="dxa" w:w="2880"/>
          </w:tcPr>
          <w:p>
            <w:r>
              <w:t>中国体育科技</w:t>
            </w:r>
          </w:p>
        </w:tc>
        <w:tc>
          <w:tcPr>
            <w:tcW w:type="dxa" w:w="2880"/>
          </w:tcPr>
          <w:p/>
        </w:tc>
      </w:tr>
      <w:tr>
        <w:tc>
          <w:tcPr>
            <w:tcW w:type="dxa" w:w="2880"/>
          </w:tcPr>
          <w:p>
            <w:r>
              <w:t>3</w:t>
            </w:r>
          </w:p>
        </w:tc>
        <w:tc>
          <w:tcPr>
            <w:tcW w:type="dxa" w:w="2880"/>
          </w:tcPr>
          <w:p>
            <w:r>
              <w:t>北京体育大学学报</w:t>
            </w:r>
          </w:p>
        </w:tc>
        <w:tc>
          <w:tcPr>
            <w:tcW w:type="dxa" w:w="2880"/>
          </w:tcPr>
          <w:p/>
        </w:tc>
      </w:tr>
      <w:tr>
        <w:tc>
          <w:tcPr>
            <w:tcW w:type="dxa" w:w="2880"/>
          </w:tcPr>
          <w:p>
            <w:r>
              <w:t>4</w:t>
            </w:r>
          </w:p>
        </w:tc>
        <w:tc>
          <w:tcPr>
            <w:tcW w:type="dxa" w:w="2880"/>
          </w:tcPr>
          <w:p>
            <w:r>
              <w:t>上海体育学院学报</w:t>
            </w:r>
          </w:p>
        </w:tc>
        <w:tc>
          <w:tcPr>
            <w:tcW w:type="dxa" w:w="2880"/>
          </w:tcPr>
          <w:p/>
        </w:tc>
      </w:tr>
      <w:tr>
        <w:tc>
          <w:tcPr>
            <w:tcW w:type="dxa" w:w="2880"/>
          </w:tcPr>
          <w:p>
            <w:r>
              <w:t>二类（5种）</w:t>
            </w:r>
          </w:p>
        </w:tc>
        <w:tc>
          <w:tcPr>
            <w:tcW w:type="dxa" w:w="2880"/>
          </w:tcPr>
          <w:p>
            <w:r>
              <w:t>1</w:t>
            </w:r>
          </w:p>
        </w:tc>
        <w:tc>
          <w:tcPr>
            <w:tcW w:type="dxa" w:w="2880"/>
          </w:tcPr>
          <w:p>
            <w:r>
              <w:t>体育与科学</w:t>
            </w:r>
          </w:p>
        </w:tc>
      </w:tr>
      <w:tr>
        <w:tc>
          <w:tcPr>
            <w:tcW w:type="dxa" w:w="2880"/>
          </w:tcPr>
          <w:p>
            <w:r>
              <w:t>2</w:t>
            </w:r>
          </w:p>
        </w:tc>
        <w:tc>
          <w:tcPr>
            <w:tcW w:type="dxa" w:w="2880"/>
          </w:tcPr>
          <w:p>
            <w:r>
              <w:t>体育学刊</w:t>
            </w:r>
          </w:p>
        </w:tc>
        <w:tc>
          <w:tcPr>
            <w:tcW w:type="dxa" w:w="2880"/>
          </w:tcPr>
          <w:p/>
        </w:tc>
      </w:tr>
      <w:tr>
        <w:tc>
          <w:tcPr>
            <w:tcW w:type="dxa" w:w="2880"/>
          </w:tcPr>
          <w:p>
            <w:r>
              <w:t>3</w:t>
            </w:r>
          </w:p>
        </w:tc>
        <w:tc>
          <w:tcPr>
            <w:tcW w:type="dxa" w:w="2880"/>
          </w:tcPr>
          <w:p>
            <w:r>
              <w:t>体育学研究</w:t>
            </w:r>
          </w:p>
        </w:tc>
        <w:tc>
          <w:tcPr>
            <w:tcW w:type="dxa" w:w="2880"/>
          </w:tcPr>
          <w:p/>
        </w:tc>
      </w:tr>
      <w:tr>
        <w:tc>
          <w:tcPr>
            <w:tcW w:type="dxa" w:w="2880"/>
          </w:tcPr>
          <w:p>
            <w:r>
              <w:t>4</w:t>
            </w:r>
          </w:p>
        </w:tc>
        <w:tc>
          <w:tcPr>
            <w:tcW w:type="dxa" w:w="2880"/>
          </w:tcPr>
          <w:p>
            <w:r>
              <w:t>武汉体育学院学报</w:t>
            </w:r>
          </w:p>
        </w:tc>
        <w:tc>
          <w:tcPr>
            <w:tcW w:type="dxa" w:w="2880"/>
          </w:tcPr>
          <w:p/>
        </w:tc>
      </w:tr>
      <w:tr>
        <w:tc>
          <w:tcPr>
            <w:tcW w:type="dxa" w:w="2880"/>
          </w:tcPr>
          <w:p>
            <w:r>
              <w:t>5</w:t>
            </w:r>
          </w:p>
        </w:tc>
        <w:tc>
          <w:tcPr>
            <w:tcW w:type="dxa" w:w="2880"/>
          </w:tcPr>
          <w:p>
            <w:r>
              <w:t>成都体育学院学报</w:t>
            </w:r>
          </w:p>
        </w:tc>
        <w:tc>
          <w:tcPr>
            <w:tcW w:type="dxa" w:w="2880"/>
          </w:tcPr>
          <w:p/>
        </w:tc>
      </w:tr>
      <w:tr>
        <w:tc>
          <w:tcPr>
            <w:tcW w:type="dxa" w:w="2880"/>
          </w:tcPr>
          <w:p>
            <w:r>
              <w:t>三类（5种）</w:t>
            </w:r>
          </w:p>
        </w:tc>
        <w:tc>
          <w:tcPr>
            <w:tcW w:type="dxa" w:w="2880"/>
          </w:tcPr>
          <w:p>
            <w:r>
              <w:t>1</w:t>
            </w:r>
          </w:p>
        </w:tc>
        <w:tc>
          <w:tcPr>
            <w:tcW w:type="dxa" w:w="2880"/>
          </w:tcPr>
          <w:p>
            <w:r>
              <w:t>西安体育学院学报</w:t>
            </w:r>
          </w:p>
        </w:tc>
      </w:tr>
      <w:tr>
        <w:tc>
          <w:tcPr>
            <w:tcW w:type="dxa" w:w="2880"/>
          </w:tcPr>
          <w:p>
            <w:r>
              <w:t>2</w:t>
            </w:r>
          </w:p>
        </w:tc>
        <w:tc>
          <w:tcPr>
            <w:tcW w:type="dxa" w:w="2880"/>
          </w:tcPr>
          <w:p>
            <w:r>
              <w:t>首都体育学院学报</w:t>
            </w:r>
          </w:p>
        </w:tc>
        <w:tc>
          <w:tcPr>
            <w:tcW w:type="dxa" w:w="2880"/>
          </w:tcPr>
          <w:p/>
        </w:tc>
      </w:tr>
      <w:tr>
        <w:tc>
          <w:tcPr>
            <w:tcW w:type="dxa" w:w="2880"/>
          </w:tcPr>
          <w:p>
            <w:r>
              <w:t>3</w:t>
            </w:r>
          </w:p>
        </w:tc>
        <w:tc>
          <w:tcPr>
            <w:tcW w:type="dxa" w:w="2880"/>
          </w:tcPr>
          <w:p>
            <w:r>
              <w:t>沈阳体育学院学报</w:t>
            </w:r>
          </w:p>
        </w:tc>
        <w:tc>
          <w:tcPr>
            <w:tcW w:type="dxa" w:w="2880"/>
          </w:tcPr>
          <w:p/>
        </w:tc>
      </w:tr>
      <w:tr>
        <w:tc>
          <w:tcPr>
            <w:tcW w:type="dxa" w:w="2880"/>
          </w:tcPr>
          <w:p>
            <w:r>
              <w:t>4</w:t>
            </w:r>
          </w:p>
        </w:tc>
        <w:tc>
          <w:tcPr>
            <w:tcW w:type="dxa" w:w="2880"/>
          </w:tcPr>
          <w:p>
            <w:r>
              <w:t>天津体育学院学报</w:t>
            </w:r>
          </w:p>
        </w:tc>
        <w:tc>
          <w:tcPr>
            <w:tcW w:type="dxa" w:w="2880"/>
          </w:tcPr>
          <w:p/>
        </w:tc>
      </w:tr>
      <w:tr>
        <w:tc>
          <w:tcPr>
            <w:tcW w:type="dxa" w:w="2880"/>
          </w:tcPr>
          <w:p>
            <w:r>
              <w:t>5</w:t>
            </w:r>
          </w:p>
        </w:tc>
        <w:tc>
          <w:tcPr>
            <w:tcW w:type="dxa" w:w="2880"/>
          </w:tcPr>
          <w:p>
            <w:r>
              <w:t>体育文化导刊</w:t>
            </w:r>
          </w:p>
        </w:tc>
        <w:tc>
          <w:tcPr>
            <w:tcW w:type="dxa" w:w="2880"/>
          </w:tcPr>
          <w:p/>
        </w:tc>
      </w:tr>
      <w:tr>
        <w:tc>
          <w:tcPr>
            <w:tcW w:type="dxa" w:w="2880"/>
          </w:tcPr>
          <w:p>
            <w:r>
              <w:t>心理学（9种）</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心理学报*</w:t>
            </w:r>
          </w:p>
        </w:tc>
      </w:tr>
      <w:tr>
        <w:tc>
          <w:tcPr>
            <w:tcW w:type="dxa" w:w="2880"/>
          </w:tcPr>
          <w:p>
            <w:r>
              <w:t>2</w:t>
            </w:r>
          </w:p>
        </w:tc>
        <w:tc>
          <w:tcPr>
            <w:tcW w:type="dxa" w:w="2880"/>
          </w:tcPr>
          <w:p>
            <w:r>
              <w:t>心理科学</w:t>
            </w:r>
          </w:p>
        </w:tc>
        <w:tc>
          <w:tcPr>
            <w:tcW w:type="dxa" w:w="2880"/>
          </w:tcPr>
          <w:p/>
        </w:tc>
      </w:tr>
      <w:tr>
        <w:tc>
          <w:tcPr>
            <w:tcW w:type="dxa" w:w="2880"/>
          </w:tcPr>
          <w:p>
            <w:r>
              <w:t>二类（4种）</w:t>
            </w:r>
          </w:p>
        </w:tc>
        <w:tc>
          <w:tcPr>
            <w:tcW w:type="dxa" w:w="2880"/>
          </w:tcPr>
          <w:p>
            <w:r>
              <w:t>1</w:t>
            </w:r>
          </w:p>
        </w:tc>
        <w:tc>
          <w:tcPr>
            <w:tcW w:type="dxa" w:w="2880"/>
          </w:tcPr>
          <w:p>
            <w:r>
              <w:t>心理科学进展</w:t>
            </w:r>
          </w:p>
        </w:tc>
      </w:tr>
      <w:tr>
        <w:tc>
          <w:tcPr>
            <w:tcW w:type="dxa" w:w="2880"/>
          </w:tcPr>
          <w:p>
            <w:r>
              <w:t>2</w:t>
            </w:r>
          </w:p>
        </w:tc>
        <w:tc>
          <w:tcPr>
            <w:tcW w:type="dxa" w:w="2880"/>
          </w:tcPr>
          <w:p>
            <w:r>
              <w:t>心理发展与教育</w:t>
            </w:r>
          </w:p>
        </w:tc>
        <w:tc>
          <w:tcPr>
            <w:tcW w:type="dxa" w:w="2880"/>
          </w:tcPr>
          <w:p/>
        </w:tc>
      </w:tr>
      <w:tr>
        <w:tc>
          <w:tcPr>
            <w:tcW w:type="dxa" w:w="2880"/>
          </w:tcPr>
          <w:p>
            <w:r>
              <w:t>3</w:t>
            </w:r>
          </w:p>
        </w:tc>
        <w:tc>
          <w:tcPr>
            <w:tcW w:type="dxa" w:w="2880"/>
          </w:tcPr>
          <w:p>
            <w:r>
              <w:t>心理与行为研究</w:t>
            </w:r>
          </w:p>
        </w:tc>
        <w:tc>
          <w:tcPr>
            <w:tcW w:type="dxa" w:w="2880"/>
          </w:tcPr>
          <w:p/>
        </w:tc>
      </w:tr>
      <w:tr>
        <w:tc>
          <w:tcPr>
            <w:tcW w:type="dxa" w:w="2880"/>
          </w:tcPr>
          <w:p>
            <w:r>
              <w:t>4</w:t>
            </w:r>
          </w:p>
        </w:tc>
        <w:tc>
          <w:tcPr>
            <w:tcW w:type="dxa" w:w="2880"/>
          </w:tcPr>
          <w:p>
            <w:r>
              <w:t>中国临床心理学杂志</w:t>
            </w:r>
          </w:p>
        </w:tc>
        <w:tc>
          <w:tcPr>
            <w:tcW w:type="dxa" w:w="2880"/>
          </w:tcPr>
          <w:p/>
        </w:tc>
      </w:tr>
      <w:tr>
        <w:tc>
          <w:tcPr>
            <w:tcW w:type="dxa" w:w="2880"/>
          </w:tcPr>
          <w:p>
            <w:r>
              <w:t>三类（3种）</w:t>
            </w:r>
          </w:p>
        </w:tc>
        <w:tc>
          <w:tcPr>
            <w:tcW w:type="dxa" w:w="2880"/>
          </w:tcPr>
          <w:p>
            <w:r>
              <w:t>1</w:t>
            </w:r>
          </w:p>
        </w:tc>
        <w:tc>
          <w:tcPr>
            <w:tcW w:type="dxa" w:w="2880"/>
          </w:tcPr>
          <w:p>
            <w:r>
              <w:t>心理学探新</w:t>
            </w:r>
          </w:p>
        </w:tc>
      </w:tr>
      <w:tr>
        <w:tc>
          <w:tcPr>
            <w:tcW w:type="dxa" w:w="2880"/>
          </w:tcPr>
          <w:p>
            <w:r>
              <w:t>2</w:t>
            </w:r>
          </w:p>
        </w:tc>
        <w:tc>
          <w:tcPr>
            <w:tcW w:type="dxa" w:w="2880"/>
          </w:tcPr>
          <w:p>
            <w:r>
              <w:t>应用心理学</w:t>
            </w:r>
          </w:p>
        </w:tc>
        <w:tc>
          <w:tcPr>
            <w:tcW w:type="dxa" w:w="2880"/>
          </w:tcPr>
          <w:p/>
        </w:tc>
      </w:tr>
      <w:tr>
        <w:tc>
          <w:tcPr>
            <w:tcW w:type="dxa" w:w="2880"/>
          </w:tcPr>
          <w:p>
            <w:r>
              <w:t>3</w:t>
            </w:r>
          </w:p>
        </w:tc>
        <w:tc>
          <w:tcPr>
            <w:tcW w:type="dxa" w:w="2880"/>
          </w:tcPr>
          <w:p>
            <w:r>
              <w:t>心理研究</w:t>
            </w:r>
          </w:p>
        </w:tc>
        <w:tc>
          <w:tcPr>
            <w:tcW w:type="dxa" w:w="2880"/>
          </w:tcPr>
          <w:p/>
        </w:tc>
      </w:tr>
      <w:tr>
        <w:tc>
          <w:tcPr>
            <w:tcW w:type="dxa" w:w="2880"/>
          </w:tcPr>
          <w:p>
            <w:r>
              <w:t>统计学（4种）</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一类（2种）</w:t>
            </w:r>
          </w:p>
        </w:tc>
        <w:tc>
          <w:tcPr>
            <w:tcW w:type="dxa" w:w="2880"/>
          </w:tcPr>
          <w:p>
            <w:r>
              <w:t>1</w:t>
            </w:r>
          </w:p>
        </w:tc>
        <w:tc>
          <w:tcPr>
            <w:tcW w:type="dxa" w:w="2880"/>
          </w:tcPr>
          <w:p>
            <w:r>
              <w:t>统计研究*</w:t>
            </w:r>
          </w:p>
        </w:tc>
      </w:tr>
      <w:tr>
        <w:tc>
          <w:tcPr>
            <w:tcW w:type="dxa" w:w="2880"/>
          </w:tcPr>
          <w:p>
            <w:r>
              <w:t>2</w:t>
            </w:r>
          </w:p>
        </w:tc>
        <w:tc>
          <w:tcPr>
            <w:tcW w:type="dxa" w:w="2880"/>
          </w:tcPr>
          <w:p>
            <w:r>
              <w:t>数理统计与管理</w:t>
            </w:r>
          </w:p>
        </w:tc>
        <w:tc>
          <w:tcPr>
            <w:tcW w:type="dxa" w:w="2880"/>
          </w:tcPr>
          <w:p/>
        </w:tc>
      </w:tr>
      <w:tr>
        <w:tc>
          <w:tcPr>
            <w:tcW w:type="dxa" w:w="2880"/>
          </w:tcPr>
          <w:p>
            <w:r>
              <w:t>二类（2种）</w:t>
            </w:r>
          </w:p>
        </w:tc>
        <w:tc>
          <w:tcPr>
            <w:tcW w:type="dxa" w:w="2880"/>
          </w:tcPr>
          <w:p>
            <w:r>
              <w:t>1</w:t>
            </w:r>
          </w:p>
        </w:tc>
        <w:tc>
          <w:tcPr>
            <w:tcW w:type="dxa" w:w="2880"/>
          </w:tcPr>
          <w:p>
            <w:r>
              <w:t>统计与信息论坛</w:t>
            </w:r>
          </w:p>
        </w:tc>
      </w:tr>
      <w:tr>
        <w:tc>
          <w:tcPr>
            <w:tcW w:type="dxa" w:w="2880"/>
          </w:tcPr>
          <w:p>
            <w:r>
              <w:t>2</w:t>
            </w:r>
          </w:p>
        </w:tc>
        <w:tc>
          <w:tcPr>
            <w:tcW w:type="dxa" w:w="2880"/>
          </w:tcPr>
          <w:p>
            <w:r>
              <w:t>统计与决策</w:t>
            </w:r>
          </w:p>
        </w:tc>
        <w:tc>
          <w:tcPr>
            <w:tcW w:type="dxa" w:w="2880"/>
          </w:tcPr>
          <w:p/>
        </w:tc>
      </w:tr>
      <w:tr>
        <w:tc>
          <w:tcPr>
            <w:tcW w:type="dxa" w:w="2880"/>
          </w:tcPr>
          <w:p>
            <w:r>
              <w:t>学科交叉类（含地理学、自然资源与环境、建筑学、城乡规划学、风景园林学、人文经济地理以及自然资源与环境等学科）（39种）</w:t>
            </w:r>
          </w:p>
        </w:tc>
        <w:tc>
          <w:tcPr>
            <w:tcW w:type="dxa" w:w="2880"/>
          </w:tcPr>
          <w:p/>
        </w:tc>
        <w:tc>
          <w:tcPr>
            <w:tcW w:type="dxa" w:w="2880"/>
          </w:tcPr>
          <w:p/>
        </w:tc>
      </w:tr>
      <w:tr>
        <w:tc>
          <w:tcPr>
            <w:tcW w:type="dxa" w:w="2880"/>
          </w:tcPr>
          <w:p>
            <w:r>
              <w:t>一类（5种）</w:t>
            </w:r>
          </w:p>
        </w:tc>
        <w:tc>
          <w:tcPr>
            <w:tcW w:type="dxa" w:w="2880"/>
          </w:tcPr>
          <w:p>
            <w:r>
              <w:t>1</w:t>
            </w:r>
          </w:p>
        </w:tc>
        <w:tc>
          <w:tcPr>
            <w:tcW w:type="dxa" w:w="2880"/>
          </w:tcPr>
          <w:p>
            <w:r>
              <w:t>地理学报*</w:t>
            </w:r>
          </w:p>
        </w:tc>
      </w:tr>
      <w:tr>
        <w:tc>
          <w:tcPr>
            <w:tcW w:type="dxa" w:w="2880"/>
          </w:tcPr>
          <w:p>
            <w:r>
              <w:t>2</w:t>
            </w:r>
          </w:p>
        </w:tc>
        <w:tc>
          <w:tcPr>
            <w:tcW w:type="dxa" w:w="2880"/>
          </w:tcPr>
          <w:p>
            <w:r>
              <w:t>建筑学报*</w:t>
            </w:r>
          </w:p>
        </w:tc>
        <w:tc>
          <w:tcPr>
            <w:tcW w:type="dxa" w:w="2880"/>
          </w:tcPr>
          <w:p/>
        </w:tc>
      </w:tr>
      <w:tr>
        <w:tc>
          <w:tcPr>
            <w:tcW w:type="dxa" w:w="2880"/>
          </w:tcPr>
          <w:p>
            <w:r>
              <w:t>3</w:t>
            </w:r>
          </w:p>
        </w:tc>
        <w:tc>
          <w:tcPr>
            <w:tcW w:type="dxa" w:w="2880"/>
          </w:tcPr>
          <w:p>
            <w:r>
              <w:t>中国园林</w:t>
            </w:r>
          </w:p>
        </w:tc>
        <w:tc>
          <w:tcPr>
            <w:tcW w:type="dxa" w:w="2880"/>
          </w:tcPr>
          <w:p/>
        </w:tc>
      </w:tr>
      <w:tr>
        <w:tc>
          <w:tcPr>
            <w:tcW w:type="dxa" w:w="2880"/>
          </w:tcPr>
          <w:p>
            <w:r>
              <w:t>4</w:t>
            </w:r>
          </w:p>
        </w:tc>
        <w:tc>
          <w:tcPr>
            <w:tcW w:type="dxa" w:w="2880"/>
          </w:tcPr>
          <w:p>
            <w:r>
              <w:t>地理研究</w:t>
            </w:r>
          </w:p>
        </w:tc>
        <w:tc>
          <w:tcPr>
            <w:tcW w:type="dxa" w:w="2880"/>
          </w:tcPr>
          <w:p/>
        </w:tc>
      </w:tr>
      <w:tr>
        <w:tc>
          <w:tcPr>
            <w:tcW w:type="dxa" w:w="2880"/>
          </w:tcPr>
          <w:p>
            <w:r>
              <w:t>5</w:t>
            </w:r>
          </w:p>
        </w:tc>
        <w:tc>
          <w:tcPr>
            <w:tcW w:type="dxa" w:w="2880"/>
          </w:tcPr>
          <w:p>
            <w:r>
              <w:t>城市规划</w:t>
            </w:r>
          </w:p>
        </w:tc>
        <w:tc>
          <w:tcPr>
            <w:tcW w:type="dxa" w:w="2880"/>
          </w:tcPr>
          <w:p/>
        </w:tc>
      </w:tr>
      <w:tr>
        <w:tc>
          <w:tcPr>
            <w:tcW w:type="dxa" w:w="2880"/>
          </w:tcPr>
          <w:p>
            <w:r>
              <w:t>二类（13种）</w:t>
            </w:r>
          </w:p>
        </w:tc>
        <w:tc>
          <w:tcPr>
            <w:tcW w:type="dxa" w:w="2880"/>
          </w:tcPr>
          <w:p>
            <w:r>
              <w:t>1</w:t>
            </w:r>
          </w:p>
        </w:tc>
        <w:tc>
          <w:tcPr>
            <w:tcW w:type="dxa" w:w="2880"/>
          </w:tcPr>
          <w:p>
            <w:r>
              <w:t>地理科学</w:t>
            </w:r>
          </w:p>
        </w:tc>
      </w:tr>
      <w:tr>
        <w:tc>
          <w:tcPr>
            <w:tcW w:type="dxa" w:w="2880"/>
          </w:tcPr>
          <w:p>
            <w:r>
              <w:t>2</w:t>
            </w:r>
          </w:p>
        </w:tc>
        <w:tc>
          <w:tcPr>
            <w:tcW w:type="dxa" w:w="2880"/>
          </w:tcPr>
          <w:p>
            <w:r>
              <w:t>建筑师</w:t>
            </w:r>
          </w:p>
        </w:tc>
        <w:tc>
          <w:tcPr>
            <w:tcW w:type="dxa" w:w="2880"/>
          </w:tcPr>
          <w:p/>
        </w:tc>
      </w:tr>
      <w:tr>
        <w:tc>
          <w:tcPr>
            <w:tcW w:type="dxa" w:w="2880"/>
          </w:tcPr>
          <w:p>
            <w:r>
              <w:t>3</w:t>
            </w:r>
          </w:p>
        </w:tc>
        <w:tc>
          <w:tcPr>
            <w:tcW w:type="dxa" w:w="2880"/>
          </w:tcPr>
          <w:p>
            <w:r>
              <w:t>城市发展研究</w:t>
            </w:r>
          </w:p>
        </w:tc>
        <w:tc>
          <w:tcPr>
            <w:tcW w:type="dxa" w:w="2880"/>
          </w:tcPr>
          <w:p/>
        </w:tc>
      </w:tr>
      <w:tr>
        <w:tc>
          <w:tcPr>
            <w:tcW w:type="dxa" w:w="2880"/>
          </w:tcPr>
          <w:p>
            <w:r>
              <w:t>4</w:t>
            </w:r>
          </w:p>
        </w:tc>
        <w:tc>
          <w:tcPr>
            <w:tcW w:type="dxa" w:w="2880"/>
          </w:tcPr>
          <w:p>
            <w:r>
              <w:t>城市规划学刊</w:t>
            </w:r>
          </w:p>
        </w:tc>
        <w:tc>
          <w:tcPr>
            <w:tcW w:type="dxa" w:w="2880"/>
          </w:tcPr>
          <w:p/>
        </w:tc>
      </w:tr>
      <w:tr>
        <w:tc>
          <w:tcPr>
            <w:tcW w:type="dxa" w:w="2880"/>
          </w:tcPr>
          <w:p>
            <w:r>
              <w:t>5</w:t>
            </w:r>
          </w:p>
        </w:tc>
        <w:tc>
          <w:tcPr>
            <w:tcW w:type="dxa" w:w="2880"/>
          </w:tcPr>
          <w:p>
            <w:r>
              <w:t>经济地理</w:t>
            </w:r>
          </w:p>
        </w:tc>
        <w:tc>
          <w:tcPr>
            <w:tcW w:type="dxa" w:w="2880"/>
          </w:tcPr>
          <w:p/>
        </w:tc>
      </w:tr>
      <w:tr>
        <w:tc>
          <w:tcPr>
            <w:tcW w:type="dxa" w:w="2880"/>
          </w:tcPr>
          <w:p>
            <w:r>
              <w:t>6</w:t>
            </w:r>
          </w:p>
        </w:tc>
        <w:tc>
          <w:tcPr>
            <w:tcW w:type="dxa" w:w="2880"/>
          </w:tcPr>
          <w:p>
            <w:r>
              <w:t>旅游学刊</w:t>
            </w:r>
          </w:p>
        </w:tc>
        <w:tc>
          <w:tcPr>
            <w:tcW w:type="dxa" w:w="2880"/>
          </w:tcPr>
          <w:p/>
        </w:tc>
      </w:tr>
      <w:tr>
        <w:tc>
          <w:tcPr>
            <w:tcW w:type="dxa" w:w="2880"/>
          </w:tcPr>
          <w:p>
            <w:r>
              <w:t>7</w:t>
            </w:r>
          </w:p>
        </w:tc>
        <w:tc>
          <w:tcPr>
            <w:tcW w:type="dxa" w:w="2880"/>
          </w:tcPr>
          <w:p>
            <w:r>
              <w:t>人文地理</w:t>
            </w:r>
          </w:p>
        </w:tc>
        <w:tc>
          <w:tcPr>
            <w:tcW w:type="dxa" w:w="2880"/>
          </w:tcPr>
          <w:p/>
        </w:tc>
      </w:tr>
      <w:tr>
        <w:tc>
          <w:tcPr>
            <w:tcW w:type="dxa" w:w="2880"/>
          </w:tcPr>
          <w:p>
            <w:r>
              <w:t>8</w:t>
            </w:r>
          </w:p>
        </w:tc>
        <w:tc>
          <w:tcPr>
            <w:tcW w:type="dxa" w:w="2880"/>
          </w:tcPr>
          <w:p>
            <w:r>
              <w:t>中国人口·资源与环境</w:t>
            </w:r>
          </w:p>
        </w:tc>
        <w:tc>
          <w:tcPr>
            <w:tcW w:type="dxa" w:w="2880"/>
          </w:tcPr>
          <w:p/>
        </w:tc>
      </w:tr>
      <w:tr>
        <w:tc>
          <w:tcPr>
            <w:tcW w:type="dxa" w:w="2880"/>
          </w:tcPr>
          <w:p>
            <w:r>
              <w:t>9</w:t>
            </w:r>
          </w:p>
        </w:tc>
        <w:tc>
          <w:tcPr>
            <w:tcW w:type="dxa" w:w="2880"/>
          </w:tcPr>
          <w:p>
            <w:r>
              <w:t>中国土地科学</w:t>
            </w:r>
          </w:p>
        </w:tc>
        <w:tc>
          <w:tcPr>
            <w:tcW w:type="dxa" w:w="2880"/>
          </w:tcPr>
          <w:p/>
        </w:tc>
      </w:tr>
      <w:tr>
        <w:tc>
          <w:tcPr>
            <w:tcW w:type="dxa" w:w="2880"/>
          </w:tcPr>
          <w:p>
            <w:r>
              <w:t>10</w:t>
            </w:r>
          </w:p>
        </w:tc>
        <w:tc>
          <w:tcPr>
            <w:tcW w:type="dxa" w:w="2880"/>
          </w:tcPr>
          <w:p>
            <w:r>
              <w:t>自然资源学报</w:t>
            </w:r>
          </w:p>
        </w:tc>
        <w:tc>
          <w:tcPr>
            <w:tcW w:type="dxa" w:w="2880"/>
          </w:tcPr>
          <w:p/>
        </w:tc>
      </w:tr>
      <w:tr>
        <w:tc>
          <w:tcPr>
            <w:tcW w:type="dxa" w:w="2880"/>
          </w:tcPr>
          <w:p>
            <w:r>
              <w:t>11</w:t>
            </w:r>
          </w:p>
        </w:tc>
        <w:tc>
          <w:tcPr>
            <w:tcW w:type="dxa" w:w="2880"/>
          </w:tcPr>
          <w:p>
            <w:r>
              <w:t>Frontiers of Architectural Research</w:t>
            </w:r>
          </w:p>
        </w:tc>
        <w:tc>
          <w:tcPr>
            <w:tcW w:type="dxa" w:w="2880"/>
          </w:tcPr>
          <w:p/>
        </w:tc>
      </w:tr>
      <w:tr>
        <w:tc>
          <w:tcPr>
            <w:tcW w:type="dxa" w:w="2880"/>
          </w:tcPr>
          <w:p>
            <w:r>
              <w:t>12</w:t>
            </w:r>
          </w:p>
        </w:tc>
        <w:tc>
          <w:tcPr>
            <w:tcW w:type="dxa" w:w="2880"/>
          </w:tcPr>
          <w:p>
            <w:r>
              <w:t>风景园林</w:t>
            </w:r>
          </w:p>
        </w:tc>
        <w:tc>
          <w:tcPr>
            <w:tcW w:type="dxa" w:w="2880"/>
          </w:tcPr>
          <w:p/>
        </w:tc>
      </w:tr>
      <w:tr>
        <w:tc>
          <w:tcPr>
            <w:tcW w:type="dxa" w:w="2880"/>
          </w:tcPr>
          <w:p>
            <w:r>
              <w:t>13</w:t>
            </w:r>
          </w:p>
        </w:tc>
        <w:tc>
          <w:tcPr>
            <w:tcW w:type="dxa" w:w="2880"/>
          </w:tcPr>
          <w:p>
            <w:r>
              <w:t>地理与地理信息科学</w:t>
            </w:r>
          </w:p>
        </w:tc>
        <w:tc>
          <w:tcPr>
            <w:tcW w:type="dxa" w:w="2880"/>
          </w:tcPr>
          <w:p/>
        </w:tc>
      </w:tr>
      <w:tr>
        <w:tc>
          <w:tcPr>
            <w:tcW w:type="dxa" w:w="2880"/>
          </w:tcPr>
          <w:p>
            <w:r>
              <w:t>三类（21种）</w:t>
            </w:r>
          </w:p>
        </w:tc>
        <w:tc>
          <w:tcPr>
            <w:tcW w:type="dxa" w:w="2880"/>
          </w:tcPr>
          <w:p>
            <w:r>
              <w:t>1</w:t>
            </w:r>
          </w:p>
        </w:tc>
        <w:tc>
          <w:tcPr>
            <w:tcW w:type="dxa" w:w="2880"/>
          </w:tcPr>
          <w:p>
            <w:r>
              <w:t>Built Heritage</w:t>
            </w:r>
          </w:p>
        </w:tc>
      </w:tr>
      <w:tr>
        <w:tc>
          <w:tcPr>
            <w:tcW w:type="dxa" w:w="2880"/>
          </w:tcPr>
          <w:p>
            <w:r>
              <w:t>2</w:t>
            </w:r>
          </w:p>
        </w:tc>
        <w:tc>
          <w:tcPr>
            <w:tcW w:type="dxa" w:w="2880"/>
          </w:tcPr>
          <w:p>
            <w:r>
              <w:t>China City Planning Review</w:t>
            </w:r>
          </w:p>
        </w:tc>
        <w:tc>
          <w:tcPr>
            <w:tcW w:type="dxa" w:w="2880"/>
          </w:tcPr>
          <w:p/>
        </w:tc>
      </w:tr>
      <w:tr>
        <w:tc>
          <w:tcPr>
            <w:tcW w:type="dxa" w:w="2880"/>
          </w:tcPr>
          <w:p>
            <w:r>
              <w:t>3</w:t>
            </w:r>
          </w:p>
        </w:tc>
        <w:tc>
          <w:tcPr>
            <w:tcW w:type="dxa" w:w="2880"/>
          </w:tcPr>
          <w:p>
            <w:r>
              <w:t>Sciences in Cold and Arid Regions</w:t>
            </w:r>
          </w:p>
        </w:tc>
        <w:tc>
          <w:tcPr>
            <w:tcW w:type="dxa" w:w="2880"/>
          </w:tcPr>
          <w:p/>
        </w:tc>
      </w:tr>
      <w:tr>
        <w:tc>
          <w:tcPr>
            <w:tcW w:type="dxa" w:w="2880"/>
          </w:tcPr>
          <w:p>
            <w:r>
              <w:t>4</w:t>
            </w:r>
          </w:p>
        </w:tc>
        <w:tc>
          <w:tcPr>
            <w:tcW w:type="dxa" w:w="2880"/>
          </w:tcPr>
          <w:p>
            <w:r>
              <w:t>规划师</w:t>
            </w:r>
          </w:p>
        </w:tc>
        <w:tc>
          <w:tcPr>
            <w:tcW w:type="dxa" w:w="2880"/>
          </w:tcPr>
          <w:p/>
        </w:tc>
      </w:tr>
      <w:tr>
        <w:tc>
          <w:tcPr>
            <w:tcW w:type="dxa" w:w="2880"/>
          </w:tcPr>
          <w:p>
            <w:r>
              <w:t>5</w:t>
            </w:r>
          </w:p>
        </w:tc>
        <w:tc>
          <w:tcPr>
            <w:tcW w:type="dxa" w:w="2880"/>
          </w:tcPr>
          <w:p>
            <w:r>
              <w:t>国际城市规划</w:t>
            </w:r>
          </w:p>
        </w:tc>
        <w:tc>
          <w:tcPr>
            <w:tcW w:type="dxa" w:w="2880"/>
          </w:tcPr>
          <w:p/>
        </w:tc>
      </w:tr>
      <w:tr>
        <w:tc>
          <w:tcPr>
            <w:tcW w:type="dxa" w:w="2880"/>
          </w:tcPr>
          <w:p>
            <w:r>
              <w:t>6</w:t>
            </w:r>
          </w:p>
        </w:tc>
        <w:tc>
          <w:tcPr>
            <w:tcW w:type="dxa" w:w="2880"/>
          </w:tcPr>
          <w:p>
            <w:r>
              <w:t>城市问题</w:t>
            </w:r>
          </w:p>
        </w:tc>
        <w:tc>
          <w:tcPr>
            <w:tcW w:type="dxa" w:w="2880"/>
          </w:tcPr>
          <w:p/>
        </w:tc>
      </w:tr>
      <w:tr>
        <w:tc>
          <w:tcPr>
            <w:tcW w:type="dxa" w:w="2880"/>
          </w:tcPr>
          <w:p>
            <w:r>
              <w:t>7</w:t>
            </w:r>
          </w:p>
        </w:tc>
        <w:tc>
          <w:tcPr>
            <w:tcW w:type="dxa" w:w="2880"/>
          </w:tcPr>
          <w:p>
            <w:r>
              <w:t>地理科学进展</w:t>
            </w:r>
          </w:p>
        </w:tc>
        <w:tc>
          <w:tcPr>
            <w:tcW w:type="dxa" w:w="2880"/>
          </w:tcPr>
          <w:p/>
        </w:tc>
      </w:tr>
      <w:tr>
        <w:tc>
          <w:tcPr>
            <w:tcW w:type="dxa" w:w="2880"/>
          </w:tcPr>
          <w:p>
            <w:r>
              <w:t>8</w:t>
            </w:r>
          </w:p>
        </w:tc>
        <w:tc>
          <w:tcPr>
            <w:tcW w:type="dxa" w:w="2880"/>
          </w:tcPr>
          <w:p>
            <w:r>
              <w:t>地域研究与开发</w:t>
            </w:r>
          </w:p>
        </w:tc>
        <w:tc>
          <w:tcPr>
            <w:tcW w:type="dxa" w:w="2880"/>
          </w:tcPr>
          <w:p/>
        </w:tc>
      </w:tr>
      <w:tr>
        <w:tc>
          <w:tcPr>
            <w:tcW w:type="dxa" w:w="2880"/>
          </w:tcPr>
          <w:p>
            <w:r>
              <w:t>9</w:t>
            </w:r>
          </w:p>
        </w:tc>
        <w:tc>
          <w:tcPr>
            <w:tcW w:type="dxa" w:w="2880"/>
          </w:tcPr>
          <w:p>
            <w:r>
              <w:t>干旱区地理</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10</w:t>
            </w:r>
          </w:p>
        </w:tc>
        <w:tc>
          <w:tcPr>
            <w:tcW w:type="dxa" w:w="2880"/>
          </w:tcPr>
          <w:p>
            <w:r>
              <w:t>干旱区资源与环境</w:t>
            </w:r>
          </w:p>
        </w:tc>
      </w:tr>
      <w:tr>
        <w:tc>
          <w:tcPr>
            <w:tcW w:type="dxa" w:w="2880"/>
          </w:tcPr>
          <w:p>
            <w:r>
              <w:t>11</w:t>
            </w:r>
          </w:p>
        </w:tc>
        <w:tc>
          <w:tcPr>
            <w:tcW w:type="dxa" w:w="2880"/>
          </w:tcPr>
          <w:p>
            <w:r>
              <w:t>旅游科学</w:t>
            </w:r>
          </w:p>
        </w:tc>
        <w:tc>
          <w:tcPr>
            <w:tcW w:type="dxa" w:w="2880"/>
          </w:tcPr>
          <w:p/>
        </w:tc>
      </w:tr>
      <w:tr>
        <w:tc>
          <w:tcPr>
            <w:tcW w:type="dxa" w:w="2880"/>
          </w:tcPr>
          <w:p>
            <w:r>
              <w:t>12</w:t>
            </w:r>
          </w:p>
        </w:tc>
        <w:tc>
          <w:tcPr>
            <w:tcW w:type="dxa" w:w="2880"/>
          </w:tcPr>
          <w:p>
            <w:r>
              <w:t>热带地理</w:t>
            </w:r>
          </w:p>
        </w:tc>
        <w:tc>
          <w:tcPr>
            <w:tcW w:type="dxa" w:w="2880"/>
          </w:tcPr>
          <w:p/>
        </w:tc>
      </w:tr>
      <w:tr>
        <w:tc>
          <w:tcPr>
            <w:tcW w:type="dxa" w:w="2880"/>
          </w:tcPr>
          <w:p>
            <w:r>
              <w:t>13</w:t>
            </w:r>
          </w:p>
        </w:tc>
        <w:tc>
          <w:tcPr>
            <w:tcW w:type="dxa" w:w="2880"/>
          </w:tcPr>
          <w:p>
            <w:r>
              <w:t>山地学报</w:t>
            </w:r>
          </w:p>
        </w:tc>
        <w:tc>
          <w:tcPr>
            <w:tcW w:type="dxa" w:w="2880"/>
          </w:tcPr>
          <w:p/>
        </w:tc>
      </w:tr>
      <w:tr>
        <w:tc>
          <w:tcPr>
            <w:tcW w:type="dxa" w:w="2880"/>
          </w:tcPr>
          <w:p>
            <w:r>
              <w:t>14</w:t>
            </w:r>
          </w:p>
        </w:tc>
        <w:tc>
          <w:tcPr>
            <w:tcW w:type="dxa" w:w="2880"/>
          </w:tcPr>
          <w:p>
            <w:r>
              <w:t>长江流域资源与环境</w:t>
            </w:r>
          </w:p>
        </w:tc>
        <w:tc>
          <w:tcPr>
            <w:tcW w:type="dxa" w:w="2880"/>
          </w:tcPr>
          <w:p/>
        </w:tc>
      </w:tr>
      <w:tr>
        <w:tc>
          <w:tcPr>
            <w:tcW w:type="dxa" w:w="2880"/>
          </w:tcPr>
          <w:p>
            <w:r>
              <w:t>15</w:t>
            </w:r>
          </w:p>
        </w:tc>
        <w:tc>
          <w:tcPr>
            <w:tcW w:type="dxa" w:w="2880"/>
          </w:tcPr>
          <w:p>
            <w:r>
              <w:t>中国沙漠</w:t>
            </w:r>
          </w:p>
        </w:tc>
        <w:tc>
          <w:tcPr>
            <w:tcW w:type="dxa" w:w="2880"/>
          </w:tcPr>
          <w:p/>
        </w:tc>
      </w:tr>
      <w:tr>
        <w:tc>
          <w:tcPr>
            <w:tcW w:type="dxa" w:w="2880"/>
          </w:tcPr>
          <w:p>
            <w:r>
              <w:t>16</w:t>
            </w:r>
          </w:p>
        </w:tc>
        <w:tc>
          <w:tcPr>
            <w:tcW w:type="dxa" w:w="2880"/>
          </w:tcPr>
          <w:p>
            <w:r>
              <w:t>建筑科学</w:t>
            </w:r>
          </w:p>
        </w:tc>
        <w:tc>
          <w:tcPr>
            <w:tcW w:type="dxa" w:w="2880"/>
          </w:tcPr>
          <w:p/>
        </w:tc>
      </w:tr>
      <w:tr>
        <w:tc>
          <w:tcPr>
            <w:tcW w:type="dxa" w:w="2880"/>
          </w:tcPr>
          <w:p>
            <w:r>
              <w:t>17</w:t>
            </w:r>
          </w:p>
        </w:tc>
        <w:tc>
          <w:tcPr>
            <w:tcW w:type="dxa" w:w="2880"/>
          </w:tcPr>
          <w:p>
            <w:r>
              <w:t>南方建筑</w:t>
            </w:r>
          </w:p>
        </w:tc>
        <w:tc>
          <w:tcPr>
            <w:tcW w:type="dxa" w:w="2880"/>
          </w:tcPr>
          <w:p/>
        </w:tc>
      </w:tr>
      <w:tr>
        <w:tc>
          <w:tcPr>
            <w:tcW w:type="dxa" w:w="2880"/>
          </w:tcPr>
          <w:p>
            <w:r>
              <w:t>18</w:t>
            </w:r>
          </w:p>
        </w:tc>
        <w:tc>
          <w:tcPr>
            <w:tcW w:type="dxa" w:w="2880"/>
          </w:tcPr>
          <w:p>
            <w:r>
              <w:t>新建筑</w:t>
            </w:r>
          </w:p>
        </w:tc>
        <w:tc>
          <w:tcPr>
            <w:tcW w:type="dxa" w:w="2880"/>
          </w:tcPr>
          <w:p/>
        </w:tc>
      </w:tr>
      <w:tr>
        <w:tc>
          <w:tcPr>
            <w:tcW w:type="dxa" w:w="2880"/>
          </w:tcPr>
          <w:p>
            <w:r>
              <w:t>19</w:t>
            </w:r>
          </w:p>
        </w:tc>
        <w:tc>
          <w:tcPr>
            <w:tcW w:type="dxa" w:w="2880"/>
          </w:tcPr>
          <w:p>
            <w:r>
              <w:t>景观设计学（中英文）</w:t>
            </w:r>
          </w:p>
        </w:tc>
        <w:tc>
          <w:tcPr>
            <w:tcW w:type="dxa" w:w="2880"/>
          </w:tcPr>
          <w:p/>
        </w:tc>
      </w:tr>
      <w:tr>
        <w:tc>
          <w:tcPr>
            <w:tcW w:type="dxa" w:w="2880"/>
          </w:tcPr>
          <w:p>
            <w:r>
              <w:t>20</w:t>
            </w:r>
          </w:p>
        </w:tc>
        <w:tc>
          <w:tcPr>
            <w:tcW w:type="dxa" w:w="2880"/>
          </w:tcPr>
          <w:p>
            <w:r>
              <w:t>古建园林技术</w:t>
            </w:r>
          </w:p>
        </w:tc>
        <w:tc>
          <w:tcPr>
            <w:tcW w:type="dxa" w:w="2880"/>
          </w:tcPr>
          <w:p/>
        </w:tc>
      </w:tr>
      <w:tr>
        <w:tc>
          <w:tcPr>
            <w:tcW w:type="dxa" w:w="2880"/>
          </w:tcPr>
          <w:p>
            <w:r>
              <w:t>21</w:t>
            </w:r>
          </w:p>
        </w:tc>
        <w:tc>
          <w:tcPr>
            <w:tcW w:type="dxa" w:w="2880"/>
          </w:tcPr>
          <w:p>
            <w:r>
              <w:t>工业建筑</w:t>
            </w:r>
          </w:p>
        </w:tc>
        <w:tc>
          <w:tcPr>
            <w:tcW w:type="dxa" w:w="2880"/>
          </w:tcPr>
          <w:p/>
        </w:tc>
      </w:tr>
      <w:tr>
        <w:tc>
          <w:tcPr>
            <w:tcW w:type="dxa" w:w="2880"/>
          </w:tcPr>
          <w:p>
            <w:r>
              <w:t>综合社科期刊（50种）</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中国社会科学（中、英文版）*</w:t>
            </w:r>
          </w:p>
        </w:tc>
      </w:tr>
      <w:tr>
        <w:tc>
          <w:tcPr>
            <w:tcW w:type="dxa" w:w="2880"/>
          </w:tcPr>
          <w:p>
            <w:r>
              <w:t>2</w:t>
            </w:r>
          </w:p>
        </w:tc>
        <w:tc>
          <w:tcPr>
            <w:tcW w:type="dxa" w:w="2880"/>
          </w:tcPr>
          <w:p>
            <w:r>
              <w:t>中国高校社会科学</w:t>
            </w:r>
          </w:p>
        </w:tc>
        <w:tc>
          <w:tcPr>
            <w:tcW w:type="dxa" w:w="2880"/>
          </w:tcPr>
          <w:p/>
        </w:tc>
      </w:tr>
      <w:tr>
        <w:tc>
          <w:tcPr>
            <w:tcW w:type="dxa" w:w="2880"/>
          </w:tcPr>
          <w:p>
            <w:r>
              <w:t>二类（26种）</w:t>
            </w:r>
          </w:p>
        </w:tc>
        <w:tc>
          <w:tcPr>
            <w:tcW w:type="dxa" w:w="2880"/>
          </w:tcPr>
          <w:p>
            <w:r>
              <w:t>1</w:t>
            </w:r>
          </w:p>
        </w:tc>
        <w:tc>
          <w:tcPr>
            <w:tcW w:type="dxa" w:w="2880"/>
          </w:tcPr>
          <w:p>
            <w:r>
              <w:t>学术月刊</w:t>
            </w:r>
          </w:p>
        </w:tc>
      </w:tr>
      <w:tr>
        <w:tc>
          <w:tcPr>
            <w:tcW w:type="dxa" w:w="2880"/>
          </w:tcPr>
          <w:p>
            <w:r>
              <w:t>2</w:t>
            </w:r>
          </w:p>
        </w:tc>
        <w:tc>
          <w:tcPr>
            <w:tcW w:type="dxa" w:w="2880"/>
          </w:tcPr>
          <w:p>
            <w:r>
              <w:t>江海学刊</w:t>
            </w:r>
          </w:p>
        </w:tc>
        <w:tc>
          <w:tcPr>
            <w:tcW w:type="dxa" w:w="2880"/>
          </w:tcPr>
          <w:p/>
        </w:tc>
      </w:tr>
      <w:tr>
        <w:tc>
          <w:tcPr>
            <w:tcW w:type="dxa" w:w="2880"/>
          </w:tcPr>
          <w:p>
            <w:r>
              <w:t>3</w:t>
            </w:r>
          </w:p>
        </w:tc>
        <w:tc>
          <w:tcPr>
            <w:tcW w:type="dxa" w:w="2880"/>
          </w:tcPr>
          <w:p>
            <w:r>
              <w:t>社会科学</w:t>
            </w:r>
          </w:p>
        </w:tc>
        <w:tc>
          <w:tcPr>
            <w:tcW w:type="dxa" w:w="2880"/>
          </w:tcPr>
          <w:p/>
        </w:tc>
      </w:tr>
      <w:tr>
        <w:tc>
          <w:tcPr>
            <w:tcW w:type="dxa" w:w="2880"/>
          </w:tcPr>
          <w:p>
            <w:r>
              <w:t>4</w:t>
            </w:r>
          </w:p>
        </w:tc>
        <w:tc>
          <w:tcPr>
            <w:tcW w:type="dxa" w:w="2880"/>
          </w:tcPr>
          <w:p>
            <w:r>
              <w:t>江淮论坛</w:t>
            </w:r>
          </w:p>
        </w:tc>
        <w:tc>
          <w:tcPr>
            <w:tcW w:type="dxa" w:w="2880"/>
          </w:tcPr>
          <w:p/>
        </w:tc>
      </w:tr>
      <w:tr>
        <w:tc>
          <w:tcPr>
            <w:tcW w:type="dxa" w:w="2880"/>
          </w:tcPr>
          <w:p>
            <w:r>
              <w:t>5</w:t>
            </w:r>
          </w:p>
        </w:tc>
        <w:tc>
          <w:tcPr>
            <w:tcW w:type="dxa" w:w="2880"/>
          </w:tcPr>
          <w:p>
            <w:r>
              <w:t>南京社会科学</w:t>
            </w:r>
          </w:p>
        </w:tc>
        <w:tc>
          <w:tcPr>
            <w:tcW w:type="dxa" w:w="2880"/>
          </w:tcPr>
          <w:p/>
        </w:tc>
      </w:tr>
      <w:tr>
        <w:tc>
          <w:tcPr>
            <w:tcW w:type="dxa" w:w="2880"/>
          </w:tcPr>
          <w:p>
            <w:r>
              <w:t>6</w:t>
            </w:r>
          </w:p>
        </w:tc>
        <w:tc>
          <w:tcPr>
            <w:tcW w:type="dxa" w:w="2880"/>
          </w:tcPr>
          <w:p>
            <w:r>
              <w:t>人民论坛</w:t>
            </w:r>
          </w:p>
        </w:tc>
        <w:tc>
          <w:tcPr>
            <w:tcW w:type="dxa" w:w="2880"/>
          </w:tcPr>
          <w:p/>
        </w:tc>
      </w:tr>
      <w:tr>
        <w:tc>
          <w:tcPr>
            <w:tcW w:type="dxa" w:w="2880"/>
          </w:tcPr>
          <w:p>
            <w:r>
              <w:t>7</w:t>
            </w:r>
          </w:p>
        </w:tc>
        <w:tc>
          <w:tcPr>
            <w:tcW w:type="dxa" w:w="2880"/>
          </w:tcPr>
          <w:p>
            <w:r>
              <w:t>学习与实践</w:t>
            </w:r>
          </w:p>
        </w:tc>
        <w:tc>
          <w:tcPr>
            <w:tcW w:type="dxa" w:w="2880"/>
          </w:tcPr>
          <w:p/>
        </w:tc>
      </w:tr>
      <w:tr>
        <w:tc>
          <w:tcPr>
            <w:tcW w:type="dxa" w:w="2880"/>
          </w:tcPr>
          <w:p>
            <w:r>
              <w:t>8</w:t>
            </w:r>
          </w:p>
        </w:tc>
        <w:tc>
          <w:tcPr>
            <w:tcW w:type="dxa" w:w="2880"/>
          </w:tcPr>
          <w:p>
            <w:r>
              <w:t>人文杂志</w:t>
            </w:r>
          </w:p>
        </w:tc>
        <w:tc>
          <w:tcPr>
            <w:tcW w:type="dxa" w:w="2880"/>
          </w:tcPr>
          <w:p/>
        </w:tc>
      </w:tr>
      <w:tr>
        <w:tc>
          <w:tcPr>
            <w:tcW w:type="dxa" w:w="2880"/>
          </w:tcPr>
          <w:p>
            <w:r>
              <w:t>9</w:t>
            </w:r>
          </w:p>
        </w:tc>
        <w:tc>
          <w:tcPr>
            <w:tcW w:type="dxa" w:w="2880"/>
          </w:tcPr>
          <w:p>
            <w:r>
              <w:t>浙江社会科学</w:t>
            </w:r>
          </w:p>
        </w:tc>
        <w:tc>
          <w:tcPr>
            <w:tcW w:type="dxa" w:w="2880"/>
          </w:tcPr>
          <w:p/>
        </w:tc>
      </w:tr>
      <w:tr>
        <w:tc>
          <w:tcPr>
            <w:tcW w:type="dxa" w:w="2880"/>
          </w:tcPr>
          <w:p>
            <w:r>
              <w:t>10</w:t>
            </w:r>
          </w:p>
        </w:tc>
        <w:tc>
          <w:tcPr>
            <w:tcW w:type="dxa" w:w="2880"/>
          </w:tcPr>
          <w:p>
            <w:r>
              <w:t>思想战线</w:t>
            </w:r>
          </w:p>
        </w:tc>
        <w:tc>
          <w:tcPr>
            <w:tcW w:type="dxa" w:w="2880"/>
          </w:tcPr>
          <w:p/>
        </w:tc>
      </w:tr>
      <w:tr>
        <w:tc>
          <w:tcPr>
            <w:tcW w:type="dxa" w:w="2880"/>
          </w:tcPr>
          <w:p>
            <w:r>
              <w:t>11</w:t>
            </w:r>
          </w:p>
        </w:tc>
        <w:tc>
          <w:tcPr>
            <w:tcW w:type="dxa" w:w="2880"/>
          </w:tcPr>
          <w:p>
            <w:r>
              <w:t>文史哲</w:t>
            </w:r>
          </w:p>
        </w:tc>
        <w:tc>
          <w:tcPr>
            <w:tcW w:type="dxa" w:w="2880"/>
          </w:tcPr>
          <w:p/>
        </w:tc>
      </w:tr>
      <w:tr>
        <w:tc>
          <w:tcPr>
            <w:tcW w:type="dxa" w:w="2880"/>
          </w:tcPr>
          <w:p>
            <w:r>
              <w:t>12</w:t>
            </w:r>
          </w:p>
        </w:tc>
        <w:tc>
          <w:tcPr>
            <w:tcW w:type="dxa" w:w="2880"/>
          </w:tcPr>
          <w:p>
            <w:r>
              <w:t>广东社会科学</w:t>
            </w:r>
          </w:p>
        </w:tc>
        <w:tc>
          <w:tcPr>
            <w:tcW w:type="dxa" w:w="2880"/>
          </w:tcPr>
          <w:p/>
        </w:tc>
      </w:tr>
      <w:tr>
        <w:tc>
          <w:tcPr>
            <w:tcW w:type="dxa" w:w="2880"/>
          </w:tcPr>
          <w:p>
            <w:r>
              <w:t>13</w:t>
            </w:r>
          </w:p>
        </w:tc>
        <w:tc>
          <w:tcPr>
            <w:tcW w:type="dxa" w:w="2880"/>
          </w:tcPr>
          <w:p>
            <w:r>
              <w:t>探索与争鸣</w:t>
            </w:r>
          </w:p>
        </w:tc>
        <w:tc>
          <w:tcPr>
            <w:tcW w:type="dxa" w:w="2880"/>
          </w:tcPr>
          <w:p/>
        </w:tc>
      </w:tr>
      <w:tr>
        <w:tc>
          <w:tcPr>
            <w:tcW w:type="dxa" w:w="2880"/>
          </w:tcPr>
          <w:p>
            <w:r>
              <w:t>14</w:t>
            </w:r>
          </w:p>
        </w:tc>
        <w:tc>
          <w:tcPr>
            <w:tcW w:type="dxa" w:w="2880"/>
          </w:tcPr>
          <w:p>
            <w:r>
              <w:t>中州学刊</w:t>
            </w:r>
          </w:p>
        </w:tc>
        <w:tc>
          <w:tcPr>
            <w:tcW w:type="dxa" w:w="2880"/>
          </w:tcPr>
          <w:p/>
        </w:tc>
      </w:tr>
      <w:tr>
        <w:tc>
          <w:tcPr>
            <w:tcW w:type="dxa" w:w="2880"/>
          </w:tcPr>
          <w:p>
            <w:r>
              <w:t>15</w:t>
            </w:r>
          </w:p>
        </w:tc>
        <w:tc>
          <w:tcPr>
            <w:tcW w:type="dxa" w:w="2880"/>
          </w:tcPr>
          <w:p>
            <w:r>
              <w:t>江汉论坛</w:t>
            </w:r>
          </w:p>
        </w:tc>
        <w:tc>
          <w:tcPr>
            <w:tcW w:type="dxa" w:w="2880"/>
          </w:tcPr>
          <w:p/>
        </w:tc>
      </w:tr>
      <w:tr>
        <w:tc>
          <w:tcPr>
            <w:tcW w:type="dxa" w:w="2880"/>
          </w:tcPr>
          <w:p>
            <w:r>
              <w:t>16</w:t>
            </w:r>
          </w:p>
        </w:tc>
        <w:tc>
          <w:tcPr>
            <w:tcW w:type="dxa" w:w="2880"/>
          </w:tcPr>
          <w:p>
            <w:r>
              <w:t>浙江学刊</w:t>
            </w:r>
          </w:p>
        </w:tc>
        <w:tc>
          <w:tcPr>
            <w:tcW w:type="dxa" w:w="2880"/>
          </w:tcPr>
          <w:p/>
        </w:tc>
      </w:tr>
      <w:tr>
        <w:tc>
          <w:tcPr>
            <w:tcW w:type="dxa" w:w="2880"/>
          </w:tcPr>
          <w:p>
            <w:r>
              <w:t>17</w:t>
            </w:r>
          </w:p>
        </w:tc>
        <w:tc>
          <w:tcPr>
            <w:tcW w:type="dxa" w:w="2880"/>
          </w:tcPr>
          <w:p>
            <w:r>
              <w:t>河北学刊</w:t>
            </w:r>
          </w:p>
        </w:tc>
        <w:tc>
          <w:tcPr>
            <w:tcW w:type="dxa" w:w="2880"/>
          </w:tcPr>
          <w:p/>
        </w:tc>
      </w:tr>
      <w:tr>
        <w:tc>
          <w:tcPr>
            <w:tcW w:type="dxa" w:w="2880"/>
          </w:tcPr>
          <w:p>
            <w:r>
              <w:t>18</w:t>
            </w:r>
          </w:p>
        </w:tc>
        <w:tc>
          <w:tcPr>
            <w:tcW w:type="dxa" w:w="2880"/>
          </w:tcPr>
          <w:p>
            <w:r>
              <w:t>江苏社会科学</w:t>
            </w:r>
          </w:p>
        </w:tc>
        <w:tc>
          <w:tcPr>
            <w:tcW w:type="dxa" w:w="2880"/>
          </w:tcPr>
          <w:p/>
        </w:tc>
      </w:tr>
      <w:tr>
        <w:tc>
          <w:tcPr>
            <w:tcW w:type="dxa" w:w="2880"/>
          </w:tcPr>
          <w:p>
            <w:r>
              <w:t>19</w:t>
            </w:r>
          </w:p>
        </w:tc>
        <w:tc>
          <w:tcPr>
            <w:tcW w:type="dxa" w:w="2880"/>
          </w:tcPr>
          <w:p>
            <w:r>
              <w:t>北京社会科学</w:t>
            </w:r>
          </w:p>
        </w:tc>
        <w:tc>
          <w:tcPr>
            <w:tcW w:type="dxa" w:w="2880"/>
          </w:tcPr>
          <w:p/>
        </w:tc>
      </w:tr>
      <w:tr>
        <w:tc>
          <w:tcPr>
            <w:tcW w:type="dxa" w:w="2880"/>
          </w:tcPr>
          <w:p>
            <w:r>
              <w:t>20</w:t>
            </w:r>
          </w:p>
        </w:tc>
        <w:tc>
          <w:tcPr>
            <w:tcW w:type="dxa" w:w="2880"/>
          </w:tcPr>
          <w:p>
            <w:r>
              <w:t>社会科学研究</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21</w:t>
            </w:r>
          </w:p>
        </w:tc>
        <w:tc>
          <w:tcPr>
            <w:tcW w:type="dxa" w:w="2880"/>
          </w:tcPr>
          <w:p>
            <w:r>
              <w:t>学习与探索</w:t>
            </w:r>
          </w:p>
        </w:tc>
      </w:tr>
      <w:tr>
        <w:tc>
          <w:tcPr>
            <w:tcW w:type="dxa" w:w="2880"/>
          </w:tcPr>
          <w:p>
            <w:r>
              <w:t>22</w:t>
            </w:r>
          </w:p>
        </w:tc>
        <w:tc>
          <w:tcPr>
            <w:tcW w:type="dxa" w:w="2880"/>
          </w:tcPr>
          <w:p>
            <w:r>
              <w:t>国外社会科学</w:t>
            </w:r>
          </w:p>
        </w:tc>
        <w:tc>
          <w:tcPr>
            <w:tcW w:type="dxa" w:w="2880"/>
          </w:tcPr>
          <w:p/>
        </w:tc>
      </w:tr>
      <w:tr>
        <w:tc>
          <w:tcPr>
            <w:tcW w:type="dxa" w:w="2880"/>
          </w:tcPr>
          <w:p>
            <w:r>
              <w:t>23</w:t>
            </w:r>
          </w:p>
        </w:tc>
        <w:tc>
          <w:tcPr>
            <w:tcW w:type="dxa" w:w="2880"/>
          </w:tcPr>
          <w:p>
            <w:r>
              <w:t>天津社会科学</w:t>
            </w:r>
          </w:p>
        </w:tc>
        <w:tc>
          <w:tcPr>
            <w:tcW w:type="dxa" w:w="2880"/>
          </w:tcPr>
          <w:p/>
        </w:tc>
      </w:tr>
      <w:tr>
        <w:tc>
          <w:tcPr>
            <w:tcW w:type="dxa" w:w="2880"/>
          </w:tcPr>
          <w:p>
            <w:r>
              <w:t>24</w:t>
            </w:r>
          </w:p>
        </w:tc>
        <w:tc>
          <w:tcPr>
            <w:tcW w:type="dxa" w:w="2880"/>
          </w:tcPr>
          <w:p>
            <w:r>
              <w:t>学术研究</w:t>
            </w:r>
          </w:p>
        </w:tc>
        <w:tc>
          <w:tcPr>
            <w:tcW w:type="dxa" w:w="2880"/>
          </w:tcPr>
          <w:p/>
        </w:tc>
      </w:tr>
      <w:tr>
        <w:tc>
          <w:tcPr>
            <w:tcW w:type="dxa" w:w="2880"/>
          </w:tcPr>
          <w:p>
            <w:r>
              <w:t>25</w:t>
            </w:r>
          </w:p>
        </w:tc>
        <w:tc>
          <w:tcPr>
            <w:tcW w:type="dxa" w:w="2880"/>
          </w:tcPr>
          <w:p>
            <w:r>
              <w:t>社会科学战线</w:t>
            </w:r>
          </w:p>
        </w:tc>
        <w:tc>
          <w:tcPr>
            <w:tcW w:type="dxa" w:w="2880"/>
          </w:tcPr>
          <w:p/>
        </w:tc>
      </w:tr>
      <w:tr>
        <w:tc>
          <w:tcPr>
            <w:tcW w:type="dxa" w:w="2880"/>
          </w:tcPr>
          <w:p>
            <w:r>
              <w:t>26</w:t>
            </w:r>
          </w:p>
        </w:tc>
        <w:tc>
          <w:tcPr>
            <w:tcW w:type="dxa" w:w="2880"/>
          </w:tcPr>
          <w:p>
            <w:r>
              <w:t>开放时代</w:t>
            </w:r>
          </w:p>
        </w:tc>
        <w:tc>
          <w:tcPr>
            <w:tcW w:type="dxa" w:w="2880"/>
          </w:tcPr>
          <w:p/>
        </w:tc>
      </w:tr>
      <w:tr>
        <w:tc>
          <w:tcPr>
            <w:tcW w:type="dxa" w:w="2880"/>
          </w:tcPr>
          <w:p>
            <w:r>
              <w:t>三类（22种）</w:t>
            </w:r>
          </w:p>
        </w:tc>
        <w:tc>
          <w:tcPr>
            <w:tcW w:type="dxa" w:w="2880"/>
          </w:tcPr>
          <w:p>
            <w:r>
              <w:t>1</w:t>
            </w:r>
          </w:p>
        </w:tc>
        <w:tc>
          <w:tcPr>
            <w:tcW w:type="dxa" w:w="2880"/>
          </w:tcPr>
          <w:p>
            <w:r>
              <w:t>新疆社会科学</w:t>
            </w:r>
          </w:p>
        </w:tc>
      </w:tr>
      <w:tr>
        <w:tc>
          <w:tcPr>
            <w:tcW w:type="dxa" w:w="2880"/>
          </w:tcPr>
          <w:p>
            <w:r>
              <w:t>2</w:t>
            </w:r>
          </w:p>
        </w:tc>
        <w:tc>
          <w:tcPr>
            <w:tcW w:type="dxa" w:w="2880"/>
          </w:tcPr>
          <w:p>
            <w:r>
              <w:t>山东社会科学</w:t>
            </w:r>
          </w:p>
        </w:tc>
        <w:tc>
          <w:tcPr>
            <w:tcW w:type="dxa" w:w="2880"/>
          </w:tcPr>
          <w:p/>
        </w:tc>
      </w:tr>
      <w:tr>
        <w:tc>
          <w:tcPr>
            <w:tcW w:type="dxa" w:w="2880"/>
          </w:tcPr>
          <w:p>
            <w:r>
              <w:t>3</w:t>
            </w:r>
          </w:p>
        </w:tc>
        <w:tc>
          <w:tcPr>
            <w:tcW w:type="dxa" w:w="2880"/>
          </w:tcPr>
          <w:p>
            <w:r>
              <w:t>内蒙古社会科学</w:t>
            </w:r>
          </w:p>
        </w:tc>
        <w:tc>
          <w:tcPr>
            <w:tcW w:type="dxa" w:w="2880"/>
          </w:tcPr>
          <w:p/>
        </w:tc>
      </w:tr>
      <w:tr>
        <w:tc>
          <w:tcPr>
            <w:tcW w:type="dxa" w:w="2880"/>
          </w:tcPr>
          <w:p>
            <w:r>
              <w:t>4</w:t>
            </w:r>
          </w:p>
        </w:tc>
        <w:tc>
          <w:tcPr>
            <w:tcW w:type="dxa" w:w="2880"/>
          </w:tcPr>
          <w:p>
            <w:r>
              <w:t>学海</w:t>
            </w:r>
          </w:p>
        </w:tc>
        <w:tc>
          <w:tcPr>
            <w:tcW w:type="dxa" w:w="2880"/>
          </w:tcPr>
          <w:p/>
        </w:tc>
      </w:tr>
      <w:tr>
        <w:tc>
          <w:tcPr>
            <w:tcW w:type="dxa" w:w="2880"/>
          </w:tcPr>
          <w:p>
            <w:r>
              <w:t>5</w:t>
            </w:r>
          </w:p>
        </w:tc>
        <w:tc>
          <w:tcPr>
            <w:tcW w:type="dxa" w:w="2880"/>
          </w:tcPr>
          <w:p>
            <w:r>
              <w:t>甘肃社会科学</w:t>
            </w:r>
          </w:p>
        </w:tc>
        <w:tc>
          <w:tcPr>
            <w:tcW w:type="dxa" w:w="2880"/>
          </w:tcPr>
          <w:p/>
        </w:tc>
      </w:tr>
      <w:tr>
        <w:tc>
          <w:tcPr>
            <w:tcW w:type="dxa" w:w="2880"/>
          </w:tcPr>
          <w:p>
            <w:r>
              <w:t>6</w:t>
            </w:r>
          </w:p>
        </w:tc>
        <w:tc>
          <w:tcPr>
            <w:tcW w:type="dxa" w:w="2880"/>
          </w:tcPr>
          <w:p>
            <w:r>
              <w:t>江西社会科学</w:t>
            </w:r>
          </w:p>
        </w:tc>
        <w:tc>
          <w:tcPr>
            <w:tcW w:type="dxa" w:w="2880"/>
          </w:tcPr>
          <w:p/>
        </w:tc>
      </w:tr>
      <w:tr>
        <w:tc>
          <w:tcPr>
            <w:tcW w:type="dxa" w:w="2880"/>
          </w:tcPr>
          <w:p>
            <w:r>
              <w:t>7</w:t>
            </w:r>
          </w:p>
        </w:tc>
        <w:tc>
          <w:tcPr>
            <w:tcW w:type="dxa" w:w="2880"/>
          </w:tcPr>
          <w:p>
            <w:r>
              <w:t>福建论坛（人文社会科学版）</w:t>
            </w:r>
          </w:p>
        </w:tc>
        <w:tc>
          <w:tcPr>
            <w:tcW w:type="dxa" w:w="2880"/>
          </w:tcPr>
          <w:p/>
        </w:tc>
      </w:tr>
      <w:tr>
        <w:tc>
          <w:tcPr>
            <w:tcW w:type="dxa" w:w="2880"/>
          </w:tcPr>
          <w:p>
            <w:r>
              <w:t>8</w:t>
            </w:r>
          </w:p>
        </w:tc>
        <w:tc>
          <w:tcPr>
            <w:tcW w:type="dxa" w:w="2880"/>
          </w:tcPr>
          <w:p>
            <w:r>
              <w:t>社会科学辑刊</w:t>
            </w:r>
          </w:p>
        </w:tc>
        <w:tc>
          <w:tcPr>
            <w:tcW w:type="dxa" w:w="2880"/>
          </w:tcPr>
          <w:p/>
        </w:tc>
      </w:tr>
      <w:tr>
        <w:tc>
          <w:tcPr>
            <w:tcW w:type="dxa" w:w="2880"/>
          </w:tcPr>
          <w:p>
            <w:r>
              <w:t>9</w:t>
            </w:r>
          </w:p>
        </w:tc>
        <w:tc>
          <w:tcPr>
            <w:tcW w:type="dxa" w:w="2880"/>
          </w:tcPr>
          <w:p>
            <w:r>
              <w:t>云南社会科学</w:t>
            </w:r>
          </w:p>
        </w:tc>
        <w:tc>
          <w:tcPr>
            <w:tcW w:type="dxa" w:w="2880"/>
          </w:tcPr>
          <w:p/>
        </w:tc>
      </w:tr>
      <w:tr>
        <w:tc>
          <w:tcPr>
            <w:tcW w:type="dxa" w:w="2880"/>
          </w:tcPr>
          <w:p>
            <w:r>
              <w:t>10</w:t>
            </w:r>
          </w:p>
        </w:tc>
        <w:tc>
          <w:tcPr>
            <w:tcW w:type="dxa" w:w="2880"/>
          </w:tcPr>
          <w:p>
            <w:r>
              <w:t>东岳论丛</w:t>
            </w:r>
          </w:p>
        </w:tc>
        <w:tc>
          <w:tcPr>
            <w:tcW w:type="dxa" w:w="2880"/>
          </w:tcPr>
          <w:p/>
        </w:tc>
      </w:tr>
      <w:tr>
        <w:tc>
          <w:tcPr>
            <w:tcW w:type="dxa" w:w="2880"/>
          </w:tcPr>
          <w:p>
            <w:r>
              <w:t>11</w:t>
            </w:r>
          </w:p>
        </w:tc>
        <w:tc>
          <w:tcPr>
            <w:tcW w:type="dxa" w:w="2880"/>
          </w:tcPr>
          <w:p>
            <w:r>
              <w:t>青海社会科学</w:t>
            </w:r>
          </w:p>
        </w:tc>
        <w:tc>
          <w:tcPr>
            <w:tcW w:type="dxa" w:w="2880"/>
          </w:tcPr>
          <w:p/>
        </w:tc>
      </w:tr>
      <w:tr>
        <w:tc>
          <w:tcPr>
            <w:tcW w:type="dxa" w:w="2880"/>
          </w:tcPr>
          <w:p>
            <w:r>
              <w:t>12</w:t>
            </w:r>
          </w:p>
        </w:tc>
        <w:tc>
          <w:tcPr>
            <w:tcW w:type="dxa" w:w="2880"/>
          </w:tcPr>
          <w:p>
            <w:r>
              <w:t>贵州社会科学</w:t>
            </w:r>
          </w:p>
        </w:tc>
        <w:tc>
          <w:tcPr>
            <w:tcW w:type="dxa" w:w="2880"/>
          </w:tcPr>
          <w:p/>
        </w:tc>
      </w:tr>
      <w:tr>
        <w:tc>
          <w:tcPr>
            <w:tcW w:type="dxa" w:w="2880"/>
          </w:tcPr>
          <w:p>
            <w:r>
              <w:t>13</w:t>
            </w:r>
          </w:p>
        </w:tc>
        <w:tc>
          <w:tcPr>
            <w:tcW w:type="dxa" w:w="2880"/>
          </w:tcPr>
          <w:p>
            <w:r>
              <w:t>东南学术</w:t>
            </w:r>
          </w:p>
        </w:tc>
        <w:tc>
          <w:tcPr>
            <w:tcW w:type="dxa" w:w="2880"/>
          </w:tcPr>
          <w:p/>
        </w:tc>
      </w:tr>
      <w:tr>
        <w:tc>
          <w:tcPr>
            <w:tcW w:type="dxa" w:w="2880"/>
          </w:tcPr>
          <w:p>
            <w:r>
              <w:t>14</w:t>
            </w:r>
          </w:p>
        </w:tc>
        <w:tc>
          <w:tcPr>
            <w:tcW w:type="dxa" w:w="2880"/>
          </w:tcPr>
          <w:p>
            <w:r>
              <w:t>学术界</w:t>
            </w:r>
          </w:p>
        </w:tc>
        <w:tc>
          <w:tcPr>
            <w:tcW w:type="dxa" w:w="2880"/>
          </w:tcPr>
          <w:p/>
        </w:tc>
      </w:tr>
      <w:tr>
        <w:tc>
          <w:tcPr>
            <w:tcW w:type="dxa" w:w="2880"/>
          </w:tcPr>
          <w:p>
            <w:r>
              <w:t>15</w:t>
            </w:r>
          </w:p>
        </w:tc>
        <w:tc>
          <w:tcPr>
            <w:tcW w:type="dxa" w:w="2880"/>
          </w:tcPr>
          <w:p>
            <w:r>
              <w:t>求索</w:t>
            </w:r>
          </w:p>
        </w:tc>
        <w:tc>
          <w:tcPr>
            <w:tcW w:type="dxa" w:w="2880"/>
          </w:tcPr>
          <w:p/>
        </w:tc>
      </w:tr>
      <w:tr>
        <w:tc>
          <w:tcPr>
            <w:tcW w:type="dxa" w:w="2880"/>
          </w:tcPr>
          <w:p>
            <w:r>
              <w:t>16</w:t>
            </w:r>
          </w:p>
        </w:tc>
        <w:tc>
          <w:tcPr>
            <w:tcW w:type="dxa" w:w="2880"/>
          </w:tcPr>
          <w:p>
            <w:r>
              <w:t>读书</w:t>
            </w:r>
          </w:p>
        </w:tc>
        <w:tc>
          <w:tcPr>
            <w:tcW w:type="dxa" w:w="2880"/>
          </w:tcPr>
          <w:p/>
        </w:tc>
      </w:tr>
      <w:tr>
        <w:tc>
          <w:tcPr>
            <w:tcW w:type="dxa" w:w="2880"/>
          </w:tcPr>
          <w:p>
            <w:r>
              <w:t>17</w:t>
            </w:r>
          </w:p>
        </w:tc>
        <w:tc>
          <w:tcPr>
            <w:tcW w:type="dxa" w:w="2880"/>
          </w:tcPr>
          <w:p>
            <w:r>
              <w:t>宁夏社会科学</w:t>
            </w:r>
          </w:p>
        </w:tc>
        <w:tc>
          <w:tcPr>
            <w:tcW w:type="dxa" w:w="2880"/>
          </w:tcPr>
          <w:p/>
        </w:tc>
      </w:tr>
      <w:tr>
        <w:tc>
          <w:tcPr>
            <w:tcW w:type="dxa" w:w="2880"/>
          </w:tcPr>
          <w:p>
            <w:r>
              <w:t>18</w:t>
            </w:r>
          </w:p>
        </w:tc>
        <w:tc>
          <w:tcPr>
            <w:tcW w:type="dxa" w:w="2880"/>
          </w:tcPr>
          <w:p>
            <w:r>
              <w:t>求是学刊</w:t>
            </w:r>
          </w:p>
        </w:tc>
        <w:tc>
          <w:tcPr>
            <w:tcW w:type="dxa" w:w="2880"/>
          </w:tcPr>
          <w:p/>
        </w:tc>
      </w:tr>
      <w:tr>
        <w:tc>
          <w:tcPr>
            <w:tcW w:type="dxa" w:w="2880"/>
          </w:tcPr>
          <w:p>
            <w:r>
              <w:t>19</w:t>
            </w:r>
          </w:p>
        </w:tc>
        <w:tc>
          <w:tcPr>
            <w:tcW w:type="dxa" w:w="2880"/>
          </w:tcPr>
          <w:p>
            <w:r>
              <w:t>文化纵横</w:t>
            </w:r>
          </w:p>
        </w:tc>
        <w:tc>
          <w:tcPr>
            <w:tcW w:type="dxa" w:w="2880"/>
          </w:tcPr>
          <w:p/>
        </w:tc>
      </w:tr>
      <w:tr>
        <w:tc>
          <w:tcPr>
            <w:tcW w:type="dxa" w:w="2880"/>
          </w:tcPr>
          <w:p>
            <w:r>
              <w:t>20</w:t>
            </w:r>
          </w:p>
        </w:tc>
        <w:tc>
          <w:tcPr>
            <w:tcW w:type="dxa" w:w="2880"/>
          </w:tcPr>
          <w:p>
            <w:r>
              <w:t>学术前沿</w:t>
            </w:r>
          </w:p>
        </w:tc>
        <w:tc>
          <w:tcPr>
            <w:tcW w:type="dxa" w:w="2880"/>
          </w:tcPr>
          <w:p/>
        </w:tc>
      </w:tr>
      <w:tr>
        <w:tc>
          <w:tcPr>
            <w:tcW w:type="dxa" w:w="2880"/>
          </w:tcPr>
          <w:p>
            <w:r>
              <w:t>21</w:t>
            </w:r>
          </w:p>
        </w:tc>
        <w:tc>
          <w:tcPr>
            <w:tcW w:type="dxa" w:w="2880"/>
          </w:tcPr>
          <w:p>
            <w:r>
              <w:t>河南社会科学</w:t>
            </w:r>
          </w:p>
        </w:tc>
        <w:tc>
          <w:tcPr>
            <w:tcW w:type="dxa" w:w="2880"/>
          </w:tcPr>
          <w:p/>
        </w:tc>
      </w:tr>
      <w:tr>
        <w:tc>
          <w:tcPr>
            <w:tcW w:type="dxa" w:w="2880"/>
          </w:tcPr>
          <w:p>
            <w:r>
              <w:t>22</w:t>
            </w:r>
          </w:p>
        </w:tc>
        <w:tc>
          <w:tcPr>
            <w:tcW w:type="dxa" w:w="2880"/>
          </w:tcPr>
          <w:p>
            <w:r>
              <w:t>学术论坛</w:t>
            </w:r>
          </w:p>
        </w:tc>
        <w:tc>
          <w:tcPr>
            <w:tcW w:type="dxa" w:w="2880"/>
          </w:tcPr>
          <w:p/>
        </w:tc>
      </w:tr>
      <w:tr>
        <w:tc>
          <w:tcPr>
            <w:tcW w:type="dxa" w:w="2880"/>
          </w:tcPr>
          <w:p>
            <w:r>
              <w:t>高校综合性学报（78种）</w:t>
            </w:r>
          </w:p>
        </w:tc>
        <w:tc>
          <w:tcPr>
            <w:tcW w:type="dxa" w:w="2880"/>
          </w:tcPr>
          <w:p/>
        </w:tc>
        <w:tc>
          <w:tcPr>
            <w:tcW w:type="dxa" w:w="2880"/>
          </w:tcPr>
          <w:p/>
        </w:tc>
      </w:tr>
      <w:tr>
        <w:tc>
          <w:tcPr>
            <w:tcW w:type="dxa" w:w="2880"/>
          </w:tcPr>
          <w:p>
            <w:r>
              <w:t>二类（16种）</w:t>
            </w:r>
          </w:p>
        </w:tc>
        <w:tc>
          <w:tcPr>
            <w:tcW w:type="dxa" w:w="2880"/>
          </w:tcPr>
          <w:p>
            <w:r>
              <w:t>1</w:t>
            </w:r>
          </w:p>
        </w:tc>
        <w:tc>
          <w:tcPr>
            <w:tcW w:type="dxa" w:w="2880"/>
          </w:tcPr>
          <w:p>
            <w:r>
              <w:t>中国人民大学学报</w:t>
            </w:r>
          </w:p>
        </w:tc>
      </w:tr>
      <w:tr>
        <w:tc>
          <w:tcPr>
            <w:tcW w:type="dxa" w:w="2880"/>
          </w:tcPr>
          <w:p>
            <w:r>
              <w:t>2</w:t>
            </w:r>
          </w:p>
        </w:tc>
        <w:tc>
          <w:tcPr>
            <w:tcW w:type="dxa" w:w="2880"/>
          </w:tcPr>
          <w:p>
            <w:r>
              <w:t>复旦学报（社会科学版）</w:t>
            </w:r>
          </w:p>
        </w:tc>
        <w:tc>
          <w:tcPr>
            <w:tcW w:type="dxa" w:w="2880"/>
          </w:tcPr>
          <w:p/>
        </w:tc>
      </w:tr>
      <w:tr>
        <w:tc>
          <w:tcPr>
            <w:tcW w:type="dxa" w:w="2880"/>
          </w:tcPr>
          <w:p>
            <w:r>
              <w:t>3</w:t>
            </w:r>
          </w:p>
        </w:tc>
        <w:tc>
          <w:tcPr>
            <w:tcW w:type="dxa" w:w="2880"/>
          </w:tcPr>
          <w:p>
            <w:r>
              <w:t>南京大学学报（哲学.人文科学.社会科学）</w:t>
            </w:r>
          </w:p>
        </w:tc>
        <w:tc>
          <w:tcPr>
            <w:tcW w:type="dxa" w:w="2880"/>
          </w:tcPr>
          <w:p/>
        </w:tc>
      </w:tr>
      <w:tr>
        <w:tc>
          <w:tcPr>
            <w:tcW w:type="dxa" w:w="2880"/>
          </w:tcPr>
          <w:p>
            <w:r>
              <w:t>4</w:t>
            </w:r>
          </w:p>
        </w:tc>
        <w:tc>
          <w:tcPr>
            <w:tcW w:type="dxa" w:w="2880"/>
          </w:tcPr>
          <w:p>
            <w:r>
              <w:t>苏州大学学报（哲学社会科学版）</w:t>
            </w:r>
          </w:p>
        </w:tc>
        <w:tc>
          <w:tcPr>
            <w:tcW w:type="dxa" w:w="2880"/>
          </w:tcPr>
          <w:p/>
        </w:tc>
      </w:tr>
      <w:tr>
        <w:tc>
          <w:tcPr>
            <w:tcW w:type="dxa" w:w="2880"/>
          </w:tcPr>
          <w:p>
            <w:r>
              <w:t>5</w:t>
            </w:r>
          </w:p>
        </w:tc>
        <w:tc>
          <w:tcPr>
            <w:tcW w:type="dxa" w:w="2880"/>
          </w:tcPr>
          <w:p>
            <w:r>
              <w:t>武汉大学学报（哲学社会科学版）</w:t>
            </w:r>
          </w:p>
        </w:tc>
        <w:tc>
          <w:tcPr>
            <w:tcW w:type="dxa" w:w="2880"/>
          </w:tcPr>
          <w:p/>
        </w:tc>
      </w:tr>
      <w:tr>
        <w:tc>
          <w:tcPr>
            <w:tcW w:type="dxa" w:w="2880"/>
          </w:tcPr>
          <w:p>
            <w:r>
              <w:t>6</w:t>
            </w:r>
          </w:p>
        </w:tc>
        <w:tc>
          <w:tcPr>
            <w:tcW w:type="dxa" w:w="2880"/>
          </w:tcPr>
          <w:p>
            <w:r>
              <w:t>吉林大学社会科学学报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7</w:t>
            </w:r>
          </w:p>
        </w:tc>
        <w:tc>
          <w:tcPr>
            <w:tcW w:type="dxa" w:w="2880"/>
          </w:tcPr>
          <w:p>
            <w:r>
              <w:t>北京大学学报（哲学社会科学版）</w:t>
            </w:r>
          </w:p>
        </w:tc>
      </w:tr>
      <w:tr>
        <w:tc>
          <w:tcPr>
            <w:tcW w:type="dxa" w:w="2880"/>
          </w:tcPr>
          <w:p>
            <w:r>
              <w:t>8</w:t>
            </w:r>
          </w:p>
        </w:tc>
        <w:tc>
          <w:tcPr>
            <w:tcW w:type="dxa" w:w="2880"/>
          </w:tcPr>
          <w:p>
            <w:r>
              <w:t>中山大学学报（社会科学版）</w:t>
            </w:r>
          </w:p>
        </w:tc>
        <w:tc>
          <w:tcPr>
            <w:tcW w:type="dxa" w:w="2880"/>
          </w:tcPr>
          <w:p/>
        </w:tc>
      </w:tr>
      <w:tr>
        <w:tc>
          <w:tcPr>
            <w:tcW w:type="dxa" w:w="2880"/>
          </w:tcPr>
          <w:p>
            <w:r>
              <w:t>9</w:t>
            </w:r>
          </w:p>
        </w:tc>
        <w:tc>
          <w:tcPr>
            <w:tcW w:type="dxa" w:w="2880"/>
          </w:tcPr>
          <w:p>
            <w:r>
              <w:t>浙江大学学报（人文社会科学版）</w:t>
            </w:r>
          </w:p>
        </w:tc>
        <w:tc>
          <w:tcPr>
            <w:tcW w:type="dxa" w:w="2880"/>
          </w:tcPr>
          <w:p/>
        </w:tc>
      </w:tr>
      <w:tr>
        <w:tc>
          <w:tcPr>
            <w:tcW w:type="dxa" w:w="2880"/>
          </w:tcPr>
          <w:p>
            <w:r>
              <w:t>10</w:t>
            </w:r>
          </w:p>
        </w:tc>
        <w:tc>
          <w:tcPr>
            <w:tcW w:type="dxa" w:w="2880"/>
          </w:tcPr>
          <w:p>
            <w:r>
              <w:t>中国农业大学学报（社会科学版）</w:t>
            </w:r>
          </w:p>
        </w:tc>
        <w:tc>
          <w:tcPr>
            <w:tcW w:type="dxa" w:w="2880"/>
          </w:tcPr>
          <w:p/>
        </w:tc>
      </w:tr>
      <w:tr>
        <w:tc>
          <w:tcPr>
            <w:tcW w:type="dxa" w:w="2880"/>
          </w:tcPr>
          <w:p>
            <w:r>
              <w:t>11</w:t>
            </w:r>
          </w:p>
        </w:tc>
        <w:tc>
          <w:tcPr>
            <w:tcW w:type="dxa" w:w="2880"/>
          </w:tcPr>
          <w:p>
            <w:r>
              <w:t>华中师范大学学报（人文社会科学版）</w:t>
            </w:r>
          </w:p>
        </w:tc>
        <w:tc>
          <w:tcPr>
            <w:tcW w:type="dxa" w:w="2880"/>
          </w:tcPr>
          <w:p/>
        </w:tc>
      </w:tr>
      <w:tr>
        <w:tc>
          <w:tcPr>
            <w:tcW w:type="dxa" w:w="2880"/>
          </w:tcPr>
          <w:p>
            <w:r>
              <w:t>12</w:t>
            </w:r>
          </w:p>
        </w:tc>
        <w:tc>
          <w:tcPr>
            <w:tcW w:type="dxa" w:w="2880"/>
          </w:tcPr>
          <w:p>
            <w:r>
              <w:t>清华大学学报（哲学社会科学版）</w:t>
            </w:r>
          </w:p>
        </w:tc>
        <w:tc>
          <w:tcPr>
            <w:tcW w:type="dxa" w:w="2880"/>
          </w:tcPr>
          <w:p/>
        </w:tc>
      </w:tr>
      <w:tr>
        <w:tc>
          <w:tcPr>
            <w:tcW w:type="dxa" w:w="2880"/>
          </w:tcPr>
          <w:p>
            <w:r>
              <w:t>13</w:t>
            </w:r>
          </w:p>
        </w:tc>
        <w:tc>
          <w:tcPr>
            <w:tcW w:type="dxa" w:w="2880"/>
          </w:tcPr>
          <w:p>
            <w:r>
              <w:t>北京师范大学学报（社会科学版）</w:t>
            </w:r>
          </w:p>
        </w:tc>
        <w:tc>
          <w:tcPr>
            <w:tcW w:type="dxa" w:w="2880"/>
          </w:tcPr>
          <w:p/>
        </w:tc>
      </w:tr>
      <w:tr>
        <w:tc>
          <w:tcPr>
            <w:tcW w:type="dxa" w:w="2880"/>
          </w:tcPr>
          <w:p>
            <w:r>
              <w:t>14</w:t>
            </w:r>
          </w:p>
        </w:tc>
        <w:tc>
          <w:tcPr>
            <w:tcW w:type="dxa" w:w="2880"/>
          </w:tcPr>
          <w:p>
            <w:r>
              <w:t>上海交通大学学报（哲学社会科学版）</w:t>
            </w:r>
          </w:p>
        </w:tc>
        <w:tc>
          <w:tcPr>
            <w:tcW w:type="dxa" w:w="2880"/>
          </w:tcPr>
          <w:p/>
        </w:tc>
      </w:tr>
      <w:tr>
        <w:tc>
          <w:tcPr>
            <w:tcW w:type="dxa" w:w="2880"/>
          </w:tcPr>
          <w:p>
            <w:r>
              <w:t>15</w:t>
            </w:r>
          </w:p>
        </w:tc>
        <w:tc>
          <w:tcPr>
            <w:tcW w:type="dxa" w:w="2880"/>
          </w:tcPr>
          <w:p>
            <w:r>
              <w:t>山东大学学报（哲学社会科学版）</w:t>
            </w:r>
          </w:p>
        </w:tc>
        <w:tc>
          <w:tcPr>
            <w:tcW w:type="dxa" w:w="2880"/>
          </w:tcPr>
          <w:p/>
        </w:tc>
      </w:tr>
      <w:tr>
        <w:tc>
          <w:tcPr>
            <w:tcW w:type="dxa" w:w="2880"/>
          </w:tcPr>
          <w:p>
            <w:r>
              <w:t>16</w:t>
            </w:r>
          </w:p>
        </w:tc>
        <w:tc>
          <w:tcPr>
            <w:tcW w:type="dxa" w:w="2880"/>
          </w:tcPr>
          <w:p>
            <w:r>
              <w:t>重庆大学学报（社会科学版）</w:t>
            </w:r>
          </w:p>
        </w:tc>
        <w:tc>
          <w:tcPr>
            <w:tcW w:type="dxa" w:w="2880"/>
          </w:tcPr>
          <w:p/>
        </w:tc>
      </w:tr>
      <w:tr>
        <w:tc>
          <w:tcPr>
            <w:tcW w:type="dxa" w:w="2880"/>
          </w:tcPr>
          <w:p>
            <w:r>
              <w:t>三类（62种）</w:t>
            </w:r>
          </w:p>
        </w:tc>
        <w:tc>
          <w:tcPr>
            <w:tcW w:type="dxa" w:w="2880"/>
          </w:tcPr>
          <w:p>
            <w:r>
              <w:t>1</w:t>
            </w:r>
          </w:p>
        </w:tc>
        <w:tc>
          <w:tcPr>
            <w:tcW w:type="dxa" w:w="2880"/>
          </w:tcPr>
          <w:p>
            <w:r>
              <w:t>新疆师范大学学报（哲学社会科学版）</w:t>
            </w:r>
          </w:p>
        </w:tc>
      </w:tr>
      <w:tr>
        <w:tc>
          <w:tcPr>
            <w:tcW w:type="dxa" w:w="2880"/>
          </w:tcPr>
          <w:p>
            <w:r>
              <w:t>2</w:t>
            </w:r>
          </w:p>
        </w:tc>
        <w:tc>
          <w:tcPr>
            <w:tcW w:type="dxa" w:w="2880"/>
          </w:tcPr>
          <w:p>
            <w:r>
              <w:t>南京农业大学学报（社会科学版）</w:t>
            </w:r>
          </w:p>
        </w:tc>
        <w:tc>
          <w:tcPr>
            <w:tcW w:type="dxa" w:w="2880"/>
          </w:tcPr>
          <w:p/>
        </w:tc>
      </w:tr>
      <w:tr>
        <w:tc>
          <w:tcPr>
            <w:tcW w:type="dxa" w:w="2880"/>
          </w:tcPr>
          <w:p>
            <w:r>
              <w:t>3</w:t>
            </w:r>
          </w:p>
        </w:tc>
        <w:tc>
          <w:tcPr>
            <w:tcW w:type="dxa" w:w="2880"/>
          </w:tcPr>
          <w:p>
            <w:r>
              <w:t>华中农业大学学报（社会科学版）</w:t>
            </w:r>
          </w:p>
        </w:tc>
        <w:tc>
          <w:tcPr>
            <w:tcW w:type="dxa" w:w="2880"/>
          </w:tcPr>
          <w:p/>
        </w:tc>
      </w:tr>
      <w:tr>
        <w:tc>
          <w:tcPr>
            <w:tcW w:type="dxa" w:w="2880"/>
          </w:tcPr>
          <w:p>
            <w:r>
              <w:t>4</w:t>
            </w:r>
          </w:p>
        </w:tc>
        <w:tc>
          <w:tcPr>
            <w:tcW w:type="dxa" w:w="2880"/>
          </w:tcPr>
          <w:p>
            <w:r>
              <w:t>中国地质大学学报（社会科学版）</w:t>
            </w:r>
          </w:p>
        </w:tc>
        <w:tc>
          <w:tcPr>
            <w:tcW w:type="dxa" w:w="2880"/>
          </w:tcPr>
          <w:p/>
        </w:tc>
      </w:tr>
      <w:tr>
        <w:tc>
          <w:tcPr>
            <w:tcW w:type="dxa" w:w="2880"/>
          </w:tcPr>
          <w:p>
            <w:r>
              <w:t>5</w:t>
            </w:r>
          </w:p>
        </w:tc>
        <w:tc>
          <w:tcPr>
            <w:tcW w:type="dxa" w:w="2880"/>
          </w:tcPr>
          <w:p>
            <w:r>
              <w:t>北京工商大学学报（社会科学版）</w:t>
            </w:r>
          </w:p>
        </w:tc>
        <w:tc>
          <w:tcPr>
            <w:tcW w:type="dxa" w:w="2880"/>
          </w:tcPr>
          <w:p/>
        </w:tc>
      </w:tr>
      <w:tr>
        <w:tc>
          <w:tcPr>
            <w:tcW w:type="dxa" w:w="2880"/>
          </w:tcPr>
          <w:p>
            <w:r>
              <w:t>6</w:t>
            </w:r>
          </w:p>
        </w:tc>
        <w:tc>
          <w:tcPr>
            <w:tcW w:type="dxa" w:w="2880"/>
          </w:tcPr>
          <w:p>
            <w:r>
              <w:t>西北农林科技大学学报（社会科学版）</w:t>
            </w:r>
          </w:p>
        </w:tc>
        <w:tc>
          <w:tcPr>
            <w:tcW w:type="dxa" w:w="2880"/>
          </w:tcPr>
          <w:p/>
        </w:tc>
      </w:tr>
      <w:tr>
        <w:tc>
          <w:tcPr>
            <w:tcW w:type="dxa" w:w="2880"/>
          </w:tcPr>
          <w:p>
            <w:r>
              <w:t>7</w:t>
            </w:r>
          </w:p>
        </w:tc>
        <w:tc>
          <w:tcPr>
            <w:tcW w:type="dxa" w:w="2880"/>
          </w:tcPr>
          <w:p>
            <w:r>
              <w:t>河海大学学报（哲学社会科学版）</w:t>
            </w:r>
          </w:p>
        </w:tc>
        <w:tc>
          <w:tcPr>
            <w:tcW w:type="dxa" w:w="2880"/>
          </w:tcPr>
          <w:p/>
        </w:tc>
      </w:tr>
      <w:tr>
        <w:tc>
          <w:tcPr>
            <w:tcW w:type="dxa" w:w="2880"/>
          </w:tcPr>
          <w:p>
            <w:r>
              <w:t>8</w:t>
            </w:r>
          </w:p>
        </w:tc>
        <w:tc>
          <w:tcPr>
            <w:tcW w:type="dxa" w:w="2880"/>
          </w:tcPr>
          <w:p>
            <w:r>
              <w:t>华南农业大学学报（社会科学版）</w:t>
            </w:r>
          </w:p>
        </w:tc>
        <w:tc>
          <w:tcPr>
            <w:tcW w:type="dxa" w:w="2880"/>
          </w:tcPr>
          <w:p/>
        </w:tc>
      </w:tr>
      <w:tr>
        <w:tc>
          <w:tcPr>
            <w:tcW w:type="dxa" w:w="2880"/>
          </w:tcPr>
          <w:p>
            <w:r>
              <w:t>9</w:t>
            </w:r>
          </w:p>
        </w:tc>
        <w:tc>
          <w:tcPr>
            <w:tcW w:type="dxa" w:w="2880"/>
          </w:tcPr>
          <w:p>
            <w:r>
              <w:t>云南师范大学学报（哲学社会科学版）</w:t>
            </w:r>
          </w:p>
        </w:tc>
        <w:tc>
          <w:tcPr>
            <w:tcW w:type="dxa" w:w="2880"/>
          </w:tcPr>
          <w:p/>
        </w:tc>
      </w:tr>
      <w:tr>
        <w:tc>
          <w:tcPr>
            <w:tcW w:type="dxa" w:w="2880"/>
          </w:tcPr>
          <w:p>
            <w:r>
              <w:t>10</w:t>
            </w:r>
          </w:p>
        </w:tc>
        <w:tc>
          <w:tcPr>
            <w:tcW w:type="dxa" w:w="2880"/>
          </w:tcPr>
          <w:p>
            <w:r>
              <w:t>华中科技大学学报（社会科学版）</w:t>
            </w:r>
          </w:p>
        </w:tc>
        <w:tc>
          <w:tcPr>
            <w:tcW w:type="dxa" w:w="2880"/>
          </w:tcPr>
          <w:p/>
        </w:tc>
      </w:tr>
      <w:tr>
        <w:tc>
          <w:tcPr>
            <w:tcW w:type="dxa" w:w="2880"/>
          </w:tcPr>
          <w:p>
            <w:r>
              <w:t>11</w:t>
            </w:r>
          </w:p>
        </w:tc>
        <w:tc>
          <w:tcPr>
            <w:tcW w:type="dxa" w:w="2880"/>
          </w:tcPr>
          <w:p>
            <w:r>
              <w:t>湖南师范大学社会科学学报</w:t>
            </w:r>
          </w:p>
        </w:tc>
        <w:tc>
          <w:tcPr>
            <w:tcW w:type="dxa" w:w="2880"/>
          </w:tcPr>
          <w:p/>
        </w:tc>
      </w:tr>
      <w:tr>
        <w:tc>
          <w:tcPr>
            <w:tcW w:type="dxa" w:w="2880"/>
          </w:tcPr>
          <w:p>
            <w:r>
              <w:t>12</w:t>
            </w:r>
          </w:p>
        </w:tc>
        <w:tc>
          <w:tcPr>
            <w:tcW w:type="dxa" w:w="2880"/>
          </w:tcPr>
          <w:p>
            <w:r>
              <w:t>兰州大学学报（社会科学版）</w:t>
            </w:r>
          </w:p>
        </w:tc>
        <w:tc>
          <w:tcPr>
            <w:tcW w:type="dxa" w:w="2880"/>
          </w:tcPr>
          <w:p/>
        </w:tc>
      </w:tr>
      <w:tr>
        <w:tc>
          <w:tcPr>
            <w:tcW w:type="dxa" w:w="2880"/>
          </w:tcPr>
          <w:p>
            <w:r>
              <w:t>13</w:t>
            </w:r>
          </w:p>
        </w:tc>
        <w:tc>
          <w:tcPr>
            <w:tcW w:type="dxa" w:w="2880"/>
          </w:tcPr>
          <w:p>
            <w:r>
              <w:t>河南大学学报（社会科学版）</w:t>
            </w:r>
          </w:p>
        </w:tc>
        <w:tc>
          <w:tcPr>
            <w:tcW w:type="dxa" w:w="2880"/>
          </w:tcPr>
          <w:p/>
        </w:tc>
      </w:tr>
      <w:tr>
        <w:tc>
          <w:tcPr>
            <w:tcW w:type="dxa" w:w="2880"/>
          </w:tcPr>
          <w:p>
            <w:r>
              <w:t>14</w:t>
            </w:r>
          </w:p>
        </w:tc>
        <w:tc>
          <w:tcPr>
            <w:tcW w:type="dxa" w:w="2880"/>
          </w:tcPr>
          <w:p>
            <w:r>
              <w:t>北京理工大学学报（社会科学版）</w:t>
            </w:r>
          </w:p>
        </w:tc>
        <w:tc>
          <w:tcPr>
            <w:tcW w:type="dxa" w:w="2880"/>
          </w:tcPr>
          <w:p/>
        </w:tc>
      </w:tr>
      <w:tr>
        <w:tc>
          <w:tcPr>
            <w:tcW w:type="dxa" w:w="2880"/>
          </w:tcPr>
          <w:p>
            <w:r>
              <w:t>15</w:t>
            </w:r>
          </w:p>
        </w:tc>
        <w:tc>
          <w:tcPr>
            <w:tcW w:type="dxa" w:w="2880"/>
          </w:tcPr>
          <w:p>
            <w:r>
              <w:t>厦门大学学报（哲学社会科学版）</w:t>
            </w:r>
          </w:p>
        </w:tc>
        <w:tc>
          <w:tcPr>
            <w:tcW w:type="dxa" w:w="2880"/>
          </w:tcPr>
          <w:p/>
        </w:tc>
      </w:tr>
      <w:tr>
        <w:tc>
          <w:tcPr>
            <w:tcW w:type="dxa" w:w="2880"/>
          </w:tcPr>
          <w:p>
            <w:r>
              <w:t>16</w:t>
            </w:r>
          </w:p>
        </w:tc>
        <w:tc>
          <w:tcPr>
            <w:tcW w:type="dxa" w:w="2880"/>
          </w:tcPr>
          <w:p>
            <w:r>
              <w:t>大连理工大学学报（社会科学版）</w:t>
            </w:r>
          </w:p>
        </w:tc>
        <w:tc>
          <w:tcPr>
            <w:tcW w:type="dxa" w:w="2880"/>
          </w:tcPr>
          <w:p/>
        </w:tc>
      </w:tr>
      <w:tr>
        <w:tc>
          <w:tcPr>
            <w:tcW w:type="dxa" w:w="2880"/>
          </w:tcPr>
          <w:p>
            <w:r>
              <w:t>17</w:t>
            </w:r>
          </w:p>
        </w:tc>
        <w:tc>
          <w:tcPr>
            <w:tcW w:type="dxa" w:w="2880"/>
          </w:tcPr>
          <w:p>
            <w:r>
              <w:t>四川大学学报（哲学社会科学版）</w:t>
            </w:r>
          </w:p>
        </w:tc>
        <w:tc>
          <w:tcPr>
            <w:tcW w:type="dxa" w:w="2880"/>
          </w:tcPr>
          <w:p/>
        </w:tc>
      </w:tr>
      <w:tr>
        <w:tc>
          <w:tcPr>
            <w:tcW w:type="dxa" w:w="2880"/>
          </w:tcPr>
          <w:p>
            <w:r>
              <w:t>18</w:t>
            </w:r>
          </w:p>
        </w:tc>
        <w:tc>
          <w:tcPr>
            <w:tcW w:type="dxa" w:w="2880"/>
          </w:tcPr>
          <w:p>
            <w:r>
              <w:t>南开学报（哲学社会科学版）</w:t>
            </w:r>
          </w:p>
        </w:tc>
        <w:tc>
          <w:tcPr>
            <w:tcW w:type="dxa" w:w="2880"/>
          </w:tcPr>
          <w:p/>
        </w:tc>
      </w:tr>
      <w:tr>
        <w:tc>
          <w:tcPr>
            <w:tcW w:type="dxa" w:w="2880"/>
          </w:tcPr>
          <w:p>
            <w:r>
              <w:t>19</w:t>
            </w:r>
          </w:p>
        </w:tc>
        <w:tc>
          <w:tcPr>
            <w:tcW w:type="dxa" w:w="2880"/>
          </w:tcPr>
          <w:p>
            <w:r>
              <w:t>上海大学学报（社会科学版）</w:t>
            </w:r>
          </w:p>
        </w:tc>
        <w:tc>
          <w:tcPr>
            <w:tcW w:type="dxa" w:w="2880"/>
          </w:tcPr>
          <w:p/>
        </w:tc>
      </w:tr>
      <w:tr>
        <w:tc>
          <w:tcPr>
            <w:tcW w:type="dxa" w:w="2880"/>
          </w:tcPr>
          <w:p>
            <w:r>
              <w:t>20</w:t>
            </w:r>
          </w:p>
        </w:tc>
        <w:tc>
          <w:tcPr>
            <w:tcW w:type="dxa" w:w="2880"/>
          </w:tcPr>
          <w:p>
            <w:r>
              <w:t>吉首大学学报（社会科学版）</w:t>
            </w:r>
          </w:p>
        </w:tc>
        <w:tc>
          <w:tcPr>
            <w:tcW w:type="dxa" w:w="2880"/>
          </w:tcPr>
          <w:p/>
        </w:tc>
      </w:tr>
      <w:tr>
        <w:tc>
          <w:tcPr>
            <w:tcW w:type="dxa" w:w="2880"/>
          </w:tcPr>
          <w:p>
            <w:r>
              <w:t>21</w:t>
            </w:r>
          </w:p>
        </w:tc>
        <w:tc>
          <w:tcPr>
            <w:tcW w:type="dxa" w:w="2880"/>
          </w:tcPr>
          <w:p>
            <w:r>
              <w:t>北京联合大学学报（人文社会科学版）</w:t>
            </w:r>
          </w:p>
        </w:tc>
        <w:tc>
          <w:tcPr>
            <w:tcW w:type="dxa" w:w="2880"/>
          </w:tcPr>
          <w:p/>
        </w:tc>
      </w:tr>
      <w:tr>
        <w:tc>
          <w:tcPr>
            <w:tcW w:type="dxa" w:w="2880"/>
          </w:tcPr>
          <w:p>
            <w:r>
              <w:t>22</w:t>
            </w:r>
          </w:p>
        </w:tc>
        <w:tc>
          <w:tcPr>
            <w:tcW w:type="dxa" w:w="2880"/>
          </w:tcPr>
          <w:p>
            <w:r>
              <w:t>西安交通大学学报（社会科学版）</w:t>
            </w:r>
          </w:p>
        </w:tc>
        <w:tc>
          <w:tcPr>
            <w:tcW w:type="dxa" w:w="2880"/>
          </w:tcPr>
          <w:p/>
        </w:tc>
      </w:tr>
      <w:tr>
        <w:tc>
          <w:tcPr>
            <w:tcW w:type="dxa" w:w="2880"/>
          </w:tcPr>
          <w:p>
            <w:r>
              <w:t>23</w:t>
            </w:r>
          </w:p>
        </w:tc>
        <w:tc>
          <w:tcPr>
            <w:tcW w:type="dxa" w:w="2880"/>
          </w:tcPr>
          <w:p>
            <w:r>
              <w:t>湖南科技大学学报（社会科学版）</w:t>
            </w:r>
          </w:p>
        </w:tc>
        <w:tc>
          <w:tcPr>
            <w:tcW w:type="dxa" w:w="2880"/>
          </w:tcPr>
          <w:p/>
        </w:tc>
      </w:tr>
      <w:tr>
        <w:tc>
          <w:tcPr>
            <w:tcW w:type="dxa" w:w="2880"/>
          </w:tcPr>
          <w:p>
            <w:r>
              <w:t>24</w:t>
            </w:r>
          </w:p>
        </w:tc>
        <w:tc>
          <w:tcPr>
            <w:tcW w:type="dxa" w:w="2880"/>
          </w:tcPr>
          <w:p>
            <w:r>
              <w:t>西南大学学报（社会科学版）</w:t>
            </w:r>
          </w:p>
        </w:tc>
        <w:tc>
          <w:tcPr>
            <w:tcW w:type="dxa" w:w="2880"/>
          </w:tcPr>
          <w:p/>
        </w:tc>
      </w:tr>
      <w:tr>
        <w:tc>
          <w:tcPr>
            <w:tcW w:type="dxa" w:w="2880"/>
          </w:tcPr>
          <w:p>
            <w:r>
              <w:t>25</w:t>
            </w:r>
          </w:p>
        </w:tc>
        <w:tc>
          <w:tcPr>
            <w:tcW w:type="dxa" w:w="2880"/>
          </w:tcPr>
          <w:p>
            <w:r>
              <w:t>江西师范大学学报（哲学社会科学版）</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26</w:t>
            </w:r>
          </w:p>
        </w:tc>
        <w:tc>
          <w:tcPr>
            <w:tcW w:type="dxa" w:w="2880"/>
          </w:tcPr>
          <w:p>
            <w:r>
              <w:t>南京师大学报（社会科学版）</w:t>
            </w:r>
          </w:p>
        </w:tc>
      </w:tr>
      <w:tr>
        <w:tc>
          <w:tcPr>
            <w:tcW w:type="dxa" w:w="2880"/>
          </w:tcPr>
          <w:p>
            <w:r>
              <w:t>27</w:t>
            </w:r>
          </w:p>
        </w:tc>
        <w:tc>
          <w:tcPr>
            <w:tcW w:type="dxa" w:w="2880"/>
          </w:tcPr>
          <w:p>
            <w:r>
              <w:t>东北师大学报（哲学社会科学版）</w:t>
            </w:r>
          </w:p>
        </w:tc>
        <w:tc>
          <w:tcPr>
            <w:tcW w:type="dxa" w:w="2880"/>
          </w:tcPr>
          <w:p/>
        </w:tc>
      </w:tr>
      <w:tr>
        <w:tc>
          <w:tcPr>
            <w:tcW w:type="dxa" w:w="2880"/>
          </w:tcPr>
          <w:p>
            <w:r>
              <w:t>28</w:t>
            </w:r>
          </w:p>
        </w:tc>
        <w:tc>
          <w:tcPr>
            <w:tcW w:type="dxa" w:w="2880"/>
          </w:tcPr>
          <w:p>
            <w:r>
              <w:t>华东师范大学学报（哲学社会科学版）</w:t>
            </w:r>
          </w:p>
        </w:tc>
        <w:tc>
          <w:tcPr>
            <w:tcW w:type="dxa" w:w="2880"/>
          </w:tcPr>
          <w:p/>
        </w:tc>
      </w:tr>
      <w:tr>
        <w:tc>
          <w:tcPr>
            <w:tcW w:type="dxa" w:w="2880"/>
          </w:tcPr>
          <w:p>
            <w:r>
              <w:t>29</w:t>
            </w:r>
          </w:p>
        </w:tc>
        <w:tc>
          <w:tcPr>
            <w:tcW w:type="dxa" w:w="2880"/>
          </w:tcPr>
          <w:p>
            <w:r>
              <w:t>福建师范大学学报（哲学社会科学版）</w:t>
            </w:r>
          </w:p>
        </w:tc>
        <w:tc>
          <w:tcPr>
            <w:tcW w:type="dxa" w:w="2880"/>
          </w:tcPr>
          <w:p/>
        </w:tc>
      </w:tr>
      <w:tr>
        <w:tc>
          <w:tcPr>
            <w:tcW w:type="dxa" w:w="2880"/>
          </w:tcPr>
          <w:p>
            <w:r>
              <w:t>30</w:t>
            </w:r>
          </w:p>
        </w:tc>
        <w:tc>
          <w:tcPr>
            <w:tcW w:type="dxa" w:w="2880"/>
          </w:tcPr>
          <w:p>
            <w:r>
              <w:t>上海师范大学学报（哲学社会科学版）</w:t>
            </w:r>
          </w:p>
        </w:tc>
        <w:tc>
          <w:tcPr>
            <w:tcW w:type="dxa" w:w="2880"/>
          </w:tcPr>
          <w:p/>
        </w:tc>
      </w:tr>
      <w:tr>
        <w:tc>
          <w:tcPr>
            <w:tcW w:type="dxa" w:w="2880"/>
          </w:tcPr>
          <w:p>
            <w:r>
              <w:t>31</w:t>
            </w:r>
          </w:p>
        </w:tc>
        <w:tc>
          <w:tcPr>
            <w:tcW w:type="dxa" w:w="2880"/>
          </w:tcPr>
          <w:p>
            <w:r>
              <w:t>暨南学报（哲学社会科学版）</w:t>
            </w:r>
          </w:p>
        </w:tc>
        <w:tc>
          <w:tcPr>
            <w:tcW w:type="dxa" w:w="2880"/>
          </w:tcPr>
          <w:p/>
        </w:tc>
      </w:tr>
      <w:tr>
        <w:tc>
          <w:tcPr>
            <w:tcW w:type="dxa" w:w="2880"/>
          </w:tcPr>
          <w:p>
            <w:r>
              <w:t>32</w:t>
            </w:r>
          </w:p>
        </w:tc>
        <w:tc>
          <w:tcPr>
            <w:tcW w:type="dxa" w:w="2880"/>
          </w:tcPr>
          <w:p>
            <w:r>
              <w:t>东南大学学报（哲学社会科学版）</w:t>
            </w:r>
          </w:p>
        </w:tc>
        <w:tc>
          <w:tcPr>
            <w:tcW w:type="dxa" w:w="2880"/>
          </w:tcPr>
          <w:p/>
        </w:tc>
      </w:tr>
      <w:tr>
        <w:tc>
          <w:tcPr>
            <w:tcW w:type="dxa" w:w="2880"/>
          </w:tcPr>
          <w:p>
            <w:r>
              <w:t>33</w:t>
            </w:r>
          </w:p>
        </w:tc>
        <w:tc>
          <w:tcPr>
            <w:tcW w:type="dxa" w:w="2880"/>
          </w:tcPr>
          <w:p>
            <w:r>
              <w:t>东北大学学报（社会科学版）</w:t>
            </w:r>
          </w:p>
        </w:tc>
        <w:tc>
          <w:tcPr>
            <w:tcW w:type="dxa" w:w="2880"/>
          </w:tcPr>
          <w:p/>
        </w:tc>
      </w:tr>
      <w:tr>
        <w:tc>
          <w:tcPr>
            <w:tcW w:type="dxa" w:w="2880"/>
          </w:tcPr>
          <w:p>
            <w:r>
              <w:t>34</w:t>
            </w:r>
          </w:p>
        </w:tc>
        <w:tc>
          <w:tcPr>
            <w:tcW w:type="dxa" w:w="2880"/>
          </w:tcPr>
          <w:p>
            <w:r>
              <w:t>华南师范大学学报（社会科学版）</w:t>
            </w:r>
          </w:p>
        </w:tc>
        <w:tc>
          <w:tcPr>
            <w:tcW w:type="dxa" w:w="2880"/>
          </w:tcPr>
          <w:p/>
        </w:tc>
      </w:tr>
      <w:tr>
        <w:tc>
          <w:tcPr>
            <w:tcW w:type="dxa" w:w="2880"/>
          </w:tcPr>
          <w:p>
            <w:r>
              <w:t>35</w:t>
            </w:r>
          </w:p>
        </w:tc>
        <w:tc>
          <w:tcPr>
            <w:tcW w:type="dxa" w:w="2880"/>
          </w:tcPr>
          <w:p>
            <w:r>
              <w:t>西北师大学报（社会科学版）</w:t>
            </w:r>
          </w:p>
        </w:tc>
        <w:tc>
          <w:tcPr>
            <w:tcW w:type="dxa" w:w="2880"/>
          </w:tcPr>
          <w:p/>
        </w:tc>
      </w:tr>
      <w:tr>
        <w:tc>
          <w:tcPr>
            <w:tcW w:type="dxa" w:w="2880"/>
          </w:tcPr>
          <w:p>
            <w:r>
              <w:t>36</w:t>
            </w:r>
          </w:p>
        </w:tc>
        <w:tc>
          <w:tcPr>
            <w:tcW w:type="dxa" w:w="2880"/>
          </w:tcPr>
          <w:p>
            <w:r>
              <w:t>四川师范大学学报（社会科学版）</w:t>
            </w:r>
          </w:p>
        </w:tc>
        <w:tc>
          <w:tcPr>
            <w:tcW w:type="dxa" w:w="2880"/>
          </w:tcPr>
          <w:p/>
        </w:tc>
      </w:tr>
      <w:tr>
        <w:tc>
          <w:tcPr>
            <w:tcW w:type="dxa" w:w="2880"/>
          </w:tcPr>
          <w:p>
            <w:r>
              <w:t>37</w:t>
            </w:r>
          </w:p>
        </w:tc>
        <w:tc>
          <w:tcPr>
            <w:tcW w:type="dxa" w:w="2880"/>
          </w:tcPr>
          <w:p>
            <w:r>
              <w:t>海南大学学报（人文社会科学版）</w:t>
            </w:r>
          </w:p>
        </w:tc>
        <w:tc>
          <w:tcPr>
            <w:tcW w:type="dxa" w:w="2880"/>
          </w:tcPr>
          <w:p/>
        </w:tc>
      </w:tr>
      <w:tr>
        <w:tc>
          <w:tcPr>
            <w:tcW w:type="dxa" w:w="2880"/>
          </w:tcPr>
          <w:p>
            <w:r>
              <w:t>38</w:t>
            </w:r>
          </w:p>
        </w:tc>
        <w:tc>
          <w:tcPr>
            <w:tcW w:type="dxa" w:w="2880"/>
          </w:tcPr>
          <w:p>
            <w:r>
              <w:t>湘潭大学学报（哲学社会科学版）</w:t>
            </w:r>
          </w:p>
        </w:tc>
        <w:tc>
          <w:tcPr>
            <w:tcW w:type="dxa" w:w="2880"/>
          </w:tcPr>
          <w:p/>
        </w:tc>
      </w:tr>
      <w:tr>
        <w:tc>
          <w:tcPr>
            <w:tcW w:type="dxa" w:w="2880"/>
          </w:tcPr>
          <w:p>
            <w:r>
              <w:t>39</w:t>
            </w:r>
          </w:p>
        </w:tc>
        <w:tc>
          <w:tcPr>
            <w:tcW w:type="dxa" w:w="2880"/>
          </w:tcPr>
          <w:p>
            <w:r>
              <w:t>中南大学学报（社会科学版）</w:t>
            </w:r>
          </w:p>
        </w:tc>
        <w:tc>
          <w:tcPr>
            <w:tcW w:type="dxa" w:w="2880"/>
          </w:tcPr>
          <w:p/>
        </w:tc>
      </w:tr>
      <w:tr>
        <w:tc>
          <w:tcPr>
            <w:tcW w:type="dxa" w:w="2880"/>
          </w:tcPr>
          <w:p>
            <w:r>
              <w:t>40</w:t>
            </w:r>
          </w:p>
        </w:tc>
        <w:tc>
          <w:tcPr>
            <w:tcW w:type="dxa" w:w="2880"/>
          </w:tcPr>
          <w:p>
            <w:r>
              <w:t>安徽大学学报（哲学社会科学版）</w:t>
            </w:r>
          </w:p>
        </w:tc>
        <w:tc>
          <w:tcPr>
            <w:tcW w:type="dxa" w:w="2880"/>
          </w:tcPr>
          <w:p/>
        </w:tc>
      </w:tr>
      <w:tr>
        <w:tc>
          <w:tcPr>
            <w:tcW w:type="dxa" w:w="2880"/>
          </w:tcPr>
          <w:p>
            <w:r>
              <w:t>41</w:t>
            </w:r>
          </w:p>
        </w:tc>
        <w:tc>
          <w:tcPr>
            <w:tcW w:type="dxa" w:w="2880"/>
          </w:tcPr>
          <w:p>
            <w:r>
              <w:t>湖南大学学报（社会科学版）</w:t>
            </w:r>
          </w:p>
        </w:tc>
        <w:tc>
          <w:tcPr>
            <w:tcW w:type="dxa" w:w="2880"/>
          </w:tcPr>
          <w:p/>
        </w:tc>
      </w:tr>
      <w:tr>
        <w:tc>
          <w:tcPr>
            <w:tcW w:type="dxa" w:w="2880"/>
          </w:tcPr>
          <w:p>
            <w:r>
              <w:t>42</w:t>
            </w:r>
          </w:p>
        </w:tc>
        <w:tc>
          <w:tcPr>
            <w:tcW w:type="dxa" w:w="2880"/>
          </w:tcPr>
          <w:p>
            <w:r>
              <w:t>安徽师范大学学报（人文社会科学版）</w:t>
            </w:r>
          </w:p>
        </w:tc>
        <w:tc>
          <w:tcPr>
            <w:tcW w:type="dxa" w:w="2880"/>
          </w:tcPr>
          <w:p/>
        </w:tc>
      </w:tr>
      <w:tr>
        <w:tc>
          <w:tcPr>
            <w:tcW w:type="dxa" w:w="2880"/>
          </w:tcPr>
          <w:p>
            <w:r>
              <w:t>43</w:t>
            </w:r>
          </w:p>
        </w:tc>
        <w:tc>
          <w:tcPr>
            <w:tcW w:type="dxa" w:w="2880"/>
          </w:tcPr>
          <w:p>
            <w:r>
              <w:t>南通大学学报（社会科学版）</w:t>
            </w:r>
          </w:p>
        </w:tc>
        <w:tc>
          <w:tcPr>
            <w:tcW w:type="dxa" w:w="2880"/>
          </w:tcPr>
          <w:p/>
        </w:tc>
      </w:tr>
      <w:tr>
        <w:tc>
          <w:tcPr>
            <w:tcW w:type="dxa" w:w="2880"/>
          </w:tcPr>
          <w:p>
            <w:r>
              <w:t>44</w:t>
            </w:r>
          </w:p>
        </w:tc>
        <w:tc>
          <w:tcPr>
            <w:tcW w:type="dxa" w:w="2880"/>
          </w:tcPr>
          <w:p>
            <w:r>
              <w:t>湖北大学学报（哲学社会科学版）</w:t>
            </w:r>
          </w:p>
        </w:tc>
        <w:tc>
          <w:tcPr>
            <w:tcW w:type="dxa" w:w="2880"/>
          </w:tcPr>
          <w:p/>
        </w:tc>
      </w:tr>
      <w:tr>
        <w:tc>
          <w:tcPr>
            <w:tcW w:type="dxa" w:w="2880"/>
          </w:tcPr>
          <w:p>
            <w:r>
              <w:t>45</w:t>
            </w:r>
          </w:p>
        </w:tc>
        <w:tc>
          <w:tcPr>
            <w:tcW w:type="dxa" w:w="2880"/>
          </w:tcPr>
          <w:p>
            <w:r>
              <w:t>郑州大学学报（哲学社会科学版）</w:t>
            </w:r>
          </w:p>
        </w:tc>
        <w:tc>
          <w:tcPr>
            <w:tcW w:type="dxa" w:w="2880"/>
          </w:tcPr>
          <w:p/>
        </w:tc>
      </w:tr>
      <w:tr>
        <w:tc>
          <w:tcPr>
            <w:tcW w:type="dxa" w:w="2880"/>
          </w:tcPr>
          <w:p>
            <w:r>
              <w:t>46</w:t>
            </w:r>
          </w:p>
        </w:tc>
        <w:tc>
          <w:tcPr>
            <w:tcW w:type="dxa" w:w="2880"/>
          </w:tcPr>
          <w:p>
            <w:r>
              <w:t>山西大学学报（哲学社会科学版）</w:t>
            </w:r>
          </w:p>
        </w:tc>
        <w:tc>
          <w:tcPr>
            <w:tcW w:type="dxa" w:w="2880"/>
          </w:tcPr>
          <w:p/>
        </w:tc>
      </w:tr>
      <w:tr>
        <w:tc>
          <w:tcPr>
            <w:tcW w:type="dxa" w:w="2880"/>
          </w:tcPr>
          <w:p>
            <w:r>
              <w:t>47</w:t>
            </w:r>
          </w:p>
        </w:tc>
        <w:tc>
          <w:tcPr>
            <w:tcW w:type="dxa" w:w="2880"/>
          </w:tcPr>
          <w:p>
            <w:r>
              <w:t>浙江工商大学学报</w:t>
            </w:r>
          </w:p>
        </w:tc>
        <w:tc>
          <w:tcPr>
            <w:tcW w:type="dxa" w:w="2880"/>
          </w:tcPr>
          <w:p/>
        </w:tc>
      </w:tr>
      <w:tr>
        <w:tc>
          <w:tcPr>
            <w:tcW w:type="dxa" w:w="2880"/>
          </w:tcPr>
          <w:p>
            <w:r>
              <w:t>48</w:t>
            </w:r>
          </w:p>
        </w:tc>
        <w:tc>
          <w:tcPr>
            <w:tcW w:type="dxa" w:w="2880"/>
          </w:tcPr>
          <w:p>
            <w:r>
              <w:t>西北大学学报（哲学社会科学版）</w:t>
            </w:r>
          </w:p>
        </w:tc>
        <w:tc>
          <w:tcPr>
            <w:tcW w:type="dxa" w:w="2880"/>
          </w:tcPr>
          <w:p/>
        </w:tc>
      </w:tr>
      <w:tr>
        <w:tc>
          <w:tcPr>
            <w:tcW w:type="dxa" w:w="2880"/>
          </w:tcPr>
          <w:p>
            <w:r>
              <w:t>49</w:t>
            </w:r>
          </w:p>
        </w:tc>
        <w:tc>
          <w:tcPr>
            <w:tcW w:type="dxa" w:w="2880"/>
          </w:tcPr>
          <w:p>
            <w:r>
              <w:t>西藏大学学报（社会科学版）</w:t>
            </w:r>
          </w:p>
        </w:tc>
        <w:tc>
          <w:tcPr>
            <w:tcW w:type="dxa" w:w="2880"/>
          </w:tcPr>
          <w:p/>
        </w:tc>
      </w:tr>
      <w:tr>
        <w:tc>
          <w:tcPr>
            <w:tcW w:type="dxa" w:w="2880"/>
          </w:tcPr>
          <w:p>
            <w:r>
              <w:t>50</w:t>
            </w:r>
          </w:p>
        </w:tc>
        <w:tc>
          <w:tcPr>
            <w:tcW w:type="dxa" w:w="2880"/>
          </w:tcPr>
          <w:p>
            <w:r>
              <w:t>新疆大学学报（哲学人文社会科学版）</w:t>
            </w:r>
          </w:p>
        </w:tc>
        <w:tc>
          <w:tcPr>
            <w:tcW w:type="dxa" w:w="2880"/>
          </w:tcPr>
          <w:p/>
        </w:tc>
      </w:tr>
      <w:tr>
        <w:tc>
          <w:tcPr>
            <w:tcW w:type="dxa" w:w="2880"/>
          </w:tcPr>
          <w:p>
            <w:r>
              <w:t>51</w:t>
            </w:r>
          </w:p>
        </w:tc>
        <w:tc>
          <w:tcPr>
            <w:tcW w:type="dxa" w:w="2880"/>
          </w:tcPr>
          <w:p>
            <w:r>
              <w:t>广西大学学报（哲学社会科学版）</w:t>
            </w:r>
          </w:p>
        </w:tc>
        <w:tc>
          <w:tcPr>
            <w:tcW w:type="dxa" w:w="2880"/>
          </w:tcPr>
          <w:p/>
        </w:tc>
      </w:tr>
      <w:tr>
        <w:tc>
          <w:tcPr>
            <w:tcW w:type="dxa" w:w="2880"/>
          </w:tcPr>
          <w:p>
            <w:r>
              <w:t>52</w:t>
            </w:r>
          </w:p>
        </w:tc>
        <w:tc>
          <w:tcPr>
            <w:tcW w:type="dxa" w:w="2880"/>
          </w:tcPr>
          <w:p>
            <w:r>
              <w:t>山东师范大学学报（人文社会科学版）</w:t>
            </w:r>
          </w:p>
        </w:tc>
        <w:tc>
          <w:tcPr>
            <w:tcW w:type="dxa" w:w="2880"/>
          </w:tcPr>
          <w:p/>
        </w:tc>
      </w:tr>
      <w:tr>
        <w:tc>
          <w:tcPr>
            <w:tcW w:type="dxa" w:w="2880"/>
          </w:tcPr>
          <w:p>
            <w:r>
              <w:t>53</w:t>
            </w:r>
          </w:p>
        </w:tc>
        <w:tc>
          <w:tcPr>
            <w:tcW w:type="dxa" w:w="2880"/>
          </w:tcPr>
          <w:p>
            <w:r>
              <w:t>深圳大学学报（人文社会科学版）</w:t>
            </w:r>
          </w:p>
        </w:tc>
        <w:tc>
          <w:tcPr>
            <w:tcW w:type="dxa" w:w="2880"/>
          </w:tcPr>
          <w:p/>
        </w:tc>
      </w:tr>
      <w:tr>
        <w:tc>
          <w:tcPr>
            <w:tcW w:type="dxa" w:w="2880"/>
          </w:tcPr>
          <w:p>
            <w:r>
              <w:t>54</w:t>
            </w:r>
          </w:p>
        </w:tc>
        <w:tc>
          <w:tcPr>
            <w:tcW w:type="dxa" w:w="2880"/>
          </w:tcPr>
          <w:p>
            <w:r>
              <w:t>同济大学学报（社会科学版）</w:t>
            </w:r>
          </w:p>
        </w:tc>
        <w:tc>
          <w:tcPr>
            <w:tcW w:type="dxa" w:w="2880"/>
          </w:tcPr>
          <w:p/>
        </w:tc>
      </w:tr>
      <w:tr>
        <w:tc>
          <w:tcPr>
            <w:tcW w:type="dxa" w:w="2880"/>
          </w:tcPr>
          <w:p>
            <w:r>
              <w:t>55</w:t>
            </w:r>
          </w:p>
        </w:tc>
        <w:tc>
          <w:tcPr>
            <w:tcW w:type="dxa" w:w="2880"/>
          </w:tcPr>
          <w:p>
            <w:r>
              <w:t>烟台大学学报（哲学社会科学版）</w:t>
            </w:r>
          </w:p>
        </w:tc>
        <w:tc>
          <w:tcPr>
            <w:tcW w:type="dxa" w:w="2880"/>
          </w:tcPr>
          <w:p/>
        </w:tc>
      </w:tr>
      <w:tr>
        <w:tc>
          <w:tcPr>
            <w:tcW w:type="dxa" w:w="2880"/>
          </w:tcPr>
          <w:p>
            <w:r>
              <w:t>56</w:t>
            </w:r>
          </w:p>
        </w:tc>
        <w:tc>
          <w:tcPr>
            <w:tcW w:type="dxa" w:w="2880"/>
          </w:tcPr>
          <w:p>
            <w:r>
              <w:t>齐鲁学刊</w:t>
            </w:r>
          </w:p>
        </w:tc>
        <w:tc>
          <w:tcPr>
            <w:tcW w:type="dxa" w:w="2880"/>
          </w:tcPr>
          <w:p/>
        </w:tc>
      </w:tr>
      <w:tr>
        <w:tc>
          <w:tcPr>
            <w:tcW w:type="dxa" w:w="2880"/>
          </w:tcPr>
          <w:p>
            <w:r>
              <w:t>57</w:t>
            </w:r>
          </w:p>
        </w:tc>
        <w:tc>
          <w:tcPr>
            <w:tcW w:type="dxa" w:w="2880"/>
          </w:tcPr>
          <w:p>
            <w:r>
              <w:t>河南师范大学学报（哲学社会科学版）</w:t>
            </w:r>
          </w:p>
        </w:tc>
        <w:tc>
          <w:tcPr>
            <w:tcW w:type="dxa" w:w="2880"/>
          </w:tcPr>
          <w:p/>
        </w:tc>
      </w:tr>
      <w:tr>
        <w:tc>
          <w:tcPr>
            <w:tcW w:type="dxa" w:w="2880"/>
          </w:tcPr>
          <w:p>
            <w:r>
              <w:t>58</w:t>
            </w:r>
          </w:p>
        </w:tc>
        <w:tc>
          <w:tcPr>
            <w:tcW w:type="dxa" w:w="2880"/>
          </w:tcPr>
          <w:p>
            <w:r>
              <w:t>首都师范大学学报（社会科学版）</w:t>
            </w:r>
          </w:p>
        </w:tc>
        <w:tc>
          <w:tcPr>
            <w:tcW w:type="dxa" w:w="2880"/>
          </w:tcPr>
          <w:p/>
        </w:tc>
      </w:tr>
      <w:tr>
        <w:tc>
          <w:tcPr>
            <w:tcW w:type="dxa" w:w="2880"/>
          </w:tcPr>
          <w:p>
            <w:r>
              <w:t>59</w:t>
            </w:r>
          </w:p>
        </w:tc>
        <w:tc>
          <w:tcPr>
            <w:tcW w:type="dxa" w:w="2880"/>
          </w:tcPr>
          <w:p>
            <w:r>
              <w:t>济南大学学报（社会科学版）</w:t>
            </w:r>
          </w:p>
        </w:tc>
        <w:tc>
          <w:tcPr>
            <w:tcW w:type="dxa" w:w="2880"/>
          </w:tcPr>
          <w:p/>
        </w:tc>
      </w:tr>
      <w:tr>
        <w:tc>
          <w:tcPr>
            <w:tcW w:type="dxa" w:w="2880"/>
          </w:tcPr>
          <w:p>
            <w:r>
              <w:t>60</w:t>
            </w:r>
          </w:p>
        </w:tc>
        <w:tc>
          <w:tcPr>
            <w:tcW w:type="dxa" w:w="2880"/>
          </w:tcPr>
          <w:p>
            <w:r>
              <w:t>南昌大学学报（人文社会科学版）</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61</w:t>
            </w:r>
          </w:p>
        </w:tc>
        <w:tc>
          <w:tcPr>
            <w:tcW w:type="dxa" w:w="2880"/>
          </w:tcPr>
          <w:p>
            <w:r>
              <w:t>陕西师范大学学报（哲学社会科学版）</w:t>
            </w:r>
          </w:p>
        </w:tc>
      </w:tr>
      <w:tr>
        <w:tc>
          <w:tcPr>
            <w:tcW w:type="dxa" w:w="2880"/>
          </w:tcPr>
          <w:p>
            <w:r>
              <w:t>62</w:t>
            </w:r>
          </w:p>
        </w:tc>
        <w:tc>
          <w:tcPr>
            <w:tcW w:type="dxa" w:w="2880"/>
          </w:tcPr>
          <w:p>
            <w:r>
              <w:t>北京工业大学学报（社会科学版）</w:t>
            </w:r>
          </w:p>
        </w:tc>
        <w:tc>
          <w:tcPr>
            <w:tcW w:type="dxa" w:w="2880"/>
          </w:tcPr>
          <w:p/>
        </w:tc>
      </w:tr>
    </w:tbl>
    <w:p>
      <w:r>
        <w:t>说明：</w:t>
      </w:r>
    </w:p>
    <w:p>
      <w:r>
        <w:t>一类期刊：</w:t>
      </w:r>
    </w:p>
    <w:p>
      <w:r>
        <w:t>1. SSCI-1区收录论文，被国家领导人肯定性批示的咨询报告和政策建议，被《新华文摘》、《中国社会科学文摘》转载的理论性文章视同一类权威核心期刊论文。</w:t>
      </w:r>
    </w:p>
    <w:p>
      <w:r>
        <w:t>2. SSCI-2区、A&amp;HCI收录论文，全国哲学社会科学规划办公室主办的《成果要报》和教育部主办的《教育部简报（高校智库专刊）》上刊登的论文或研究报告，被国家有关部门采纳或被省（部）级主要领导肯定性批示的咨询报告和政策建议视同一类核心期刊论文。</w:t>
      </w:r>
    </w:p>
    <w:p>
      <w:r>
        <w:t>3.专家认定的其他外文重要期刊（由学校人文社科处组织认定）。二类期刊：</w:t>
      </w:r>
    </w:p>
    <w:p>
      <w:r>
        <w:t>1. SSCI-3区收录论文，被《人大复印报刊资料》和《高等学校文科学术文摘》转载的理论性文章，视同二类核心期刊论文。</w:t>
      </w:r>
    </w:p>
    <w:p>
      <w:r>
        <w:t>2.在《人民日报》《光明日报》上发表2000字以上的理论文章，在江苏省哲学社会科学规划办公室主办的《宣传工作动态·社科基金成果专刊》上发表的论文或研究报告视同二类核心期刊论文。</w:t>
      </w:r>
    </w:p>
    <w:p>
      <w:r>
        <w:t>3.被省（部）级领导肯定性批示或被省委、省政府有关部门采纳的咨询报告和政策建议视同二类核心期刊论文。</w:t>
      </w:r>
    </w:p>
    <w:p>
      <w:r>
        <w:t>三类期刊：</w:t>
      </w:r>
    </w:p>
    <w:p>
      <w:r>
        <w:t>1.SSCI-4区收录论文视同三类核心期刊论文。</w:t>
      </w:r>
    </w:p>
    <w:p>
      <w:r>
        <w:t>2.在《中国社会科学报》上发表2000字以上的论文视同三类核心期刊论文。</w:t>
      </w:r>
    </w:p>
    <w:p>
      <w:r>
        <w:t>3.被市厅级主要领导肯定性批示的咨询报告和政策建议视同三类核心期刊论文。</w:t>
      </w:r>
    </w:p>
    <w:p>
      <w:r>
        <w:t>四类期刊：</w:t>
      </w:r>
    </w:p>
    <w:p>
      <w:r>
        <w:t>1.其他CSSCI扩展版期刊，列入CSSCI学术集刊目录的集刊为四类核心期刊。</w:t>
      </w:r>
    </w:p>
    <w:p>
      <w:r>
        <w:t>其他:</w:t>
      </w:r>
    </w:p>
    <w:p>
      <w:r>
        <w:t>1.表中打*者为一类权威核心期刊。</w:t>
      </w:r>
    </w:p>
    <w:p>
      <w:r>
        <w:t>2.人文社科处根据CSSCI来源期刊和CSSCI学术集刊目录的调整适时调整本目录。</w:t>
      </w:r>
    </w:p>
    <w:p>
      <w:r>
        <w:t>3.核心期刊上发表或转载的论文均须在3000字以上（上文有明确规定者除外）。</w:t>
      </w:r>
    </w:p>
    <w:p>
      <w:r>
        <w:t>4.建筑类第四轮学科评估补充期刊视同普通核心期刊。</w:t>
      </w:r>
    </w:p>
    <w:p>
      <w:r>
        <w:t>5.不与我国宪法、法律规定相抵触的且有规范审稿制度的境外连续出版的学术期刊等级，由人文社科处组织专家另行认定。</w:t>
      </w:r>
    </w:p>
    <w:p>
      <w:r>
        <w:t>6.本文件自公布之日起执行。</w:t>
      </w:r>
    </w:p>
    <w:p>
      <w:r>
        <w:t>附件2</w:t>
      </w:r>
    </w:p>
    <w:p>
      <w:r>
        <w:t>苏州科技大学核心期刊目录（自然科学类）</w:t>
      </w:r>
    </w:p>
    <w:p>
      <w:r>
        <w:t>（2021年修订）</w:t>
      </w:r>
    </w:p>
    <w:tbl>
      <w:tblPr>
        <w:tblStyle w:val="TableGrid"/>
        <w:tblW w:type="auto" w:w="0"/>
        <w:tblLook w:firstColumn="1" w:firstRow="1" w:lastColumn="0" w:lastRow="0" w:noHBand="0" w:noVBand="1" w:val="04A0"/>
      </w:tblPr>
      <w:tblGrid>
        <w:gridCol w:w="2880"/>
        <w:gridCol w:w="2880"/>
        <w:gridCol w:w="2880"/>
      </w:tblGrid>
      <w:tr>
        <w:tc>
          <w:tcPr>
            <w:tcW w:type="dxa" w:w="2880"/>
          </w:tcPr>
          <w:p>
            <w:r>
              <w:t>工学类（362种）</w:t>
            </w:r>
          </w:p>
        </w:tc>
        <w:tc>
          <w:tcPr>
            <w:tcW w:type="dxa" w:w="2880"/>
          </w:tcPr>
          <w:p/>
        </w:tc>
        <w:tc>
          <w:tcPr>
            <w:tcW w:type="dxa" w:w="2880"/>
          </w:tcPr>
          <w:p/>
        </w:tc>
      </w:tr>
      <w:tr>
        <w:tc>
          <w:tcPr>
            <w:tcW w:type="dxa" w:w="2880"/>
          </w:tcPr>
          <w:p>
            <w:r>
              <w:t>类别</w:t>
            </w:r>
          </w:p>
        </w:tc>
        <w:tc>
          <w:tcPr>
            <w:tcW w:type="dxa" w:w="2880"/>
          </w:tcPr>
          <w:p>
            <w:r>
              <w:t>期刊名称</w:t>
            </w:r>
          </w:p>
        </w:tc>
        <w:tc>
          <w:tcPr>
            <w:tcW w:type="dxa" w:w="2880"/>
          </w:tcPr>
          <w:p/>
        </w:tc>
      </w:tr>
      <w:tr>
        <w:tc>
          <w:tcPr>
            <w:tcW w:type="dxa" w:w="2880"/>
          </w:tcPr>
          <w:p>
            <w:r>
              <w:t>材料科学与工程（共17种期刊）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材料导报</w:t>
            </w:r>
          </w:p>
        </w:tc>
      </w:tr>
      <w:tr>
        <w:tc>
          <w:tcPr>
            <w:tcW w:type="dxa" w:w="2880"/>
          </w:tcPr>
          <w:p>
            <w:r>
              <w:t>2</w:t>
            </w:r>
          </w:p>
        </w:tc>
        <w:tc>
          <w:tcPr>
            <w:tcW w:type="dxa" w:w="2880"/>
          </w:tcPr>
          <w:p>
            <w:r>
              <w:t>材料工程</w:t>
            </w:r>
          </w:p>
        </w:tc>
        <w:tc>
          <w:tcPr>
            <w:tcW w:type="dxa" w:w="2880"/>
          </w:tcPr>
          <w:p/>
        </w:tc>
      </w:tr>
      <w:tr>
        <w:tc>
          <w:tcPr>
            <w:tcW w:type="dxa" w:w="2880"/>
          </w:tcPr>
          <w:p>
            <w:r>
              <w:t>3</w:t>
            </w:r>
          </w:p>
        </w:tc>
        <w:tc>
          <w:tcPr>
            <w:tcW w:type="dxa" w:w="2880"/>
          </w:tcPr>
          <w:p>
            <w:r>
              <w:t>复合材料学报</w:t>
            </w:r>
          </w:p>
        </w:tc>
        <w:tc>
          <w:tcPr>
            <w:tcW w:type="dxa" w:w="2880"/>
          </w:tcPr>
          <w:p/>
        </w:tc>
      </w:tr>
      <w:tr>
        <w:tc>
          <w:tcPr>
            <w:tcW w:type="dxa" w:w="2880"/>
          </w:tcPr>
          <w:p>
            <w:r>
              <w:t>二类（4种）</w:t>
            </w:r>
          </w:p>
        </w:tc>
        <w:tc>
          <w:tcPr>
            <w:tcW w:type="dxa" w:w="2880"/>
          </w:tcPr>
          <w:p>
            <w:r>
              <w:t>1</w:t>
            </w:r>
          </w:p>
        </w:tc>
        <w:tc>
          <w:tcPr>
            <w:tcW w:type="dxa" w:w="2880"/>
          </w:tcPr>
          <w:p>
            <w:r>
              <w:t>中国表面工程</w:t>
            </w:r>
          </w:p>
        </w:tc>
      </w:tr>
      <w:tr>
        <w:tc>
          <w:tcPr>
            <w:tcW w:type="dxa" w:w="2880"/>
          </w:tcPr>
          <w:p>
            <w:r>
              <w:t>2</w:t>
            </w:r>
          </w:p>
        </w:tc>
        <w:tc>
          <w:tcPr>
            <w:tcW w:type="dxa" w:w="2880"/>
          </w:tcPr>
          <w:p>
            <w:r>
              <w:t>纳米技术与精密工程</w:t>
            </w:r>
          </w:p>
        </w:tc>
        <w:tc>
          <w:tcPr>
            <w:tcW w:type="dxa" w:w="2880"/>
          </w:tcPr>
          <w:p/>
        </w:tc>
      </w:tr>
      <w:tr>
        <w:tc>
          <w:tcPr>
            <w:tcW w:type="dxa" w:w="2880"/>
          </w:tcPr>
          <w:p>
            <w:r>
              <w:t>3</w:t>
            </w:r>
          </w:p>
        </w:tc>
        <w:tc>
          <w:tcPr>
            <w:tcW w:type="dxa" w:w="2880"/>
          </w:tcPr>
          <w:p>
            <w:r>
              <w:t>材料研究学报</w:t>
            </w:r>
          </w:p>
        </w:tc>
        <w:tc>
          <w:tcPr>
            <w:tcW w:type="dxa" w:w="2880"/>
          </w:tcPr>
          <w:p/>
        </w:tc>
      </w:tr>
      <w:tr>
        <w:tc>
          <w:tcPr>
            <w:tcW w:type="dxa" w:w="2880"/>
          </w:tcPr>
          <w:p>
            <w:r>
              <w:t>4</w:t>
            </w:r>
          </w:p>
        </w:tc>
        <w:tc>
          <w:tcPr>
            <w:tcW w:type="dxa" w:w="2880"/>
          </w:tcPr>
          <w:p>
            <w:r>
              <w:t>中国材料进展</w:t>
            </w:r>
          </w:p>
        </w:tc>
        <w:tc>
          <w:tcPr>
            <w:tcW w:type="dxa" w:w="2880"/>
          </w:tcPr>
          <w:p/>
        </w:tc>
      </w:tr>
      <w:tr>
        <w:tc>
          <w:tcPr>
            <w:tcW w:type="dxa" w:w="2880"/>
          </w:tcPr>
          <w:p>
            <w:r>
              <w:t>三类（10种）</w:t>
            </w:r>
          </w:p>
        </w:tc>
        <w:tc>
          <w:tcPr>
            <w:tcW w:type="dxa" w:w="2880"/>
          </w:tcPr>
          <w:p>
            <w:r>
              <w:t>1</w:t>
            </w:r>
          </w:p>
        </w:tc>
        <w:tc>
          <w:tcPr>
            <w:tcW w:type="dxa" w:w="2880"/>
          </w:tcPr>
          <w:p>
            <w:r>
              <w:t>材料科学与工艺</w:t>
            </w:r>
          </w:p>
        </w:tc>
      </w:tr>
      <w:tr>
        <w:tc>
          <w:tcPr>
            <w:tcW w:type="dxa" w:w="2880"/>
          </w:tcPr>
          <w:p>
            <w:r>
              <w:t>2</w:t>
            </w:r>
          </w:p>
        </w:tc>
        <w:tc>
          <w:tcPr>
            <w:tcW w:type="dxa" w:w="2880"/>
          </w:tcPr>
          <w:p>
            <w:r>
              <w:t>塑性工程学报</w:t>
            </w:r>
          </w:p>
        </w:tc>
        <w:tc>
          <w:tcPr>
            <w:tcW w:type="dxa" w:w="2880"/>
          </w:tcPr>
          <w:p/>
        </w:tc>
      </w:tr>
      <w:tr>
        <w:tc>
          <w:tcPr>
            <w:tcW w:type="dxa" w:w="2880"/>
          </w:tcPr>
          <w:p>
            <w:r>
              <w:t>3</w:t>
            </w:r>
          </w:p>
        </w:tc>
        <w:tc>
          <w:tcPr>
            <w:tcW w:type="dxa" w:w="2880"/>
          </w:tcPr>
          <w:p>
            <w:r>
              <w:t>稀土</w:t>
            </w:r>
          </w:p>
        </w:tc>
        <w:tc>
          <w:tcPr>
            <w:tcW w:type="dxa" w:w="2880"/>
          </w:tcPr>
          <w:p/>
        </w:tc>
      </w:tr>
      <w:tr>
        <w:tc>
          <w:tcPr>
            <w:tcW w:type="dxa" w:w="2880"/>
          </w:tcPr>
          <w:p>
            <w:r>
              <w:t>4</w:t>
            </w:r>
          </w:p>
        </w:tc>
        <w:tc>
          <w:tcPr>
            <w:tcW w:type="dxa" w:w="2880"/>
          </w:tcPr>
          <w:p>
            <w:r>
              <w:t>中国塑料</w:t>
            </w:r>
          </w:p>
        </w:tc>
        <w:tc>
          <w:tcPr>
            <w:tcW w:type="dxa" w:w="2880"/>
          </w:tcPr>
          <w:p/>
        </w:tc>
      </w:tr>
      <w:tr>
        <w:tc>
          <w:tcPr>
            <w:tcW w:type="dxa" w:w="2880"/>
          </w:tcPr>
          <w:p>
            <w:r>
              <w:t>5</w:t>
            </w:r>
          </w:p>
        </w:tc>
        <w:tc>
          <w:tcPr>
            <w:tcW w:type="dxa" w:w="2880"/>
          </w:tcPr>
          <w:p>
            <w:r>
              <w:t>材料热处理学报</w:t>
            </w:r>
          </w:p>
        </w:tc>
        <w:tc>
          <w:tcPr>
            <w:tcW w:type="dxa" w:w="2880"/>
          </w:tcPr>
          <w:p/>
        </w:tc>
      </w:tr>
      <w:tr>
        <w:tc>
          <w:tcPr>
            <w:tcW w:type="dxa" w:w="2880"/>
          </w:tcPr>
          <w:p>
            <w:r>
              <w:t>6</w:t>
            </w:r>
          </w:p>
        </w:tc>
        <w:tc>
          <w:tcPr>
            <w:tcW w:type="dxa" w:w="2880"/>
          </w:tcPr>
          <w:p>
            <w:r>
              <w:t>塑料工业</w:t>
            </w:r>
          </w:p>
        </w:tc>
        <w:tc>
          <w:tcPr>
            <w:tcW w:type="dxa" w:w="2880"/>
          </w:tcPr>
          <w:p/>
        </w:tc>
      </w:tr>
      <w:tr>
        <w:tc>
          <w:tcPr>
            <w:tcW w:type="dxa" w:w="2880"/>
          </w:tcPr>
          <w:p>
            <w:r>
              <w:t>7</w:t>
            </w:r>
          </w:p>
        </w:tc>
        <w:tc>
          <w:tcPr>
            <w:tcW w:type="dxa" w:w="2880"/>
          </w:tcPr>
          <w:p>
            <w:r>
              <w:t>功能材料</w:t>
            </w:r>
          </w:p>
        </w:tc>
        <w:tc>
          <w:tcPr>
            <w:tcW w:type="dxa" w:w="2880"/>
          </w:tcPr>
          <w:p/>
        </w:tc>
      </w:tr>
      <w:tr>
        <w:tc>
          <w:tcPr>
            <w:tcW w:type="dxa" w:w="2880"/>
          </w:tcPr>
          <w:p>
            <w:r>
              <w:t>8</w:t>
            </w:r>
          </w:p>
        </w:tc>
        <w:tc>
          <w:tcPr>
            <w:tcW w:type="dxa" w:w="2880"/>
          </w:tcPr>
          <w:p>
            <w:r>
              <w:t>工程塑料应用</w:t>
            </w:r>
          </w:p>
        </w:tc>
        <w:tc>
          <w:tcPr>
            <w:tcW w:type="dxa" w:w="2880"/>
          </w:tcPr>
          <w:p/>
        </w:tc>
      </w:tr>
      <w:tr>
        <w:tc>
          <w:tcPr>
            <w:tcW w:type="dxa" w:w="2880"/>
          </w:tcPr>
          <w:p>
            <w:r>
              <w:t>9</w:t>
            </w:r>
          </w:p>
        </w:tc>
        <w:tc>
          <w:tcPr>
            <w:tcW w:type="dxa" w:w="2880"/>
          </w:tcPr>
          <w:p>
            <w:r>
              <w:t>Energy and Environme ntal Material</w:t>
            </w:r>
          </w:p>
        </w:tc>
        <w:tc>
          <w:tcPr>
            <w:tcW w:type="dxa" w:w="2880"/>
          </w:tcPr>
          <w:p/>
        </w:tc>
      </w:tr>
      <w:tr>
        <w:tc>
          <w:tcPr>
            <w:tcW w:type="dxa" w:w="2880"/>
          </w:tcPr>
          <w:p>
            <w:r>
              <w:t>10</w:t>
            </w:r>
          </w:p>
        </w:tc>
        <w:tc>
          <w:tcPr>
            <w:tcW w:type="dxa" w:w="2880"/>
          </w:tcPr>
          <w:p>
            <w:r>
              <w:t>Nano Materials Science</w:t>
            </w:r>
          </w:p>
        </w:tc>
        <w:tc>
          <w:tcPr>
            <w:tcW w:type="dxa" w:w="2880"/>
          </w:tcPr>
          <w:p/>
        </w:tc>
      </w:tr>
      <w:tr>
        <w:tc>
          <w:tcPr>
            <w:tcW w:type="dxa" w:w="2880"/>
          </w:tcPr>
          <w:p>
            <w:r>
              <w:t>环境科学与工程（共19种期刊）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Journal of Resources and Ecology</w:t>
            </w:r>
          </w:p>
        </w:tc>
      </w:tr>
      <w:tr>
        <w:tc>
          <w:tcPr>
            <w:tcW w:type="dxa" w:w="2880"/>
          </w:tcPr>
          <w:p>
            <w:r>
              <w:t>2</w:t>
            </w:r>
          </w:p>
        </w:tc>
        <w:tc>
          <w:tcPr>
            <w:tcW w:type="dxa" w:w="2880"/>
          </w:tcPr>
          <w:p>
            <w:r>
              <w:t>中国环境科学</w:t>
            </w:r>
          </w:p>
        </w:tc>
        <w:tc>
          <w:tcPr>
            <w:tcW w:type="dxa" w:w="2880"/>
          </w:tcPr>
          <w:p/>
        </w:tc>
      </w:tr>
      <w:tr>
        <w:tc>
          <w:tcPr>
            <w:tcW w:type="dxa" w:w="2880"/>
          </w:tcPr>
          <w:p>
            <w:r>
              <w:t>二类（6种）</w:t>
            </w:r>
          </w:p>
        </w:tc>
        <w:tc>
          <w:tcPr>
            <w:tcW w:type="dxa" w:w="2880"/>
          </w:tcPr>
          <w:p>
            <w:r>
              <w:t>1</w:t>
            </w:r>
          </w:p>
        </w:tc>
        <w:tc>
          <w:tcPr>
            <w:tcW w:type="dxa" w:w="2880"/>
          </w:tcPr>
          <w:p>
            <w:r>
              <w:t>环境科学</w:t>
            </w:r>
          </w:p>
        </w:tc>
      </w:tr>
      <w:tr>
        <w:tc>
          <w:tcPr>
            <w:tcW w:type="dxa" w:w="2880"/>
          </w:tcPr>
          <w:p>
            <w:r>
              <w:t>2</w:t>
            </w:r>
          </w:p>
        </w:tc>
        <w:tc>
          <w:tcPr>
            <w:tcW w:type="dxa" w:w="2880"/>
          </w:tcPr>
          <w:p>
            <w:r>
              <w:t>湖泊科学</w:t>
            </w:r>
          </w:p>
        </w:tc>
        <w:tc>
          <w:tcPr>
            <w:tcW w:type="dxa" w:w="2880"/>
          </w:tcPr>
          <w:p/>
        </w:tc>
      </w:tr>
      <w:tr>
        <w:tc>
          <w:tcPr>
            <w:tcW w:type="dxa" w:w="2880"/>
          </w:tcPr>
          <w:p>
            <w:r>
              <w:t>3</w:t>
            </w:r>
          </w:p>
        </w:tc>
        <w:tc>
          <w:tcPr>
            <w:tcW w:type="dxa" w:w="2880"/>
          </w:tcPr>
          <w:p>
            <w:r>
              <w:t>生态环境学报</w:t>
            </w:r>
          </w:p>
        </w:tc>
        <w:tc>
          <w:tcPr>
            <w:tcW w:type="dxa" w:w="2880"/>
          </w:tcPr>
          <w:p/>
        </w:tc>
      </w:tr>
      <w:tr>
        <w:tc>
          <w:tcPr>
            <w:tcW w:type="dxa" w:w="2880"/>
          </w:tcPr>
          <w:p>
            <w:r>
              <w:t>4</w:t>
            </w:r>
          </w:p>
        </w:tc>
        <w:tc>
          <w:tcPr>
            <w:tcW w:type="dxa" w:w="2880"/>
          </w:tcPr>
          <w:p>
            <w:r>
              <w:t>生态与农村环境学报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5</w:t>
            </w:r>
          </w:p>
        </w:tc>
        <w:tc>
          <w:tcPr>
            <w:tcW w:type="dxa" w:w="2880"/>
          </w:tcPr>
          <w:p>
            <w:r>
              <w:t>环境科学学报</w:t>
            </w:r>
          </w:p>
        </w:tc>
      </w:tr>
      <w:tr>
        <w:tc>
          <w:tcPr>
            <w:tcW w:type="dxa" w:w="2880"/>
          </w:tcPr>
          <w:p>
            <w:r>
              <w:t>6</w:t>
            </w:r>
          </w:p>
        </w:tc>
        <w:tc>
          <w:tcPr>
            <w:tcW w:type="dxa" w:w="2880"/>
          </w:tcPr>
          <w:p>
            <w:r>
              <w:t>农业环境科学学报</w:t>
            </w:r>
          </w:p>
        </w:tc>
        <w:tc>
          <w:tcPr>
            <w:tcW w:type="dxa" w:w="2880"/>
          </w:tcPr>
          <w:p/>
        </w:tc>
      </w:tr>
      <w:tr>
        <w:tc>
          <w:tcPr>
            <w:tcW w:type="dxa" w:w="2880"/>
          </w:tcPr>
          <w:p>
            <w:r>
              <w:t>三类（11种）</w:t>
            </w:r>
          </w:p>
        </w:tc>
        <w:tc>
          <w:tcPr>
            <w:tcW w:type="dxa" w:w="2880"/>
          </w:tcPr>
          <w:p>
            <w:r>
              <w:t>1</w:t>
            </w:r>
          </w:p>
        </w:tc>
        <w:tc>
          <w:tcPr>
            <w:tcW w:type="dxa" w:w="2880"/>
          </w:tcPr>
          <w:p>
            <w:r>
              <w:t>环境科学研究</w:t>
            </w:r>
          </w:p>
        </w:tc>
      </w:tr>
      <w:tr>
        <w:tc>
          <w:tcPr>
            <w:tcW w:type="dxa" w:w="2880"/>
          </w:tcPr>
          <w:p>
            <w:r>
              <w:t>2</w:t>
            </w:r>
          </w:p>
        </w:tc>
        <w:tc>
          <w:tcPr>
            <w:tcW w:type="dxa" w:w="2880"/>
          </w:tcPr>
          <w:p>
            <w:r>
              <w:t>地球与环境</w:t>
            </w:r>
          </w:p>
        </w:tc>
        <w:tc>
          <w:tcPr>
            <w:tcW w:type="dxa" w:w="2880"/>
          </w:tcPr>
          <w:p/>
        </w:tc>
      </w:tr>
      <w:tr>
        <w:tc>
          <w:tcPr>
            <w:tcW w:type="dxa" w:w="2880"/>
          </w:tcPr>
          <w:p>
            <w:r>
              <w:t>3</w:t>
            </w:r>
          </w:p>
        </w:tc>
        <w:tc>
          <w:tcPr>
            <w:tcW w:type="dxa" w:w="2880"/>
          </w:tcPr>
          <w:p>
            <w:r>
              <w:t>中国环境监测</w:t>
            </w:r>
          </w:p>
        </w:tc>
        <w:tc>
          <w:tcPr>
            <w:tcW w:type="dxa" w:w="2880"/>
          </w:tcPr>
          <w:p/>
        </w:tc>
      </w:tr>
      <w:tr>
        <w:tc>
          <w:tcPr>
            <w:tcW w:type="dxa" w:w="2880"/>
          </w:tcPr>
          <w:p>
            <w:r>
              <w:t>4</w:t>
            </w:r>
          </w:p>
        </w:tc>
        <w:tc>
          <w:tcPr>
            <w:tcW w:type="dxa" w:w="2880"/>
          </w:tcPr>
          <w:p>
            <w:r>
              <w:t>环境化学</w:t>
            </w:r>
          </w:p>
        </w:tc>
        <w:tc>
          <w:tcPr>
            <w:tcW w:type="dxa" w:w="2880"/>
          </w:tcPr>
          <w:p/>
        </w:tc>
      </w:tr>
      <w:tr>
        <w:tc>
          <w:tcPr>
            <w:tcW w:type="dxa" w:w="2880"/>
          </w:tcPr>
          <w:p>
            <w:r>
              <w:t>5</w:t>
            </w:r>
          </w:p>
        </w:tc>
        <w:tc>
          <w:tcPr>
            <w:tcW w:type="dxa" w:w="2880"/>
          </w:tcPr>
          <w:p>
            <w:r>
              <w:t>湿地科学</w:t>
            </w:r>
          </w:p>
        </w:tc>
        <w:tc>
          <w:tcPr>
            <w:tcW w:type="dxa" w:w="2880"/>
          </w:tcPr>
          <w:p/>
        </w:tc>
      </w:tr>
      <w:tr>
        <w:tc>
          <w:tcPr>
            <w:tcW w:type="dxa" w:w="2880"/>
          </w:tcPr>
          <w:p>
            <w:r>
              <w:t>6</w:t>
            </w:r>
          </w:p>
        </w:tc>
        <w:tc>
          <w:tcPr>
            <w:tcW w:type="dxa" w:w="2880"/>
          </w:tcPr>
          <w:p>
            <w:r>
              <w:t>生态毒理学报</w:t>
            </w:r>
          </w:p>
        </w:tc>
        <w:tc>
          <w:tcPr>
            <w:tcW w:type="dxa" w:w="2880"/>
          </w:tcPr>
          <w:p/>
        </w:tc>
      </w:tr>
      <w:tr>
        <w:tc>
          <w:tcPr>
            <w:tcW w:type="dxa" w:w="2880"/>
          </w:tcPr>
          <w:p>
            <w:r>
              <w:t>7</w:t>
            </w:r>
          </w:p>
        </w:tc>
        <w:tc>
          <w:tcPr>
            <w:tcW w:type="dxa" w:w="2880"/>
          </w:tcPr>
          <w:p>
            <w:r>
              <w:t>环境工程</w:t>
            </w:r>
          </w:p>
        </w:tc>
        <w:tc>
          <w:tcPr>
            <w:tcW w:type="dxa" w:w="2880"/>
          </w:tcPr>
          <w:p/>
        </w:tc>
      </w:tr>
      <w:tr>
        <w:tc>
          <w:tcPr>
            <w:tcW w:type="dxa" w:w="2880"/>
          </w:tcPr>
          <w:p>
            <w:r>
              <w:t>8</w:t>
            </w:r>
          </w:p>
        </w:tc>
        <w:tc>
          <w:tcPr>
            <w:tcW w:type="dxa" w:w="2880"/>
          </w:tcPr>
          <w:p>
            <w:r>
              <w:t>环境科学与技术</w:t>
            </w:r>
          </w:p>
        </w:tc>
        <w:tc>
          <w:tcPr>
            <w:tcW w:type="dxa" w:w="2880"/>
          </w:tcPr>
          <w:p/>
        </w:tc>
      </w:tr>
      <w:tr>
        <w:tc>
          <w:tcPr>
            <w:tcW w:type="dxa" w:w="2880"/>
          </w:tcPr>
          <w:p>
            <w:r>
              <w:t>9</w:t>
            </w:r>
          </w:p>
        </w:tc>
        <w:tc>
          <w:tcPr>
            <w:tcW w:type="dxa" w:w="2880"/>
          </w:tcPr>
          <w:p>
            <w:r>
              <w:t>环境工程学报</w:t>
            </w:r>
          </w:p>
        </w:tc>
        <w:tc>
          <w:tcPr>
            <w:tcW w:type="dxa" w:w="2880"/>
          </w:tcPr>
          <w:p/>
        </w:tc>
      </w:tr>
      <w:tr>
        <w:tc>
          <w:tcPr>
            <w:tcW w:type="dxa" w:w="2880"/>
          </w:tcPr>
          <w:p>
            <w:r>
              <w:t>10</w:t>
            </w:r>
          </w:p>
        </w:tc>
        <w:tc>
          <w:tcPr>
            <w:tcW w:type="dxa" w:w="2880"/>
          </w:tcPr>
          <w:p>
            <w:r>
              <w:t>资源科学</w:t>
            </w:r>
          </w:p>
        </w:tc>
        <w:tc>
          <w:tcPr>
            <w:tcW w:type="dxa" w:w="2880"/>
          </w:tcPr>
          <w:p/>
        </w:tc>
      </w:tr>
      <w:tr>
        <w:tc>
          <w:tcPr>
            <w:tcW w:type="dxa" w:w="2880"/>
          </w:tcPr>
          <w:p>
            <w:r>
              <w:t>11</w:t>
            </w:r>
          </w:p>
        </w:tc>
        <w:tc>
          <w:tcPr>
            <w:tcW w:type="dxa" w:w="2880"/>
          </w:tcPr>
          <w:p>
            <w:r>
              <w:t>地球环境学报</w:t>
            </w:r>
          </w:p>
        </w:tc>
        <w:tc>
          <w:tcPr>
            <w:tcW w:type="dxa" w:w="2880"/>
          </w:tcPr>
          <w:p/>
        </w:tc>
      </w:tr>
      <w:tr>
        <w:tc>
          <w:tcPr>
            <w:tcW w:type="dxa" w:w="2880"/>
          </w:tcPr>
          <w:p>
            <w:r>
              <w:t>计算机科学与技术（共17种期刊）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计算机学报</w:t>
            </w:r>
          </w:p>
        </w:tc>
      </w:tr>
      <w:tr>
        <w:tc>
          <w:tcPr>
            <w:tcW w:type="dxa" w:w="2880"/>
          </w:tcPr>
          <w:p>
            <w:r>
              <w:t>2</w:t>
            </w:r>
          </w:p>
        </w:tc>
        <w:tc>
          <w:tcPr>
            <w:tcW w:type="dxa" w:w="2880"/>
          </w:tcPr>
          <w:p>
            <w:r>
              <w:t>Journal of Control and Decision</w:t>
            </w:r>
          </w:p>
        </w:tc>
        <w:tc>
          <w:tcPr>
            <w:tcW w:type="dxa" w:w="2880"/>
          </w:tcPr>
          <w:p/>
        </w:tc>
      </w:tr>
      <w:tr>
        <w:tc>
          <w:tcPr>
            <w:tcW w:type="dxa" w:w="2880"/>
          </w:tcPr>
          <w:p>
            <w:r>
              <w:t>3</w:t>
            </w:r>
          </w:p>
        </w:tc>
        <w:tc>
          <w:tcPr>
            <w:tcW w:type="dxa" w:w="2880"/>
          </w:tcPr>
          <w:p>
            <w:r>
              <w:t>软件学报</w:t>
            </w:r>
          </w:p>
        </w:tc>
        <w:tc>
          <w:tcPr>
            <w:tcW w:type="dxa" w:w="2880"/>
          </w:tcPr>
          <w:p/>
        </w:tc>
      </w:tr>
      <w:tr>
        <w:tc>
          <w:tcPr>
            <w:tcW w:type="dxa" w:w="2880"/>
          </w:tcPr>
          <w:p>
            <w:r>
              <w:t>二类（2种）</w:t>
            </w:r>
          </w:p>
        </w:tc>
        <w:tc>
          <w:tcPr>
            <w:tcW w:type="dxa" w:w="2880"/>
          </w:tcPr>
          <w:p>
            <w:r>
              <w:t>1</w:t>
            </w:r>
          </w:p>
        </w:tc>
        <w:tc>
          <w:tcPr>
            <w:tcW w:type="dxa" w:w="2880"/>
          </w:tcPr>
          <w:p>
            <w:r>
              <w:t>计算机应用</w:t>
            </w:r>
          </w:p>
        </w:tc>
      </w:tr>
      <w:tr>
        <w:tc>
          <w:tcPr>
            <w:tcW w:type="dxa" w:w="2880"/>
          </w:tcPr>
          <w:p>
            <w:r>
              <w:t>2</w:t>
            </w:r>
          </w:p>
        </w:tc>
        <w:tc>
          <w:tcPr>
            <w:tcW w:type="dxa" w:w="2880"/>
          </w:tcPr>
          <w:p>
            <w:r>
              <w:t>小型微型计算机系统</w:t>
            </w:r>
          </w:p>
        </w:tc>
        <w:tc>
          <w:tcPr>
            <w:tcW w:type="dxa" w:w="2880"/>
          </w:tcPr>
          <w:p/>
        </w:tc>
      </w:tr>
      <w:tr>
        <w:tc>
          <w:tcPr>
            <w:tcW w:type="dxa" w:w="2880"/>
          </w:tcPr>
          <w:p>
            <w:r>
              <w:t>三类（12种）</w:t>
            </w:r>
          </w:p>
        </w:tc>
        <w:tc>
          <w:tcPr>
            <w:tcW w:type="dxa" w:w="2880"/>
          </w:tcPr>
          <w:p>
            <w:r>
              <w:t>1</w:t>
            </w:r>
          </w:p>
        </w:tc>
        <w:tc>
          <w:tcPr>
            <w:tcW w:type="dxa" w:w="2880"/>
          </w:tcPr>
          <w:p>
            <w:r>
              <w:t>信息安全学报</w:t>
            </w:r>
          </w:p>
        </w:tc>
      </w:tr>
      <w:tr>
        <w:tc>
          <w:tcPr>
            <w:tcW w:type="dxa" w:w="2880"/>
          </w:tcPr>
          <w:p>
            <w:r>
              <w:t>2</w:t>
            </w:r>
          </w:p>
        </w:tc>
        <w:tc>
          <w:tcPr>
            <w:tcW w:type="dxa" w:w="2880"/>
          </w:tcPr>
          <w:p>
            <w:r>
              <w:t>计算机应用研究</w:t>
            </w:r>
          </w:p>
        </w:tc>
        <w:tc>
          <w:tcPr>
            <w:tcW w:type="dxa" w:w="2880"/>
          </w:tcPr>
          <w:p/>
        </w:tc>
      </w:tr>
      <w:tr>
        <w:tc>
          <w:tcPr>
            <w:tcW w:type="dxa" w:w="2880"/>
          </w:tcPr>
          <w:p>
            <w:r>
              <w:t>3</w:t>
            </w:r>
          </w:p>
        </w:tc>
        <w:tc>
          <w:tcPr>
            <w:tcW w:type="dxa" w:w="2880"/>
          </w:tcPr>
          <w:p>
            <w:r>
              <w:t>计算机辅助设计与图形学学报</w:t>
            </w:r>
          </w:p>
        </w:tc>
        <w:tc>
          <w:tcPr>
            <w:tcW w:type="dxa" w:w="2880"/>
          </w:tcPr>
          <w:p/>
        </w:tc>
      </w:tr>
      <w:tr>
        <w:tc>
          <w:tcPr>
            <w:tcW w:type="dxa" w:w="2880"/>
          </w:tcPr>
          <w:p>
            <w:r>
              <w:t>4</w:t>
            </w:r>
          </w:p>
        </w:tc>
        <w:tc>
          <w:tcPr>
            <w:tcW w:type="dxa" w:w="2880"/>
          </w:tcPr>
          <w:p>
            <w:r>
              <w:t>计算机科学与探索</w:t>
            </w:r>
          </w:p>
        </w:tc>
        <w:tc>
          <w:tcPr>
            <w:tcW w:type="dxa" w:w="2880"/>
          </w:tcPr>
          <w:p/>
        </w:tc>
      </w:tr>
      <w:tr>
        <w:tc>
          <w:tcPr>
            <w:tcW w:type="dxa" w:w="2880"/>
          </w:tcPr>
          <w:p>
            <w:r>
              <w:t>5</w:t>
            </w:r>
          </w:p>
        </w:tc>
        <w:tc>
          <w:tcPr>
            <w:tcW w:type="dxa" w:w="2880"/>
          </w:tcPr>
          <w:p>
            <w:r>
              <w:t>中文信息学报</w:t>
            </w:r>
          </w:p>
        </w:tc>
        <w:tc>
          <w:tcPr>
            <w:tcW w:type="dxa" w:w="2880"/>
          </w:tcPr>
          <w:p/>
        </w:tc>
      </w:tr>
      <w:tr>
        <w:tc>
          <w:tcPr>
            <w:tcW w:type="dxa" w:w="2880"/>
          </w:tcPr>
          <w:p>
            <w:r>
              <w:t>6</w:t>
            </w:r>
          </w:p>
        </w:tc>
        <w:tc>
          <w:tcPr>
            <w:tcW w:type="dxa" w:w="2880"/>
          </w:tcPr>
          <w:p>
            <w:r>
              <w:t>计算机工程与应用</w:t>
            </w:r>
          </w:p>
        </w:tc>
        <w:tc>
          <w:tcPr>
            <w:tcW w:type="dxa" w:w="2880"/>
          </w:tcPr>
          <w:p/>
        </w:tc>
      </w:tr>
      <w:tr>
        <w:tc>
          <w:tcPr>
            <w:tcW w:type="dxa" w:w="2880"/>
          </w:tcPr>
          <w:p>
            <w:r>
              <w:t>7</w:t>
            </w:r>
          </w:p>
        </w:tc>
        <w:tc>
          <w:tcPr>
            <w:tcW w:type="dxa" w:w="2880"/>
          </w:tcPr>
          <w:p>
            <w:r>
              <w:t>计算机科学</w:t>
            </w:r>
          </w:p>
        </w:tc>
        <w:tc>
          <w:tcPr>
            <w:tcW w:type="dxa" w:w="2880"/>
          </w:tcPr>
          <w:p/>
        </w:tc>
      </w:tr>
      <w:tr>
        <w:tc>
          <w:tcPr>
            <w:tcW w:type="dxa" w:w="2880"/>
          </w:tcPr>
          <w:p>
            <w:r>
              <w:t>8</w:t>
            </w:r>
          </w:p>
        </w:tc>
        <w:tc>
          <w:tcPr>
            <w:tcW w:type="dxa" w:w="2880"/>
          </w:tcPr>
          <w:p>
            <w:r>
              <w:t>计算机工程</w:t>
            </w:r>
          </w:p>
        </w:tc>
        <w:tc>
          <w:tcPr>
            <w:tcW w:type="dxa" w:w="2880"/>
          </w:tcPr>
          <w:p/>
        </w:tc>
      </w:tr>
      <w:tr>
        <w:tc>
          <w:tcPr>
            <w:tcW w:type="dxa" w:w="2880"/>
          </w:tcPr>
          <w:p>
            <w:r>
              <w:t>9</w:t>
            </w:r>
          </w:p>
        </w:tc>
        <w:tc>
          <w:tcPr>
            <w:tcW w:type="dxa" w:w="2880"/>
          </w:tcPr>
          <w:p>
            <w:r>
              <w:t>计算机工程与设计</w:t>
            </w:r>
          </w:p>
        </w:tc>
        <w:tc>
          <w:tcPr>
            <w:tcW w:type="dxa" w:w="2880"/>
          </w:tcPr>
          <w:p/>
        </w:tc>
      </w:tr>
      <w:tr>
        <w:tc>
          <w:tcPr>
            <w:tcW w:type="dxa" w:w="2880"/>
          </w:tcPr>
          <w:p>
            <w:r>
              <w:t>10</w:t>
            </w:r>
          </w:p>
        </w:tc>
        <w:tc>
          <w:tcPr>
            <w:tcW w:type="dxa" w:w="2880"/>
          </w:tcPr>
          <w:p>
            <w:r>
              <w:t>计算机集成制造系统</w:t>
            </w:r>
          </w:p>
        </w:tc>
        <w:tc>
          <w:tcPr>
            <w:tcW w:type="dxa" w:w="2880"/>
          </w:tcPr>
          <w:p/>
        </w:tc>
      </w:tr>
      <w:tr>
        <w:tc>
          <w:tcPr>
            <w:tcW w:type="dxa" w:w="2880"/>
          </w:tcPr>
          <w:p>
            <w:r>
              <w:t>11</w:t>
            </w:r>
          </w:p>
        </w:tc>
        <w:tc>
          <w:tcPr>
            <w:tcW w:type="dxa" w:w="2880"/>
          </w:tcPr>
          <w:p>
            <w:r>
              <w:t>微电子学与计算机</w:t>
            </w:r>
          </w:p>
        </w:tc>
        <w:tc>
          <w:tcPr>
            <w:tcW w:type="dxa" w:w="2880"/>
          </w:tcPr>
          <w:p/>
        </w:tc>
      </w:tr>
      <w:tr>
        <w:tc>
          <w:tcPr>
            <w:tcW w:type="dxa" w:w="2880"/>
          </w:tcPr>
          <w:p>
            <w:r>
              <w:t>12</w:t>
            </w:r>
          </w:p>
        </w:tc>
        <w:tc>
          <w:tcPr>
            <w:tcW w:type="dxa" w:w="2880"/>
          </w:tcPr>
          <w:p>
            <w:r>
              <w:t>计算机仿真</w:t>
            </w:r>
          </w:p>
        </w:tc>
        <w:tc>
          <w:tcPr>
            <w:tcW w:type="dxa" w:w="2880"/>
          </w:tcPr>
          <w:p/>
        </w:tc>
      </w:tr>
      <w:tr>
        <w:tc>
          <w:tcPr>
            <w:tcW w:type="dxa" w:w="2880"/>
          </w:tcPr>
          <w:p>
            <w:r>
              <w:t>化学工程与技术（共15种期刊）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燃料化学学报</w:t>
            </w:r>
          </w:p>
        </w:tc>
      </w:tr>
      <w:tr>
        <w:tc>
          <w:tcPr>
            <w:tcW w:type="dxa" w:w="2880"/>
          </w:tcPr>
          <w:p>
            <w:r>
              <w:t>2</w:t>
            </w:r>
          </w:p>
        </w:tc>
        <w:tc>
          <w:tcPr>
            <w:tcW w:type="dxa" w:w="2880"/>
          </w:tcPr>
          <w:p>
            <w:r>
              <w:t>化工学报</w:t>
            </w:r>
          </w:p>
        </w:tc>
        <w:tc>
          <w:tcPr>
            <w:tcW w:type="dxa" w:w="2880"/>
          </w:tcPr>
          <w:p/>
        </w:tc>
      </w:tr>
      <w:tr>
        <w:tc>
          <w:tcPr>
            <w:tcW w:type="dxa" w:w="2880"/>
          </w:tcPr>
          <w:p>
            <w:r>
              <w:t>3</w:t>
            </w:r>
          </w:p>
        </w:tc>
        <w:tc>
          <w:tcPr>
            <w:tcW w:type="dxa" w:w="2880"/>
          </w:tcPr>
          <w:p>
            <w:r>
              <w:t>硅酸盐学报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二类（4种）</w:t>
            </w:r>
          </w:p>
        </w:tc>
        <w:tc>
          <w:tcPr>
            <w:tcW w:type="dxa" w:w="2880"/>
          </w:tcPr>
          <w:p>
            <w:r>
              <w:t>1</w:t>
            </w:r>
          </w:p>
        </w:tc>
        <w:tc>
          <w:tcPr>
            <w:tcW w:type="dxa" w:w="2880"/>
          </w:tcPr>
          <w:p>
            <w:r>
              <w:t>质谱学报</w:t>
            </w:r>
          </w:p>
        </w:tc>
      </w:tr>
      <w:tr>
        <w:tc>
          <w:tcPr>
            <w:tcW w:type="dxa" w:w="2880"/>
          </w:tcPr>
          <w:p>
            <w:r>
              <w:t>2</w:t>
            </w:r>
          </w:p>
        </w:tc>
        <w:tc>
          <w:tcPr>
            <w:tcW w:type="dxa" w:w="2880"/>
          </w:tcPr>
          <w:p>
            <w:r>
              <w:t>化工进展</w:t>
            </w:r>
          </w:p>
        </w:tc>
        <w:tc>
          <w:tcPr>
            <w:tcW w:type="dxa" w:w="2880"/>
          </w:tcPr>
          <w:p/>
        </w:tc>
      </w:tr>
      <w:tr>
        <w:tc>
          <w:tcPr>
            <w:tcW w:type="dxa" w:w="2880"/>
          </w:tcPr>
          <w:p>
            <w:r>
              <w:t>3</w:t>
            </w:r>
          </w:p>
        </w:tc>
        <w:tc>
          <w:tcPr>
            <w:tcW w:type="dxa" w:w="2880"/>
          </w:tcPr>
          <w:p>
            <w:r>
              <w:t>林产化学与工业</w:t>
            </w:r>
          </w:p>
        </w:tc>
        <w:tc>
          <w:tcPr>
            <w:tcW w:type="dxa" w:w="2880"/>
          </w:tcPr>
          <w:p/>
        </w:tc>
      </w:tr>
      <w:tr>
        <w:tc>
          <w:tcPr>
            <w:tcW w:type="dxa" w:w="2880"/>
          </w:tcPr>
          <w:p>
            <w:r>
              <w:t>4</w:t>
            </w:r>
          </w:p>
        </w:tc>
        <w:tc>
          <w:tcPr>
            <w:tcW w:type="dxa" w:w="2880"/>
          </w:tcPr>
          <w:p>
            <w:r>
              <w:t>高分子材料科学与工程</w:t>
            </w:r>
          </w:p>
        </w:tc>
        <w:tc>
          <w:tcPr>
            <w:tcW w:type="dxa" w:w="2880"/>
          </w:tcPr>
          <w:p/>
        </w:tc>
      </w:tr>
      <w:tr>
        <w:tc>
          <w:tcPr>
            <w:tcW w:type="dxa" w:w="2880"/>
          </w:tcPr>
          <w:p>
            <w:r>
              <w:t>三类（8种）</w:t>
            </w:r>
          </w:p>
        </w:tc>
        <w:tc>
          <w:tcPr>
            <w:tcW w:type="dxa" w:w="2880"/>
          </w:tcPr>
          <w:p>
            <w:r>
              <w:t>1</w:t>
            </w:r>
          </w:p>
        </w:tc>
        <w:tc>
          <w:tcPr>
            <w:tcW w:type="dxa" w:w="2880"/>
          </w:tcPr>
          <w:p>
            <w:r>
              <w:t>精细化工</w:t>
            </w:r>
          </w:p>
        </w:tc>
      </w:tr>
      <w:tr>
        <w:tc>
          <w:tcPr>
            <w:tcW w:type="dxa" w:w="2880"/>
          </w:tcPr>
          <w:p>
            <w:r>
              <w:t>2</w:t>
            </w:r>
          </w:p>
        </w:tc>
        <w:tc>
          <w:tcPr>
            <w:tcW w:type="dxa" w:w="2880"/>
          </w:tcPr>
          <w:p>
            <w:r>
              <w:t>煤炭转化</w:t>
            </w:r>
          </w:p>
        </w:tc>
        <w:tc>
          <w:tcPr>
            <w:tcW w:type="dxa" w:w="2880"/>
          </w:tcPr>
          <w:p/>
        </w:tc>
      </w:tr>
      <w:tr>
        <w:tc>
          <w:tcPr>
            <w:tcW w:type="dxa" w:w="2880"/>
          </w:tcPr>
          <w:p>
            <w:r>
              <w:t>3</w:t>
            </w:r>
          </w:p>
        </w:tc>
        <w:tc>
          <w:tcPr>
            <w:tcW w:type="dxa" w:w="2880"/>
          </w:tcPr>
          <w:p>
            <w:r>
              <w:t>塑料</w:t>
            </w:r>
          </w:p>
        </w:tc>
        <w:tc>
          <w:tcPr>
            <w:tcW w:type="dxa" w:w="2880"/>
          </w:tcPr>
          <w:p/>
        </w:tc>
      </w:tr>
      <w:tr>
        <w:tc>
          <w:tcPr>
            <w:tcW w:type="dxa" w:w="2880"/>
          </w:tcPr>
          <w:p>
            <w:r>
              <w:t>4</w:t>
            </w:r>
          </w:p>
        </w:tc>
        <w:tc>
          <w:tcPr>
            <w:tcW w:type="dxa" w:w="2880"/>
          </w:tcPr>
          <w:p>
            <w:r>
              <w:t>过程工程学报</w:t>
            </w:r>
          </w:p>
        </w:tc>
        <w:tc>
          <w:tcPr>
            <w:tcW w:type="dxa" w:w="2880"/>
          </w:tcPr>
          <w:p/>
        </w:tc>
      </w:tr>
      <w:tr>
        <w:tc>
          <w:tcPr>
            <w:tcW w:type="dxa" w:w="2880"/>
          </w:tcPr>
          <w:p>
            <w:r>
              <w:t>5</w:t>
            </w:r>
          </w:p>
        </w:tc>
        <w:tc>
          <w:tcPr>
            <w:tcW w:type="dxa" w:w="2880"/>
          </w:tcPr>
          <w:p>
            <w:r>
              <w:t>高校化学工程学报</w:t>
            </w:r>
          </w:p>
        </w:tc>
        <w:tc>
          <w:tcPr>
            <w:tcW w:type="dxa" w:w="2880"/>
          </w:tcPr>
          <w:p/>
        </w:tc>
      </w:tr>
      <w:tr>
        <w:tc>
          <w:tcPr>
            <w:tcW w:type="dxa" w:w="2880"/>
          </w:tcPr>
          <w:p>
            <w:r>
              <w:t>6</w:t>
            </w:r>
          </w:p>
        </w:tc>
        <w:tc>
          <w:tcPr>
            <w:tcW w:type="dxa" w:w="2880"/>
          </w:tcPr>
          <w:p>
            <w:r>
              <w:t>化学工业与工程</w:t>
            </w:r>
          </w:p>
        </w:tc>
        <w:tc>
          <w:tcPr>
            <w:tcW w:type="dxa" w:w="2880"/>
          </w:tcPr>
          <w:p/>
        </w:tc>
      </w:tr>
      <w:tr>
        <w:tc>
          <w:tcPr>
            <w:tcW w:type="dxa" w:w="2880"/>
          </w:tcPr>
          <w:p>
            <w:r>
              <w:t>7</w:t>
            </w:r>
          </w:p>
        </w:tc>
        <w:tc>
          <w:tcPr>
            <w:tcW w:type="dxa" w:w="2880"/>
          </w:tcPr>
          <w:p>
            <w:r>
              <w:t>膜科学与技术</w:t>
            </w:r>
          </w:p>
        </w:tc>
        <w:tc>
          <w:tcPr>
            <w:tcW w:type="dxa" w:w="2880"/>
          </w:tcPr>
          <w:p/>
        </w:tc>
      </w:tr>
      <w:tr>
        <w:tc>
          <w:tcPr>
            <w:tcW w:type="dxa" w:w="2880"/>
          </w:tcPr>
          <w:p>
            <w:r>
              <w:t>8</w:t>
            </w:r>
          </w:p>
        </w:tc>
        <w:tc>
          <w:tcPr>
            <w:tcW w:type="dxa" w:w="2880"/>
          </w:tcPr>
          <w:p>
            <w:r>
              <w:t>爆破器材</w:t>
            </w:r>
          </w:p>
        </w:tc>
        <w:tc>
          <w:tcPr>
            <w:tcW w:type="dxa" w:w="2880"/>
          </w:tcPr>
          <w:p/>
        </w:tc>
      </w:tr>
      <w:tr>
        <w:tc>
          <w:tcPr>
            <w:tcW w:type="dxa" w:w="2880"/>
          </w:tcPr>
          <w:p>
            <w:r>
              <w:t>生物工程（共11种期刊）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生物工程学报</w:t>
            </w:r>
          </w:p>
        </w:tc>
      </w:tr>
      <w:tr>
        <w:tc>
          <w:tcPr>
            <w:tcW w:type="dxa" w:w="2880"/>
          </w:tcPr>
          <w:p>
            <w:r>
              <w:t>二类（5种）</w:t>
            </w:r>
          </w:p>
        </w:tc>
        <w:tc>
          <w:tcPr>
            <w:tcW w:type="dxa" w:w="2880"/>
          </w:tcPr>
          <w:p>
            <w:r>
              <w:t>1</w:t>
            </w:r>
          </w:p>
        </w:tc>
        <w:tc>
          <w:tcPr>
            <w:tcW w:type="dxa" w:w="2880"/>
          </w:tcPr>
          <w:p>
            <w:r>
              <w:t>应用与环境生物学报</w:t>
            </w:r>
          </w:p>
        </w:tc>
      </w:tr>
      <w:tr>
        <w:tc>
          <w:tcPr>
            <w:tcW w:type="dxa" w:w="2880"/>
          </w:tcPr>
          <w:p>
            <w:r>
              <w:t>2</w:t>
            </w:r>
          </w:p>
        </w:tc>
        <w:tc>
          <w:tcPr>
            <w:tcW w:type="dxa" w:w="2880"/>
          </w:tcPr>
          <w:p>
            <w:r>
              <w:t>微生物学报</w:t>
            </w:r>
          </w:p>
        </w:tc>
        <w:tc>
          <w:tcPr>
            <w:tcW w:type="dxa" w:w="2880"/>
          </w:tcPr>
          <w:p/>
        </w:tc>
      </w:tr>
      <w:tr>
        <w:tc>
          <w:tcPr>
            <w:tcW w:type="dxa" w:w="2880"/>
          </w:tcPr>
          <w:p>
            <w:r>
              <w:t>3</w:t>
            </w:r>
          </w:p>
        </w:tc>
        <w:tc>
          <w:tcPr>
            <w:tcW w:type="dxa" w:w="2880"/>
          </w:tcPr>
          <w:p>
            <w:r>
              <w:t>生物多样性</w:t>
            </w:r>
          </w:p>
        </w:tc>
        <w:tc>
          <w:tcPr>
            <w:tcW w:type="dxa" w:w="2880"/>
          </w:tcPr>
          <w:p/>
        </w:tc>
      </w:tr>
      <w:tr>
        <w:tc>
          <w:tcPr>
            <w:tcW w:type="dxa" w:w="2880"/>
          </w:tcPr>
          <w:p>
            <w:r>
              <w:t>4</w:t>
            </w:r>
          </w:p>
        </w:tc>
        <w:tc>
          <w:tcPr>
            <w:tcW w:type="dxa" w:w="2880"/>
          </w:tcPr>
          <w:p>
            <w:r>
              <w:t>Quantitative Biology</w:t>
            </w:r>
          </w:p>
        </w:tc>
        <w:tc>
          <w:tcPr>
            <w:tcW w:type="dxa" w:w="2880"/>
          </w:tcPr>
          <w:p/>
        </w:tc>
      </w:tr>
      <w:tr>
        <w:tc>
          <w:tcPr>
            <w:tcW w:type="dxa" w:w="2880"/>
          </w:tcPr>
          <w:p>
            <w:r>
              <w:t>5</w:t>
            </w:r>
          </w:p>
        </w:tc>
        <w:tc>
          <w:tcPr>
            <w:tcW w:type="dxa" w:w="2880"/>
          </w:tcPr>
          <w:p>
            <w:r>
              <w:t>微生物学通报</w:t>
            </w:r>
          </w:p>
        </w:tc>
        <w:tc>
          <w:tcPr>
            <w:tcW w:type="dxa" w:w="2880"/>
          </w:tcPr>
          <w:p/>
        </w:tc>
      </w:tr>
      <w:tr>
        <w:tc>
          <w:tcPr>
            <w:tcW w:type="dxa" w:w="2880"/>
          </w:tcPr>
          <w:p>
            <w:r>
              <w:t>三类（5种）</w:t>
            </w:r>
          </w:p>
        </w:tc>
        <w:tc>
          <w:tcPr>
            <w:tcW w:type="dxa" w:w="2880"/>
          </w:tcPr>
          <w:p>
            <w:r>
              <w:t>1</w:t>
            </w:r>
          </w:p>
        </w:tc>
        <w:tc>
          <w:tcPr>
            <w:tcW w:type="dxa" w:w="2880"/>
          </w:tcPr>
          <w:p>
            <w:r>
              <w:t>Biophysics Reports</w:t>
            </w:r>
          </w:p>
        </w:tc>
      </w:tr>
      <w:tr>
        <w:tc>
          <w:tcPr>
            <w:tcW w:type="dxa" w:w="2880"/>
          </w:tcPr>
          <w:p>
            <w:r>
              <w:t>2</w:t>
            </w:r>
          </w:p>
        </w:tc>
        <w:tc>
          <w:tcPr>
            <w:tcW w:type="dxa" w:w="2880"/>
          </w:tcPr>
          <w:p>
            <w:r>
              <w:t>生物技术通报</w:t>
            </w:r>
          </w:p>
        </w:tc>
        <w:tc>
          <w:tcPr>
            <w:tcW w:type="dxa" w:w="2880"/>
          </w:tcPr>
          <w:p/>
        </w:tc>
      </w:tr>
      <w:tr>
        <w:tc>
          <w:tcPr>
            <w:tcW w:type="dxa" w:w="2880"/>
          </w:tcPr>
          <w:p>
            <w:r>
              <w:t>3</w:t>
            </w:r>
          </w:p>
        </w:tc>
        <w:tc>
          <w:tcPr>
            <w:tcW w:type="dxa" w:w="2880"/>
          </w:tcPr>
          <w:p>
            <w:r>
              <w:t>中国生物工程杂志</w:t>
            </w:r>
          </w:p>
        </w:tc>
        <w:tc>
          <w:tcPr>
            <w:tcW w:type="dxa" w:w="2880"/>
          </w:tcPr>
          <w:p/>
        </w:tc>
      </w:tr>
      <w:tr>
        <w:tc>
          <w:tcPr>
            <w:tcW w:type="dxa" w:w="2880"/>
          </w:tcPr>
          <w:p>
            <w:r>
              <w:t>4</w:t>
            </w:r>
          </w:p>
        </w:tc>
        <w:tc>
          <w:tcPr>
            <w:tcW w:type="dxa" w:w="2880"/>
          </w:tcPr>
          <w:p>
            <w:r>
              <w:t>Biosafety and Health</w:t>
            </w:r>
          </w:p>
        </w:tc>
        <w:tc>
          <w:tcPr>
            <w:tcW w:type="dxa" w:w="2880"/>
          </w:tcPr>
          <w:p/>
        </w:tc>
      </w:tr>
      <w:tr>
        <w:tc>
          <w:tcPr>
            <w:tcW w:type="dxa" w:w="2880"/>
          </w:tcPr>
          <w:p>
            <w:r>
              <w:t>5</w:t>
            </w:r>
          </w:p>
        </w:tc>
        <w:tc>
          <w:tcPr>
            <w:tcW w:type="dxa" w:w="2880"/>
          </w:tcPr>
          <w:p>
            <w:r>
              <w:t>aBIOTECH</w:t>
            </w:r>
          </w:p>
        </w:tc>
        <w:tc>
          <w:tcPr>
            <w:tcW w:type="dxa" w:w="2880"/>
          </w:tcPr>
          <w:p/>
        </w:tc>
      </w:tr>
      <w:tr>
        <w:tc>
          <w:tcPr>
            <w:tcW w:type="dxa" w:w="2880"/>
          </w:tcPr>
          <w:p>
            <w:r>
              <w:t>冶金工程（共13种期刊）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稀有金属</w:t>
            </w:r>
          </w:p>
        </w:tc>
      </w:tr>
      <w:tr>
        <w:tc>
          <w:tcPr>
            <w:tcW w:type="dxa" w:w="2880"/>
          </w:tcPr>
          <w:p>
            <w:r>
              <w:t>2</w:t>
            </w:r>
          </w:p>
        </w:tc>
        <w:tc>
          <w:tcPr>
            <w:tcW w:type="dxa" w:w="2880"/>
          </w:tcPr>
          <w:p>
            <w:r>
              <w:t>钢铁</w:t>
            </w:r>
          </w:p>
        </w:tc>
        <w:tc>
          <w:tcPr>
            <w:tcW w:type="dxa" w:w="2880"/>
          </w:tcPr>
          <w:p/>
        </w:tc>
      </w:tr>
      <w:tr>
        <w:tc>
          <w:tcPr>
            <w:tcW w:type="dxa" w:w="2880"/>
          </w:tcPr>
          <w:p>
            <w:r>
              <w:t>3</w:t>
            </w:r>
          </w:p>
        </w:tc>
        <w:tc>
          <w:tcPr>
            <w:tcW w:type="dxa" w:w="2880"/>
          </w:tcPr>
          <w:p>
            <w:r>
              <w:t>中国有色金属学报</w:t>
            </w:r>
          </w:p>
        </w:tc>
        <w:tc>
          <w:tcPr>
            <w:tcW w:type="dxa" w:w="2880"/>
          </w:tcPr>
          <w:p/>
        </w:tc>
      </w:tr>
      <w:tr>
        <w:tc>
          <w:tcPr>
            <w:tcW w:type="dxa" w:w="2880"/>
          </w:tcPr>
          <w:p>
            <w:r>
              <w:t>二类（4种）</w:t>
            </w:r>
          </w:p>
        </w:tc>
        <w:tc>
          <w:tcPr>
            <w:tcW w:type="dxa" w:w="2880"/>
          </w:tcPr>
          <w:p>
            <w:r>
              <w:t>1</w:t>
            </w:r>
          </w:p>
        </w:tc>
        <w:tc>
          <w:tcPr>
            <w:tcW w:type="dxa" w:w="2880"/>
          </w:tcPr>
          <w:p>
            <w:r>
              <w:t>表面技术</w:t>
            </w:r>
          </w:p>
        </w:tc>
      </w:tr>
      <w:tr>
        <w:tc>
          <w:tcPr>
            <w:tcW w:type="dxa" w:w="2880"/>
          </w:tcPr>
          <w:p>
            <w:r>
              <w:t>2</w:t>
            </w:r>
          </w:p>
        </w:tc>
        <w:tc>
          <w:tcPr>
            <w:tcW w:type="dxa" w:w="2880"/>
          </w:tcPr>
          <w:p>
            <w:r>
              <w:t>中国冶金</w:t>
            </w:r>
          </w:p>
        </w:tc>
        <w:tc>
          <w:tcPr>
            <w:tcW w:type="dxa" w:w="2880"/>
          </w:tcPr>
          <w:p/>
        </w:tc>
      </w:tr>
      <w:tr>
        <w:tc>
          <w:tcPr>
            <w:tcW w:type="dxa" w:w="2880"/>
          </w:tcPr>
          <w:p>
            <w:r>
              <w:t>3</w:t>
            </w:r>
          </w:p>
        </w:tc>
        <w:tc>
          <w:tcPr>
            <w:tcW w:type="dxa" w:w="2880"/>
          </w:tcPr>
          <w:p>
            <w:r>
              <w:t>钢铁研究学报</w:t>
            </w:r>
          </w:p>
        </w:tc>
        <w:tc>
          <w:tcPr>
            <w:tcW w:type="dxa" w:w="2880"/>
          </w:tcPr>
          <w:p/>
        </w:tc>
      </w:tr>
      <w:tr>
        <w:tc>
          <w:tcPr>
            <w:tcW w:type="dxa" w:w="2880"/>
          </w:tcPr>
          <w:p>
            <w:r>
              <w:t>4</w:t>
            </w:r>
          </w:p>
        </w:tc>
        <w:tc>
          <w:tcPr>
            <w:tcW w:type="dxa" w:w="2880"/>
          </w:tcPr>
          <w:p>
            <w:r>
              <w:t>中国稀土学报</w:t>
            </w:r>
          </w:p>
        </w:tc>
        <w:tc>
          <w:tcPr>
            <w:tcW w:type="dxa" w:w="2880"/>
          </w:tcPr>
          <w:p/>
        </w:tc>
      </w:tr>
      <w:tr>
        <w:tc>
          <w:tcPr>
            <w:tcW w:type="dxa" w:w="2880"/>
          </w:tcPr>
          <w:p>
            <w:r>
              <w:t>三类（6种）</w:t>
            </w:r>
          </w:p>
        </w:tc>
        <w:tc>
          <w:tcPr>
            <w:tcW w:type="dxa" w:w="2880"/>
          </w:tcPr>
          <w:p>
            <w:r>
              <w:t>1</w:t>
            </w:r>
          </w:p>
        </w:tc>
        <w:tc>
          <w:tcPr>
            <w:tcW w:type="dxa" w:w="2880"/>
          </w:tcPr>
          <w:p>
            <w:r>
              <w:t>焊接学报</w:t>
            </w:r>
          </w:p>
        </w:tc>
      </w:tr>
      <w:tr>
        <w:tc>
          <w:tcPr>
            <w:tcW w:type="dxa" w:w="2880"/>
          </w:tcPr>
          <w:p>
            <w:r>
              <w:t>2</w:t>
            </w:r>
          </w:p>
        </w:tc>
        <w:tc>
          <w:tcPr>
            <w:tcW w:type="dxa" w:w="2880"/>
          </w:tcPr>
          <w:p>
            <w:r>
              <w:t>中国腐蚀与防护学报</w:t>
            </w:r>
          </w:p>
        </w:tc>
        <w:tc>
          <w:tcPr>
            <w:tcW w:type="dxa" w:w="2880"/>
          </w:tcPr>
          <w:p/>
        </w:tc>
      </w:tr>
      <w:tr>
        <w:tc>
          <w:tcPr>
            <w:tcW w:type="dxa" w:w="2880"/>
          </w:tcPr>
          <w:p>
            <w:r>
              <w:t>3</w:t>
            </w:r>
          </w:p>
        </w:tc>
        <w:tc>
          <w:tcPr>
            <w:tcW w:type="dxa" w:w="2880"/>
          </w:tcPr>
          <w:p>
            <w:r>
              <w:t>粉末冶金工业</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4</w:t>
            </w:r>
          </w:p>
        </w:tc>
        <w:tc>
          <w:tcPr>
            <w:tcW w:type="dxa" w:w="2880"/>
          </w:tcPr>
          <w:p>
            <w:r>
              <w:t>腐蚀与防护</w:t>
            </w:r>
          </w:p>
        </w:tc>
      </w:tr>
      <w:tr>
        <w:tc>
          <w:tcPr>
            <w:tcW w:type="dxa" w:w="2880"/>
          </w:tcPr>
          <w:p>
            <w:r>
              <w:t>5</w:t>
            </w:r>
          </w:p>
        </w:tc>
        <w:tc>
          <w:tcPr>
            <w:tcW w:type="dxa" w:w="2880"/>
          </w:tcPr>
          <w:p>
            <w:r>
              <w:t>粉末冶金技术</w:t>
            </w:r>
          </w:p>
        </w:tc>
        <w:tc>
          <w:tcPr>
            <w:tcW w:type="dxa" w:w="2880"/>
          </w:tcPr>
          <w:p/>
        </w:tc>
      </w:tr>
      <w:tr>
        <w:tc>
          <w:tcPr>
            <w:tcW w:type="dxa" w:w="2880"/>
          </w:tcPr>
          <w:p>
            <w:r>
              <w:t>6</w:t>
            </w:r>
          </w:p>
        </w:tc>
        <w:tc>
          <w:tcPr>
            <w:tcW w:type="dxa" w:w="2880"/>
          </w:tcPr>
          <w:p>
            <w:r>
              <w:t>锻压技术</w:t>
            </w:r>
          </w:p>
        </w:tc>
        <w:tc>
          <w:tcPr>
            <w:tcW w:type="dxa" w:w="2880"/>
          </w:tcPr>
          <w:p/>
        </w:tc>
      </w:tr>
      <w:tr>
        <w:tc>
          <w:tcPr>
            <w:tcW w:type="dxa" w:w="2880"/>
          </w:tcPr>
          <w:p>
            <w:r>
              <w:t>土木工程（共14种期刊）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土木工程学报</w:t>
            </w:r>
          </w:p>
        </w:tc>
      </w:tr>
      <w:tr>
        <w:tc>
          <w:tcPr>
            <w:tcW w:type="dxa" w:w="2880"/>
          </w:tcPr>
          <w:p>
            <w:r>
              <w:t>2</w:t>
            </w:r>
          </w:p>
        </w:tc>
        <w:tc>
          <w:tcPr>
            <w:tcW w:type="dxa" w:w="2880"/>
          </w:tcPr>
          <w:p>
            <w:r>
              <w:t>建筑结构学报</w:t>
            </w:r>
          </w:p>
        </w:tc>
        <w:tc>
          <w:tcPr>
            <w:tcW w:type="dxa" w:w="2880"/>
          </w:tcPr>
          <w:p/>
        </w:tc>
      </w:tr>
      <w:tr>
        <w:tc>
          <w:tcPr>
            <w:tcW w:type="dxa" w:w="2880"/>
          </w:tcPr>
          <w:p>
            <w:r>
              <w:t>3</w:t>
            </w:r>
          </w:p>
        </w:tc>
        <w:tc>
          <w:tcPr>
            <w:tcW w:type="dxa" w:w="2880"/>
          </w:tcPr>
          <w:p>
            <w:r>
              <w:t>岩土工程学报</w:t>
            </w:r>
          </w:p>
        </w:tc>
        <w:tc>
          <w:tcPr>
            <w:tcW w:type="dxa" w:w="2880"/>
          </w:tcPr>
          <w:p/>
        </w:tc>
      </w:tr>
      <w:tr>
        <w:tc>
          <w:tcPr>
            <w:tcW w:type="dxa" w:w="2880"/>
          </w:tcPr>
          <w:p>
            <w:r>
              <w:t>二类（4种）</w:t>
            </w:r>
          </w:p>
        </w:tc>
        <w:tc>
          <w:tcPr>
            <w:tcW w:type="dxa" w:w="2880"/>
          </w:tcPr>
          <w:p>
            <w:r>
              <w:t>1</w:t>
            </w:r>
          </w:p>
        </w:tc>
        <w:tc>
          <w:tcPr>
            <w:tcW w:type="dxa" w:w="2880"/>
          </w:tcPr>
          <w:p>
            <w:r>
              <w:t>岩石力学与工程学报</w:t>
            </w:r>
          </w:p>
        </w:tc>
      </w:tr>
      <w:tr>
        <w:tc>
          <w:tcPr>
            <w:tcW w:type="dxa" w:w="2880"/>
          </w:tcPr>
          <w:p>
            <w:r>
              <w:t>2</w:t>
            </w:r>
          </w:p>
        </w:tc>
        <w:tc>
          <w:tcPr>
            <w:tcW w:type="dxa" w:w="2880"/>
          </w:tcPr>
          <w:p>
            <w:r>
              <w:t>岩土力学</w:t>
            </w:r>
          </w:p>
        </w:tc>
        <w:tc>
          <w:tcPr>
            <w:tcW w:type="dxa" w:w="2880"/>
          </w:tcPr>
          <w:p/>
        </w:tc>
      </w:tr>
      <w:tr>
        <w:tc>
          <w:tcPr>
            <w:tcW w:type="dxa" w:w="2880"/>
          </w:tcPr>
          <w:p>
            <w:r>
              <w:t>3</w:t>
            </w:r>
          </w:p>
        </w:tc>
        <w:tc>
          <w:tcPr>
            <w:tcW w:type="dxa" w:w="2880"/>
          </w:tcPr>
          <w:p>
            <w:r>
              <w:t>桥梁建设</w:t>
            </w:r>
          </w:p>
        </w:tc>
        <w:tc>
          <w:tcPr>
            <w:tcW w:type="dxa" w:w="2880"/>
          </w:tcPr>
          <w:p/>
        </w:tc>
      </w:tr>
      <w:tr>
        <w:tc>
          <w:tcPr>
            <w:tcW w:type="dxa" w:w="2880"/>
          </w:tcPr>
          <w:p>
            <w:r>
              <w:t>4</w:t>
            </w:r>
          </w:p>
        </w:tc>
        <w:tc>
          <w:tcPr>
            <w:tcW w:type="dxa" w:w="2880"/>
          </w:tcPr>
          <w:p>
            <w:r>
              <w:t>Underground Space</w:t>
            </w:r>
          </w:p>
        </w:tc>
        <w:tc>
          <w:tcPr>
            <w:tcW w:type="dxa" w:w="2880"/>
          </w:tcPr>
          <w:p/>
        </w:tc>
      </w:tr>
      <w:tr>
        <w:tc>
          <w:tcPr>
            <w:tcW w:type="dxa" w:w="2880"/>
          </w:tcPr>
          <w:p>
            <w:r>
              <w:t>三类（7种）</w:t>
            </w:r>
          </w:p>
        </w:tc>
        <w:tc>
          <w:tcPr>
            <w:tcW w:type="dxa" w:w="2880"/>
          </w:tcPr>
          <w:p>
            <w:r>
              <w:t>1</w:t>
            </w:r>
          </w:p>
        </w:tc>
        <w:tc>
          <w:tcPr>
            <w:tcW w:type="dxa" w:w="2880"/>
          </w:tcPr>
          <w:p>
            <w:r>
              <w:t>建筑材料学报</w:t>
            </w:r>
          </w:p>
        </w:tc>
      </w:tr>
      <w:tr>
        <w:tc>
          <w:tcPr>
            <w:tcW w:type="dxa" w:w="2880"/>
          </w:tcPr>
          <w:p>
            <w:r>
              <w:t>2</w:t>
            </w:r>
          </w:p>
        </w:tc>
        <w:tc>
          <w:tcPr>
            <w:tcW w:type="dxa" w:w="2880"/>
          </w:tcPr>
          <w:p>
            <w:r>
              <w:t>地下空间与工程学报</w:t>
            </w:r>
          </w:p>
        </w:tc>
        <w:tc>
          <w:tcPr>
            <w:tcW w:type="dxa" w:w="2880"/>
          </w:tcPr>
          <w:p/>
        </w:tc>
      </w:tr>
      <w:tr>
        <w:tc>
          <w:tcPr>
            <w:tcW w:type="dxa" w:w="2880"/>
          </w:tcPr>
          <w:p>
            <w:r>
              <w:t>3</w:t>
            </w:r>
          </w:p>
        </w:tc>
        <w:tc>
          <w:tcPr>
            <w:tcW w:type="dxa" w:w="2880"/>
          </w:tcPr>
          <w:p>
            <w:r>
              <w:t>防灾减灾工程学报</w:t>
            </w:r>
          </w:p>
        </w:tc>
        <w:tc>
          <w:tcPr>
            <w:tcW w:type="dxa" w:w="2880"/>
          </w:tcPr>
          <w:p/>
        </w:tc>
      </w:tr>
      <w:tr>
        <w:tc>
          <w:tcPr>
            <w:tcW w:type="dxa" w:w="2880"/>
          </w:tcPr>
          <w:p>
            <w:r>
              <w:t>4</w:t>
            </w:r>
          </w:p>
        </w:tc>
        <w:tc>
          <w:tcPr>
            <w:tcW w:type="dxa" w:w="2880"/>
          </w:tcPr>
          <w:p>
            <w:r>
              <w:t>地震工程与工程振动</w:t>
            </w:r>
          </w:p>
        </w:tc>
        <w:tc>
          <w:tcPr>
            <w:tcW w:type="dxa" w:w="2880"/>
          </w:tcPr>
          <w:p/>
        </w:tc>
      </w:tr>
      <w:tr>
        <w:tc>
          <w:tcPr>
            <w:tcW w:type="dxa" w:w="2880"/>
          </w:tcPr>
          <w:p>
            <w:r>
              <w:t>5</w:t>
            </w:r>
          </w:p>
        </w:tc>
        <w:tc>
          <w:tcPr>
            <w:tcW w:type="dxa" w:w="2880"/>
          </w:tcPr>
          <w:p>
            <w:r>
              <w:t>中国给水排水</w:t>
            </w:r>
          </w:p>
        </w:tc>
        <w:tc>
          <w:tcPr>
            <w:tcW w:type="dxa" w:w="2880"/>
          </w:tcPr>
          <w:p/>
        </w:tc>
      </w:tr>
      <w:tr>
        <w:tc>
          <w:tcPr>
            <w:tcW w:type="dxa" w:w="2880"/>
          </w:tcPr>
          <w:p>
            <w:r>
              <w:t>6</w:t>
            </w:r>
          </w:p>
        </w:tc>
        <w:tc>
          <w:tcPr>
            <w:tcW w:type="dxa" w:w="2880"/>
          </w:tcPr>
          <w:p>
            <w:r>
              <w:t>建筑钢结构进展</w:t>
            </w:r>
          </w:p>
        </w:tc>
        <w:tc>
          <w:tcPr>
            <w:tcW w:type="dxa" w:w="2880"/>
          </w:tcPr>
          <w:p/>
        </w:tc>
      </w:tr>
      <w:tr>
        <w:tc>
          <w:tcPr>
            <w:tcW w:type="dxa" w:w="2880"/>
          </w:tcPr>
          <w:p>
            <w:r>
              <w:t>7</w:t>
            </w:r>
          </w:p>
        </w:tc>
        <w:tc>
          <w:tcPr>
            <w:tcW w:type="dxa" w:w="2880"/>
          </w:tcPr>
          <w:p>
            <w:r>
              <w:t>给水排水</w:t>
            </w:r>
          </w:p>
        </w:tc>
        <w:tc>
          <w:tcPr>
            <w:tcW w:type="dxa" w:w="2880"/>
          </w:tcPr>
          <w:p/>
        </w:tc>
      </w:tr>
      <w:tr>
        <w:tc>
          <w:tcPr>
            <w:tcW w:type="dxa" w:w="2880"/>
          </w:tcPr>
          <w:p>
            <w:r>
              <w:t>生物医学工程（共7种期刊）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The Journal of Biomedical Research</w:t>
            </w:r>
          </w:p>
        </w:tc>
      </w:tr>
      <w:tr>
        <w:tc>
          <w:tcPr>
            <w:tcW w:type="dxa" w:w="2880"/>
          </w:tcPr>
          <w:p>
            <w:r>
              <w:t>二类（2种）</w:t>
            </w:r>
          </w:p>
        </w:tc>
        <w:tc>
          <w:tcPr>
            <w:tcW w:type="dxa" w:w="2880"/>
          </w:tcPr>
          <w:p>
            <w:r>
              <w:t>1</w:t>
            </w:r>
          </w:p>
        </w:tc>
        <w:tc>
          <w:tcPr>
            <w:tcW w:type="dxa" w:w="2880"/>
          </w:tcPr>
          <w:p>
            <w:r>
              <w:t>中国生物防治学报</w:t>
            </w:r>
          </w:p>
        </w:tc>
      </w:tr>
      <w:tr>
        <w:tc>
          <w:tcPr>
            <w:tcW w:type="dxa" w:w="2880"/>
          </w:tcPr>
          <w:p>
            <w:r>
              <w:t>2</w:t>
            </w:r>
          </w:p>
        </w:tc>
        <w:tc>
          <w:tcPr>
            <w:tcW w:type="dxa" w:w="2880"/>
          </w:tcPr>
          <w:p>
            <w:r>
              <w:t>医用生物力学</w:t>
            </w:r>
          </w:p>
        </w:tc>
        <w:tc>
          <w:tcPr>
            <w:tcW w:type="dxa" w:w="2880"/>
          </w:tcPr>
          <w:p/>
        </w:tc>
      </w:tr>
      <w:tr>
        <w:tc>
          <w:tcPr>
            <w:tcW w:type="dxa" w:w="2880"/>
          </w:tcPr>
          <w:p>
            <w:r>
              <w:t>三类（4种）</w:t>
            </w:r>
          </w:p>
        </w:tc>
        <w:tc>
          <w:tcPr>
            <w:tcW w:type="dxa" w:w="2880"/>
          </w:tcPr>
          <w:p>
            <w:r>
              <w:t>1</w:t>
            </w:r>
          </w:p>
        </w:tc>
        <w:tc>
          <w:tcPr>
            <w:tcW w:type="dxa" w:w="2880"/>
          </w:tcPr>
          <w:p>
            <w:r>
              <w:t>中国生物医学工程学报</w:t>
            </w:r>
          </w:p>
        </w:tc>
      </w:tr>
      <w:tr>
        <w:tc>
          <w:tcPr>
            <w:tcW w:type="dxa" w:w="2880"/>
          </w:tcPr>
          <w:p>
            <w:r>
              <w:t>2</w:t>
            </w:r>
          </w:p>
        </w:tc>
        <w:tc>
          <w:tcPr>
            <w:tcW w:type="dxa" w:w="2880"/>
          </w:tcPr>
          <w:p>
            <w:r>
              <w:t>基因组学与应用生物学</w:t>
            </w:r>
          </w:p>
        </w:tc>
        <w:tc>
          <w:tcPr>
            <w:tcW w:type="dxa" w:w="2880"/>
          </w:tcPr>
          <w:p/>
        </w:tc>
      </w:tr>
      <w:tr>
        <w:tc>
          <w:tcPr>
            <w:tcW w:type="dxa" w:w="2880"/>
          </w:tcPr>
          <w:p>
            <w:r>
              <w:t>3</w:t>
            </w:r>
          </w:p>
        </w:tc>
        <w:tc>
          <w:tcPr>
            <w:tcW w:type="dxa" w:w="2880"/>
          </w:tcPr>
          <w:p>
            <w:r>
              <w:t>中国病原生物学杂志</w:t>
            </w:r>
          </w:p>
        </w:tc>
        <w:tc>
          <w:tcPr>
            <w:tcW w:type="dxa" w:w="2880"/>
          </w:tcPr>
          <w:p/>
        </w:tc>
      </w:tr>
      <w:tr>
        <w:tc>
          <w:tcPr>
            <w:tcW w:type="dxa" w:w="2880"/>
          </w:tcPr>
          <w:p>
            <w:r>
              <w:t>4</w:t>
            </w:r>
          </w:p>
        </w:tc>
        <w:tc>
          <w:tcPr>
            <w:tcW w:type="dxa" w:w="2880"/>
          </w:tcPr>
          <w:p>
            <w:r>
              <w:t>Journal of Biomedical Engineering</w:t>
            </w:r>
          </w:p>
        </w:tc>
        <w:tc>
          <w:tcPr>
            <w:tcW w:type="dxa" w:w="2880"/>
          </w:tcPr>
          <w:p/>
        </w:tc>
      </w:tr>
      <w:tr>
        <w:tc>
          <w:tcPr>
            <w:tcW w:type="dxa" w:w="2880"/>
          </w:tcPr>
          <w:p>
            <w:r>
              <w:t>软件工程（共5种期刊）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计算机研究与发展</w:t>
            </w:r>
          </w:p>
        </w:tc>
      </w:tr>
      <w:tr>
        <w:tc>
          <w:tcPr>
            <w:tcW w:type="dxa" w:w="2880"/>
          </w:tcPr>
          <w:p>
            <w:r>
              <w:t>二类（2种）</w:t>
            </w:r>
          </w:p>
        </w:tc>
        <w:tc>
          <w:tcPr>
            <w:tcW w:type="dxa" w:w="2880"/>
          </w:tcPr>
          <w:p>
            <w:r>
              <w:t>1</w:t>
            </w:r>
          </w:p>
        </w:tc>
        <w:tc>
          <w:tcPr>
            <w:tcW w:type="dxa" w:w="2880"/>
          </w:tcPr>
          <w:p>
            <w:r>
              <w:t>Computational Visual Media</w:t>
            </w:r>
          </w:p>
        </w:tc>
      </w:tr>
      <w:tr>
        <w:tc>
          <w:tcPr>
            <w:tcW w:type="dxa" w:w="2880"/>
          </w:tcPr>
          <w:p>
            <w:r>
              <w:t>2</w:t>
            </w:r>
          </w:p>
        </w:tc>
        <w:tc>
          <w:tcPr>
            <w:tcW w:type="dxa" w:w="2880"/>
          </w:tcPr>
          <w:p>
            <w:r>
              <w:t>中国图象图形学报</w:t>
            </w:r>
          </w:p>
        </w:tc>
        <w:tc>
          <w:tcPr>
            <w:tcW w:type="dxa" w:w="2880"/>
          </w:tcPr>
          <w:p/>
        </w:tc>
      </w:tr>
      <w:tr>
        <w:tc>
          <w:tcPr>
            <w:tcW w:type="dxa" w:w="2880"/>
          </w:tcPr>
          <w:p>
            <w:r>
              <w:t>三类（2种）</w:t>
            </w:r>
          </w:p>
        </w:tc>
        <w:tc>
          <w:tcPr>
            <w:tcW w:type="dxa" w:w="2880"/>
          </w:tcPr>
          <w:p>
            <w:r>
              <w:t>1</w:t>
            </w:r>
          </w:p>
        </w:tc>
        <w:tc>
          <w:tcPr>
            <w:tcW w:type="dxa" w:w="2880"/>
          </w:tcPr>
          <w:p>
            <w:r>
              <w:t>中国医学计算机成像杂志</w:t>
            </w:r>
          </w:p>
        </w:tc>
      </w:tr>
      <w:tr>
        <w:tc>
          <w:tcPr>
            <w:tcW w:type="dxa" w:w="2880"/>
          </w:tcPr>
          <w:p>
            <w:r>
              <w:t>2</w:t>
            </w:r>
          </w:p>
        </w:tc>
        <w:tc>
          <w:tcPr>
            <w:tcW w:type="dxa" w:w="2880"/>
          </w:tcPr>
          <w:p>
            <w:r>
              <w:t>Journal of Measurement Science and Ins trumentation</w:t>
            </w:r>
          </w:p>
        </w:tc>
        <w:tc>
          <w:tcPr>
            <w:tcW w:type="dxa" w:w="2880"/>
          </w:tcPr>
          <w:p/>
        </w:tc>
      </w:tr>
      <w:tr>
        <w:tc>
          <w:tcPr>
            <w:tcW w:type="dxa" w:w="2880"/>
          </w:tcPr>
          <w:p>
            <w:r>
              <w:t>电气工程（共16种期刊）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电网技术</w:t>
            </w:r>
          </w:p>
        </w:tc>
      </w:tr>
      <w:tr>
        <w:tc>
          <w:tcPr>
            <w:tcW w:type="dxa" w:w="2880"/>
          </w:tcPr>
          <w:p>
            <w:r>
              <w:t>2</w:t>
            </w:r>
          </w:p>
        </w:tc>
        <w:tc>
          <w:tcPr>
            <w:tcW w:type="dxa" w:w="2880"/>
          </w:tcPr>
          <w:p>
            <w:r>
              <w:t>中国电机工程学报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3</w:t>
            </w:r>
          </w:p>
        </w:tc>
        <w:tc>
          <w:tcPr>
            <w:tcW w:type="dxa" w:w="2880"/>
          </w:tcPr>
          <w:p>
            <w:r>
              <w:t>电力系统自动化</w:t>
            </w:r>
          </w:p>
        </w:tc>
      </w:tr>
      <w:tr>
        <w:tc>
          <w:tcPr>
            <w:tcW w:type="dxa" w:w="2880"/>
          </w:tcPr>
          <w:p>
            <w:r>
              <w:t>二类（6种）</w:t>
            </w:r>
          </w:p>
        </w:tc>
        <w:tc>
          <w:tcPr>
            <w:tcW w:type="dxa" w:w="2880"/>
          </w:tcPr>
          <w:p>
            <w:r>
              <w:t>1</w:t>
            </w:r>
          </w:p>
        </w:tc>
        <w:tc>
          <w:tcPr>
            <w:tcW w:type="dxa" w:w="2880"/>
          </w:tcPr>
          <w:p>
            <w:r>
              <w:t>Chinese Journal of Electrical En gineering（2015）</w:t>
            </w:r>
          </w:p>
        </w:tc>
      </w:tr>
      <w:tr>
        <w:tc>
          <w:tcPr>
            <w:tcW w:type="dxa" w:w="2880"/>
          </w:tcPr>
          <w:p>
            <w:r>
              <w:t>2</w:t>
            </w:r>
          </w:p>
        </w:tc>
        <w:tc>
          <w:tcPr>
            <w:tcW w:type="dxa" w:w="2880"/>
          </w:tcPr>
          <w:p>
            <w:r>
              <w:t>电力系统保护与控制</w:t>
            </w:r>
          </w:p>
        </w:tc>
        <w:tc>
          <w:tcPr>
            <w:tcW w:type="dxa" w:w="2880"/>
          </w:tcPr>
          <w:p/>
        </w:tc>
      </w:tr>
      <w:tr>
        <w:tc>
          <w:tcPr>
            <w:tcW w:type="dxa" w:w="2880"/>
          </w:tcPr>
          <w:p>
            <w:r>
              <w:t>3</w:t>
            </w:r>
          </w:p>
        </w:tc>
        <w:tc>
          <w:tcPr>
            <w:tcW w:type="dxa" w:w="2880"/>
          </w:tcPr>
          <w:p>
            <w:r>
              <w:t>电工技术学报</w:t>
            </w:r>
          </w:p>
        </w:tc>
        <w:tc>
          <w:tcPr>
            <w:tcW w:type="dxa" w:w="2880"/>
          </w:tcPr>
          <w:p/>
        </w:tc>
      </w:tr>
      <w:tr>
        <w:tc>
          <w:tcPr>
            <w:tcW w:type="dxa" w:w="2880"/>
          </w:tcPr>
          <w:p>
            <w:r>
              <w:t>4</w:t>
            </w:r>
          </w:p>
        </w:tc>
        <w:tc>
          <w:tcPr>
            <w:tcW w:type="dxa" w:w="2880"/>
          </w:tcPr>
          <w:p>
            <w:r>
              <w:t>电力自动化设备</w:t>
            </w:r>
          </w:p>
        </w:tc>
        <w:tc>
          <w:tcPr>
            <w:tcW w:type="dxa" w:w="2880"/>
          </w:tcPr>
          <w:p/>
        </w:tc>
      </w:tr>
      <w:tr>
        <w:tc>
          <w:tcPr>
            <w:tcW w:type="dxa" w:w="2880"/>
          </w:tcPr>
          <w:p>
            <w:r>
              <w:t>5</w:t>
            </w:r>
          </w:p>
        </w:tc>
        <w:tc>
          <w:tcPr>
            <w:tcW w:type="dxa" w:w="2880"/>
          </w:tcPr>
          <w:p>
            <w:r>
              <w:t>高电压技术</w:t>
            </w:r>
          </w:p>
        </w:tc>
        <w:tc>
          <w:tcPr>
            <w:tcW w:type="dxa" w:w="2880"/>
          </w:tcPr>
          <w:p/>
        </w:tc>
      </w:tr>
      <w:tr>
        <w:tc>
          <w:tcPr>
            <w:tcW w:type="dxa" w:w="2880"/>
          </w:tcPr>
          <w:p>
            <w:r>
              <w:t>6</w:t>
            </w:r>
          </w:p>
        </w:tc>
        <w:tc>
          <w:tcPr>
            <w:tcW w:type="dxa" w:w="2880"/>
          </w:tcPr>
          <w:p>
            <w:r>
              <w:t>电机与控制学报</w:t>
            </w:r>
          </w:p>
        </w:tc>
        <w:tc>
          <w:tcPr>
            <w:tcW w:type="dxa" w:w="2880"/>
          </w:tcPr>
          <w:p/>
        </w:tc>
      </w:tr>
      <w:tr>
        <w:tc>
          <w:tcPr>
            <w:tcW w:type="dxa" w:w="2880"/>
          </w:tcPr>
          <w:p>
            <w:r>
              <w:t>三类（7种）</w:t>
            </w:r>
          </w:p>
        </w:tc>
        <w:tc>
          <w:tcPr>
            <w:tcW w:type="dxa" w:w="2880"/>
          </w:tcPr>
          <w:p>
            <w:r>
              <w:t>1</w:t>
            </w:r>
          </w:p>
        </w:tc>
        <w:tc>
          <w:tcPr>
            <w:tcW w:type="dxa" w:w="2880"/>
          </w:tcPr>
          <w:p>
            <w:r>
              <w:t>中国电力</w:t>
            </w:r>
          </w:p>
        </w:tc>
      </w:tr>
      <w:tr>
        <w:tc>
          <w:tcPr>
            <w:tcW w:type="dxa" w:w="2880"/>
          </w:tcPr>
          <w:p>
            <w:r>
              <w:t>2</w:t>
            </w:r>
          </w:p>
        </w:tc>
        <w:tc>
          <w:tcPr>
            <w:tcW w:type="dxa" w:w="2880"/>
          </w:tcPr>
          <w:p>
            <w:r>
              <w:t>电工电能新技术</w:t>
            </w:r>
          </w:p>
        </w:tc>
        <w:tc>
          <w:tcPr>
            <w:tcW w:type="dxa" w:w="2880"/>
          </w:tcPr>
          <w:p/>
        </w:tc>
      </w:tr>
      <w:tr>
        <w:tc>
          <w:tcPr>
            <w:tcW w:type="dxa" w:w="2880"/>
          </w:tcPr>
          <w:p>
            <w:r>
              <w:t>3</w:t>
            </w:r>
          </w:p>
        </w:tc>
        <w:tc>
          <w:tcPr>
            <w:tcW w:type="dxa" w:w="2880"/>
          </w:tcPr>
          <w:p>
            <w:r>
              <w:t>电力系统及其自动化学报</w:t>
            </w:r>
          </w:p>
        </w:tc>
        <w:tc>
          <w:tcPr>
            <w:tcW w:type="dxa" w:w="2880"/>
          </w:tcPr>
          <w:p/>
        </w:tc>
      </w:tr>
      <w:tr>
        <w:tc>
          <w:tcPr>
            <w:tcW w:type="dxa" w:w="2880"/>
          </w:tcPr>
          <w:p>
            <w:r>
              <w:t>4</w:t>
            </w:r>
          </w:p>
        </w:tc>
        <w:tc>
          <w:tcPr>
            <w:tcW w:type="dxa" w:w="2880"/>
          </w:tcPr>
          <w:p>
            <w:r>
              <w:t>南方电网技术</w:t>
            </w:r>
          </w:p>
        </w:tc>
        <w:tc>
          <w:tcPr>
            <w:tcW w:type="dxa" w:w="2880"/>
          </w:tcPr>
          <w:p/>
        </w:tc>
      </w:tr>
      <w:tr>
        <w:tc>
          <w:tcPr>
            <w:tcW w:type="dxa" w:w="2880"/>
          </w:tcPr>
          <w:p>
            <w:r>
              <w:t>5</w:t>
            </w:r>
          </w:p>
        </w:tc>
        <w:tc>
          <w:tcPr>
            <w:tcW w:type="dxa" w:w="2880"/>
          </w:tcPr>
          <w:p>
            <w:r>
              <w:t>电力建设</w:t>
            </w:r>
          </w:p>
        </w:tc>
        <w:tc>
          <w:tcPr>
            <w:tcW w:type="dxa" w:w="2880"/>
          </w:tcPr>
          <w:p/>
        </w:tc>
      </w:tr>
      <w:tr>
        <w:tc>
          <w:tcPr>
            <w:tcW w:type="dxa" w:w="2880"/>
          </w:tcPr>
          <w:p>
            <w:r>
              <w:t>6</w:t>
            </w:r>
          </w:p>
        </w:tc>
        <w:tc>
          <w:tcPr>
            <w:tcW w:type="dxa" w:w="2880"/>
          </w:tcPr>
          <w:p>
            <w:r>
              <w:t>高压电器</w:t>
            </w:r>
          </w:p>
        </w:tc>
        <w:tc>
          <w:tcPr>
            <w:tcW w:type="dxa" w:w="2880"/>
          </w:tcPr>
          <w:p/>
        </w:tc>
      </w:tr>
      <w:tr>
        <w:tc>
          <w:tcPr>
            <w:tcW w:type="dxa" w:w="2880"/>
          </w:tcPr>
          <w:p>
            <w:r>
              <w:t>7</w:t>
            </w:r>
          </w:p>
        </w:tc>
        <w:tc>
          <w:tcPr>
            <w:tcW w:type="dxa" w:w="2880"/>
          </w:tcPr>
          <w:p>
            <w:r>
              <w:t>CES Transactions on Electrical Machines and Systems</w:t>
            </w:r>
          </w:p>
        </w:tc>
        <w:tc>
          <w:tcPr>
            <w:tcW w:type="dxa" w:w="2880"/>
          </w:tcPr>
          <w:p/>
        </w:tc>
      </w:tr>
      <w:tr>
        <w:tc>
          <w:tcPr>
            <w:tcW w:type="dxa" w:w="2880"/>
          </w:tcPr>
          <w:p>
            <w:r>
              <w:t>石油与天然气工程（共19种期刊）</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石油学报</w:t>
            </w:r>
          </w:p>
        </w:tc>
      </w:tr>
      <w:tr>
        <w:tc>
          <w:tcPr>
            <w:tcW w:type="dxa" w:w="2880"/>
          </w:tcPr>
          <w:p>
            <w:r>
              <w:t>2</w:t>
            </w:r>
          </w:p>
        </w:tc>
        <w:tc>
          <w:tcPr>
            <w:tcW w:type="dxa" w:w="2880"/>
          </w:tcPr>
          <w:p>
            <w:r>
              <w:t>天然气工业</w:t>
            </w:r>
          </w:p>
        </w:tc>
        <w:tc>
          <w:tcPr>
            <w:tcW w:type="dxa" w:w="2880"/>
          </w:tcPr>
          <w:p/>
        </w:tc>
      </w:tr>
      <w:tr>
        <w:tc>
          <w:tcPr>
            <w:tcW w:type="dxa" w:w="2880"/>
          </w:tcPr>
          <w:p>
            <w:r>
              <w:t>3</w:t>
            </w:r>
          </w:p>
        </w:tc>
        <w:tc>
          <w:tcPr>
            <w:tcW w:type="dxa" w:w="2880"/>
          </w:tcPr>
          <w:p>
            <w:r>
              <w:t>中国石油勘探</w:t>
            </w:r>
          </w:p>
        </w:tc>
        <w:tc>
          <w:tcPr>
            <w:tcW w:type="dxa" w:w="2880"/>
          </w:tcPr>
          <w:p/>
        </w:tc>
      </w:tr>
      <w:tr>
        <w:tc>
          <w:tcPr>
            <w:tcW w:type="dxa" w:w="2880"/>
          </w:tcPr>
          <w:p>
            <w:r>
              <w:t>4</w:t>
            </w:r>
          </w:p>
        </w:tc>
        <w:tc>
          <w:tcPr>
            <w:tcW w:type="dxa" w:w="2880"/>
          </w:tcPr>
          <w:p>
            <w:r>
              <w:t>Petroleum</w:t>
            </w:r>
          </w:p>
        </w:tc>
        <w:tc>
          <w:tcPr>
            <w:tcW w:type="dxa" w:w="2880"/>
          </w:tcPr>
          <w:p/>
        </w:tc>
      </w:tr>
      <w:tr>
        <w:tc>
          <w:tcPr>
            <w:tcW w:type="dxa" w:w="2880"/>
          </w:tcPr>
          <w:p>
            <w:r>
              <w:t>二类（5种）</w:t>
            </w:r>
          </w:p>
        </w:tc>
        <w:tc>
          <w:tcPr>
            <w:tcW w:type="dxa" w:w="2880"/>
          </w:tcPr>
          <w:p>
            <w:r>
              <w:t>1</w:t>
            </w:r>
          </w:p>
        </w:tc>
        <w:tc>
          <w:tcPr>
            <w:tcW w:type="dxa" w:w="2880"/>
          </w:tcPr>
          <w:p>
            <w:r>
              <w:t>石油与天然气地质</w:t>
            </w:r>
          </w:p>
        </w:tc>
      </w:tr>
      <w:tr>
        <w:tc>
          <w:tcPr>
            <w:tcW w:type="dxa" w:w="2880"/>
          </w:tcPr>
          <w:p>
            <w:r>
              <w:t>2</w:t>
            </w:r>
          </w:p>
        </w:tc>
        <w:tc>
          <w:tcPr>
            <w:tcW w:type="dxa" w:w="2880"/>
          </w:tcPr>
          <w:p>
            <w:r>
              <w:t>石油实验地质</w:t>
            </w:r>
          </w:p>
        </w:tc>
        <w:tc>
          <w:tcPr>
            <w:tcW w:type="dxa" w:w="2880"/>
          </w:tcPr>
          <w:p/>
        </w:tc>
      </w:tr>
      <w:tr>
        <w:tc>
          <w:tcPr>
            <w:tcW w:type="dxa" w:w="2880"/>
          </w:tcPr>
          <w:p>
            <w:r>
              <w:t>3</w:t>
            </w:r>
          </w:p>
        </w:tc>
        <w:tc>
          <w:tcPr>
            <w:tcW w:type="dxa" w:w="2880"/>
          </w:tcPr>
          <w:p>
            <w:r>
              <w:t>油气地质与采收率</w:t>
            </w:r>
          </w:p>
        </w:tc>
        <w:tc>
          <w:tcPr>
            <w:tcW w:type="dxa" w:w="2880"/>
          </w:tcPr>
          <w:p/>
        </w:tc>
      </w:tr>
      <w:tr>
        <w:tc>
          <w:tcPr>
            <w:tcW w:type="dxa" w:w="2880"/>
          </w:tcPr>
          <w:p>
            <w:r>
              <w:t>4</w:t>
            </w:r>
          </w:p>
        </w:tc>
        <w:tc>
          <w:tcPr>
            <w:tcW w:type="dxa" w:w="2880"/>
          </w:tcPr>
          <w:p>
            <w:r>
              <w:t>天然气地球科学</w:t>
            </w:r>
          </w:p>
        </w:tc>
        <w:tc>
          <w:tcPr>
            <w:tcW w:type="dxa" w:w="2880"/>
          </w:tcPr>
          <w:p/>
        </w:tc>
      </w:tr>
      <w:tr>
        <w:tc>
          <w:tcPr>
            <w:tcW w:type="dxa" w:w="2880"/>
          </w:tcPr>
          <w:p>
            <w:r>
              <w:t>5</w:t>
            </w:r>
          </w:p>
        </w:tc>
        <w:tc>
          <w:tcPr>
            <w:tcW w:type="dxa" w:w="2880"/>
          </w:tcPr>
          <w:p>
            <w:r>
              <w:t>特种油气藏</w:t>
            </w:r>
          </w:p>
        </w:tc>
        <w:tc>
          <w:tcPr>
            <w:tcW w:type="dxa" w:w="2880"/>
          </w:tcPr>
          <w:p/>
        </w:tc>
      </w:tr>
      <w:tr>
        <w:tc>
          <w:tcPr>
            <w:tcW w:type="dxa" w:w="2880"/>
          </w:tcPr>
          <w:p>
            <w:r>
              <w:t>三类（10种）</w:t>
            </w:r>
          </w:p>
        </w:tc>
        <w:tc>
          <w:tcPr>
            <w:tcW w:type="dxa" w:w="2880"/>
          </w:tcPr>
          <w:p>
            <w:r>
              <w:t>1</w:t>
            </w:r>
          </w:p>
        </w:tc>
        <w:tc>
          <w:tcPr>
            <w:tcW w:type="dxa" w:w="2880"/>
          </w:tcPr>
          <w:p>
            <w:r>
              <w:t>石油钻探技术</w:t>
            </w:r>
          </w:p>
        </w:tc>
      </w:tr>
      <w:tr>
        <w:tc>
          <w:tcPr>
            <w:tcW w:type="dxa" w:w="2880"/>
          </w:tcPr>
          <w:p>
            <w:r>
              <w:t>2</w:t>
            </w:r>
          </w:p>
        </w:tc>
        <w:tc>
          <w:tcPr>
            <w:tcW w:type="dxa" w:w="2880"/>
          </w:tcPr>
          <w:p>
            <w:r>
              <w:t>中国石油大学学报（自然科学版）</w:t>
            </w:r>
          </w:p>
        </w:tc>
        <w:tc>
          <w:tcPr>
            <w:tcW w:type="dxa" w:w="2880"/>
          </w:tcPr>
          <w:p/>
        </w:tc>
      </w:tr>
      <w:tr>
        <w:tc>
          <w:tcPr>
            <w:tcW w:type="dxa" w:w="2880"/>
          </w:tcPr>
          <w:p>
            <w:r>
              <w:t>3</w:t>
            </w:r>
          </w:p>
        </w:tc>
        <w:tc>
          <w:tcPr>
            <w:tcW w:type="dxa" w:w="2880"/>
          </w:tcPr>
          <w:p>
            <w:r>
              <w:t>石油地球物理勘探</w:t>
            </w:r>
          </w:p>
        </w:tc>
        <w:tc>
          <w:tcPr>
            <w:tcW w:type="dxa" w:w="2880"/>
          </w:tcPr>
          <w:p/>
        </w:tc>
      </w:tr>
      <w:tr>
        <w:tc>
          <w:tcPr>
            <w:tcW w:type="dxa" w:w="2880"/>
          </w:tcPr>
          <w:p>
            <w:r>
              <w:t>4</w:t>
            </w:r>
          </w:p>
        </w:tc>
        <w:tc>
          <w:tcPr>
            <w:tcW w:type="dxa" w:w="2880"/>
          </w:tcPr>
          <w:p>
            <w:r>
              <w:t>断块油气田</w:t>
            </w:r>
          </w:p>
        </w:tc>
        <w:tc>
          <w:tcPr>
            <w:tcW w:type="dxa" w:w="2880"/>
          </w:tcPr>
          <w:p/>
        </w:tc>
      </w:tr>
      <w:tr>
        <w:tc>
          <w:tcPr>
            <w:tcW w:type="dxa" w:w="2880"/>
          </w:tcPr>
          <w:p>
            <w:r>
              <w:t>5</w:t>
            </w:r>
          </w:p>
        </w:tc>
        <w:tc>
          <w:tcPr>
            <w:tcW w:type="dxa" w:w="2880"/>
          </w:tcPr>
          <w:p>
            <w:r>
              <w:t>石油物探</w:t>
            </w:r>
          </w:p>
        </w:tc>
        <w:tc>
          <w:tcPr>
            <w:tcW w:type="dxa" w:w="2880"/>
          </w:tcPr>
          <w:p/>
        </w:tc>
      </w:tr>
      <w:tr>
        <w:tc>
          <w:tcPr>
            <w:tcW w:type="dxa" w:w="2880"/>
          </w:tcPr>
          <w:p>
            <w:r>
              <w:t>6</w:t>
            </w:r>
          </w:p>
        </w:tc>
        <w:tc>
          <w:tcPr>
            <w:tcW w:type="dxa" w:w="2880"/>
          </w:tcPr>
          <w:p>
            <w:r>
              <w:t>中国海上油气</w:t>
            </w:r>
          </w:p>
        </w:tc>
        <w:tc>
          <w:tcPr>
            <w:tcW w:type="dxa" w:w="2880"/>
          </w:tcPr>
          <w:p/>
        </w:tc>
      </w:tr>
      <w:tr>
        <w:tc>
          <w:tcPr>
            <w:tcW w:type="dxa" w:w="2880"/>
          </w:tcPr>
          <w:p>
            <w:r>
              <w:t>7</w:t>
            </w:r>
          </w:p>
        </w:tc>
        <w:tc>
          <w:tcPr>
            <w:tcW w:type="dxa" w:w="2880"/>
          </w:tcPr>
          <w:p>
            <w:r>
              <w:t>西南石油大学学报（自然科学版）</w:t>
            </w:r>
          </w:p>
        </w:tc>
        <w:tc>
          <w:tcPr>
            <w:tcW w:type="dxa" w:w="2880"/>
          </w:tcPr>
          <w:p/>
        </w:tc>
      </w:tr>
      <w:tr>
        <w:tc>
          <w:tcPr>
            <w:tcW w:type="dxa" w:w="2880"/>
          </w:tcPr>
          <w:p>
            <w:r>
              <w:t>8</w:t>
            </w:r>
          </w:p>
        </w:tc>
        <w:tc>
          <w:tcPr>
            <w:tcW w:type="dxa" w:w="2880"/>
          </w:tcPr>
          <w:p>
            <w:r>
              <w:t>Acta Petrolei Sinica（Petroleum Processing Section）</w:t>
            </w:r>
          </w:p>
        </w:tc>
        <w:tc>
          <w:tcPr>
            <w:tcW w:type="dxa" w:w="2880"/>
          </w:tcPr>
          <w:p/>
        </w:tc>
      </w:tr>
      <w:tr>
        <w:tc>
          <w:tcPr>
            <w:tcW w:type="dxa" w:w="2880"/>
          </w:tcPr>
          <w:p>
            <w:r>
              <w:t>9</w:t>
            </w:r>
          </w:p>
        </w:tc>
        <w:tc>
          <w:tcPr>
            <w:tcW w:type="dxa" w:w="2880"/>
          </w:tcPr>
          <w:p>
            <w:r>
              <w:t>石油化工</w:t>
            </w:r>
          </w:p>
        </w:tc>
        <w:tc>
          <w:tcPr>
            <w:tcW w:type="dxa" w:w="2880"/>
          </w:tcPr>
          <w:p/>
        </w:tc>
      </w:tr>
      <w:tr>
        <w:tc>
          <w:tcPr>
            <w:tcW w:type="dxa" w:w="2880"/>
          </w:tcPr>
          <w:p>
            <w:r>
              <w:t>10</w:t>
            </w:r>
          </w:p>
        </w:tc>
        <w:tc>
          <w:tcPr>
            <w:tcW w:type="dxa" w:w="2880"/>
          </w:tcPr>
          <w:p>
            <w:r>
              <w:t>Petroleum Exploration and Development</w:t>
            </w:r>
          </w:p>
        </w:tc>
        <w:tc>
          <w:tcPr>
            <w:tcW w:type="dxa" w:w="2880"/>
          </w:tcPr>
          <w:p/>
        </w:tc>
      </w:tr>
      <w:tr>
        <w:tc>
          <w:tcPr>
            <w:tcW w:type="dxa" w:w="2880"/>
          </w:tcPr>
          <w:p>
            <w:r>
              <w:t>航空宇航科学与技术（共20种期刊）</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一类（2种）</w:t>
            </w:r>
          </w:p>
        </w:tc>
        <w:tc>
          <w:tcPr>
            <w:tcW w:type="dxa" w:w="2880"/>
          </w:tcPr>
          <w:p>
            <w:r>
              <w:t>1</w:t>
            </w:r>
          </w:p>
        </w:tc>
        <w:tc>
          <w:tcPr>
            <w:tcW w:type="dxa" w:w="2880"/>
          </w:tcPr>
          <w:p>
            <w:r>
              <w:t>航空材料学报</w:t>
            </w:r>
          </w:p>
        </w:tc>
      </w:tr>
      <w:tr>
        <w:tc>
          <w:tcPr>
            <w:tcW w:type="dxa" w:w="2880"/>
          </w:tcPr>
          <w:p>
            <w:r>
              <w:t>2</w:t>
            </w:r>
          </w:p>
        </w:tc>
        <w:tc>
          <w:tcPr>
            <w:tcW w:type="dxa" w:w="2880"/>
          </w:tcPr>
          <w:p>
            <w:r>
              <w:t>航空学报</w:t>
            </w:r>
          </w:p>
        </w:tc>
        <w:tc>
          <w:tcPr>
            <w:tcW w:type="dxa" w:w="2880"/>
          </w:tcPr>
          <w:p/>
        </w:tc>
      </w:tr>
      <w:tr>
        <w:tc>
          <w:tcPr>
            <w:tcW w:type="dxa" w:w="2880"/>
          </w:tcPr>
          <w:p>
            <w:r>
              <w:t>二类（7种）</w:t>
            </w:r>
          </w:p>
        </w:tc>
        <w:tc>
          <w:tcPr>
            <w:tcW w:type="dxa" w:w="2880"/>
          </w:tcPr>
          <w:p>
            <w:r>
              <w:t>1</w:t>
            </w:r>
          </w:p>
        </w:tc>
        <w:tc>
          <w:tcPr>
            <w:tcW w:type="dxa" w:w="2880"/>
          </w:tcPr>
          <w:p>
            <w:r>
              <w:t>北京航空航天大学学报</w:t>
            </w:r>
          </w:p>
        </w:tc>
      </w:tr>
      <w:tr>
        <w:tc>
          <w:tcPr>
            <w:tcW w:type="dxa" w:w="2880"/>
          </w:tcPr>
          <w:p>
            <w:r>
              <w:t>2</w:t>
            </w:r>
          </w:p>
        </w:tc>
        <w:tc>
          <w:tcPr>
            <w:tcW w:type="dxa" w:w="2880"/>
          </w:tcPr>
          <w:p>
            <w:r>
              <w:t>中国惯性技术学报</w:t>
            </w:r>
          </w:p>
        </w:tc>
        <w:tc>
          <w:tcPr>
            <w:tcW w:type="dxa" w:w="2880"/>
          </w:tcPr>
          <w:p/>
        </w:tc>
      </w:tr>
      <w:tr>
        <w:tc>
          <w:tcPr>
            <w:tcW w:type="dxa" w:w="2880"/>
          </w:tcPr>
          <w:p>
            <w:r>
              <w:t>3</w:t>
            </w:r>
          </w:p>
        </w:tc>
        <w:tc>
          <w:tcPr>
            <w:tcW w:type="dxa" w:w="2880"/>
          </w:tcPr>
          <w:p>
            <w:r>
              <w:t>宇航学报</w:t>
            </w:r>
          </w:p>
        </w:tc>
        <w:tc>
          <w:tcPr>
            <w:tcW w:type="dxa" w:w="2880"/>
          </w:tcPr>
          <w:p/>
        </w:tc>
      </w:tr>
      <w:tr>
        <w:tc>
          <w:tcPr>
            <w:tcW w:type="dxa" w:w="2880"/>
          </w:tcPr>
          <w:p>
            <w:r>
              <w:t>4</w:t>
            </w:r>
          </w:p>
        </w:tc>
        <w:tc>
          <w:tcPr>
            <w:tcW w:type="dxa" w:w="2880"/>
          </w:tcPr>
          <w:p>
            <w:r>
              <w:t>中国空间科学技术</w:t>
            </w:r>
          </w:p>
        </w:tc>
        <w:tc>
          <w:tcPr>
            <w:tcW w:type="dxa" w:w="2880"/>
          </w:tcPr>
          <w:p/>
        </w:tc>
      </w:tr>
      <w:tr>
        <w:tc>
          <w:tcPr>
            <w:tcW w:type="dxa" w:w="2880"/>
          </w:tcPr>
          <w:p>
            <w:r>
              <w:t>5</w:t>
            </w:r>
          </w:p>
        </w:tc>
        <w:tc>
          <w:tcPr>
            <w:tcW w:type="dxa" w:w="2880"/>
          </w:tcPr>
          <w:p>
            <w:r>
              <w:t>空气动力学学报</w:t>
            </w:r>
          </w:p>
        </w:tc>
        <w:tc>
          <w:tcPr>
            <w:tcW w:type="dxa" w:w="2880"/>
          </w:tcPr>
          <w:p/>
        </w:tc>
      </w:tr>
      <w:tr>
        <w:tc>
          <w:tcPr>
            <w:tcW w:type="dxa" w:w="2880"/>
          </w:tcPr>
          <w:p>
            <w:r>
              <w:t>6</w:t>
            </w:r>
          </w:p>
        </w:tc>
        <w:tc>
          <w:tcPr>
            <w:tcW w:type="dxa" w:w="2880"/>
          </w:tcPr>
          <w:p>
            <w:r>
              <w:t>航天返回与遥感</w:t>
            </w:r>
          </w:p>
        </w:tc>
        <w:tc>
          <w:tcPr>
            <w:tcW w:type="dxa" w:w="2880"/>
          </w:tcPr>
          <w:p/>
        </w:tc>
      </w:tr>
      <w:tr>
        <w:tc>
          <w:tcPr>
            <w:tcW w:type="dxa" w:w="2880"/>
          </w:tcPr>
          <w:p>
            <w:r>
              <w:t>7</w:t>
            </w:r>
          </w:p>
        </w:tc>
        <w:tc>
          <w:tcPr>
            <w:tcW w:type="dxa" w:w="2880"/>
          </w:tcPr>
          <w:p>
            <w:r>
              <w:t>航空制造技术</w:t>
            </w:r>
          </w:p>
        </w:tc>
        <w:tc>
          <w:tcPr>
            <w:tcW w:type="dxa" w:w="2880"/>
          </w:tcPr>
          <w:p/>
        </w:tc>
      </w:tr>
      <w:tr>
        <w:tc>
          <w:tcPr>
            <w:tcW w:type="dxa" w:w="2880"/>
          </w:tcPr>
          <w:p>
            <w:r>
              <w:t>三类（11种）</w:t>
            </w:r>
          </w:p>
        </w:tc>
        <w:tc>
          <w:tcPr>
            <w:tcW w:type="dxa" w:w="2880"/>
          </w:tcPr>
          <w:p>
            <w:r>
              <w:t>1</w:t>
            </w:r>
          </w:p>
        </w:tc>
        <w:tc>
          <w:tcPr>
            <w:tcW w:type="dxa" w:w="2880"/>
          </w:tcPr>
          <w:p>
            <w:r>
              <w:t>航空动力学报</w:t>
            </w:r>
          </w:p>
        </w:tc>
      </w:tr>
      <w:tr>
        <w:tc>
          <w:tcPr>
            <w:tcW w:type="dxa" w:w="2880"/>
          </w:tcPr>
          <w:p>
            <w:r>
              <w:t>2</w:t>
            </w:r>
          </w:p>
        </w:tc>
        <w:tc>
          <w:tcPr>
            <w:tcW w:type="dxa" w:w="2880"/>
          </w:tcPr>
          <w:p>
            <w:r>
              <w:t>南京航空航天大学学报</w:t>
            </w:r>
          </w:p>
        </w:tc>
        <w:tc>
          <w:tcPr>
            <w:tcW w:type="dxa" w:w="2880"/>
          </w:tcPr>
          <w:p/>
        </w:tc>
      </w:tr>
      <w:tr>
        <w:tc>
          <w:tcPr>
            <w:tcW w:type="dxa" w:w="2880"/>
          </w:tcPr>
          <w:p>
            <w:r>
              <w:t>3</w:t>
            </w:r>
          </w:p>
        </w:tc>
        <w:tc>
          <w:tcPr>
            <w:tcW w:type="dxa" w:w="2880"/>
          </w:tcPr>
          <w:p>
            <w:r>
              <w:t>Transactions of Nanj ing University of Aeronautics and Astronautics</w:t>
            </w:r>
          </w:p>
        </w:tc>
        <w:tc>
          <w:tcPr>
            <w:tcW w:type="dxa" w:w="2880"/>
          </w:tcPr>
          <w:p/>
        </w:tc>
      </w:tr>
      <w:tr>
        <w:tc>
          <w:tcPr>
            <w:tcW w:type="dxa" w:w="2880"/>
          </w:tcPr>
          <w:p>
            <w:r>
              <w:t>4</w:t>
            </w:r>
          </w:p>
        </w:tc>
        <w:tc>
          <w:tcPr>
            <w:tcW w:type="dxa" w:w="2880"/>
          </w:tcPr>
          <w:p>
            <w:r>
              <w:t>固体火箭技术</w:t>
            </w:r>
          </w:p>
        </w:tc>
        <w:tc>
          <w:tcPr>
            <w:tcW w:type="dxa" w:w="2880"/>
          </w:tcPr>
          <w:p/>
        </w:tc>
      </w:tr>
      <w:tr>
        <w:tc>
          <w:tcPr>
            <w:tcW w:type="dxa" w:w="2880"/>
          </w:tcPr>
          <w:p>
            <w:r>
              <w:t>5</w:t>
            </w:r>
          </w:p>
        </w:tc>
        <w:tc>
          <w:tcPr>
            <w:tcW w:type="dxa" w:w="2880"/>
          </w:tcPr>
          <w:p>
            <w:r>
              <w:t>空间科学学报</w:t>
            </w:r>
          </w:p>
        </w:tc>
        <w:tc>
          <w:tcPr>
            <w:tcW w:type="dxa" w:w="2880"/>
          </w:tcPr>
          <w:p/>
        </w:tc>
      </w:tr>
      <w:tr>
        <w:tc>
          <w:tcPr>
            <w:tcW w:type="dxa" w:w="2880"/>
          </w:tcPr>
          <w:p>
            <w:r>
              <w:t>6</w:t>
            </w:r>
          </w:p>
        </w:tc>
        <w:tc>
          <w:tcPr>
            <w:tcW w:type="dxa" w:w="2880"/>
          </w:tcPr>
          <w:p>
            <w:r>
              <w:t>实验流体力学</w:t>
            </w:r>
          </w:p>
        </w:tc>
        <w:tc>
          <w:tcPr>
            <w:tcW w:type="dxa" w:w="2880"/>
          </w:tcPr>
          <w:p/>
        </w:tc>
      </w:tr>
      <w:tr>
        <w:tc>
          <w:tcPr>
            <w:tcW w:type="dxa" w:w="2880"/>
          </w:tcPr>
          <w:p>
            <w:r>
              <w:t>7</w:t>
            </w:r>
          </w:p>
        </w:tc>
        <w:tc>
          <w:tcPr>
            <w:tcW w:type="dxa" w:w="2880"/>
          </w:tcPr>
          <w:p>
            <w:r>
              <w:t>推进技术</w:t>
            </w:r>
          </w:p>
        </w:tc>
        <w:tc>
          <w:tcPr>
            <w:tcW w:type="dxa" w:w="2880"/>
          </w:tcPr>
          <w:p/>
        </w:tc>
      </w:tr>
      <w:tr>
        <w:tc>
          <w:tcPr>
            <w:tcW w:type="dxa" w:w="2880"/>
          </w:tcPr>
          <w:p>
            <w:r>
              <w:t>8</w:t>
            </w:r>
          </w:p>
        </w:tc>
        <w:tc>
          <w:tcPr>
            <w:tcW w:type="dxa" w:w="2880"/>
          </w:tcPr>
          <w:p>
            <w:r>
              <w:t>宇航材料工艺</w:t>
            </w:r>
          </w:p>
        </w:tc>
        <w:tc>
          <w:tcPr>
            <w:tcW w:type="dxa" w:w="2880"/>
          </w:tcPr>
          <w:p/>
        </w:tc>
      </w:tr>
      <w:tr>
        <w:tc>
          <w:tcPr>
            <w:tcW w:type="dxa" w:w="2880"/>
          </w:tcPr>
          <w:p>
            <w:r>
              <w:t>9</w:t>
            </w:r>
          </w:p>
        </w:tc>
        <w:tc>
          <w:tcPr>
            <w:tcW w:type="dxa" w:w="2880"/>
          </w:tcPr>
          <w:p>
            <w:r>
              <w:t>航天器工程</w:t>
            </w:r>
          </w:p>
        </w:tc>
        <w:tc>
          <w:tcPr>
            <w:tcW w:type="dxa" w:w="2880"/>
          </w:tcPr>
          <w:p/>
        </w:tc>
      </w:tr>
      <w:tr>
        <w:tc>
          <w:tcPr>
            <w:tcW w:type="dxa" w:w="2880"/>
          </w:tcPr>
          <w:p>
            <w:r>
              <w:t>10</w:t>
            </w:r>
          </w:p>
        </w:tc>
        <w:tc>
          <w:tcPr>
            <w:tcW w:type="dxa" w:w="2880"/>
          </w:tcPr>
          <w:p>
            <w:r>
              <w:t>载人航天</w:t>
            </w:r>
          </w:p>
        </w:tc>
        <w:tc>
          <w:tcPr>
            <w:tcW w:type="dxa" w:w="2880"/>
          </w:tcPr>
          <w:p/>
        </w:tc>
      </w:tr>
      <w:tr>
        <w:tc>
          <w:tcPr>
            <w:tcW w:type="dxa" w:w="2880"/>
          </w:tcPr>
          <w:p>
            <w:r>
              <w:t>11</w:t>
            </w:r>
          </w:p>
        </w:tc>
        <w:tc>
          <w:tcPr>
            <w:tcW w:type="dxa" w:w="2880"/>
          </w:tcPr>
          <w:p>
            <w:r>
              <w:t>空间控制技术与应用</w:t>
            </w:r>
          </w:p>
        </w:tc>
        <w:tc>
          <w:tcPr>
            <w:tcW w:type="dxa" w:w="2880"/>
          </w:tcPr>
          <w:p/>
        </w:tc>
      </w:tr>
      <w:tr>
        <w:tc>
          <w:tcPr>
            <w:tcW w:type="dxa" w:w="2880"/>
          </w:tcPr>
          <w:p>
            <w:r>
              <w:t>控制科学与工程（共11种期刊）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自动化学报</w:t>
            </w:r>
          </w:p>
        </w:tc>
      </w:tr>
      <w:tr>
        <w:tc>
          <w:tcPr>
            <w:tcW w:type="dxa" w:w="2880"/>
          </w:tcPr>
          <w:p>
            <w:r>
              <w:t>2</w:t>
            </w:r>
          </w:p>
        </w:tc>
        <w:tc>
          <w:tcPr>
            <w:tcW w:type="dxa" w:w="2880"/>
          </w:tcPr>
          <w:p>
            <w:r>
              <w:t>International Journal of Automation &amp; Com puting</w:t>
            </w:r>
          </w:p>
        </w:tc>
        <w:tc>
          <w:tcPr>
            <w:tcW w:type="dxa" w:w="2880"/>
          </w:tcPr>
          <w:p/>
        </w:tc>
      </w:tr>
      <w:tr>
        <w:tc>
          <w:tcPr>
            <w:tcW w:type="dxa" w:w="2880"/>
          </w:tcPr>
          <w:p>
            <w:r>
              <w:t>3</w:t>
            </w:r>
          </w:p>
        </w:tc>
        <w:tc>
          <w:tcPr>
            <w:tcW w:type="dxa" w:w="2880"/>
          </w:tcPr>
          <w:p>
            <w:r>
              <w:t>控制与决策</w:t>
            </w:r>
          </w:p>
        </w:tc>
        <w:tc>
          <w:tcPr>
            <w:tcW w:type="dxa" w:w="2880"/>
          </w:tcPr>
          <w:p/>
        </w:tc>
      </w:tr>
      <w:tr>
        <w:tc>
          <w:tcPr>
            <w:tcW w:type="dxa" w:w="2880"/>
          </w:tcPr>
          <w:p>
            <w:r>
              <w:t>二类（3种）</w:t>
            </w:r>
          </w:p>
        </w:tc>
        <w:tc>
          <w:tcPr>
            <w:tcW w:type="dxa" w:w="2880"/>
          </w:tcPr>
          <w:p>
            <w:r>
              <w:t>1</w:t>
            </w:r>
          </w:p>
        </w:tc>
        <w:tc>
          <w:tcPr>
            <w:tcW w:type="dxa" w:w="2880"/>
          </w:tcPr>
          <w:p>
            <w:r>
              <w:t>机器人</w:t>
            </w:r>
          </w:p>
        </w:tc>
      </w:tr>
      <w:tr>
        <w:tc>
          <w:tcPr>
            <w:tcW w:type="dxa" w:w="2880"/>
          </w:tcPr>
          <w:p>
            <w:r>
              <w:t>2</w:t>
            </w:r>
          </w:p>
        </w:tc>
        <w:tc>
          <w:tcPr>
            <w:tcW w:type="dxa" w:w="2880"/>
          </w:tcPr>
          <w:p>
            <w:r>
              <w:t>信息与控制</w:t>
            </w:r>
          </w:p>
        </w:tc>
        <w:tc>
          <w:tcPr>
            <w:tcW w:type="dxa" w:w="2880"/>
          </w:tcPr>
          <w:p/>
        </w:tc>
      </w:tr>
      <w:tr>
        <w:tc>
          <w:tcPr>
            <w:tcW w:type="dxa" w:w="2880"/>
          </w:tcPr>
          <w:p>
            <w:r>
              <w:t>3</w:t>
            </w:r>
          </w:p>
        </w:tc>
        <w:tc>
          <w:tcPr>
            <w:tcW w:type="dxa" w:w="2880"/>
          </w:tcPr>
          <w:p>
            <w:r>
              <w:t>模式识别与人工智能</w:t>
            </w:r>
          </w:p>
        </w:tc>
        <w:tc>
          <w:tcPr>
            <w:tcW w:type="dxa" w:w="2880"/>
          </w:tcPr>
          <w:p/>
        </w:tc>
      </w:tr>
      <w:tr>
        <w:tc>
          <w:tcPr>
            <w:tcW w:type="dxa" w:w="2880"/>
          </w:tcPr>
          <w:p>
            <w:r>
              <w:t>三类（5种）</w:t>
            </w:r>
          </w:p>
        </w:tc>
        <w:tc>
          <w:tcPr>
            <w:tcW w:type="dxa" w:w="2880"/>
          </w:tcPr>
          <w:p>
            <w:r>
              <w:t>1</w:t>
            </w:r>
          </w:p>
        </w:tc>
        <w:tc>
          <w:tcPr>
            <w:tcW w:type="dxa" w:w="2880"/>
          </w:tcPr>
          <w:p>
            <w:r>
              <w:t>Control Theory and Technology</w:t>
            </w:r>
          </w:p>
        </w:tc>
      </w:tr>
      <w:tr>
        <w:tc>
          <w:tcPr>
            <w:tcW w:type="dxa" w:w="2880"/>
          </w:tcPr>
          <w:p>
            <w:r>
              <w:t>2</w:t>
            </w:r>
          </w:p>
        </w:tc>
        <w:tc>
          <w:tcPr>
            <w:tcW w:type="dxa" w:w="2880"/>
          </w:tcPr>
          <w:p>
            <w:r>
              <w:t>雷达学报</w:t>
            </w:r>
          </w:p>
        </w:tc>
        <w:tc>
          <w:tcPr>
            <w:tcW w:type="dxa" w:w="2880"/>
          </w:tcPr>
          <w:p/>
        </w:tc>
      </w:tr>
      <w:tr>
        <w:tc>
          <w:tcPr>
            <w:tcW w:type="dxa" w:w="2880"/>
          </w:tcPr>
          <w:p>
            <w:r>
              <w:t>3</w:t>
            </w:r>
          </w:p>
        </w:tc>
        <w:tc>
          <w:tcPr>
            <w:tcW w:type="dxa" w:w="2880"/>
          </w:tcPr>
          <w:p>
            <w:r>
              <w:t>传感技术学报</w:t>
            </w:r>
          </w:p>
        </w:tc>
        <w:tc>
          <w:tcPr>
            <w:tcW w:type="dxa" w:w="2880"/>
          </w:tcPr>
          <w:p/>
        </w:tc>
      </w:tr>
      <w:tr>
        <w:tc>
          <w:tcPr>
            <w:tcW w:type="dxa" w:w="2880"/>
          </w:tcPr>
          <w:p>
            <w:r>
              <w:t>4</w:t>
            </w:r>
          </w:p>
        </w:tc>
        <w:tc>
          <w:tcPr>
            <w:tcW w:type="dxa" w:w="2880"/>
          </w:tcPr>
          <w:p>
            <w:r>
              <w:t>控制理论与应用</w:t>
            </w:r>
          </w:p>
        </w:tc>
        <w:tc>
          <w:tcPr>
            <w:tcW w:type="dxa" w:w="2880"/>
          </w:tcPr>
          <w:p/>
        </w:tc>
      </w:tr>
      <w:tr>
        <w:tc>
          <w:tcPr>
            <w:tcW w:type="dxa" w:w="2880"/>
          </w:tcPr>
          <w:p>
            <w:r>
              <w:t>5</w:t>
            </w:r>
          </w:p>
        </w:tc>
        <w:tc>
          <w:tcPr>
            <w:tcW w:type="dxa" w:w="2880"/>
          </w:tcPr>
          <w:p>
            <w:r>
              <w:t>指挥与控制学报</w:t>
            </w:r>
          </w:p>
        </w:tc>
        <w:tc>
          <w:tcPr>
            <w:tcW w:type="dxa" w:w="2880"/>
          </w:tcPr>
          <w:p/>
        </w:tc>
      </w:tr>
      <w:tr>
        <w:tc>
          <w:tcPr>
            <w:tcW w:type="dxa" w:w="2880"/>
          </w:tcPr>
          <w:p>
            <w:r>
              <w:t>力学（共12种期刊）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力学学报</w:t>
            </w: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w:t>
            </w:r>
          </w:p>
        </w:tc>
        <w:tc>
          <w:tcPr>
            <w:tcW w:type="dxa" w:w="2880"/>
          </w:tcPr>
          <w:p>
            <w:r>
              <w:t>Theoretical &amp; Applied Mec hanics Letters</w:t>
            </w:r>
          </w:p>
        </w:tc>
      </w:tr>
      <w:tr>
        <w:tc>
          <w:tcPr>
            <w:tcW w:type="dxa" w:w="2880"/>
          </w:tcPr>
          <w:p>
            <w:r>
              <w:t>3</w:t>
            </w:r>
          </w:p>
        </w:tc>
        <w:tc>
          <w:tcPr>
            <w:tcW w:type="dxa" w:w="2880"/>
          </w:tcPr>
          <w:p>
            <w:r>
              <w:t>中国科学：物理学力学天文学</w:t>
            </w:r>
          </w:p>
        </w:tc>
        <w:tc>
          <w:tcPr>
            <w:tcW w:type="dxa" w:w="2880"/>
          </w:tcPr>
          <w:p/>
        </w:tc>
      </w:tr>
      <w:tr>
        <w:tc>
          <w:tcPr>
            <w:tcW w:type="dxa" w:w="2880"/>
          </w:tcPr>
          <w:p>
            <w:r>
              <w:t>二类（4种）</w:t>
            </w:r>
          </w:p>
        </w:tc>
        <w:tc>
          <w:tcPr>
            <w:tcW w:type="dxa" w:w="2880"/>
          </w:tcPr>
          <w:p>
            <w:r>
              <w:t>1</w:t>
            </w:r>
          </w:p>
        </w:tc>
        <w:tc>
          <w:tcPr>
            <w:tcW w:type="dxa" w:w="2880"/>
          </w:tcPr>
          <w:p>
            <w:r>
              <w:t>工程力学</w:t>
            </w:r>
          </w:p>
        </w:tc>
      </w:tr>
      <w:tr>
        <w:tc>
          <w:tcPr>
            <w:tcW w:type="dxa" w:w="2880"/>
          </w:tcPr>
          <w:p>
            <w:r>
              <w:t>2</w:t>
            </w:r>
          </w:p>
        </w:tc>
        <w:tc>
          <w:tcPr>
            <w:tcW w:type="dxa" w:w="2880"/>
          </w:tcPr>
          <w:p>
            <w:r>
              <w:t>振动与冲击</w:t>
            </w:r>
          </w:p>
        </w:tc>
        <w:tc>
          <w:tcPr>
            <w:tcW w:type="dxa" w:w="2880"/>
          </w:tcPr>
          <w:p/>
        </w:tc>
      </w:tr>
      <w:tr>
        <w:tc>
          <w:tcPr>
            <w:tcW w:type="dxa" w:w="2880"/>
          </w:tcPr>
          <w:p>
            <w:r>
              <w:t>3</w:t>
            </w:r>
          </w:p>
        </w:tc>
        <w:tc>
          <w:tcPr>
            <w:tcW w:type="dxa" w:w="2880"/>
          </w:tcPr>
          <w:p>
            <w:r>
              <w:t>力学进展</w:t>
            </w:r>
          </w:p>
        </w:tc>
        <w:tc>
          <w:tcPr>
            <w:tcW w:type="dxa" w:w="2880"/>
          </w:tcPr>
          <w:p/>
        </w:tc>
      </w:tr>
      <w:tr>
        <w:tc>
          <w:tcPr>
            <w:tcW w:type="dxa" w:w="2880"/>
          </w:tcPr>
          <w:p>
            <w:r>
              <w:t>4</w:t>
            </w:r>
          </w:p>
        </w:tc>
        <w:tc>
          <w:tcPr>
            <w:tcW w:type="dxa" w:w="2880"/>
          </w:tcPr>
          <w:p>
            <w:r>
              <w:t>计算力学学报</w:t>
            </w:r>
          </w:p>
        </w:tc>
        <w:tc>
          <w:tcPr>
            <w:tcW w:type="dxa" w:w="2880"/>
          </w:tcPr>
          <w:p/>
        </w:tc>
      </w:tr>
      <w:tr>
        <w:tc>
          <w:tcPr>
            <w:tcW w:type="dxa" w:w="2880"/>
          </w:tcPr>
          <w:p>
            <w:r>
              <w:t>三类（5种）</w:t>
            </w:r>
          </w:p>
        </w:tc>
        <w:tc>
          <w:tcPr>
            <w:tcW w:type="dxa" w:w="2880"/>
          </w:tcPr>
          <w:p>
            <w:r>
              <w:t>1</w:t>
            </w:r>
          </w:p>
        </w:tc>
        <w:tc>
          <w:tcPr>
            <w:tcW w:type="dxa" w:w="2880"/>
          </w:tcPr>
          <w:p>
            <w:r>
              <w:t>固体力学学报</w:t>
            </w:r>
          </w:p>
        </w:tc>
      </w:tr>
      <w:tr>
        <w:tc>
          <w:tcPr>
            <w:tcW w:type="dxa" w:w="2880"/>
          </w:tcPr>
          <w:p>
            <w:r>
              <w:t>2</w:t>
            </w:r>
          </w:p>
        </w:tc>
        <w:tc>
          <w:tcPr>
            <w:tcW w:type="dxa" w:w="2880"/>
          </w:tcPr>
          <w:p>
            <w:r>
              <w:t>爆炸与冲击</w:t>
            </w:r>
          </w:p>
        </w:tc>
        <w:tc>
          <w:tcPr>
            <w:tcW w:type="dxa" w:w="2880"/>
          </w:tcPr>
          <w:p/>
        </w:tc>
      </w:tr>
      <w:tr>
        <w:tc>
          <w:tcPr>
            <w:tcW w:type="dxa" w:w="2880"/>
          </w:tcPr>
          <w:p>
            <w:r>
              <w:t>3</w:t>
            </w:r>
          </w:p>
        </w:tc>
        <w:tc>
          <w:tcPr>
            <w:tcW w:type="dxa" w:w="2880"/>
          </w:tcPr>
          <w:p>
            <w:r>
              <w:t>实验力学</w:t>
            </w:r>
          </w:p>
        </w:tc>
        <w:tc>
          <w:tcPr>
            <w:tcW w:type="dxa" w:w="2880"/>
          </w:tcPr>
          <w:p/>
        </w:tc>
      </w:tr>
      <w:tr>
        <w:tc>
          <w:tcPr>
            <w:tcW w:type="dxa" w:w="2880"/>
          </w:tcPr>
          <w:p>
            <w:r>
              <w:t>4</w:t>
            </w:r>
          </w:p>
        </w:tc>
        <w:tc>
          <w:tcPr>
            <w:tcW w:type="dxa" w:w="2880"/>
          </w:tcPr>
          <w:p>
            <w:r>
              <w:t>应用力学学报</w:t>
            </w:r>
          </w:p>
        </w:tc>
        <w:tc>
          <w:tcPr>
            <w:tcW w:type="dxa" w:w="2880"/>
          </w:tcPr>
          <w:p/>
        </w:tc>
      </w:tr>
      <w:tr>
        <w:tc>
          <w:tcPr>
            <w:tcW w:type="dxa" w:w="2880"/>
          </w:tcPr>
          <w:p>
            <w:r>
              <w:t>5</w:t>
            </w:r>
          </w:p>
        </w:tc>
        <w:tc>
          <w:tcPr>
            <w:tcW w:type="dxa" w:w="2880"/>
          </w:tcPr>
          <w:p>
            <w:r>
              <w:t>动力学与控制学报</w:t>
            </w:r>
          </w:p>
        </w:tc>
        <w:tc>
          <w:tcPr>
            <w:tcW w:type="dxa" w:w="2880"/>
          </w:tcPr>
          <w:p/>
        </w:tc>
      </w:tr>
      <w:tr>
        <w:tc>
          <w:tcPr>
            <w:tcW w:type="dxa" w:w="2880"/>
          </w:tcPr>
          <w:p>
            <w:r>
              <w:t>机械工程（共12种期刊）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机械工程学报</w:t>
            </w:r>
          </w:p>
        </w:tc>
      </w:tr>
      <w:tr>
        <w:tc>
          <w:tcPr>
            <w:tcW w:type="dxa" w:w="2880"/>
          </w:tcPr>
          <w:p>
            <w:r>
              <w:t>2</w:t>
            </w:r>
          </w:p>
        </w:tc>
        <w:tc>
          <w:tcPr>
            <w:tcW w:type="dxa" w:w="2880"/>
          </w:tcPr>
          <w:p>
            <w:r>
              <w:t>中国机械工程</w:t>
            </w:r>
          </w:p>
        </w:tc>
        <w:tc>
          <w:tcPr>
            <w:tcW w:type="dxa" w:w="2880"/>
          </w:tcPr>
          <w:p/>
        </w:tc>
      </w:tr>
      <w:tr>
        <w:tc>
          <w:tcPr>
            <w:tcW w:type="dxa" w:w="2880"/>
          </w:tcPr>
          <w:p>
            <w:r>
              <w:t>二类（2种）</w:t>
            </w:r>
          </w:p>
        </w:tc>
        <w:tc>
          <w:tcPr>
            <w:tcW w:type="dxa" w:w="2880"/>
          </w:tcPr>
          <w:p>
            <w:r>
              <w:t>1</w:t>
            </w:r>
          </w:p>
        </w:tc>
        <w:tc>
          <w:tcPr>
            <w:tcW w:type="dxa" w:w="2880"/>
          </w:tcPr>
          <w:p>
            <w:r>
              <w:t>摩擦学学报</w:t>
            </w:r>
          </w:p>
        </w:tc>
      </w:tr>
      <w:tr>
        <w:tc>
          <w:tcPr>
            <w:tcW w:type="dxa" w:w="2880"/>
          </w:tcPr>
          <w:p>
            <w:r>
              <w:t>2</w:t>
            </w:r>
          </w:p>
        </w:tc>
        <w:tc>
          <w:tcPr>
            <w:tcW w:type="dxa" w:w="2880"/>
          </w:tcPr>
          <w:p>
            <w:r>
              <w:t>排灌机械工程学报</w:t>
            </w:r>
          </w:p>
        </w:tc>
        <w:tc>
          <w:tcPr>
            <w:tcW w:type="dxa" w:w="2880"/>
          </w:tcPr>
          <w:p/>
        </w:tc>
      </w:tr>
      <w:tr>
        <w:tc>
          <w:tcPr>
            <w:tcW w:type="dxa" w:w="2880"/>
          </w:tcPr>
          <w:p>
            <w:r>
              <w:t>三类（8种）</w:t>
            </w:r>
          </w:p>
        </w:tc>
        <w:tc>
          <w:tcPr>
            <w:tcW w:type="dxa" w:w="2880"/>
          </w:tcPr>
          <w:p>
            <w:r>
              <w:t>1</w:t>
            </w:r>
          </w:p>
        </w:tc>
        <w:tc>
          <w:tcPr>
            <w:tcW w:type="dxa" w:w="2880"/>
          </w:tcPr>
          <w:p>
            <w:r>
              <w:t>汽车工程</w:t>
            </w:r>
          </w:p>
        </w:tc>
      </w:tr>
      <w:tr>
        <w:tc>
          <w:tcPr>
            <w:tcW w:type="dxa" w:w="2880"/>
          </w:tcPr>
          <w:p>
            <w:r>
              <w:t>2</w:t>
            </w:r>
          </w:p>
        </w:tc>
        <w:tc>
          <w:tcPr>
            <w:tcW w:type="dxa" w:w="2880"/>
          </w:tcPr>
          <w:p>
            <w:r>
              <w:t>流体机械</w:t>
            </w:r>
          </w:p>
        </w:tc>
        <w:tc>
          <w:tcPr>
            <w:tcW w:type="dxa" w:w="2880"/>
          </w:tcPr>
          <w:p/>
        </w:tc>
      </w:tr>
      <w:tr>
        <w:tc>
          <w:tcPr>
            <w:tcW w:type="dxa" w:w="2880"/>
          </w:tcPr>
          <w:p>
            <w:r>
              <w:t>3</w:t>
            </w:r>
          </w:p>
        </w:tc>
        <w:tc>
          <w:tcPr>
            <w:tcW w:type="dxa" w:w="2880"/>
          </w:tcPr>
          <w:p>
            <w:r>
              <w:t>振动.测试与诊断</w:t>
            </w:r>
          </w:p>
        </w:tc>
        <w:tc>
          <w:tcPr>
            <w:tcW w:type="dxa" w:w="2880"/>
          </w:tcPr>
          <w:p/>
        </w:tc>
      </w:tr>
      <w:tr>
        <w:tc>
          <w:tcPr>
            <w:tcW w:type="dxa" w:w="2880"/>
          </w:tcPr>
          <w:p>
            <w:r>
              <w:t>4</w:t>
            </w:r>
          </w:p>
        </w:tc>
        <w:tc>
          <w:tcPr>
            <w:tcW w:type="dxa" w:w="2880"/>
          </w:tcPr>
          <w:p>
            <w:r>
              <w:t>振动工程学报</w:t>
            </w:r>
          </w:p>
        </w:tc>
        <w:tc>
          <w:tcPr>
            <w:tcW w:type="dxa" w:w="2880"/>
          </w:tcPr>
          <w:p/>
        </w:tc>
      </w:tr>
      <w:tr>
        <w:tc>
          <w:tcPr>
            <w:tcW w:type="dxa" w:w="2880"/>
          </w:tcPr>
          <w:p>
            <w:r>
              <w:t>5</w:t>
            </w:r>
          </w:p>
        </w:tc>
        <w:tc>
          <w:tcPr>
            <w:tcW w:type="dxa" w:w="2880"/>
          </w:tcPr>
          <w:p>
            <w:r>
              <w:t>工程设计学报</w:t>
            </w:r>
          </w:p>
        </w:tc>
        <w:tc>
          <w:tcPr>
            <w:tcW w:type="dxa" w:w="2880"/>
          </w:tcPr>
          <w:p/>
        </w:tc>
      </w:tr>
      <w:tr>
        <w:tc>
          <w:tcPr>
            <w:tcW w:type="dxa" w:w="2880"/>
          </w:tcPr>
          <w:p>
            <w:r>
              <w:t>6</w:t>
            </w:r>
          </w:p>
        </w:tc>
        <w:tc>
          <w:tcPr>
            <w:tcW w:type="dxa" w:w="2880"/>
          </w:tcPr>
          <w:p>
            <w:r>
              <w:t>机械科学与技术</w:t>
            </w:r>
          </w:p>
        </w:tc>
        <w:tc>
          <w:tcPr>
            <w:tcW w:type="dxa" w:w="2880"/>
          </w:tcPr>
          <w:p/>
        </w:tc>
      </w:tr>
      <w:tr>
        <w:tc>
          <w:tcPr>
            <w:tcW w:type="dxa" w:w="2880"/>
          </w:tcPr>
          <w:p>
            <w:r>
              <w:t>7</w:t>
            </w:r>
          </w:p>
        </w:tc>
        <w:tc>
          <w:tcPr>
            <w:tcW w:type="dxa" w:w="2880"/>
          </w:tcPr>
          <w:p>
            <w:r>
              <w:t>现代制造工程</w:t>
            </w:r>
          </w:p>
        </w:tc>
        <w:tc>
          <w:tcPr>
            <w:tcW w:type="dxa" w:w="2880"/>
          </w:tcPr>
          <w:p/>
        </w:tc>
      </w:tr>
      <w:tr>
        <w:tc>
          <w:tcPr>
            <w:tcW w:type="dxa" w:w="2880"/>
          </w:tcPr>
          <w:p>
            <w:r>
              <w:t>8</w:t>
            </w:r>
          </w:p>
        </w:tc>
        <w:tc>
          <w:tcPr>
            <w:tcW w:type="dxa" w:w="2880"/>
          </w:tcPr>
          <w:p>
            <w:r>
              <w:t>机床与液压</w:t>
            </w:r>
          </w:p>
        </w:tc>
        <w:tc>
          <w:tcPr>
            <w:tcW w:type="dxa" w:w="2880"/>
          </w:tcPr>
          <w:p/>
        </w:tc>
      </w:tr>
      <w:tr>
        <w:tc>
          <w:tcPr>
            <w:tcW w:type="dxa" w:w="2880"/>
          </w:tcPr>
          <w:p>
            <w:r>
              <w:t>动力工程及工程热物理（共12种期刊）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储能科学与技术</w:t>
            </w:r>
          </w:p>
        </w:tc>
      </w:tr>
      <w:tr>
        <w:tc>
          <w:tcPr>
            <w:tcW w:type="dxa" w:w="2880"/>
          </w:tcPr>
          <w:p>
            <w:r>
              <w:t>2</w:t>
            </w:r>
          </w:p>
        </w:tc>
        <w:tc>
          <w:tcPr>
            <w:tcW w:type="dxa" w:w="2880"/>
          </w:tcPr>
          <w:p>
            <w:r>
              <w:t>热力发电</w:t>
            </w:r>
          </w:p>
        </w:tc>
        <w:tc>
          <w:tcPr>
            <w:tcW w:type="dxa" w:w="2880"/>
          </w:tcPr>
          <w:p/>
        </w:tc>
      </w:tr>
      <w:tr>
        <w:tc>
          <w:tcPr>
            <w:tcW w:type="dxa" w:w="2880"/>
          </w:tcPr>
          <w:p>
            <w:r>
              <w:t>二类（4种）</w:t>
            </w:r>
          </w:p>
        </w:tc>
        <w:tc>
          <w:tcPr>
            <w:tcW w:type="dxa" w:w="2880"/>
          </w:tcPr>
          <w:p>
            <w:r>
              <w:t>1</w:t>
            </w:r>
          </w:p>
        </w:tc>
        <w:tc>
          <w:tcPr>
            <w:tcW w:type="dxa" w:w="2880"/>
          </w:tcPr>
          <w:p>
            <w:r>
              <w:t>内燃机学报</w:t>
            </w:r>
          </w:p>
        </w:tc>
      </w:tr>
      <w:tr>
        <w:tc>
          <w:tcPr>
            <w:tcW w:type="dxa" w:w="2880"/>
          </w:tcPr>
          <w:p>
            <w:r>
              <w:t>2</w:t>
            </w:r>
          </w:p>
        </w:tc>
        <w:tc>
          <w:tcPr>
            <w:tcW w:type="dxa" w:w="2880"/>
          </w:tcPr>
          <w:p>
            <w:r>
              <w:t>可再生能源</w:t>
            </w:r>
          </w:p>
        </w:tc>
        <w:tc>
          <w:tcPr>
            <w:tcW w:type="dxa" w:w="2880"/>
          </w:tcPr>
          <w:p/>
        </w:tc>
      </w:tr>
      <w:tr>
        <w:tc>
          <w:tcPr>
            <w:tcW w:type="dxa" w:w="2880"/>
          </w:tcPr>
          <w:p>
            <w:r>
              <w:t>3</w:t>
            </w:r>
          </w:p>
        </w:tc>
        <w:tc>
          <w:tcPr>
            <w:tcW w:type="dxa" w:w="2880"/>
          </w:tcPr>
          <w:p>
            <w:r>
              <w:t>动力工程学报</w:t>
            </w:r>
          </w:p>
        </w:tc>
        <w:tc>
          <w:tcPr>
            <w:tcW w:type="dxa" w:w="2880"/>
          </w:tcPr>
          <w:p/>
        </w:tc>
      </w:tr>
      <w:tr>
        <w:tc>
          <w:tcPr>
            <w:tcW w:type="dxa" w:w="2880"/>
          </w:tcPr>
          <w:p>
            <w:r>
              <w:t>4</w:t>
            </w:r>
          </w:p>
        </w:tc>
        <w:tc>
          <w:tcPr>
            <w:tcW w:type="dxa" w:w="2880"/>
          </w:tcPr>
          <w:p>
            <w:r>
              <w:t>工程热物理学报</w:t>
            </w:r>
          </w:p>
        </w:tc>
        <w:tc>
          <w:tcPr>
            <w:tcW w:type="dxa" w:w="2880"/>
          </w:tcPr>
          <w:p/>
        </w:tc>
      </w:tr>
      <w:tr>
        <w:tc>
          <w:tcPr>
            <w:tcW w:type="dxa" w:w="2880"/>
          </w:tcPr>
          <w:p>
            <w:r>
              <w:t>三类（6种）</w:t>
            </w:r>
          </w:p>
        </w:tc>
        <w:tc>
          <w:tcPr>
            <w:tcW w:type="dxa" w:w="2880"/>
          </w:tcPr>
          <w:p>
            <w:r>
              <w:t>1</w:t>
            </w:r>
          </w:p>
        </w:tc>
        <w:tc>
          <w:tcPr>
            <w:tcW w:type="dxa" w:w="2880"/>
          </w:tcPr>
          <w:p>
            <w:r>
              <w:t>燃烧科学与技术</w:t>
            </w:r>
          </w:p>
        </w:tc>
      </w:tr>
      <w:tr>
        <w:tc>
          <w:tcPr>
            <w:tcW w:type="dxa" w:w="2880"/>
          </w:tcPr>
          <w:p>
            <w:r>
              <w:t>2</w:t>
            </w:r>
          </w:p>
        </w:tc>
        <w:tc>
          <w:tcPr>
            <w:tcW w:type="dxa" w:w="2880"/>
          </w:tcPr>
          <w:p>
            <w:r>
              <w:t>制冷学报</w:t>
            </w:r>
          </w:p>
        </w:tc>
        <w:tc>
          <w:tcPr>
            <w:tcW w:type="dxa" w:w="2880"/>
          </w:tcPr>
          <w:p/>
        </w:tc>
      </w:tr>
      <w:tr>
        <w:tc>
          <w:tcPr>
            <w:tcW w:type="dxa" w:w="2880"/>
          </w:tcPr>
          <w:p>
            <w:r>
              <w:t>3</w:t>
            </w:r>
          </w:p>
        </w:tc>
        <w:tc>
          <w:tcPr>
            <w:tcW w:type="dxa" w:w="2880"/>
          </w:tcPr>
          <w:p>
            <w:r>
              <w:t>ActaEnergiae Solaris Sinica</w:t>
            </w:r>
          </w:p>
        </w:tc>
        <w:tc>
          <w:tcPr>
            <w:tcW w:type="dxa" w:w="2880"/>
          </w:tcPr>
          <w:p/>
        </w:tc>
      </w:tr>
      <w:tr>
        <w:tc>
          <w:tcPr>
            <w:tcW w:type="dxa" w:w="2880"/>
          </w:tcPr>
          <w:p>
            <w:r>
              <w:t>4</w:t>
            </w:r>
          </w:p>
        </w:tc>
        <w:tc>
          <w:tcPr>
            <w:tcW w:type="dxa" w:w="2880"/>
          </w:tcPr>
          <w:p>
            <w:r>
              <w:t>内燃机工程</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5</w:t>
            </w:r>
          </w:p>
        </w:tc>
        <w:tc>
          <w:tcPr>
            <w:tcW w:type="dxa" w:w="2880"/>
          </w:tcPr>
          <w:p>
            <w:r>
              <w:t>热能动力工程</w:t>
            </w:r>
          </w:p>
        </w:tc>
      </w:tr>
      <w:tr>
        <w:tc>
          <w:tcPr>
            <w:tcW w:type="dxa" w:w="2880"/>
          </w:tcPr>
          <w:p>
            <w:r>
              <w:t>6</w:t>
            </w:r>
          </w:p>
        </w:tc>
        <w:tc>
          <w:tcPr>
            <w:tcW w:type="dxa" w:w="2880"/>
          </w:tcPr>
          <w:p>
            <w:r>
              <w:t>Global Energy Interconnection</w:t>
            </w:r>
          </w:p>
        </w:tc>
        <w:tc>
          <w:tcPr>
            <w:tcW w:type="dxa" w:w="2880"/>
          </w:tcPr>
          <w:p/>
        </w:tc>
      </w:tr>
      <w:tr>
        <w:tc>
          <w:tcPr>
            <w:tcW w:type="dxa" w:w="2880"/>
          </w:tcPr>
          <w:p>
            <w:r>
              <w:t>电子科学与技术（共4种期刊）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电子学报</w:t>
            </w:r>
          </w:p>
        </w:tc>
      </w:tr>
      <w:tr>
        <w:tc>
          <w:tcPr>
            <w:tcW w:type="dxa" w:w="2880"/>
          </w:tcPr>
          <w:p>
            <w:r>
              <w:t>二类（3种）</w:t>
            </w:r>
          </w:p>
        </w:tc>
        <w:tc>
          <w:tcPr>
            <w:tcW w:type="dxa" w:w="2880"/>
          </w:tcPr>
          <w:p>
            <w:r>
              <w:t>1</w:t>
            </w:r>
          </w:p>
        </w:tc>
        <w:tc>
          <w:tcPr>
            <w:tcW w:type="dxa" w:w="2880"/>
          </w:tcPr>
          <w:p>
            <w:r>
              <w:t>电子测量与仪器学报</w:t>
            </w:r>
          </w:p>
        </w:tc>
      </w:tr>
      <w:tr>
        <w:tc>
          <w:tcPr>
            <w:tcW w:type="dxa" w:w="2880"/>
          </w:tcPr>
          <w:p>
            <w:r>
              <w:t>2</w:t>
            </w:r>
          </w:p>
        </w:tc>
        <w:tc>
          <w:tcPr>
            <w:tcW w:type="dxa" w:w="2880"/>
          </w:tcPr>
          <w:p>
            <w:r>
              <w:t>Journal of Semiconductors</w:t>
            </w:r>
          </w:p>
        </w:tc>
        <w:tc>
          <w:tcPr>
            <w:tcW w:type="dxa" w:w="2880"/>
          </w:tcPr>
          <w:p/>
        </w:tc>
      </w:tr>
      <w:tr>
        <w:tc>
          <w:tcPr>
            <w:tcW w:type="dxa" w:w="2880"/>
          </w:tcPr>
          <w:p>
            <w:r>
              <w:t>3</w:t>
            </w:r>
          </w:p>
        </w:tc>
        <w:tc>
          <w:tcPr>
            <w:tcW w:type="dxa" w:w="2880"/>
          </w:tcPr>
          <w:p>
            <w:r>
              <w:t>电子与信息学报</w:t>
            </w:r>
          </w:p>
        </w:tc>
        <w:tc>
          <w:tcPr>
            <w:tcW w:type="dxa" w:w="2880"/>
          </w:tcPr>
          <w:p/>
        </w:tc>
      </w:tr>
      <w:tr>
        <w:tc>
          <w:tcPr>
            <w:tcW w:type="dxa" w:w="2880"/>
          </w:tcPr>
          <w:p>
            <w:r>
              <w:t>矿业工程（共15种期刊）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中国矿业大学学报</w:t>
            </w:r>
          </w:p>
        </w:tc>
      </w:tr>
      <w:tr>
        <w:tc>
          <w:tcPr>
            <w:tcW w:type="dxa" w:w="2880"/>
          </w:tcPr>
          <w:p>
            <w:r>
              <w:t>二类（3种）</w:t>
            </w:r>
          </w:p>
        </w:tc>
        <w:tc>
          <w:tcPr>
            <w:tcW w:type="dxa" w:w="2880"/>
          </w:tcPr>
          <w:p>
            <w:r>
              <w:t>1</w:t>
            </w:r>
          </w:p>
        </w:tc>
        <w:tc>
          <w:tcPr>
            <w:tcW w:type="dxa" w:w="2880"/>
          </w:tcPr>
          <w:p>
            <w:r>
              <w:t>煤炭学报</w:t>
            </w:r>
          </w:p>
        </w:tc>
      </w:tr>
      <w:tr>
        <w:tc>
          <w:tcPr>
            <w:tcW w:type="dxa" w:w="2880"/>
          </w:tcPr>
          <w:p>
            <w:r>
              <w:t>2</w:t>
            </w:r>
          </w:p>
        </w:tc>
        <w:tc>
          <w:tcPr>
            <w:tcW w:type="dxa" w:w="2880"/>
          </w:tcPr>
          <w:p>
            <w:r>
              <w:t>International Journal of Coal Science &amp; Technology</w:t>
            </w:r>
          </w:p>
        </w:tc>
        <w:tc>
          <w:tcPr>
            <w:tcW w:type="dxa" w:w="2880"/>
          </w:tcPr>
          <w:p/>
        </w:tc>
      </w:tr>
      <w:tr>
        <w:tc>
          <w:tcPr>
            <w:tcW w:type="dxa" w:w="2880"/>
          </w:tcPr>
          <w:p>
            <w:r>
              <w:t>3</w:t>
            </w:r>
          </w:p>
        </w:tc>
        <w:tc>
          <w:tcPr>
            <w:tcW w:type="dxa" w:w="2880"/>
          </w:tcPr>
          <w:p>
            <w:r>
              <w:t>矿床地质</w:t>
            </w:r>
          </w:p>
        </w:tc>
        <w:tc>
          <w:tcPr>
            <w:tcW w:type="dxa" w:w="2880"/>
          </w:tcPr>
          <w:p/>
        </w:tc>
      </w:tr>
      <w:tr>
        <w:tc>
          <w:tcPr>
            <w:tcW w:type="dxa" w:w="2880"/>
          </w:tcPr>
          <w:p>
            <w:r>
              <w:t>三类（11种）</w:t>
            </w:r>
          </w:p>
        </w:tc>
        <w:tc>
          <w:tcPr>
            <w:tcW w:type="dxa" w:w="2880"/>
          </w:tcPr>
          <w:p>
            <w:r>
              <w:t>1</w:t>
            </w:r>
          </w:p>
        </w:tc>
        <w:tc>
          <w:tcPr>
            <w:tcW w:type="dxa" w:w="2880"/>
          </w:tcPr>
          <w:p>
            <w:r>
              <w:t>采矿与安全工程学报</w:t>
            </w:r>
          </w:p>
        </w:tc>
      </w:tr>
      <w:tr>
        <w:tc>
          <w:tcPr>
            <w:tcW w:type="dxa" w:w="2880"/>
          </w:tcPr>
          <w:p>
            <w:r>
              <w:t>2</w:t>
            </w:r>
          </w:p>
        </w:tc>
        <w:tc>
          <w:tcPr>
            <w:tcW w:type="dxa" w:w="2880"/>
          </w:tcPr>
          <w:p>
            <w:r>
              <w:t>煤炭科学技术</w:t>
            </w:r>
          </w:p>
        </w:tc>
        <w:tc>
          <w:tcPr>
            <w:tcW w:type="dxa" w:w="2880"/>
          </w:tcPr>
          <w:p/>
        </w:tc>
      </w:tr>
      <w:tr>
        <w:tc>
          <w:tcPr>
            <w:tcW w:type="dxa" w:w="2880"/>
          </w:tcPr>
          <w:p>
            <w:r>
              <w:t>3</w:t>
            </w:r>
          </w:p>
        </w:tc>
        <w:tc>
          <w:tcPr>
            <w:tcW w:type="dxa" w:w="2880"/>
          </w:tcPr>
          <w:p>
            <w:r>
              <w:t>岩矿测试</w:t>
            </w:r>
          </w:p>
        </w:tc>
        <w:tc>
          <w:tcPr>
            <w:tcW w:type="dxa" w:w="2880"/>
          </w:tcPr>
          <w:p/>
        </w:tc>
      </w:tr>
      <w:tr>
        <w:tc>
          <w:tcPr>
            <w:tcW w:type="dxa" w:w="2880"/>
          </w:tcPr>
          <w:p>
            <w:r>
              <w:t>4</w:t>
            </w:r>
          </w:p>
        </w:tc>
        <w:tc>
          <w:tcPr>
            <w:tcW w:type="dxa" w:w="2880"/>
          </w:tcPr>
          <w:p>
            <w:r>
              <w:t>矿物学报</w:t>
            </w:r>
          </w:p>
        </w:tc>
        <w:tc>
          <w:tcPr>
            <w:tcW w:type="dxa" w:w="2880"/>
          </w:tcPr>
          <w:p/>
        </w:tc>
      </w:tr>
      <w:tr>
        <w:tc>
          <w:tcPr>
            <w:tcW w:type="dxa" w:w="2880"/>
          </w:tcPr>
          <w:p>
            <w:r>
              <w:t>5</w:t>
            </w:r>
          </w:p>
        </w:tc>
        <w:tc>
          <w:tcPr>
            <w:tcW w:type="dxa" w:w="2880"/>
          </w:tcPr>
          <w:p>
            <w:r>
              <w:t>煤田地质与勘探</w:t>
            </w:r>
          </w:p>
        </w:tc>
        <w:tc>
          <w:tcPr>
            <w:tcW w:type="dxa" w:w="2880"/>
          </w:tcPr>
          <w:p/>
        </w:tc>
      </w:tr>
      <w:tr>
        <w:tc>
          <w:tcPr>
            <w:tcW w:type="dxa" w:w="2880"/>
          </w:tcPr>
          <w:p>
            <w:r>
              <w:t>6</w:t>
            </w:r>
          </w:p>
        </w:tc>
        <w:tc>
          <w:tcPr>
            <w:tcW w:type="dxa" w:w="2880"/>
          </w:tcPr>
          <w:p>
            <w:r>
              <w:t>矿业科学学报</w:t>
            </w:r>
          </w:p>
        </w:tc>
        <w:tc>
          <w:tcPr>
            <w:tcW w:type="dxa" w:w="2880"/>
          </w:tcPr>
          <w:p/>
        </w:tc>
      </w:tr>
      <w:tr>
        <w:tc>
          <w:tcPr>
            <w:tcW w:type="dxa" w:w="2880"/>
          </w:tcPr>
          <w:p>
            <w:r>
              <w:t>7</w:t>
            </w:r>
          </w:p>
        </w:tc>
        <w:tc>
          <w:tcPr>
            <w:tcW w:type="dxa" w:w="2880"/>
          </w:tcPr>
          <w:p>
            <w:r>
              <w:t>工矿自动化</w:t>
            </w:r>
          </w:p>
        </w:tc>
        <w:tc>
          <w:tcPr>
            <w:tcW w:type="dxa" w:w="2880"/>
          </w:tcPr>
          <w:p/>
        </w:tc>
      </w:tr>
      <w:tr>
        <w:tc>
          <w:tcPr>
            <w:tcW w:type="dxa" w:w="2880"/>
          </w:tcPr>
          <w:p>
            <w:r>
              <w:t>8</w:t>
            </w:r>
          </w:p>
        </w:tc>
        <w:tc>
          <w:tcPr>
            <w:tcW w:type="dxa" w:w="2880"/>
          </w:tcPr>
          <w:p>
            <w:r>
              <w:t>中国矿业</w:t>
            </w:r>
          </w:p>
        </w:tc>
        <w:tc>
          <w:tcPr>
            <w:tcW w:type="dxa" w:w="2880"/>
          </w:tcPr>
          <w:p/>
        </w:tc>
      </w:tr>
      <w:tr>
        <w:tc>
          <w:tcPr>
            <w:tcW w:type="dxa" w:w="2880"/>
          </w:tcPr>
          <w:p>
            <w:r>
              <w:t>9</w:t>
            </w:r>
          </w:p>
        </w:tc>
        <w:tc>
          <w:tcPr>
            <w:tcW w:type="dxa" w:w="2880"/>
          </w:tcPr>
          <w:p>
            <w:r>
              <w:t>金属矿山</w:t>
            </w:r>
          </w:p>
        </w:tc>
        <w:tc>
          <w:tcPr>
            <w:tcW w:type="dxa" w:w="2880"/>
          </w:tcPr>
          <w:p/>
        </w:tc>
      </w:tr>
      <w:tr>
        <w:tc>
          <w:tcPr>
            <w:tcW w:type="dxa" w:w="2880"/>
          </w:tcPr>
          <w:p>
            <w:r>
              <w:t>10</w:t>
            </w:r>
          </w:p>
        </w:tc>
        <w:tc>
          <w:tcPr>
            <w:tcW w:type="dxa" w:w="2880"/>
          </w:tcPr>
          <w:p>
            <w:r>
              <w:t>煤矿安全</w:t>
            </w:r>
          </w:p>
        </w:tc>
        <w:tc>
          <w:tcPr>
            <w:tcW w:type="dxa" w:w="2880"/>
          </w:tcPr>
          <w:p/>
        </w:tc>
      </w:tr>
      <w:tr>
        <w:tc>
          <w:tcPr>
            <w:tcW w:type="dxa" w:w="2880"/>
          </w:tcPr>
          <w:p>
            <w:r>
              <w:t>11</w:t>
            </w:r>
          </w:p>
        </w:tc>
        <w:tc>
          <w:tcPr>
            <w:tcW w:type="dxa" w:w="2880"/>
          </w:tcPr>
          <w:p>
            <w:r>
              <w:t>非金属矿</w:t>
            </w:r>
          </w:p>
        </w:tc>
        <w:tc>
          <w:tcPr>
            <w:tcW w:type="dxa" w:w="2880"/>
          </w:tcPr>
          <w:p/>
        </w:tc>
      </w:tr>
      <w:tr>
        <w:tc>
          <w:tcPr>
            <w:tcW w:type="dxa" w:w="2880"/>
          </w:tcPr>
          <w:p>
            <w:r>
              <w:t>测绘科学与技术（共15种期刊）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测绘学报</w:t>
            </w:r>
          </w:p>
        </w:tc>
      </w:tr>
      <w:tr>
        <w:tc>
          <w:tcPr>
            <w:tcW w:type="dxa" w:w="2880"/>
          </w:tcPr>
          <w:p>
            <w:r>
              <w:t>2</w:t>
            </w:r>
          </w:p>
        </w:tc>
        <w:tc>
          <w:tcPr>
            <w:tcW w:type="dxa" w:w="2880"/>
          </w:tcPr>
          <w:p>
            <w:r>
              <w:t>Geo-spatial Information Science</w:t>
            </w:r>
          </w:p>
        </w:tc>
        <w:tc>
          <w:tcPr>
            <w:tcW w:type="dxa" w:w="2880"/>
          </w:tcPr>
          <w:p/>
        </w:tc>
      </w:tr>
      <w:tr>
        <w:tc>
          <w:tcPr>
            <w:tcW w:type="dxa" w:w="2880"/>
          </w:tcPr>
          <w:p>
            <w:r>
              <w:t>二类（4种）</w:t>
            </w:r>
          </w:p>
        </w:tc>
        <w:tc>
          <w:tcPr>
            <w:tcW w:type="dxa" w:w="2880"/>
          </w:tcPr>
          <w:p>
            <w:r>
              <w:t>1</w:t>
            </w:r>
          </w:p>
        </w:tc>
        <w:tc>
          <w:tcPr>
            <w:tcW w:type="dxa" w:w="2880"/>
          </w:tcPr>
          <w:p>
            <w:r>
              <w:t>遥感学报</w:t>
            </w:r>
          </w:p>
        </w:tc>
      </w:tr>
      <w:tr>
        <w:tc>
          <w:tcPr>
            <w:tcW w:type="dxa" w:w="2880"/>
          </w:tcPr>
          <w:p>
            <w:r>
              <w:t>2</w:t>
            </w:r>
          </w:p>
        </w:tc>
        <w:tc>
          <w:tcPr>
            <w:tcW w:type="dxa" w:w="2880"/>
          </w:tcPr>
          <w:p>
            <w:r>
              <w:t>地球信息科学学报</w:t>
            </w:r>
          </w:p>
        </w:tc>
        <w:tc>
          <w:tcPr>
            <w:tcW w:type="dxa" w:w="2880"/>
          </w:tcPr>
          <w:p/>
        </w:tc>
      </w:tr>
      <w:tr>
        <w:tc>
          <w:tcPr>
            <w:tcW w:type="dxa" w:w="2880"/>
          </w:tcPr>
          <w:p>
            <w:r>
              <w:t>3</w:t>
            </w:r>
          </w:p>
        </w:tc>
        <w:tc>
          <w:tcPr>
            <w:tcW w:type="dxa" w:w="2880"/>
          </w:tcPr>
          <w:p>
            <w:r>
              <w:t>国土资源遥感</w:t>
            </w:r>
          </w:p>
        </w:tc>
        <w:tc>
          <w:tcPr>
            <w:tcW w:type="dxa" w:w="2880"/>
          </w:tcPr>
          <w:p/>
        </w:tc>
      </w:tr>
      <w:tr>
        <w:tc>
          <w:tcPr>
            <w:tcW w:type="dxa" w:w="2880"/>
          </w:tcPr>
          <w:p>
            <w:r>
              <w:t>4</w:t>
            </w:r>
          </w:p>
        </w:tc>
        <w:tc>
          <w:tcPr>
            <w:tcW w:type="dxa" w:w="2880"/>
          </w:tcPr>
          <w:p>
            <w:r>
              <w:t>武汉大学学报（信息科学版）</w:t>
            </w:r>
          </w:p>
        </w:tc>
        <w:tc>
          <w:tcPr>
            <w:tcW w:type="dxa" w:w="2880"/>
          </w:tcPr>
          <w:p/>
        </w:tc>
      </w:tr>
      <w:tr>
        <w:tc>
          <w:tcPr>
            <w:tcW w:type="dxa" w:w="2880"/>
          </w:tcPr>
          <w:p>
            <w:r>
              <w:t>三类（9种）</w:t>
            </w:r>
          </w:p>
        </w:tc>
        <w:tc>
          <w:tcPr>
            <w:tcW w:type="dxa" w:w="2880"/>
          </w:tcPr>
          <w:p>
            <w:r>
              <w:t>1</w:t>
            </w:r>
          </w:p>
        </w:tc>
        <w:tc>
          <w:tcPr>
            <w:tcW w:type="dxa" w:w="2880"/>
          </w:tcPr>
          <w:p>
            <w:r>
              <w:t>测绘通报</w:t>
            </w:r>
          </w:p>
        </w:tc>
      </w:tr>
      <w:tr>
        <w:tc>
          <w:tcPr>
            <w:tcW w:type="dxa" w:w="2880"/>
          </w:tcPr>
          <w:p>
            <w:r>
              <w:t>2</w:t>
            </w:r>
          </w:p>
        </w:tc>
        <w:tc>
          <w:tcPr>
            <w:tcW w:type="dxa" w:w="2880"/>
          </w:tcPr>
          <w:p>
            <w:r>
              <w:t>遥感技术与应用</w:t>
            </w:r>
          </w:p>
        </w:tc>
        <w:tc>
          <w:tcPr>
            <w:tcW w:type="dxa" w:w="2880"/>
          </w:tcPr>
          <w:p/>
        </w:tc>
      </w:tr>
      <w:tr>
        <w:tc>
          <w:tcPr>
            <w:tcW w:type="dxa" w:w="2880"/>
          </w:tcPr>
          <w:p>
            <w:r>
              <w:t>3</w:t>
            </w:r>
          </w:p>
        </w:tc>
        <w:tc>
          <w:tcPr>
            <w:tcW w:type="dxa" w:w="2880"/>
          </w:tcPr>
          <w:p>
            <w:r>
              <w:t>测绘科学</w:t>
            </w:r>
          </w:p>
        </w:tc>
        <w:tc>
          <w:tcPr>
            <w:tcW w:type="dxa" w:w="2880"/>
          </w:tcPr>
          <w:p/>
        </w:tc>
      </w:tr>
      <w:tr>
        <w:tc>
          <w:tcPr>
            <w:tcW w:type="dxa" w:w="2880"/>
          </w:tcPr>
          <w:p>
            <w:r>
              <w:t>4</w:t>
            </w:r>
          </w:p>
        </w:tc>
        <w:tc>
          <w:tcPr>
            <w:tcW w:type="dxa" w:w="2880"/>
          </w:tcPr>
          <w:p>
            <w:r>
              <w:t>遥感信息</w:t>
            </w:r>
          </w:p>
        </w:tc>
        <w:tc>
          <w:tcPr>
            <w:tcW w:type="dxa" w:w="2880"/>
          </w:tcPr>
          <w:p/>
        </w:tc>
      </w:tr>
      <w:tr>
        <w:tc>
          <w:tcPr>
            <w:tcW w:type="dxa" w:w="2880"/>
          </w:tcPr>
          <w:p>
            <w:r>
              <w:t>5</w:t>
            </w:r>
          </w:p>
        </w:tc>
        <w:tc>
          <w:tcPr>
            <w:tcW w:type="dxa" w:w="2880"/>
          </w:tcPr>
          <w:p>
            <w:r>
              <w:t>Geodesy and Geodynamics</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6</w:t>
            </w:r>
          </w:p>
        </w:tc>
        <w:tc>
          <w:tcPr>
            <w:tcW w:type="dxa" w:w="2880"/>
          </w:tcPr>
          <w:p>
            <w:r>
              <w:t>大地测量与地球动力学</w:t>
            </w:r>
          </w:p>
        </w:tc>
      </w:tr>
      <w:tr>
        <w:tc>
          <w:tcPr>
            <w:tcW w:type="dxa" w:w="2880"/>
          </w:tcPr>
          <w:p>
            <w:r>
              <w:t>7</w:t>
            </w:r>
          </w:p>
        </w:tc>
        <w:tc>
          <w:tcPr>
            <w:tcW w:type="dxa" w:w="2880"/>
          </w:tcPr>
          <w:p>
            <w:r>
              <w:t>测绘地理信息</w:t>
            </w:r>
          </w:p>
        </w:tc>
        <w:tc>
          <w:tcPr>
            <w:tcW w:type="dxa" w:w="2880"/>
          </w:tcPr>
          <w:p/>
        </w:tc>
      </w:tr>
      <w:tr>
        <w:tc>
          <w:tcPr>
            <w:tcW w:type="dxa" w:w="2880"/>
          </w:tcPr>
          <w:p>
            <w:r>
              <w:t>8</w:t>
            </w:r>
          </w:p>
        </w:tc>
        <w:tc>
          <w:tcPr>
            <w:tcW w:type="dxa" w:w="2880"/>
          </w:tcPr>
          <w:p>
            <w:r>
              <w:t>测绘科学技术学报</w:t>
            </w:r>
          </w:p>
        </w:tc>
        <w:tc>
          <w:tcPr>
            <w:tcW w:type="dxa" w:w="2880"/>
          </w:tcPr>
          <w:p/>
        </w:tc>
      </w:tr>
      <w:tr>
        <w:tc>
          <w:tcPr>
            <w:tcW w:type="dxa" w:w="2880"/>
          </w:tcPr>
          <w:p>
            <w:r>
              <w:t>9</w:t>
            </w:r>
          </w:p>
        </w:tc>
        <w:tc>
          <w:tcPr>
            <w:tcW w:type="dxa" w:w="2880"/>
          </w:tcPr>
          <w:p>
            <w:r>
              <w:t>Radiation Detection Technology and Methods</w:t>
            </w:r>
          </w:p>
        </w:tc>
        <w:tc>
          <w:tcPr>
            <w:tcW w:type="dxa" w:w="2880"/>
          </w:tcPr>
          <w:p/>
        </w:tc>
      </w:tr>
      <w:tr>
        <w:tc>
          <w:tcPr>
            <w:tcW w:type="dxa" w:w="2880"/>
          </w:tcPr>
          <w:p>
            <w:r>
              <w:t>信息与通信工程（共11种期刊）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通信学报</w:t>
            </w:r>
          </w:p>
        </w:tc>
      </w:tr>
      <w:tr>
        <w:tc>
          <w:tcPr>
            <w:tcW w:type="dxa" w:w="2880"/>
          </w:tcPr>
          <w:p>
            <w:r>
              <w:t>2</w:t>
            </w:r>
          </w:p>
        </w:tc>
        <w:tc>
          <w:tcPr>
            <w:tcW w:type="dxa" w:w="2880"/>
          </w:tcPr>
          <w:p>
            <w:r>
              <w:t>Journal of Communications and Information Net works</w:t>
            </w:r>
          </w:p>
        </w:tc>
        <w:tc>
          <w:tcPr>
            <w:tcW w:type="dxa" w:w="2880"/>
          </w:tcPr>
          <w:p/>
        </w:tc>
      </w:tr>
      <w:tr>
        <w:tc>
          <w:tcPr>
            <w:tcW w:type="dxa" w:w="2880"/>
          </w:tcPr>
          <w:p>
            <w:r>
              <w:t>3</w:t>
            </w:r>
          </w:p>
        </w:tc>
        <w:tc>
          <w:tcPr>
            <w:tcW w:type="dxa" w:w="2880"/>
          </w:tcPr>
          <w:p>
            <w:r>
              <w:t>中国科学：信息科学</w:t>
            </w:r>
          </w:p>
        </w:tc>
        <w:tc>
          <w:tcPr>
            <w:tcW w:type="dxa" w:w="2880"/>
          </w:tcPr>
          <w:p/>
        </w:tc>
      </w:tr>
      <w:tr>
        <w:tc>
          <w:tcPr>
            <w:tcW w:type="dxa" w:w="2880"/>
          </w:tcPr>
          <w:p>
            <w:r>
              <w:t>二类（1种）</w:t>
            </w:r>
          </w:p>
        </w:tc>
        <w:tc>
          <w:tcPr>
            <w:tcW w:type="dxa" w:w="2880"/>
          </w:tcPr>
          <w:p>
            <w:r>
              <w:t>1</w:t>
            </w:r>
          </w:p>
        </w:tc>
        <w:tc>
          <w:tcPr>
            <w:tcW w:type="dxa" w:w="2880"/>
          </w:tcPr>
          <w:p>
            <w:r>
              <w:t>电子科技大学学报</w:t>
            </w:r>
          </w:p>
        </w:tc>
      </w:tr>
      <w:tr>
        <w:tc>
          <w:tcPr>
            <w:tcW w:type="dxa" w:w="2880"/>
          </w:tcPr>
          <w:p>
            <w:r>
              <w:t>三类（7种）</w:t>
            </w:r>
          </w:p>
        </w:tc>
        <w:tc>
          <w:tcPr>
            <w:tcW w:type="dxa" w:w="2880"/>
          </w:tcPr>
          <w:p>
            <w:r>
              <w:t>1</w:t>
            </w:r>
          </w:p>
        </w:tc>
        <w:tc>
          <w:tcPr>
            <w:tcW w:type="dxa" w:w="2880"/>
          </w:tcPr>
          <w:p>
            <w:r>
              <w:t>密码学报</w:t>
            </w:r>
          </w:p>
        </w:tc>
      </w:tr>
      <w:tr>
        <w:tc>
          <w:tcPr>
            <w:tcW w:type="dxa" w:w="2880"/>
          </w:tcPr>
          <w:p>
            <w:r>
              <w:t>2</w:t>
            </w:r>
          </w:p>
        </w:tc>
        <w:tc>
          <w:tcPr>
            <w:tcW w:type="dxa" w:w="2880"/>
          </w:tcPr>
          <w:p>
            <w:r>
              <w:t>Journal of Beijing Unive rsity of Posts and Telecommunications</w:t>
            </w:r>
          </w:p>
        </w:tc>
        <w:tc>
          <w:tcPr>
            <w:tcW w:type="dxa" w:w="2880"/>
          </w:tcPr>
          <w:p/>
        </w:tc>
      </w:tr>
      <w:tr>
        <w:tc>
          <w:tcPr>
            <w:tcW w:type="dxa" w:w="2880"/>
          </w:tcPr>
          <w:p>
            <w:r>
              <w:t>3</w:t>
            </w:r>
          </w:p>
        </w:tc>
        <w:tc>
          <w:tcPr>
            <w:tcW w:type="dxa" w:w="2880"/>
          </w:tcPr>
          <w:p>
            <w:r>
              <w:t>西安电子科技大学学报</w:t>
            </w:r>
          </w:p>
        </w:tc>
        <w:tc>
          <w:tcPr>
            <w:tcW w:type="dxa" w:w="2880"/>
          </w:tcPr>
          <w:p/>
        </w:tc>
      </w:tr>
      <w:tr>
        <w:tc>
          <w:tcPr>
            <w:tcW w:type="dxa" w:w="2880"/>
          </w:tcPr>
          <w:p>
            <w:r>
              <w:t>4</w:t>
            </w:r>
          </w:p>
        </w:tc>
        <w:tc>
          <w:tcPr>
            <w:tcW w:type="dxa" w:w="2880"/>
          </w:tcPr>
          <w:p>
            <w:r>
              <w:t>信号处理</w:t>
            </w:r>
          </w:p>
        </w:tc>
        <w:tc>
          <w:tcPr>
            <w:tcW w:type="dxa" w:w="2880"/>
          </w:tcPr>
          <w:p/>
        </w:tc>
      </w:tr>
      <w:tr>
        <w:tc>
          <w:tcPr>
            <w:tcW w:type="dxa" w:w="2880"/>
          </w:tcPr>
          <w:p>
            <w:r>
              <w:t>5</w:t>
            </w:r>
          </w:p>
        </w:tc>
        <w:tc>
          <w:tcPr>
            <w:tcW w:type="dxa" w:w="2880"/>
          </w:tcPr>
          <w:p>
            <w:r>
              <w:t>The Journal of China Univers ities of Posts and Telecommunications</w:t>
            </w:r>
          </w:p>
        </w:tc>
        <w:tc>
          <w:tcPr>
            <w:tcW w:type="dxa" w:w="2880"/>
          </w:tcPr>
          <w:p/>
        </w:tc>
      </w:tr>
      <w:tr>
        <w:tc>
          <w:tcPr>
            <w:tcW w:type="dxa" w:w="2880"/>
          </w:tcPr>
          <w:p>
            <w:r>
              <w:t>6</w:t>
            </w:r>
          </w:p>
        </w:tc>
        <w:tc>
          <w:tcPr>
            <w:tcW w:type="dxa" w:w="2880"/>
          </w:tcPr>
          <w:p>
            <w:r>
              <w:t>Journal of Electronic Science and Tech nology</w:t>
            </w:r>
          </w:p>
        </w:tc>
        <w:tc>
          <w:tcPr>
            <w:tcW w:type="dxa" w:w="2880"/>
          </w:tcPr>
          <w:p/>
        </w:tc>
      </w:tr>
      <w:tr>
        <w:tc>
          <w:tcPr>
            <w:tcW w:type="dxa" w:w="2880"/>
          </w:tcPr>
          <w:p>
            <w:r>
              <w:t>7</w:t>
            </w:r>
          </w:p>
        </w:tc>
        <w:tc>
          <w:tcPr>
            <w:tcW w:type="dxa" w:w="2880"/>
          </w:tcPr>
          <w:p>
            <w:r>
              <w:t>High Technology Letters</w:t>
            </w:r>
          </w:p>
        </w:tc>
        <w:tc>
          <w:tcPr>
            <w:tcW w:type="dxa" w:w="2880"/>
          </w:tcPr>
          <w:p/>
        </w:tc>
      </w:tr>
      <w:tr>
        <w:tc>
          <w:tcPr>
            <w:tcW w:type="dxa" w:w="2880"/>
          </w:tcPr>
          <w:p>
            <w:r>
              <w:t>水利工程（共12种期刊）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水利学报</w:t>
            </w:r>
          </w:p>
        </w:tc>
      </w:tr>
      <w:tr>
        <w:tc>
          <w:tcPr>
            <w:tcW w:type="dxa" w:w="2880"/>
          </w:tcPr>
          <w:p>
            <w:r>
              <w:t>2</w:t>
            </w:r>
          </w:p>
        </w:tc>
        <w:tc>
          <w:tcPr>
            <w:tcW w:type="dxa" w:w="2880"/>
          </w:tcPr>
          <w:p>
            <w:r>
              <w:t>Water Science and Engineering</w:t>
            </w:r>
          </w:p>
        </w:tc>
        <w:tc>
          <w:tcPr>
            <w:tcW w:type="dxa" w:w="2880"/>
          </w:tcPr>
          <w:p/>
        </w:tc>
      </w:tr>
      <w:tr>
        <w:tc>
          <w:tcPr>
            <w:tcW w:type="dxa" w:w="2880"/>
          </w:tcPr>
          <w:p>
            <w:r>
              <w:t>二类（1种）</w:t>
            </w:r>
          </w:p>
        </w:tc>
        <w:tc>
          <w:tcPr>
            <w:tcW w:type="dxa" w:w="2880"/>
          </w:tcPr>
          <w:p>
            <w:r>
              <w:t>1</w:t>
            </w:r>
          </w:p>
        </w:tc>
        <w:tc>
          <w:tcPr>
            <w:tcW w:type="dxa" w:w="2880"/>
          </w:tcPr>
          <w:p>
            <w:r>
              <w:t>水科学进展</w:t>
            </w:r>
          </w:p>
        </w:tc>
      </w:tr>
      <w:tr>
        <w:tc>
          <w:tcPr>
            <w:tcW w:type="dxa" w:w="2880"/>
          </w:tcPr>
          <w:p>
            <w:r>
              <w:t>三类（9种）</w:t>
            </w:r>
          </w:p>
        </w:tc>
        <w:tc>
          <w:tcPr>
            <w:tcW w:type="dxa" w:w="2880"/>
          </w:tcPr>
          <w:p>
            <w:r>
              <w:t>1</w:t>
            </w:r>
          </w:p>
        </w:tc>
        <w:tc>
          <w:tcPr>
            <w:tcW w:type="dxa" w:w="2880"/>
          </w:tcPr>
          <w:p>
            <w:r>
              <w:t>河海大学学报（自然科学版）</w:t>
            </w:r>
          </w:p>
        </w:tc>
      </w:tr>
      <w:tr>
        <w:tc>
          <w:tcPr>
            <w:tcW w:type="dxa" w:w="2880"/>
          </w:tcPr>
          <w:p>
            <w:r>
              <w:t>2</w:t>
            </w:r>
          </w:p>
        </w:tc>
        <w:tc>
          <w:tcPr>
            <w:tcW w:type="dxa" w:w="2880"/>
          </w:tcPr>
          <w:p>
            <w:r>
              <w:t>水力发电学报</w:t>
            </w:r>
          </w:p>
        </w:tc>
        <w:tc>
          <w:tcPr>
            <w:tcW w:type="dxa" w:w="2880"/>
          </w:tcPr>
          <w:p/>
        </w:tc>
      </w:tr>
      <w:tr>
        <w:tc>
          <w:tcPr>
            <w:tcW w:type="dxa" w:w="2880"/>
          </w:tcPr>
          <w:p>
            <w:r>
              <w:t>3</w:t>
            </w:r>
          </w:p>
        </w:tc>
        <w:tc>
          <w:tcPr>
            <w:tcW w:type="dxa" w:w="2880"/>
          </w:tcPr>
          <w:p>
            <w:r>
              <w:t>水利水电科技进展</w:t>
            </w:r>
          </w:p>
        </w:tc>
        <w:tc>
          <w:tcPr>
            <w:tcW w:type="dxa" w:w="2880"/>
          </w:tcPr>
          <w:p/>
        </w:tc>
      </w:tr>
      <w:tr>
        <w:tc>
          <w:tcPr>
            <w:tcW w:type="dxa" w:w="2880"/>
          </w:tcPr>
          <w:p>
            <w:r>
              <w:t>4</w:t>
            </w:r>
          </w:p>
        </w:tc>
        <w:tc>
          <w:tcPr>
            <w:tcW w:type="dxa" w:w="2880"/>
          </w:tcPr>
          <w:p>
            <w:r>
              <w:t>水文地质工程地质</w:t>
            </w:r>
          </w:p>
        </w:tc>
        <w:tc>
          <w:tcPr>
            <w:tcW w:type="dxa" w:w="2880"/>
          </w:tcPr>
          <w:p/>
        </w:tc>
      </w:tr>
      <w:tr>
        <w:tc>
          <w:tcPr>
            <w:tcW w:type="dxa" w:w="2880"/>
          </w:tcPr>
          <w:p>
            <w:r>
              <w:t>5</w:t>
            </w:r>
          </w:p>
        </w:tc>
        <w:tc>
          <w:tcPr>
            <w:tcW w:type="dxa" w:w="2880"/>
          </w:tcPr>
          <w:p>
            <w:r>
              <w:t>水资源与水工程学报</w:t>
            </w:r>
          </w:p>
        </w:tc>
        <w:tc>
          <w:tcPr>
            <w:tcW w:type="dxa" w:w="2880"/>
          </w:tcPr>
          <w:p/>
        </w:tc>
      </w:tr>
      <w:tr>
        <w:tc>
          <w:tcPr>
            <w:tcW w:type="dxa" w:w="2880"/>
          </w:tcPr>
          <w:p>
            <w:r>
              <w:t>6</w:t>
            </w:r>
          </w:p>
        </w:tc>
        <w:tc>
          <w:tcPr>
            <w:tcW w:type="dxa" w:w="2880"/>
          </w:tcPr>
          <w:p>
            <w:r>
              <w:t>长江科学院院报</w:t>
            </w:r>
          </w:p>
        </w:tc>
        <w:tc>
          <w:tcPr>
            <w:tcW w:type="dxa" w:w="2880"/>
          </w:tcPr>
          <w:p/>
        </w:tc>
      </w:tr>
      <w:tr>
        <w:tc>
          <w:tcPr>
            <w:tcW w:type="dxa" w:w="2880"/>
          </w:tcPr>
          <w:p>
            <w:r>
              <w:t>7</w:t>
            </w:r>
          </w:p>
        </w:tc>
        <w:tc>
          <w:tcPr>
            <w:tcW w:type="dxa" w:w="2880"/>
          </w:tcPr>
          <w:p>
            <w:r>
              <w:t>泥沙研究</w:t>
            </w:r>
          </w:p>
        </w:tc>
        <w:tc>
          <w:tcPr>
            <w:tcW w:type="dxa" w:w="2880"/>
          </w:tcPr>
          <w:p/>
        </w:tc>
      </w:tr>
      <w:tr>
        <w:tc>
          <w:tcPr>
            <w:tcW w:type="dxa" w:w="2880"/>
          </w:tcPr>
          <w:p>
            <w:r>
              <w:t>8</w:t>
            </w:r>
          </w:p>
        </w:tc>
        <w:tc>
          <w:tcPr>
            <w:tcW w:type="dxa" w:w="2880"/>
          </w:tcPr>
          <w:p>
            <w:r>
              <w:t>人民长江</w:t>
            </w:r>
          </w:p>
        </w:tc>
        <w:tc>
          <w:tcPr>
            <w:tcW w:type="dxa" w:w="2880"/>
          </w:tcPr>
          <w:p/>
        </w:tc>
      </w:tr>
      <w:tr>
        <w:tc>
          <w:tcPr>
            <w:tcW w:type="dxa" w:w="2880"/>
          </w:tcPr>
          <w:p>
            <w:r>
              <w:t>9</w:t>
            </w:r>
          </w:p>
        </w:tc>
        <w:tc>
          <w:tcPr>
            <w:tcW w:type="dxa" w:w="2880"/>
          </w:tcPr>
          <w:p>
            <w:r>
              <w:t>水动力学研究与进展A辑</w:t>
            </w:r>
          </w:p>
        </w:tc>
        <w:tc>
          <w:tcPr>
            <w:tcW w:type="dxa" w:w="2880"/>
          </w:tcPr>
          <w:p/>
        </w:tc>
      </w:tr>
      <w:tr>
        <w:tc>
          <w:tcPr>
            <w:tcW w:type="dxa" w:w="2880"/>
          </w:tcPr>
          <w:p>
            <w:r>
              <w:t>林业工程（共13种期刊）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水土保持学报</w:t>
            </w:r>
          </w:p>
        </w:tc>
      </w:tr>
      <w:tr>
        <w:tc>
          <w:tcPr>
            <w:tcW w:type="dxa" w:w="2880"/>
          </w:tcPr>
          <w:p>
            <w:r>
              <w:t>2</w:t>
            </w:r>
          </w:p>
        </w:tc>
        <w:tc>
          <w:tcPr>
            <w:tcW w:type="dxa" w:w="2880"/>
          </w:tcPr>
          <w:p>
            <w:r>
              <w:t>林业科学</w:t>
            </w:r>
          </w:p>
        </w:tc>
        <w:tc>
          <w:tcPr>
            <w:tcW w:type="dxa" w:w="2880"/>
          </w:tcPr>
          <w:p/>
        </w:tc>
      </w:tr>
      <w:tr>
        <w:tc>
          <w:tcPr>
            <w:tcW w:type="dxa" w:w="2880"/>
          </w:tcPr>
          <w:p>
            <w:r>
              <w:t>二类（4种）</w:t>
            </w:r>
          </w:p>
        </w:tc>
        <w:tc>
          <w:tcPr>
            <w:tcW w:type="dxa" w:w="2880"/>
          </w:tcPr>
          <w:p>
            <w:r>
              <w:t>1</w:t>
            </w:r>
          </w:p>
        </w:tc>
        <w:tc>
          <w:tcPr>
            <w:tcW w:type="dxa" w:w="2880"/>
          </w:tcPr>
          <w:p>
            <w:r>
              <w:t>水土保持研究</w:t>
            </w: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w:t>
            </w:r>
          </w:p>
        </w:tc>
        <w:tc>
          <w:tcPr>
            <w:tcW w:type="dxa" w:w="2880"/>
          </w:tcPr>
          <w:p>
            <w:r>
              <w:t>南京林业大学学报（自然科学版）</w:t>
            </w:r>
          </w:p>
        </w:tc>
      </w:tr>
      <w:tr>
        <w:tc>
          <w:tcPr>
            <w:tcW w:type="dxa" w:w="2880"/>
          </w:tcPr>
          <w:p>
            <w:r>
              <w:t>3</w:t>
            </w:r>
          </w:p>
        </w:tc>
        <w:tc>
          <w:tcPr>
            <w:tcW w:type="dxa" w:w="2880"/>
          </w:tcPr>
          <w:p>
            <w:r>
              <w:t>中南林业科技大学学报</w:t>
            </w:r>
          </w:p>
        </w:tc>
        <w:tc>
          <w:tcPr>
            <w:tcW w:type="dxa" w:w="2880"/>
          </w:tcPr>
          <w:p/>
        </w:tc>
      </w:tr>
      <w:tr>
        <w:tc>
          <w:tcPr>
            <w:tcW w:type="dxa" w:w="2880"/>
          </w:tcPr>
          <w:p>
            <w:r>
              <w:t>4</w:t>
            </w:r>
          </w:p>
        </w:tc>
        <w:tc>
          <w:tcPr>
            <w:tcW w:type="dxa" w:w="2880"/>
          </w:tcPr>
          <w:p>
            <w:r>
              <w:t>世界林业研究</w:t>
            </w:r>
          </w:p>
        </w:tc>
        <w:tc>
          <w:tcPr>
            <w:tcW w:type="dxa" w:w="2880"/>
          </w:tcPr>
          <w:p/>
        </w:tc>
      </w:tr>
      <w:tr>
        <w:tc>
          <w:tcPr>
            <w:tcW w:type="dxa" w:w="2880"/>
          </w:tcPr>
          <w:p>
            <w:r>
              <w:t>三类（7种）</w:t>
            </w:r>
          </w:p>
        </w:tc>
        <w:tc>
          <w:tcPr>
            <w:tcW w:type="dxa" w:w="2880"/>
          </w:tcPr>
          <w:p>
            <w:r>
              <w:t>1</w:t>
            </w:r>
          </w:p>
        </w:tc>
        <w:tc>
          <w:tcPr>
            <w:tcW w:type="dxa" w:w="2880"/>
          </w:tcPr>
          <w:p>
            <w:r>
              <w:t>林业科学研究</w:t>
            </w:r>
          </w:p>
        </w:tc>
      </w:tr>
      <w:tr>
        <w:tc>
          <w:tcPr>
            <w:tcW w:type="dxa" w:w="2880"/>
          </w:tcPr>
          <w:p>
            <w:r>
              <w:t>2</w:t>
            </w:r>
          </w:p>
        </w:tc>
        <w:tc>
          <w:tcPr>
            <w:tcW w:type="dxa" w:w="2880"/>
          </w:tcPr>
          <w:p>
            <w:r>
              <w:t>北京林业大学学报</w:t>
            </w:r>
          </w:p>
        </w:tc>
        <w:tc>
          <w:tcPr>
            <w:tcW w:type="dxa" w:w="2880"/>
          </w:tcPr>
          <w:p/>
        </w:tc>
      </w:tr>
      <w:tr>
        <w:tc>
          <w:tcPr>
            <w:tcW w:type="dxa" w:w="2880"/>
          </w:tcPr>
          <w:p>
            <w:r>
              <w:t>3</w:t>
            </w:r>
          </w:p>
        </w:tc>
        <w:tc>
          <w:tcPr>
            <w:tcW w:type="dxa" w:w="2880"/>
          </w:tcPr>
          <w:p>
            <w:r>
              <w:t>林产工业</w:t>
            </w:r>
          </w:p>
        </w:tc>
        <w:tc>
          <w:tcPr>
            <w:tcW w:type="dxa" w:w="2880"/>
          </w:tcPr>
          <w:p/>
        </w:tc>
      </w:tr>
      <w:tr>
        <w:tc>
          <w:tcPr>
            <w:tcW w:type="dxa" w:w="2880"/>
          </w:tcPr>
          <w:p>
            <w:r>
              <w:t>4</w:t>
            </w:r>
          </w:p>
        </w:tc>
        <w:tc>
          <w:tcPr>
            <w:tcW w:type="dxa" w:w="2880"/>
          </w:tcPr>
          <w:p>
            <w:r>
              <w:t>浙江农林大学学报</w:t>
            </w:r>
          </w:p>
        </w:tc>
        <w:tc>
          <w:tcPr>
            <w:tcW w:type="dxa" w:w="2880"/>
          </w:tcPr>
          <w:p/>
        </w:tc>
      </w:tr>
      <w:tr>
        <w:tc>
          <w:tcPr>
            <w:tcW w:type="dxa" w:w="2880"/>
          </w:tcPr>
          <w:p>
            <w:r>
              <w:t>5</w:t>
            </w:r>
          </w:p>
        </w:tc>
        <w:tc>
          <w:tcPr>
            <w:tcW w:type="dxa" w:w="2880"/>
          </w:tcPr>
          <w:p>
            <w:r>
              <w:t>经济林研究</w:t>
            </w:r>
          </w:p>
        </w:tc>
        <w:tc>
          <w:tcPr>
            <w:tcW w:type="dxa" w:w="2880"/>
          </w:tcPr>
          <w:p/>
        </w:tc>
      </w:tr>
      <w:tr>
        <w:tc>
          <w:tcPr>
            <w:tcW w:type="dxa" w:w="2880"/>
          </w:tcPr>
          <w:p>
            <w:r>
              <w:t>6</w:t>
            </w:r>
          </w:p>
        </w:tc>
        <w:tc>
          <w:tcPr>
            <w:tcW w:type="dxa" w:w="2880"/>
          </w:tcPr>
          <w:p>
            <w:r>
              <w:t>森林与环境学报</w:t>
            </w:r>
          </w:p>
        </w:tc>
        <w:tc>
          <w:tcPr>
            <w:tcW w:type="dxa" w:w="2880"/>
          </w:tcPr>
          <w:p/>
        </w:tc>
      </w:tr>
      <w:tr>
        <w:tc>
          <w:tcPr>
            <w:tcW w:type="dxa" w:w="2880"/>
          </w:tcPr>
          <w:p>
            <w:r>
              <w:t>7</w:t>
            </w:r>
          </w:p>
        </w:tc>
        <w:tc>
          <w:tcPr>
            <w:tcW w:type="dxa" w:w="2880"/>
          </w:tcPr>
          <w:p>
            <w:r>
              <w:t>西北林学院学报</w:t>
            </w:r>
          </w:p>
        </w:tc>
        <w:tc>
          <w:tcPr>
            <w:tcW w:type="dxa" w:w="2880"/>
          </w:tcPr>
          <w:p/>
        </w:tc>
      </w:tr>
      <w:tr>
        <w:tc>
          <w:tcPr>
            <w:tcW w:type="dxa" w:w="2880"/>
          </w:tcPr>
          <w:p>
            <w:r>
              <w:t>光学工程（共13种期刊）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光学精密工程</w:t>
            </w:r>
          </w:p>
        </w:tc>
      </w:tr>
      <w:tr>
        <w:tc>
          <w:tcPr>
            <w:tcW w:type="dxa" w:w="2880"/>
          </w:tcPr>
          <w:p>
            <w:r>
              <w:t>2</w:t>
            </w:r>
          </w:p>
        </w:tc>
        <w:tc>
          <w:tcPr>
            <w:tcW w:type="dxa" w:w="2880"/>
          </w:tcPr>
          <w:p>
            <w:r>
              <w:t>Frontiers of Optoelectronics</w:t>
            </w:r>
          </w:p>
        </w:tc>
        <w:tc>
          <w:tcPr>
            <w:tcW w:type="dxa" w:w="2880"/>
          </w:tcPr>
          <w:p/>
        </w:tc>
      </w:tr>
      <w:tr>
        <w:tc>
          <w:tcPr>
            <w:tcW w:type="dxa" w:w="2880"/>
          </w:tcPr>
          <w:p>
            <w:r>
              <w:t>二类（4种）</w:t>
            </w:r>
          </w:p>
        </w:tc>
        <w:tc>
          <w:tcPr>
            <w:tcW w:type="dxa" w:w="2880"/>
          </w:tcPr>
          <w:p>
            <w:r>
              <w:t>1</w:t>
            </w:r>
          </w:p>
        </w:tc>
        <w:tc>
          <w:tcPr>
            <w:tcW w:type="dxa" w:w="2880"/>
          </w:tcPr>
          <w:p>
            <w:r>
              <w:t>中国激光</w:t>
            </w:r>
          </w:p>
        </w:tc>
      </w:tr>
      <w:tr>
        <w:tc>
          <w:tcPr>
            <w:tcW w:type="dxa" w:w="2880"/>
          </w:tcPr>
          <w:p>
            <w:r>
              <w:t>2</w:t>
            </w:r>
          </w:p>
        </w:tc>
        <w:tc>
          <w:tcPr>
            <w:tcW w:type="dxa" w:w="2880"/>
          </w:tcPr>
          <w:p>
            <w:r>
              <w:t>激光与光电子学进展</w:t>
            </w:r>
          </w:p>
        </w:tc>
        <w:tc>
          <w:tcPr>
            <w:tcW w:type="dxa" w:w="2880"/>
          </w:tcPr>
          <w:p/>
        </w:tc>
      </w:tr>
      <w:tr>
        <w:tc>
          <w:tcPr>
            <w:tcW w:type="dxa" w:w="2880"/>
          </w:tcPr>
          <w:p>
            <w:r>
              <w:t>3</w:t>
            </w:r>
          </w:p>
        </w:tc>
        <w:tc>
          <w:tcPr>
            <w:tcW w:type="dxa" w:w="2880"/>
          </w:tcPr>
          <w:p>
            <w:r>
              <w:t>光电工程</w:t>
            </w:r>
          </w:p>
        </w:tc>
        <w:tc>
          <w:tcPr>
            <w:tcW w:type="dxa" w:w="2880"/>
          </w:tcPr>
          <w:p/>
        </w:tc>
      </w:tr>
      <w:tr>
        <w:tc>
          <w:tcPr>
            <w:tcW w:type="dxa" w:w="2880"/>
          </w:tcPr>
          <w:p>
            <w:r>
              <w:t>4</w:t>
            </w:r>
          </w:p>
        </w:tc>
        <w:tc>
          <w:tcPr>
            <w:tcW w:type="dxa" w:w="2880"/>
          </w:tcPr>
          <w:p>
            <w:r>
              <w:t>红外与激光工程</w:t>
            </w:r>
          </w:p>
        </w:tc>
        <w:tc>
          <w:tcPr>
            <w:tcW w:type="dxa" w:w="2880"/>
          </w:tcPr>
          <w:p/>
        </w:tc>
      </w:tr>
      <w:tr>
        <w:tc>
          <w:tcPr>
            <w:tcW w:type="dxa" w:w="2880"/>
          </w:tcPr>
          <w:p>
            <w:r>
              <w:t>三类（7种）</w:t>
            </w:r>
          </w:p>
        </w:tc>
        <w:tc>
          <w:tcPr>
            <w:tcW w:type="dxa" w:w="2880"/>
          </w:tcPr>
          <w:p>
            <w:r>
              <w:t>1</w:t>
            </w:r>
          </w:p>
        </w:tc>
        <w:tc>
          <w:tcPr>
            <w:tcW w:type="dxa" w:w="2880"/>
          </w:tcPr>
          <w:p>
            <w:r>
              <w:t>红外技术</w:t>
            </w:r>
          </w:p>
        </w:tc>
      </w:tr>
      <w:tr>
        <w:tc>
          <w:tcPr>
            <w:tcW w:type="dxa" w:w="2880"/>
          </w:tcPr>
          <w:p>
            <w:r>
              <w:t>2</w:t>
            </w:r>
          </w:p>
        </w:tc>
        <w:tc>
          <w:tcPr>
            <w:tcW w:type="dxa" w:w="2880"/>
          </w:tcPr>
          <w:p>
            <w:r>
              <w:t>发光学报</w:t>
            </w:r>
          </w:p>
        </w:tc>
        <w:tc>
          <w:tcPr>
            <w:tcW w:type="dxa" w:w="2880"/>
          </w:tcPr>
          <w:p/>
        </w:tc>
      </w:tr>
      <w:tr>
        <w:tc>
          <w:tcPr>
            <w:tcW w:type="dxa" w:w="2880"/>
          </w:tcPr>
          <w:p>
            <w:r>
              <w:t>3</w:t>
            </w:r>
          </w:p>
        </w:tc>
        <w:tc>
          <w:tcPr>
            <w:tcW w:type="dxa" w:w="2880"/>
          </w:tcPr>
          <w:p>
            <w:r>
              <w:t>应用光学</w:t>
            </w:r>
          </w:p>
        </w:tc>
        <w:tc>
          <w:tcPr>
            <w:tcW w:type="dxa" w:w="2880"/>
          </w:tcPr>
          <w:p/>
        </w:tc>
      </w:tr>
      <w:tr>
        <w:tc>
          <w:tcPr>
            <w:tcW w:type="dxa" w:w="2880"/>
          </w:tcPr>
          <w:p>
            <w:r>
              <w:t>4</w:t>
            </w:r>
          </w:p>
        </w:tc>
        <w:tc>
          <w:tcPr>
            <w:tcW w:type="dxa" w:w="2880"/>
          </w:tcPr>
          <w:p>
            <w:r>
              <w:t>应用激光</w:t>
            </w:r>
          </w:p>
        </w:tc>
        <w:tc>
          <w:tcPr>
            <w:tcW w:type="dxa" w:w="2880"/>
          </w:tcPr>
          <w:p/>
        </w:tc>
      </w:tr>
      <w:tr>
        <w:tc>
          <w:tcPr>
            <w:tcW w:type="dxa" w:w="2880"/>
          </w:tcPr>
          <w:p>
            <w:r>
              <w:t>5</w:t>
            </w:r>
          </w:p>
        </w:tc>
        <w:tc>
          <w:tcPr>
            <w:tcW w:type="dxa" w:w="2880"/>
          </w:tcPr>
          <w:p>
            <w:r>
              <w:t>光电子·激光</w:t>
            </w:r>
          </w:p>
        </w:tc>
        <w:tc>
          <w:tcPr>
            <w:tcW w:type="dxa" w:w="2880"/>
          </w:tcPr>
          <w:p/>
        </w:tc>
      </w:tr>
      <w:tr>
        <w:tc>
          <w:tcPr>
            <w:tcW w:type="dxa" w:w="2880"/>
          </w:tcPr>
          <w:p>
            <w:r>
              <w:t>6</w:t>
            </w:r>
          </w:p>
        </w:tc>
        <w:tc>
          <w:tcPr>
            <w:tcW w:type="dxa" w:w="2880"/>
          </w:tcPr>
          <w:p>
            <w:r>
              <w:t>强激光与粒子束</w:t>
            </w:r>
          </w:p>
        </w:tc>
        <w:tc>
          <w:tcPr>
            <w:tcW w:type="dxa" w:w="2880"/>
          </w:tcPr>
          <w:p/>
        </w:tc>
      </w:tr>
      <w:tr>
        <w:tc>
          <w:tcPr>
            <w:tcW w:type="dxa" w:w="2880"/>
          </w:tcPr>
          <w:p>
            <w:r>
              <w:t>7</w:t>
            </w:r>
          </w:p>
        </w:tc>
        <w:tc>
          <w:tcPr>
            <w:tcW w:type="dxa" w:w="2880"/>
          </w:tcPr>
          <w:p>
            <w:r>
              <w:t>Advanced Photonics</w:t>
            </w:r>
          </w:p>
        </w:tc>
        <w:tc>
          <w:tcPr>
            <w:tcW w:type="dxa" w:w="2880"/>
          </w:tcPr>
          <w:p/>
        </w:tc>
      </w:tr>
      <w:tr>
        <w:tc>
          <w:tcPr>
            <w:tcW w:type="dxa" w:w="2880"/>
          </w:tcPr>
          <w:p>
            <w:r>
              <w:t>交通运输工程（共12种期刊）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Journal of Traffic and Transpo rtation Engineering（English Edition）</w:t>
            </w:r>
          </w:p>
        </w:tc>
      </w:tr>
      <w:tr>
        <w:tc>
          <w:tcPr>
            <w:tcW w:type="dxa" w:w="2880"/>
          </w:tcPr>
          <w:p>
            <w:r>
              <w:t>2</w:t>
            </w:r>
          </w:p>
        </w:tc>
        <w:tc>
          <w:tcPr>
            <w:tcW w:type="dxa" w:w="2880"/>
          </w:tcPr>
          <w:p>
            <w:r>
              <w:t>中国公路学报</w:t>
            </w:r>
          </w:p>
        </w:tc>
        <w:tc>
          <w:tcPr>
            <w:tcW w:type="dxa" w:w="2880"/>
          </w:tcPr>
          <w:p/>
        </w:tc>
      </w:tr>
      <w:tr>
        <w:tc>
          <w:tcPr>
            <w:tcW w:type="dxa" w:w="2880"/>
          </w:tcPr>
          <w:p>
            <w:r>
              <w:t>二类（3种）</w:t>
            </w:r>
          </w:p>
        </w:tc>
        <w:tc>
          <w:tcPr>
            <w:tcW w:type="dxa" w:w="2880"/>
          </w:tcPr>
          <w:p>
            <w:r>
              <w:t>1</w:t>
            </w:r>
          </w:p>
        </w:tc>
        <w:tc>
          <w:tcPr>
            <w:tcW w:type="dxa" w:w="2880"/>
          </w:tcPr>
          <w:p>
            <w:r>
              <w:t>交通运输工程学报</w:t>
            </w:r>
          </w:p>
        </w:tc>
      </w:tr>
      <w:tr>
        <w:tc>
          <w:tcPr>
            <w:tcW w:type="dxa" w:w="2880"/>
          </w:tcPr>
          <w:p>
            <w:r>
              <w:t>2</w:t>
            </w:r>
          </w:p>
        </w:tc>
        <w:tc>
          <w:tcPr>
            <w:tcW w:type="dxa" w:w="2880"/>
          </w:tcPr>
          <w:p>
            <w:r>
              <w:t>铁道学报</w:t>
            </w:r>
          </w:p>
        </w:tc>
        <w:tc>
          <w:tcPr>
            <w:tcW w:type="dxa" w:w="2880"/>
          </w:tcPr>
          <w:p/>
        </w:tc>
      </w:tr>
      <w:tr>
        <w:tc>
          <w:tcPr>
            <w:tcW w:type="dxa" w:w="2880"/>
          </w:tcPr>
          <w:p>
            <w:r>
              <w:t>3</w:t>
            </w:r>
          </w:p>
        </w:tc>
        <w:tc>
          <w:tcPr>
            <w:tcW w:type="dxa" w:w="2880"/>
          </w:tcPr>
          <w:p>
            <w:r>
              <w:t>中国铁道科学</w:t>
            </w:r>
          </w:p>
        </w:tc>
        <w:tc>
          <w:tcPr>
            <w:tcW w:type="dxa" w:w="2880"/>
          </w:tcPr>
          <w:p/>
        </w:tc>
      </w:tr>
      <w:tr>
        <w:tc>
          <w:tcPr>
            <w:tcW w:type="dxa" w:w="2880"/>
          </w:tcPr>
          <w:p>
            <w:r>
              <w:t>三类（7种）</w:t>
            </w:r>
          </w:p>
        </w:tc>
        <w:tc>
          <w:tcPr>
            <w:tcW w:type="dxa" w:w="2880"/>
          </w:tcPr>
          <w:p>
            <w:r>
              <w:t>1</w:t>
            </w:r>
          </w:p>
        </w:tc>
        <w:tc>
          <w:tcPr>
            <w:tcW w:type="dxa" w:w="2880"/>
          </w:tcPr>
          <w:p>
            <w:r>
              <w:t>长安大学学报（自然科学版）</w:t>
            </w:r>
          </w:p>
        </w:tc>
      </w:tr>
      <w:tr>
        <w:tc>
          <w:tcPr>
            <w:tcW w:type="dxa" w:w="2880"/>
          </w:tcPr>
          <w:p>
            <w:r>
              <w:t>2</w:t>
            </w:r>
          </w:p>
        </w:tc>
        <w:tc>
          <w:tcPr>
            <w:tcW w:type="dxa" w:w="2880"/>
          </w:tcPr>
          <w:p>
            <w:r>
              <w:t>汽车安全与节能学报</w:t>
            </w:r>
          </w:p>
        </w:tc>
        <w:tc>
          <w:tcPr>
            <w:tcW w:type="dxa" w:w="2880"/>
          </w:tcPr>
          <w:p/>
        </w:tc>
      </w:tr>
      <w:tr>
        <w:tc>
          <w:tcPr>
            <w:tcW w:type="dxa" w:w="2880"/>
          </w:tcPr>
          <w:p>
            <w:r>
              <w:t>3</w:t>
            </w:r>
          </w:p>
        </w:tc>
        <w:tc>
          <w:tcPr>
            <w:tcW w:type="dxa" w:w="2880"/>
          </w:tcPr>
          <w:p>
            <w:r>
              <w:t>Journal of Railway Engineering Society</w:t>
            </w:r>
          </w:p>
        </w:tc>
        <w:tc>
          <w:tcPr>
            <w:tcW w:type="dxa" w:w="2880"/>
          </w:tcPr>
          <w:p/>
        </w:tc>
      </w:tr>
      <w:tr>
        <w:tc>
          <w:tcPr>
            <w:tcW w:type="dxa" w:w="2880"/>
          </w:tcPr>
          <w:p>
            <w:r>
              <w:t>4</w:t>
            </w:r>
          </w:p>
        </w:tc>
        <w:tc>
          <w:tcPr>
            <w:tcW w:type="dxa" w:w="2880"/>
          </w:tcPr>
          <w:p>
            <w:r>
              <w:t>公路交通科技</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5</w:t>
            </w:r>
          </w:p>
        </w:tc>
        <w:tc>
          <w:tcPr>
            <w:tcW w:type="dxa" w:w="2880"/>
          </w:tcPr>
          <w:p>
            <w:r>
              <w:t>现代隧道技术</w:t>
            </w:r>
          </w:p>
        </w:tc>
      </w:tr>
      <w:tr>
        <w:tc>
          <w:tcPr>
            <w:tcW w:type="dxa" w:w="2880"/>
          </w:tcPr>
          <w:p>
            <w:r>
              <w:t>6</w:t>
            </w:r>
          </w:p>
        </w:tc>
        <w:tc>
          <w:tcPr>
            <w:tcW w:type="dxa" w:w="2880"/>
          </w:tcPr>
          <w:p>
            <w:r>
              <w:t>交通信息与安全</w:t>
            </w:r>
          </w:p>
        </w:tc>
        <w:tc>
          <w:tcPr>
            <w:tcW w:type="dxa" w:w="2880"/>
          </w:tcPr>
          <w:p/>
        </w:tc>
      </w:tr>
      <w:tr>
        <w:tc>
          <w:tcPr>
            <w:tcW w:type="dxa" w:w="2880"/>
          </w:tcPr>
          <w:p>
            <w:r>
              <w:t>7</w:t>
            </w:r>
          </w:p>
        </w:tc>
        <w:tc>
          <w:tcPr>
            <w:tcW w:type="dxa" w:w="2880"/>
          </w:tcPr>
          <w:p>
            <w:r>
              <w:t>Automotive Innovation</w:t>
            </w:r>
          </w:p>
        </w:tc>
        <w:tc>
          <w:tcPr>
            <w:tcW w:type="dxa" w:w="2880"/>
          </w:tcPr>
          <w:p/>
        </w:tc>
      </w:tr>
      <w:tr>
        <w:tc>
          <w:tcPr>
            <w:tcW w:type="dxa" w:w="2880"/>
          </w:tcPr>
          <w:p>
            <w:r>
              <w:t>食品科学与工程（共7种期刊）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Food Quality and Safety</w:t>
            </w:r>
          </w:p>
        </w:tc>
      </w:tr>
      <w:tr>
        <w:tc>
          <w:tcPr>
            <w:tcW w:type="dxa" w:w="2880"/>
          </w:tcPr>
          <w:p>
            <w:r>
              <w:t>二类（1种）</w:t>
            </w:r>
          </w:p>
        </w:tc>
        <w:tc>
          <w:tcPr>
            <w:tcW w:type="dxa" w:w="2880"/>
          </w:tcPr>
          <w:p>
            <w:r>
              <w:t>1</w:t>
            </w:r>
          </w:p>
        </w:tc>
        <w:tc>
          <w:tcPr>
            <w:tcW w:type="dxa" w:w="2880"/>
          </w:tcPr>
          <w:p>
            <w:r>
              <w:t>中国食品学报</w:t>
            </w:r>
          </w:p>
        </w:tc>
      </w:tr>
      <w:tr>
        <w:tc>
          <w:tcPr>
            <w:tcW w:type="dxa" w:w="2880"/>
          </w:tcPr>
          <w:p>
            <w:r>
              <w:t>三类（5种）</w:t>
            </w:r>
          </w:p>
        </w:tc>
        <w:tc>
          <w:tcPr>
            <w:tcW w:type="dxa" w:w="2880"/>
          </w:tcPr>
          <w:p>
            <w:r>
              <w:t>1</w:t>
            </w:r>
          </w:p>
        </w:tc>
        <w:tc>
          <w:tcPr>
            <w:tcW w:type="dxa" w:w="2880"/>
          </w:tcPr>
          <w:p>
            <w:r>
              <w:t>食品科学技术学报</w:t>
            </w:r>
          </w:p>
        </w:tc>
      </w:tr>
      <w:tr>
        <w:tc>
          <w:tcPr>
            <w:tcW w:type="dxa" w:w="2880"/>
          </w:tcPr>
          <w:p>
            <w:r>
              <w:t>2</w:t>
            </w:r>
          </w:p>
        </w:tc>
        <w:tc>
          <w:tcPr>
            <w:tcW w:type="dxa" w:w="2880"/>
          </w:tcPr>
          <w:p>
            <w:r>
              <w:t>中国粮油学报</w:t>
            </w:r>
          </w:p>
        </w:tc>
        <w:tc>
          <w:tcPr>
            <w:tcW w:type="dxa" w:w="2880"/>
          </w:tcPr>
          <w:p/>
        </w:tc>
      </w:tr>
      <w:tr>
        <w:tc>
          <w:tcPr>
            <w:tcW w:type="dxa" w:w="2880"/>
          </w:tcPr>
          <w:p>
            <w:r>
              <w:t>3</w:t>
            </w:r>
          </w:p>
        </w:tc>
        <w:tc>
          <w:tcPr>
            <w:tcW w:type="dxa" w:w="2880"/>
          </w:tcPr>
          <w:p>
            <w:r>
              <w:t>中国油脂</w:t>
            </w:r>
          </w:p>
        </w:tc>
        <w:tc>
          <w:tcPr>
            <w:tcW w:type="dxa" w:w="2880"/>
          </w:tcPr>
          <w:p/>
        </w:tc>
      </w:tr>
      <w:tr>
        <w:tc>
          <w:tcPr>
            <w:tcW w:type="dxa" w:w="2880"/>
          </w:tcPr>
          <w:p>
            <w:r>
              <w:t>4</w:t>
            </w:r>
          </w:p>
        </w:tc>
        <w:tc>
          <w:tcPr>
            <w:tcW w:type="dxa" w:w="2880"/>
          </w:tcPr>
          <w:p>
            <w:r>
              <w:t>食品与生物技术学报</w:t>
            </w:r>
          </w:p>
        </w:tc>
        <w:tc>
          <w:tcPr>
            <w:tcW w:type="dxa" w:w="2880"/>
          </w:tcPr>
          <w:p/>
        </w:tc>
      </w:tr>
      <w:tr>
        <w:tc>
          <w:tcPr>
            <w:tcW w:type="dxa" w:w="2880"/>
          </w:tcPr>
          <w:p>
            <w:r>
              <w:t>5</w:t>
            </w:r>
          </w:p>
        </w:tc>
        <w:tc>
          <w:tcPr>
            <w:tcW w:type="dxa" w:w="2880"/>
          </w:tcPr>
          <w:p>
            <w:r>
              <w:t>食品科学</w:t>
            </w:r>
          </w:p>
        </w:tc>
        <w:tc>
          <w:tcPr>
            <w:tcW w:type="dxa" w:w="2880"/>
          </w:tcPr>
          <w:p/>
        </w:tc>
      </w:tr>
      <w:tr>
        <w:tc>
          <w:tcPr>
            <w:tcW w:type="dxa" w:w="2880"/>
          </w:tcPr>
          <w:p>
            <w:r>
              <w:t>农业工程（共6种期刊）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Frontiers of Agricultural Science and Engineeri ng</w:t>
            </w:r>
          </w:p>
        </w:tc>
      </w:tr>
      <w:tr>
        <w:tc>
          <w:tcPr>
            <w:tcW w:type="dxa" w:w="2880"/>
          </w:tcPr>
          <w:p>
            <w:r>
              <w:t>二类（2种）</w:t>
            </w:r>
          </w:p>
        </w:tc>
        <w:tc>
          <w:tcPr>
            <w:tcW w:type="dxa" w:w="2880"/>
          </w:tcPr>
          <w:p>
            <w:r>
              <w:t>1</w:t>
            </w:r>
          </w:p>
        </w:tc>
        <w:tc>
          <w:tcPr>
            <w:tcW w:type="dxa" w:w="2880"/>
          </w:tcPr>
          <w:p>
            <w:r>
              <w:t>农业工程学报</w:t>
            </w:r>
          </w:p>
        </w:tc>
      </w:tr>
      <w:tr>
        <w:tc>
          <w:tcPr>
            <w:tcW w:type="dxa" w:w="2880"/>
          </w:tcPr>
          <w:p>
            <w:r>
              <w:t>2</w:t>
            </w:r>
          </w:p>
        </w:tc>
        <w:tc>
          <w:tcPr>
            <w:tcW w:type="dxa" w:w="2880"/>
          </w:tcPr>
          <w:p>
            <w:r>
              <w:t>农业机械学报</w:t>
            </w:r>
          </w:p>
        </w:tc>
        <w:tc>
          <w:tcPr>
            <w:tcW w:type="dxa" w:w="2880"/>
          </w:tcPr>
          <w:p/>
        </w:tc>
      </w:tr>
      <w:tr>
        <w:tc>
          <w:tcPr>
            <w:tcW w:type="dxa" w:w="2880"/>
          </w:tcPr>
          <w:p>
            <w:r>
              <w:t>三类（3种）</w:t>
            </w:r>
          </w:p>
        </w:tc>
        <w:tc>
          <w:tcPr>
            <w:tcW w:type="dxa" w:w="2880"/>
          </w:tcPr>
          <w:p>
            <w:r>
              <w:t>1</w:t>
            </w:r>
          </w:p>
        </w:tc>
        <w:tc>
          <w:tcPr>
            <w:tcW w:type="dxa" w:w="2880"/>
          </w:tcPr>
          <w:p>
            <w:r>
              <w:t>农业资源与环境学报</w:t>
            </w:r>
          </w:p>
        </w:tc>
      </w:tr>
      <w:tr>
        <w:tc>
          <w:tcPr>
            <w:tcW w:type="dxa" w:w="2880"/>
          </w:tcPr>
          <w:p>
            <w:r>
              <w:t>2</w:t>
            </w:r>
          </w:p>
        </w:tc>
        <w:tc>
          <w:tcPr>
            <w:tcW w:type="dxa" w:w="2880"/>
          </w:tcPr>
          <w:p>
            <w:r>
              <w:t>中国农业资源与区划</w:t>
            </w:r>
          </w:p>
        </w:tc>
        <w:tc>
          <w:tcPr>
            <w:tcW w:type="dxa" w:w="2880"/>
          </w:tcPr>
          <w:p/>
        </w:tc>
      </w:tr>
      <w:tr>
        <w:tc>
          <w:tcPr>
            <w:tcW w:type="dxa" w:w="2880"/>
          </w:tcPr>
          <w:p>
            <w:r>
              <w:t>3</w:t>
            </w:r>
          </w:p>
        </w:tc>
        <w:tc>
          <w:tcPr>
            <w:tcW w:type="dxa" w:w="2880"/>
          </w:tcPr>
          <w:p>
            <w:r>
              <w:t>灌溉排水学报</w:t>
            </w:r>
          </w:p>
        </w:tc>
        <w:tc>
          <w:tcPr>
            <w:tcW w:type="dxa" w:w="2880"/>
          </w:tcPr>
          <w:p/>
        </w:tc>
      </w:tr>
      <w:tr>
        <w:tc>
          <w:tcPr>
            <w:tcW w:type="dxa" w:w="2880"/>
          </w:tcPr>
          <w:p>
            <w:r>
              <w:t>核科学与技术（共7种期刊）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核技术</w:t>
            </w:r>
          </w:p>
        </w:tc>
      </w:tr>
      <w:tr>
        <w:tc>
          <w:tcPr>
            <w:tcW w:type="dxa" w:w="2880"/>
          </w:tcPr>
          <w:p>
            <w:r>
              <w:t>二类（2种）</w:t>
            </w:r>
          </w:p>
        </w:tc>
        <w:tc>
          <w:tcPr>
            <w:tcW w:type="dxa" w:w="2880"/>
          </w:tcPr>
          <w:p>
            <w:r>
              <w:t>1</w:t>
            </w:r>
          </w:p>
        </w:tc>
        <w:tc>
          <w:tcPr>
            <w:tcW w:type="dxa" w:w="2880"/>
          </w:tcPr>
          <w:p>
            <w:r>
              <w:t>辐射研究与辐射工艺学报</w:t>
            </w:r>
          </w:p>
        </w:tc>
      </w:tr>
      <w:tr>
        <w:tc>
          <w:tcPr>
            <w:tcW w:type="dxa" w:w="2880"/>
          </w:tcPr>
          <w:p>
            <w:r>
              <w:t>2</w:t>
            </w:r>
          </w:p>
        </w:tc>
        <w:tc>
          <w:tcPr>
            <w:tcW w:type="dxa" w:w="2880"/>
          </w:tcPr>
          <w:p>
            <w:r>
              <w:t>原子核物理评论</w:t>
            </w:r>
          </w:p>
        </w:tc>
        <w:tc>
          <w:tcPr>
            <w:tcW w:type="dxa" w:w="2880"/>
          </w:tcPr>
          <w:p/>
        </w:tc>
      </w:tr>
      <w:tr>
        <w:tc>
          <w:tcPr>
            <w:tcW w:type="dxa" w:w="2880"/>
          </w:tcPr>
          <w:p>
            <w:r>
              <w:t>三类（4种）</w:t>
            </w:r>
          </w:p>
        </w:tc>
        <w:tc>
          <w:tcPr>
            <w:tcW w:type="dxa" w:w="2880"/>
          </w:tcPr>
          <w:p>
            <w:r>
              <w:t>1</w:t>
            </w:r>
          </w:p>
        </w:tc>
        <w:tc>
          <w:tcPr>
            <w:tcW w:type="dxa" w:w="2880"/>
          </w:tcPr>
          <w:p>
            <w:r>
              <w:t>原子能科学技术</w:t>
            </w:r>
          </w:p>
        </w:tc>
      </w:tr>
      <w:tr>
        <w:tc>
          <w:tcPr>
            <w:tcW w:type="dxa" w:w="2880"/>
          </w:tcPr>
          <w:p>
            <w:r>
              <w:t>2</w:t>
            </w:r>
          </w:p>
        </w:tc>
        <w:tc>
          <w:tcPr>
            <w:tcW w:type="dxa" w:w="2880"/>
          </w:tcPr>
          <w:p>
            <w:r>
              <w:t>核化学与放射化学</w:t>
            </w:r>
          </w:p>
        </w:tc>
        <w:tc>
          <w:tcPr>
            <w:tcW w:type="dxa" w:w="2880"/>
          </w:tcPr>
          <w:p/>
        </w:tc>
      </w:tr>
      <w:tr>
        <w:tc>
          <w:tcPr>
            <w:tcW w:type="dxa" w:w="2880"/>
          </w:tcPr>
          <w:p>
            <w:r>
              <w:t>3</w:t>
            </w:r>
          </w:p>
        </w:tc>
        <w:tc>
          <w:tcPr>
            <w:tcW w:type="dxa" w:w="2880"/>
          </w:tcPr>
          <w:p>
            <w:r>
              <w:t>核动力工程</w:t>
            </w:r>
          </w:p>
        </w:tc>
        <w:tc>
          <w:tcPr>
            <w:tcW w:type="dxa" w:w="2880"/>
          </w:tcPr>
          <w:p/>
        </w:tc>
      </w:tr>
      <w:tr>
        <w:tc>
          <w:tcPr>
            <w:tcW w:type="dxa" w:w="2880"/>
          </w:tcPr>
          <w:p>
            <w:r>
              <w:t>4</w:t>
            </w:r>
          </w:p>
        </w:tc>
        <w:tc>
          <w:tcPr>
            <w:tcW w:type="dxa" w:w="2880"/>
          </w:tcPr>
          <w:p>
            <w:r>
              <w:t>核科学与工程</w:t>
            </w:r>
          </w:p>
        </w:tc>
        <w:tc>
          <w:tcPr>
            <w:tcW w:type="dxa" w:w="2880"/>
          </w:tcPr>
          <w:p/>
        </w:tc>
      </w:tr>
      <w:tr>
        <w:tc>
          <w:tcPr>
            <w:tcW w:type="dxa" w:w="2880"/>
          </w:tcPr>
          <w:p>
            <w:r>
              <w:t>安全科学与工程（共7种期刊）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灾害学</w:t>
            </w:r>
          </w:p>
        </w:tc>
      </w:tr>
      <w:tr>
        <w:tc>
          <w:tcPr>
            <w:tcW w:type="dxa" w:w="2880"/>
          </w:tcPr>
          <w:p>
            <w:r>
              <w:t>二类（2种）</w:t>
            </w:r>
          </w:p>
        </w:tc>
        <w:tc>
          <w:tcPr>
            <w:tcW w:type="dxa" w:w="2880"/>
          </w:tcPr>
          <w:p>
            <w:r>
              <w:t>1</w:t>
            </w:r>
          </w:p>
        </w:tc>
        <w:tc>
          <w:tcPr>
            <w:tcW w:type="dxa" w:w="2880"/>
          </w:tcPr>
          <w:p>
            <w:r>
              <w:t>自然灾害学报</w:t>
            </w:r>
          </w:p>
        </w:tc>
      </w:tr>
      <w:tr>
        <w:tc>
          <w:tcPr>
            <w:tcW w:type="dxa" w:w="2880"/>
          </w:tcPr>
          <w:p>
            <w:r>
              <w:t>2</w:t>
            </w:r>
          </w:p>
        </w:tc>
        <w:tc>
          <w:tcPr>
            <w:tcW w:type="dxa" w:w="2880"/>
          </w:tcPr>
          <w:p>
            <w:r>
              <w:t>中国安全科学学报</w:t>
            </w:r>
          </w:p>
        </w:tc>
        <w:tc>
          <w:tcPr>
            <w:tcW w:type="dxa" w:w="2880"/>
          </w:tcPr>
          <w:p/>
        </w:tc>
      </w:tr>
      <w:tr>
        <w:tc>
          <w:tcPr>
            <w:tcW w:type="dxa" w:w="2880"/>
          </w:tcPr>
          <w:p>
            <w:r>
              <w:t>三类（4种）</w:t>
            </w:r>
          </w:p>
        </w:tc>
        <w:tc>
          <w:tcPr>
            <w:tcW w:type="dxa" w:w="2880"/>
          </w:tcPr>
          <w:p>
            <w:r>
              <w:t>1</w:t>
            </w:r>
          </w:p>
        </w:tc>
        <w:tc>
          <w:tcPr>
            <w:tcW w:type="dxa" w:w="2880"/>
          </w:tcPr>
          <w:p>
            <w:r>
              <w:t>中国安全生产科学技术</w:t>
            </w:r>
          </w:p>
        </w:tc>
      </w:tr>
      <w:tr>
        <w:tc>
          <w:tcPr>
            <w:tcW w:type="dxa" w:w="2880"/>
          </w:tcPr>
          <w:p>
            <w:r>
              <w:t>2</w:t>
            </w:r>
          </w:p>
        </w:tc>
        <w:tc>
          <w:tcPr>
            <w:tcW w:type="dxa" w:w="2880"/>
          </w:tcPr>
          <w:p>
            <w:r>
              <w:t>安全与环境学报</w:t>
            </w:r>
          </w:p>
        </w:tc>
        <w:tc>
          <w:tcPr>
            <w:tcW w:type="dxa" w:w="2880"/>
          </w:tcPr>
          <w:p/>
        </w:tc>
      </w:tr>
      <w:tr>
        <w:tc>
          <w:tcPr>
            <w:tcW w:type="dxa" w:w="2880"/>
          </w:tcPr>
          <w:p>
            <w:r>
              <w:t>3</w:t>
            </w:r>
          </w:p>
        </w:tc>
        <w:tc>
          <w:tcPr>
            <w:tcW w:type="dxa" w:w="2880"/>
          </w:tcPr>
          <w:p>
            <w:r>
              <w:t>安全与环境工程</w:t>
            </w:r>
          </w:p>
        </w:tc>
        <w:tc>
          <w:tcPr>
            <w:tcW w:type="dxa" w:w="2880"/>
          </w:tcPr>
          <w:p/>
        </w:tc>
      </w:tr>
      <w:tr>
        <w:tc>
          <w:tcPr>
            <w:tcW w:type="dxa" w:w="2880"/>
          </w:tcPr>
          <w:p>
            <w:r>
              <w:t>4</w:t>
            </w:r>
          </w:p>
        </w:tc>
        <w:tc>
          <w:tcPr>
            <w:tcW w:type="dxa" w:w="2880"/>
          </w:tcPr>
          <w:p>
            <w:r>
              <w:t>Journal of Safety Science and R esilience</w:t>
            </w:r>
          </w:p>
        </w:tc>
        <w:tc>
          <w:tcPr>
            <w:tcW w:type="dxa" w:w="2880"/>
          </w:tcPr>
          <w:p/>
        </w:tc>
      </w:tr>
      <w:tr>
        <w:tc>
          <w:tcPr>
            <w:tcW w:type="dxa" w:w="2880"/>
          </w:tcPr>
          <w:p>
            <w:r>
              <w:t>兵器科学与技术（共6种期刊）</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二类（2种）</w:t>
            </w:r>
          </w:p>
        </w:tc>
        <w:tc>
          <w:tcPr>
            <w:tcW w:type="dxa" w:w="2880"/>
          </w:tcPr>
          <w:p>
            <w:r>
              <w:t>1</w:t>
            </w:r>
          </w:p>
        </w:tc>
        <w:tc>
          <w:tcPr>
            <w:tcW w:type="dxa" w:w="2880"/>
          </w:tcPr>
          <w:p>
            <w:r>
              <w:t>兵工学报</w:t>
            </w:r>
          </w:p>
        </w:tc>
      </w:tr>
      <w:tr>
        <w:tc>
          <w:tcPr>
            <w:tcW w:type="dxa" w:w="2880"/>
          </w:tcPr>
          <w:p>
            <w:r>
              <w:t>2</w:t>
            </w:r>
          </w:p>
        </w:tc>
        <w:tc>
          <w:tcPr>
            <w:tcW w:type="dxa" w:w="2880"/>
          </w:tcPr>
          <w:p>
            <w:r>
              <w:t>含能材料</w:t>
            </w:r>
          </w:p>
        </w:tc>
        <w:tc>
          <w:tcPr>
            <w:tcW w:type="dxa" w:w="2880"/>
          </w:tcPr>
          <w:p/>
        </w:tc>
      </w:tr>
      <w:tr>
        <w:tc>
          <w:tcPr>
            <w:tcW w:type="dxa" w:w="2880"/>
          </w:tcPr>
          <w:p>
            <w:r>
              <w:t>三类（4种）</w:t>
            </w:r>
          </w:p>
        </w:tc>
        <w:tc>
          <w:tcPr>
            <w:tcW w:type="dxa" w:w="2880"/>
          </w:tcPr>
          <w:p>
            <w:r>
              <w:t>1</w:t>
            </w:r>
          </w:p>
        </w:tc>
        <w:tc>
          <w:tcPr>
            <w:tcW w:type="dxa" w:w="2880"/>
          </w:tcPr>
          <w:p>
            <w:r>
              <w:t>航空兵器</w:t>
            </w:r>
          </w:p>
        </w:tc>
      </w:tr>
      <w:tr>
        <w:tc>
          <w:tcPr>
            <w:tcW w:type="dxa" w:w="2880"/>
          </w:tcPr>
          <w:p>
            <w:r>
              <w:t>2</w:t>
            </w:r>
          </w:p>
        </w:tc>
        <w:tc>
          <w:tcPr>
            <w:tcW w:type="dxa" w:w="2880"/>
          </w:tcPr>
          <w:p>
            <w:r>
              <w:t>火炸药学报</w:t>
            </w:r>
          </w:p>
        </w:tc>
        <w:tc>
          <w:tcPr>
            <w:tcW w:type="dxa" w:w="2880"/>
          </w:tcPr>
          <w:p/>
        </w:tc>
      </w:tr>
      <w:tr>
        <w:tc>
          <w:tcPr>
            <w:tcW w:type="dxa" w:w="2880"/>
          </w:tcPr>
          <w:p>
            <w:r>
              <w:t>3</w:t>
            </w:r>
          </w:p>
        </w:tc>
        <w:tc>
          <w:tcPr>
            <w:tcW w:type="dxa" w:w="2880"/>
          </w:tcPr>
          <w:p>
            <w:r>
              <w:t>兵器装备工程学报</w:t>
            </w:r>
          </w:p>
        </w:tc>
        <w:tc>
          <w:tcPr>
            <w:tcW w:type="dxa" w:w="2880"/>
          </w:tcPr>
          <w:p/>
        </w:tc>
      </w:tr>
      <w:tr>
        <w:tc>
          <w:tcPr>
            <w:tcW w:type="dxa" w:w="2880"/>
          </w:tcPr>
          <w:p>
            <w:r>
              <w:t>4</w:t>
            </w:r>
          </w:p>
        </w:tc>
        <w:tc>
          <w:tcPr>
            <w:tcW w:type="dxa" w:w="2880"/>
          </w:tcPr>
          <w:p>
            <w:r>
              <w:t>弹道学报</w:t>
            </w:r>
          </w:p>
        </w:tc>
        <w:tc>
          <w:tcPr>
            <w:tcW w:type="dxa" w:w="2880"/>
          </w:tcPr>
          <w:p/>
        </w:tc>
      </w:tr>
      <w:tr>
        <w:tc>
          <w:tcPr>
            <w:tcW w:type="dxa" w:w="2880"/>
          </w:tcPr>
          <w:p>
            <w:r>
              <w:t>船舶与海洋工程（共6种期刊）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中国造船</w:t>
            </w:r>
          </w:p>
        </w:tc>
      </w:tr>
      <w:tr>
        <w:tc>
          <w:tcPr>
            <w:tcW w:type="dxa" w:w="2880"/>
          </w:tcPr>
          <w:p>
            <w:r>
              <w:t>二类（1种）</w:t>
            </w:r>
          </w:p>
        </w:tc>
        <w:tc>
          <w:tcPr>
            <w:tcW w:type="dxa" w:w="2880"/>
          </w:tcPr>
          <w:p>
            <w:r>
              <w:t>1</w:t>
            </w:r>
          </w:p>
        </w:tc>
        <w:tc>
          <w:tcPr>
            <w:tcW w:type="dxa" w:w="2880"/>
          </w:tcPr>
          <w:p>
            <w:r>
              <w:t>Journal of Marine Science and Application</w:t>
            </w:r>
          </w:p>
        </w:tc>
      </w:tr>
      <w:tr>
        <w:tc>
          <w:tcPr>
            <w:tcW w:type="dxa" w:w="2880"/>
          </w:tcPr>
          <w:p>
            <w:r>
              <w:t>三类（4种）</w:t>
            </w:r>
          </w:p>
        </w:tc>
        <w:tc>
          <w:tcPr>
            <w:tcW w:type="dxa" w:w="2880"/>
          </w:tcPr>
          <w:p>
            <w:r>
              <w:t>1</w:t>
            </w:r>
          </w:p>
        </w:tc>
        <w:tc>
          <w:tcPr>
            <w:tcW w:type="dxa" w:w="2880"/>
          </w:tcPr>
          <w:p>
            <w:r>
              <w:t>中国舰船研究</w:t>
            </w:r>
          </w:p>
        </w:tc>
      </w:tr>
      <w:tr>
        <w:tc>
          <w:tcPr>
            <w:tcW w:type="dxa" w:w="2880"/>
          </w:tcPr>
          <w:p>
            <w:r>
              <w:t>2</w:t>
            </w:r>
          </w:p>
        </w:tc>
        <w:tc>
          <w:tcPr>
            <w:tcW w:type="dxa" w:w="2880"/>
          </w:tcPr>
          <w:p>
            <w:r>
              <w:t>海洋渔业</w:t>
            </w:r>
          </w:p>
        </w:tc>
        <w:tc>
          <w:tcPr>
            <w:tcW w:type="dxa" w:w="2880"/>
          </w:tcPr>
          <w:p/>
        </w:tc>
      </w:tr>
      <w:tr>
        <w:tc>
          <w:tcPr>
            <w:tcW w:type="dxa" w:w="2880"/>
          </w:tcPr>
          <w:p>
            <w:r>
              <w:t>3</w:t>
            </w:r>
          </w:p>
        </w:tc>
        <w:tc>
          <w:tcPr>
            <w:tcW w:type="dxa" w:w="2880"/>
          </w:tcPr>
          <w:p>
            <w:r>
              <w:t>船舶力学</w:t>
            </w:r>
          </w:p>
        </w:tc>
        <w:tc>
          <w:tcPr>
            <w:tcW w:type="dxa" w:w="2880"/>
          </w:tcPr>
          <w:p/>
        </w:tc>
      </w:tr>
      <w:tr>
        <w:tc>
          <w:tcPr>
            <w:tcW w:type="dxa" w:w="2880"/>
          </w:tcPr>
          <w:p>
            <w:r>
              <w:t>4</w:t>
            </w:r>
          </w:p>
        </w:tc>
        <w:tc>
          <w:tcPr>
            <w:tcW w:type="dxa" w:w="2880"/>
          </w:tcPr>
          <w:p>
            <w:r>
              <w:t>船舶工程</w:t>
            </w:r>
          </w:p>
        </w:tc>
        <w:tc>
          <w:tcPr>
            <w:tcW w:type="dxa" w:w="2880"/>
          </w:tcPr>
          <w:p/>
        </w:tc>
      </w:tr>
      <w:tr>
        <w:tc>
          <w:tcPr>
            <w:tcW w:type="dxa" w:w="2880"/>
          </w:tcPr>
          <w:p>
            <w:r>
              <w:t>仪器科学与技术（共2种期刊）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仪器仪表学报</w:t>
            </w:r>
          </w:p>
        </w:tc>
      </w:tr>
      <w:tr>
        <w:tc>
          <w:tcPr>
            <w:tcW w:type="dxa" w:w="2880"/>
          </w:tcPr>
          <w:p>
            <w:r>
              <w:t>三类（1种）</w:t>
            </w:r>
          </w:p>
        </w:tc>
        <w:tc>
          <w:tcPr>
            <w:tcW w:type="dxa" w:w="2880"/>
          </w:tcPr>
          <w:p>
            <w:r>
              <w:t>1</w:t>
            </w:r>
          </w:p>
        </w:tc>
        <w:tc>
          <w:tcPr>
            <w:tcW w:type="dxa" w:w="2880"/>
          </w:tcPr>
          <w:p>
            <w:r>
              <w:t>计量学报</w:t>
            </w:r>
          </w:p>
        </w:tc>
      </w:tr>
      <w:tr>
        <w:tc>
          <w:tcPr>
            <w:tcW w:type="dxa" w:w="2880"/>
          </w:tcPr>
          <w:p>
            <w:r>
              <w:t>纺织科学与工程（共3种期刊）</w:t>
            </w:r>
          </w:p>
        </w:tc>
        <w:tc>
          <w:tcPr>
            <w:tcW w:type="dxa" w:w="2880"/>
          </w:tcPr>
          <w:p/>
        </w:tc>
        <w:tc>
          <w:tcPr>
            <w:tcW w:type="dxa" w:w="2880"/>
          </w:tcPr>
          <w:p/>
        </w:tc>
      </w:tr>
      <w:tr>
        <w:tc>
          <w:tcPr>
            <w:tcW w:type="dxa" w:w="2880"/>
          </w:tcPr>
          <w:p>
            <w:r>
              <w:t>三类（3种）</w:t>
            </w:r>
          </w:p>
        </w:tc>
        <w:tc>
          <w:tcPr>
            <w:tcW w:type="dxa" w:w="2880"/>
          </w:tcPr>
          <w:p>
            <w:r>
              <w:t>1</w:t>
            </w:r>
          </w:p>
        </w:tc>
        <w:tc>
          <w:tcPr>
            <w:tcW w:type="dxa" w:w="2880"/>
          </w:tcPr>
          <w:p>
            <w:r>
              <w:t>Journal of Textile Re search</w:t>
            </w:r>
          </w:p>
        </w:tc>
      </w:tr>
      <w:tr>
        <w:tc>
          <w:tcPr>
            <w:tcW w:type="dxa" w:w="2880"/>
          </w:tcPr>
          <w:p>
            <w:r>
              <w:t>2</w:t>
            </w:r>
          </w:p>
        </w:tc>
        <w:tc>
          <w:tcPr>
            <w:tcW w:type="dxa" w:w="2880"/>
          </w:tcPr>
          <w:p>
            <w:r>
              <w:t>针织工业</w:t>
            </w:r>
          </w:p>
        </w:tc>
        <w:tc>
          <w:tcPr>
            <w:tcW w:type="dxa" w:w="2880"/>
          </w:tcPr>
          <w:p/>
        </w:tc>
      </w:tr>
      <w:tr>
        <w:tc>
          <w:tcPr>
            <w:tcW w:type="dxa" w:w="2880"/>
          </w:tcPr>
          <w:p>
            <w:r>
              <w:t>3</w:t>
            </w:r>
          </w:p>
        </w:tc>
        <w:tc>
          <w:tcPr>
            <w:tcW w:type="dxa" w:w="2880"/>
          </w:tcPr>
          <w:p>
            <w:r>
              <w:t>印染</w:t>
            </w:r>
          </w:p>
        </w:tc>
        <w:tc>
          <w:tcPr>
            <w:tcW w:type="dxa" w:w="2880"/>
          </w:tcPr>
          <w:p/>
        </w:tc>
      </w:tr>
      <w:tr>
        <w:tc>
          <w:tcPr>
            <w:tcW w:type="dxa" w:w="2880"/>
          </w:tcPr>
          <w:p>
            <w:r>
              <w:t>网络空间安全（共1种期刊）</w:t>
            </w:r>
          </w:p>
        </w:tc>
        <w:tc>
          <w:tcPr>
            <w:tcW w:type="dxa" w:w="2880"/>
          </w:tcPr>
          <w:p/>
        </w:tc>
        <w:tc>
          <w:tcPr>
            <w:tcW w:type="dxa" w:w="2880"/>
          </w:tcPr>
          <w:p/>
        </w:tc>
      </w:tr>
      <w:tr>
        <w:tc>
          <w:tcPr>
            <w:tcW w:type="dxa" w:w="2880"/>
          </w:tcPr>
          <w:p>
            <w:r>
              <w:t>三类（1种）</w:t>
            </w:r>
          </w:p>
        </w:tc>
        <w:tc>
          <w:tcPr>
            <w:tcW w:type="dxa" w:w="2880"/>
          </w:tcPr>
          <w:p>
            <w:r>
              <w:t>1</w:t>
            </w:r>
          </w:p>
        </w:tc>
        <w:tc>
          <w:tcPr>
            <w:tcW w:type="dxa" w:w="2880"/>
          </w:tcPr>
          <w:p>
            <w:r>
              <w:t>Cybersecurity</w:t>
            </w:r>
          </w:p>
        </w:tc>
      </w:tr>
      <w:tr>
        <w:tc>
          <w:tcPr>
            <w:tcW w:type="dxa" w:w="2880"/>
          </w:tcPr>
          <w:p>
            <w:r>
              <w:t>轻工技术与工程（共2种期刊）</w:t>
            </w:r>
          </w:p>
        </w:tc>
        <w:tc>
          <w:tcPr>
            <w:tcW w:type="dxa" w:w="2880"/>
          </w:tcPr>
          <w:p/>
        </w:tc>
        <w:tc>
          <w:tcPr>
            <w:tcW w:type="dxa" w:w="2880"/>
          </w:tcPr>
          <w:p/>
        </w:tc>
      </w:tr>
      <w:tr>
        <w:tc>
          <w:tcPr>
            <w:tcW w:type="dxa" w:w="2880"/>
          </w:tcPr>
          <w:p>
            <w:r>
              <w:t>三类（2种）</w:t>
            </w:r>
          </w:p>
        </w:tc>
        <w:tc>
          <w:tcPr>
            <w:tcW w:type="dxa" w:w="2880"/>
          </w:tcPr>
          <w:p>
            <w:r>
              <w:t>1</w:t>
            </w:r>
          </w:p>
        </w:tc>
        <w:tc>
          <w:tcPr>
            <w:tcW w:type="dxa" w:w="2880"/>
          </w:tcPr>
          <w:p>
            <w:r>
              <w:t>食品与发酵工业</w:t>
            </w:r>
          </w:p>
        </w:tc>
      </w:tr>
      <w:tr>
        <w:tc>
          <w:tcPr>
            <w:tcW w:type="dxa" w:w="2880"/>
          </w:tcPr>
          <w:p>
            <w:r>
              <w:t>2</w:t>
            </w:r>
          </w:p>
        </w:tc>
        <w:tc>
          <w:tcPr>
            <w:tcW w:type="dxa" w:w="2880"/>
          </w:tcPr>
          <w:p>
            <w:r>
              <w:t>中国酿造</w:t>
            </w:r>
          </w:p>
        </w:tc>
        <w:tc>
          <w:tcPr>
            <w:tcW w:type="dxa" w:w="2880"/>
          </w:tcPr>
          <w:p/>
        </w:tc>
      </w:tr>
      <w:tr>
        <w:tc>
          <w:tcPr>
            <w:tcW w:type="dxa" w:w="2880"/>
          </w:tcPr>
          <w:p>
            <w:r>
              <w:t>理学类（137种）</w:t>
            </w:r>
          </w:p>
        </w:tc>
        <w:tc>
          <w:tcPr>
            <w:tcW w:type="dxa" w:w="2880"/>
          </w:tcPr>
          <w:p/>
        </w:tc>
        <w:tc>
          <w:tcPr>
            <w:tcW w:type="dxa" w:w="2880"/>
          </w:tcPr>
          <w:p/>
        </w:tc>
      </w:tr>
      <w:tr>
        <w:tc>
          <w:tcPr>
            <w:tcW w:type="dxa" w:w="2880"/>
          </w:tcPr>
          <w:p>
            <w:r>
              <w:t>类别</w:t>
            </w:r>
          </w:p>
        </w:tc>
        <w:tc>
          <w:tcPr>
            <w:tcW w:type="dxa" w:w="2880"/>
          </w:tcPr>
          <w:p>
            <w:r>
              <w:t>期刊名称</w:t>
            </w:r>
          </w:p>
        </w:tc>
        <w:tc>
          <w:tcPr>
            <w:tcW w:type="dxa" w:w="2880"/>
          </w:tcPr>
          <w:p/>
        </w:tc>
      </w:tr>
      <w:tr>
        <w:tc>
          <w:tcPr>
            <w:tcW w:type="dxa" w:w="2880"/>
          </w:tcPr>
          <w:p>
            <w:r>
              <w:t>大气科学类（共9种期刊）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大气科学</w:t>
            </w:r>
          </w:p>
        </w:tc>
      </w:tr>
      <w:tr>
        <w:tc>
          <w:tcPr>
            <w:tcW w:type="dxa" w:w="2880"/>
          </w:tcPr>
          <w:p>
            <w:r>
              <w:t>2</w:t>
            </w:r>
          </w:p>
        </w:tc>
        <w:tc>
          <w:tcPr>
            <w:tcW w:type="dxa" w:w="2880"/>
          </w:tcPr>
          <w:p>
            <w:r>
              <w:t>气象学报</w:t>
            </w:r>
          </w:p>
        </w:tc>
        <w:tc>
          <w:tcPr>
            <w:tcW w:type="dxa" w:w="2880"/>
          </w:tcPr>
          <w:p/>
        </w:tc>
      </w:tr>
      <w:tr>
        <w:tc>
          <w:tcPr>
            <w:tcW w:type="dxa" w:w="2880"/>
          </w:tcPr>
          <w:p>
            <w:r>
              <w:t>二类（2种）</w:t>
            </w:r>
          </w:p>
        </w:tc>
        <w:tc>
          <w:tcPr>
            <w:tcW w:type="dxa" w:w="2880"/>
          </w:tcPr>
          <w:p>
            <w:r>
              <w:t>1</w:t>
            </w:r>
          </w:p>
        </w:tc>
        <w:tc>
          <w:tcPr>
            <w:tcW w:type="dxa" w:w="2880"/>
          </w:tcPr>
          <w:p>
            <w:r>
              <w:t>应用气象学报</w:t>
            </w:r>
          </w:p>
        </w:tc>
      </w:tr>
      <w:tr>
        <w:tc>
          <w:tcPr>
            <w:tcW w:type="dxa" w:w="2880"/>
          </w:tcPr>
          <w:p>
            <w:r>
              <w:t>2</w:t>
            </w:r>
          </w:p>
        </w:tc>
        <w:tc>
          <w:tcPr>
            <w:tcW w:type="dxa" w:w="2880"/>
          </w:tcPr>
          <w:p>
            <w:r>
              <w:t>气候变化研究进展</w:t>
            </w:r>
          </w:p>
        </w:tc>
        <w:tc>
          <w:tcPr>
            <w:tcW w:type="dxa" w:w="2880"/>
          </w:tcPr>
          <w:p/>
        </w:tc>
      </w:tr>
      <w:tr>
        <w:tc>
          <w:tcPr>
            <w:tcW w:type="dxa" w:w="2880"/>
          </w:tcPr>
          <w:p>
            <w:r>
              <w:t>三类（5种）</w:t>
            </w:r>
          </w:p>
        </w:tc>
        <w:tc>
          <w:tcPr>
            <w:tcW w:type="dxa" w:w="2880"/>
          </w:tcPr>
          <w:p>
            <w:r>
              <w:t>1</w:t>
            </w:r>
          </w:p>
        </w:tc>
        <w:tc>
          <w:tcPr>
            <w:tcW w:type="dxa" w:w="2880"/>
          </w:tcPr>
          <w:p>
            <w:r>
              <w:t>气象</w:t>
            </w:r>
          </w:p>
        </w:tc>
      </w:tr>
      <w:tr>
        <w:tc>
          <w:tcPr>
            <w:tcW w:type="dxa" w:w="2880"/>
          </w:tcPr>
          <w:p>
            <w:r>
              <w:t>2</w:t>
            </w:r>
          </w:p>
        </w:tc>
        <w:tc>
          <w:tcPr>
            <w:tcW w:type="dxa" w:w="2880"/>
          </w:tcPr>
          <w:p>
            <w:r>
              <w:t>干旱区研究</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3</w:t>
            </w:r>
          </w:p>
        </w:tc>
        <w:tc>
          <w:tcPr>
            <w:tcW w:type="dxa" w:w="2880"/>
          </w:tcPr>
          <w:p>
            <w:r>
              <w:t>中国农业气象</w:t>
            </w:r>
          </w:p>
        </w:tc>
      </w:tr>
      <w:tr>
        <w:tc>
          <w:tcPr>
            <w:tcW w:type="dxa" w:w="2880"/>
          </w:tcPr>
          <w:p>
            <w:r>
              <w:t>4</w:t>
            </w:r>
          </w:p>
        </w:tc>
        <w:tc>
          <w:tcPr>
            <w:tcW w:type="dxa" w:w="2880"/>
          </w:tcPr>
          <w:p>
            <w:r>
              <w:t>气候与环境研究</w:t>
            </w:r>
          </w:p>
        </w:tc>
        <w:tc>
          <w:tcPr>
            <w:tcW w:type="dxa" w:w="2880"/>
          </w:tcPr>
          <w:p/>
        </w:tc>
      </w:tr>
      <w:tr>
        <w:tc>
          <w:tcPr>
            <w:tcW w:type="dxa" w:w="2880"/>
          </w:tcPr>
          <w:p>
            <w:r>
              <w:t>5</w:t>
            </w:r>
          </w:p>
        </w:tc>
        <w:tc>
          <w:tcPr>
            <w:tcW w:type="dxa" w:w="2880"/>
          </w:tcPr>
          <w:p>
            <w:r>
              <w:t>大气与环境光学学报</w:t>
            </w:r>
          </w:p>
        </w:tc>
        <w:tc>
          <w:tcPr>
            <w:tcW w:type="dxa" w:w="2880"/>
          </w:tcPr>
          <w:p/>
        </w:tc>
      </w:tr>
      <w:tr>
        <w:tc>
          <w:tcPr>
            <w:tcW w:type="dxa" w:w="2880"/>
          </w:tcPr>
          <w:p>
            <w:r>
              <w:t>地球物理学类（共9种期刊）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Earth and Planetary Physics</w:t>
            </w:r>
          </w:p>
        </w:tc>
      </w:tr>
      <w:tr>
        <w:tc>
          <w:tcPr>
            <w:tcW w:type="dxa" w:w="2880"/>
          </w:tcPr>
          <w:p>
            <w:r>
              <w:t>2</w:t>
            </w:r>
          </w:p>
        </w:tc>
        <w:tc>
          <w:tcPr>
            <w:tcW w:type="dxa" w:w="2880"/>
          </w:tcPr>
          <w:p>
            <w:r>
              <w:t>中国科学：地球科学</w:t>
            </w:r>
          </w:p>
        </w:tc>
        <w:tc>
          <w:tcPr>
            <w:tcW w:type="dxa" w:w="2880"/>
          </w:tcPr>
          <w:p/>
        </w:tc>
      </w:tr>
      <w:tr>
        <w:tc>
          <w:tcPr>
            <w:tcW w:type="dxa" w:w="2880"/>
          </w:tcPr>
          <w:p>
            <w:r>
              <w:t>二类（2种）</w:t>
            </w:r>
          </w:p>
        </w:tc>
        <w:tc>
          <w:tcPr>
            <w:tcW w:type="dxa" w:w="2880"/>
          </w:tcPr>
          <w:p>
            <w:r>
              <w:t>1</w:t>
            </w:r>
          </w:p>
        </w:tc>
        <w:tc>
          <w:tcPr>
            <w:tcW w:type="dxa" w:w="2880"/>
          </w:tcPr>
          <w:p>
            <w:r>
              <w:t>地球科学进展</w:t>
            </w:r>
          </w:p>
        </w:tc>
      </w:tr>
      <w:tr>
        <w:tc>
          <w:tcPr>
            <w:tcW w:type="dxa" w:w="2880"/>
          </w:tcPr>
          <w:p>
            <w:r>
              <w:t>2</w:t>
            </w:r>
          </w:p>
        </w:tc>
        <w:tc>
          <w:tcPr>
            <w:tcW w:type="dxa" w:w="2880"/>
          </w:tcPr>
          <w:p>
            <w:r>
              <w:t>冰川冻土</w:t>
            </w:r>
          </w:p>
        </w:tc>
        <w:tc>
          <w:tcPr>
            <w:tcW w:type="dxa" w:w="2880"/>
          </w:tcPr>
          <w:p/>
        </w:tc>
      </w:tr>
      <w:tr>
        <w:tc>
          <w:tcPr>
            <w:tcW w:type="dxa" w:w="2880"/>
          </w:tcPr>
          <w:p>
            <w:r>
              <w:t>三类（4种）</w:t>
            </w:r>
          </w:p>
        </w:tc>
        <w:tc>
          <w:tcPr>
            <w:tcW w:type="dxa" w:w="2880"/>
          </w:tcPr>
          <w:p>
            <w:r>
              <w:t>1</w:t>
            </w:r>
          </w:p>
        </w:tc>
        <w:tc>
          <w:tcPr>
            <w:tcW w:type="dxa" w:w="2880"/>
          </w:tcPr>
          <w:p>
            <w:r>
              <w:t>地球物理学进展</w:t>
            </w:r>
          </w:p>
        </w:tc>
      </w:tr>
      <w:tr>
        <w:tc>
          <w:tcPr>
            <w:tcW w:type="dxa" w:w="2880"/>
          </w:tcPr>
          <w:p>
            <w:r>
              <w:t>2</w:t>
            </w:r>
          </w:p>
        </w:tc>
        <w:tc>
          <w:tcPr>
            <w:tcW w:type="dxa" w:w="2880"/>
          </w:tcPr>
          <w:p>
            <w:r>
              <w:t>地震工程学报</w:t>
            </w:r>
          </w:p>
        </w:tc>
        <w:tc>
          <w:tcPr>
            <w:tcW w:type="dxa" w:w="2880"/>
          </w:tcPr>
          <w:p/>
        </w:tc>
      </w:tr>
      <w:tr>
        <w:tc>
          <w:tcPr>
            <w:tcW w:type="dxa" w:w="2880"/>
          </w:tcPr>
          <w:p>
            <w:r>
              <w:t>3</w:t>
            </w:r>
          </w:p>
        </w:tc>
        <w:tc>
          <w:tcPr>
            <w:tcW w:type="dxa" w:w="2880"/>
          </w:tcPr>
          <w:p>
            <w:r>
              <w:t>地震学报</w:t>
            </w:r>
          </w:p>
        </w:tc>
        <w:tc>
          <w:tcPr>
            <w:tcW w:type="dxa" w:w="2880"/>
          </w:tcPr>
          <w:p/>
        </w:tc>
      </w:tr>
      <w:tr>
        <w:tc>
          <w:tcPr>
            <w:tcW w:type="dxa" w:w="2880"/>
          </w:tcPr>
          <w:p>
            <w:r>
              <w:t>4</w:t>
            </w:r>
          </w:p>
        </w:tc>
        <w:tc>
          <w:tcPr>
            <w:tcW w:type="dxa" w:w="2880"/>
          </w:tcPr>
          <w:p>
            <w:r>
              <w:t>Earthquake Research in China</w:t>
            </w:r>
          </w:p>
        </w:tc>
        <w:tc>
          <w:tcPr>
            <w:tcW w:type="dxa" w:w="2880"/>
          </w:tcPr>
          <w:p/>
        </w:tc>
      </w:tr>
      <w:tr>
        <w:tc>
          <w:tcPr>
            <w:tcW w:type="dxa" w:w="2880"/>
          </w:tcPr>
          <w:p>
            <w:r>
              <w:t>地质学类（共32种期刊）</w:t>
            </w:r>
          </w:p>
        </w:tc>
        <w:tc>
          <w:tcPr>
            <w:tcW w:type="dxa" w:w="2880"/>
          </w:tcPr>
          <w:p/>
        </w:tc>
        <w:tc>
          <w:tcPr>
            <w:tcW w:type="dxa" w:w="2880"/>
          </w:tcPr>
          <w:p/>
        </w:tc>
      </w:tr>
      <w:tr>
        <w:tc>
          <w:tcPr>
            <w:tcW w:type="dxa" w:w="2880"/>
          </w:tcPr>
          <w:p>
            <w:r>
              <w:t>一类（7种）</w:t>
            </w:r>
          </w:p>
        </w:tc>
        <w:tc>
          <w:tcPr>
            <w:tcW w:type="dxa" w:w="2880"/>
          </w:tcPr>
          <w:p>
            <w:r>
              <w:t>1</w:t>
            </w:r>
          </w:p>
        </w:tc>
        <w:tc>
          <w:tcPr>
            <w:tcW w:type="dxa" w:w="2880"/>
          </w:tcPr>
          <w:p>
            <w:r>
              <w:t>中国地质</w:t>
            </w:r>
          </w:p>
        </w:tc>
      </w:tr>
      <w:tr>
        <w:tc>
          <w:tcPr>
            <w:tcW w:type="dxa" w:w="2880"/>
          </w:tcPr>
          <w:p>
            <w:r>
              <w:t>2</w:t>
            </w:r>
          </w:p>
        </w:tc>
        <w:tc>
          <w:tcPr>
            <w:tcW w:type="dxa" w:w="2880"/>
          </w:tcPr>
          <w:p>
            <w:r>
              <w:t>地学前缘</w:t>
            </w:r>
          </w:p>
        </w:tc>
        <w:tc>
          <w:tcPr>
            <w:tcW w:type="dxa" w:w="2880"/>
          </w:tcPr>
          <w:p/>
        </w:tc>
      </w:tr>
      <w:tr>
        <w:tc>
          <w:tcPr>
            <w:tcW w:type="dxa" w:w="2880"/>
          </w:tcPr>
          <w:p>
            <w:r>
              <w:t>3</w:t>
            </w:r>
          </w:p>
        </w:tc>
        <w:tc>
          <w:tcPr>
            <w:tcW w:type="dxa" w:w="2880"/>
          </w:tcPr>
          <w:p>
            <w:r>
              <w:t>地球学报</w:t>
            </w:r>
          </w:p>
        </w:tc>
        <w:tc>
          <w:tcPr>
            <w:tcW w:type="dxa" w:w="2880"/>
          </w:tcPr>
          <w:p/>
        </w:tc>
      </w:tr>
      <w:tr>
        <w:tc>
          <w:tcPr>
            <w:tcW w:type="dxa" w:w="2880"/>
          </w:tcPr>
          <w:p>
            <w:r>
              <w:t>4</w:t>
            </w:r>
          </w:p>
        </w:tc>
        <w:tc>
          <w:tcPr>
            <w:tcW w:type="dxa" w:w="2880"/>
          </w:tcPr>
          <w:p>
            <w:r>
              <w:t>地质学报</w:t>
            </w:r>
          </w:p>
        </w:tc>
        <w:tc>
          <w:tcPr>
            <w:tcW w:type="dxa" w:w="2880"/>
          </w:tcPr>
          <w:p/>
        </w:tc>
      </w:tr>
      <w:tr>
        <w:tc>
          <w:tcPr>
            <w:tcW w:type="dxa" w:w="2880"/>
          </w:tcPr>
          <w:p>
            <w:r>
              <w:t>5</w:t>
            </w:r>
          </w:p>
        </w:tc>
        <w:tc>
          <w:tcPr>
            <w:tcW w:type="dxa" w:w="2880"/>
          </w:tcPr>
          <w:p>
            <w:r>
              <w:t>地质论评</w:t>
            </w:r>
          </w:p>
        </w:tc>
        <w:tc>
          <w:tcPr>
            <w:tcW w:type="dxa" w:w="2880"/>
          </w:tcPr>
          <w:p/>
        </w:tc>
      </w:tr>
      <w:tr>
        <w:tc>
          <w:tcPr>
            <w:tcW w:type="dxa" w:w="2880"/>
          </w:tcPr>
          <w:p>
            <w:r>
              <w:t>6</w:t>
            </w:r>
          </w:p>
        </w:tc>
        <w:tc>
          <w:tcPr>
            <w:tcW w:type="dxa" w:w="2880"/>
          </w:tcPr>
          <w:p>
            <w:r>
              <w:t>地球科学</w:t>
            </w:r>
          </w:p>
        </w:tc>
        <w:tc>
          <w:tcPr>
            <w:tcW w:type="dxa" w:w="2880"/>
          </w:tcPr>
          <w:p/>
        </w:tc>
      </w:tr>
      <w:tr>
        <w:tc>
          <w:tcPr>
            <w:tcW w:type="dxa" w:w="2880"/>
          </w:tcPr>
          <w:p>
            <w:r>
              <w:t>7</w:t>
            </w:r>
          </w:p>
        </w:tc>
        <w:tc>
          <w:tcPr>
            <w:tcW w:type="dxa" w:w="2880"/>
          </w:tcPr>
          <w:p>
            <w:r>
              <w:t>Acta Geochimica</w:t>
            </w:r>
          </w:p>
        </w:tc>
        <w:tc>
          <w:tcPr>
            <w:tcW w:type="dxa" w:w="2880"/>
          </w:tcPr>
          <w:p/>
        </w:tc>
      </w:tr>
      <w:tr>
        <w:tc>
          <w:tcPr>
            <w:tcW w:type="dxa" w:w="2880"/>
          </w:tcPr>
          <w:p>
            <w:r>
              <w:t>二类（9种）</w:t>
            </w:r>
          </w:p>
        </w:tc>
        <w:tc>
          <w:tcPr>
            <w:tcW w:type="dxa" w:w="2880"/>
          </w:tcPr>
          <w:p>
            <w:r>
              <w:t>1</w:t>
            </w:r>
          </w:p>
        </w:tc>
        <w:tc>
          <w:tcPr>
            <w:tcW w:type="dxa" w:w="2880"/>
          </w:tcPr>
          <w:p>
            <w:r>
              <w:t>古地理学报</w:t>
            </w:r>
          </w:p>
        </w:tc>
      </w:tr>
      <w:tr>
        <w:tc>
          <w:tcPr>
            <w:tcW w:type="dxa" w:w="2880"/>
          </w:tcPr>
          <w:p>
            <w:r>
              <w:t>2</w:t>
            </w:r>
          </w:p>
        </w:tc>
        <w:tc>
          <w:tcPr>
            <w:tcW w:type="dxa" w:w="2880"/>
          </w:tcPr>
          <w:p>
            <w:r>
              <w:t>大地构造与成矿学</w:t>
            </w:r>
          </w:p>
        </w:tc>
        <w:tc>
          <w:tcPr>
            <w:tcW w:type="dxa" w:w="2880"/>
          </w:tcPr>
          <w:p/>
        </w:tc>
      </w:tr>
      <w:tr>
        <w:tc>
          <w:tcPr>
            <w:tcW w:type="dxa" w:w="2880"/>
          </w:tcPr>
          <w:p>
            <w:r>
              <w:t>3</w:t>
            </w:r>
          </w:p>
        </w:tc>
        <w:tc>
          <w:tcPr>
            <w:tcW w:type="dxa" w:w="2880"/>
          </w:tcPr>
          <w:p>
            <w:r>
              <w:t>地震地质</w:t>
            </w:r>
          </w:p>
        </w:tc>
        <w:tc>
          <w:tcPr>
            <w:tcW w:type="dxa" w:w="2880"/>
          </w:tcPr>
          <w:p/>
        </w:tc>
      </w:tr>
      <w:tr>
        <w:tc>
          <w:tcPr>
            <w:tcW w:type="dxa" w:w="2880"/>
          </w:tcPr>
          <w:p>
            <w:r>
              <w:t>4</w:t>
            </w:r>
          </w:p>
        </w:tc>
        <w:tc>
          <w:tcPr>
            <w:tcW w:type="dxa" w:w="2880"/>
          </w:tcPr>
          <w:p>
            <w:r>
              <w:t>沉积学报</w:t>
            </w:r>
          </w:p>
        </w:tc>
        <w:tc>
          <w:tcPr>
            <w:tcW w:type="dxa" w:w="2880"/>
          </w:tcPr>
          <w:p/>
        </w:tc>
      </w:tr>
      <w:tr>
        <w:tc>
          <w:tcPr>
            <w:tcW w:type="dxa" w:w="2880"/>
          </w:tcPr>
          <w:p>
            <w:r>
              <w:t>5</w:t>
            </w:r>
          </w:p>
        </w:tc>
        <w:tc>
          <w:tcPr>
            <w:tcW w:type="dxa" w:w="2880"/>
          </w:tcPr>
          <w:p>
            <w:r>
              <w:t>矿物岩石地球化学通报</w:t>
            </w:r>
          </w:p>
        </w:tc>
        <w:tc>
          <w:tcPr>
            <w:tcW w:type="dxa" w:w="2880"/>
          </w:tcPr>
          <w:p/>
        </w:tc>
      </w:tr>
      <w:tr>
        <w:tc>
          <w:tcPr>
            <w:tcW w:type="dxa" w:w="2880"/>
          </w:tcPr>
          <w:p>
            <w:r>
              <w:t>6</w:t>
            </w:r>
          </w:p>
        </w:tc>
        <w:tc>
          <w:tcPr>
            <w:tcW w:type="dxa" w:w="2880"/>
          </w:tcPr>
          <w:p>
            <w:r>
              <w:t>地球化学</w:t>
            </w:r>
          </w:p>
        </w:tc>
        <w:tc>
          <w:tcPr>
            <w:tcW w:type="dxa" w:w="2880"/>
          </w:tcPr>
          <w:p/>
        </w:tc>
      </w:tr>
      <w:tr>
        <w:tc>
          <w:tcPr>
            <w:tcW w:type="dxa" w:w="2880"/>
          </w:tcPr>
          <w:p>
            <w:r>
              <w:t>7</w:t>
            </w:r>
          </w:p>
        </w:tc>
        <w:tc>
          <w:tcPr>
            <w:tcW w:type="dxa" w:w="2880"/>
          </w:tcPr>
          <w:p>
            <w:r>
              <w:t>岩性油气藏</w:t>
            </w:r>
          </w:p>
        </w:tc>
        <w:tc>
          <w:tcPr>
            <w:tcW w:type="dxa" w:w="2880"/>
          </w:tcPr>
          <w:p/>
        </w:tc>
      </w:tr>
      <w:tr>
        <w:tc>
          <w:tcPr>
            <w:tcW w:type="dxa" w:w="2880"/>
          </w:tcPr>
          <w:p>
            <w:r>
              <w:t>8</w:t>
            </w:r>
          </w:p>
        </w:tc>
        <w:tc>
          <w:tcPr>
            <w:tcW w:type="dxa" w:w="2880"/>
          </w:tcPr>
          <w:p>
            <w:r>
              <w:t>岩石矿物学杂志</w:t>
            </w:r>
          </w:p>
        </w:tc>
        <w:tc>
          <w:tcPr>
            <w:tcW w:type="dxa" w:w="2880"/>
          </w:tcPr>
          <w:p/>
        </w:tc>
      </w:tr>
      <w:tr>
        <w:tc>
          <w:tcPr>
            <w:tcW w:type="dxa" w:w="2880"/>
          </w:tcPr>
          <w:p>
            <w:r>
              <w:t>9</w:t>
            </w:r>
          </w:p>
        </w:tc>
        <w:tc>
          <w:tcPr>
            <w:tcW w:type="dxa" w:w="2880"/>
          </w:tcPr>
          <w:p>
            <w:r>
              <w:t>地质通报</w:t>
            </w:r>
          </w:p>
        </w:tc>
        <w:tc>
          <w:tcPr>
            <w:tcW w:type="dxa" w:w="2880"/>
          </w:tcPr>
          <w:p/>
        </w:tc>
      </w:tr>
      <w:tr>
        <w:tc>
          <w:tcPr>
            <w:tcW w:type="dxa" w:w="2880"/>
          </w:tcPr>
          <w:p>
            <w:r>
              <w:t>三类（16种）</w:t>
            </w:r>
          </w:p>
        </w:tc>
        <w:tc>
          <w:tcPr>
            <w:tcW w:type="dxa" w:w="2880"/>
          </w:tcPr>
          <w:p>
            <w:r>
              <w:t>1</w:t>
            </w:r>
          </w:p>
        </w:tc>
        <w:tc>
          <w:tcPr>
            <w:tcW w:type="dxa" w:w="2880"/>
          </w:tcPr>
          <w:p>
            <w:r>
              <w:t>吉林大学学报（地球科学版）</w:t>
            </w:r>
          </w:p>
        </w:tc>
      </w:tr>
      <w:tr>
        <w:tc>
          <w:tcPr>
            <w:tcW w:type="dxa" w:w="2880"/>
          </w:tcPr>
          <w:p>
            <w:r>
              <w:t>2</w:t>
            </w:r>
          </w:p>
        </w:tc>
        <w:tc>
          <w:tcPr>
            <w:tcW w:type="dxa" w:w="2880"/>
          </w:tcPr>
          <w:p>
            <w:r>
              <w:t>工程地质学报</w:t>
            </w:r>
          </w:p>
        </w:tc>
        <w:tc>
          <w:tcPr>
            <w:tcW w:type="dxa" w:w="2880"/>
          </w:tcPr>
          <w:p/>
        </w:tc>
      </w:tr>
      <w:tr>
        <w:tc>
          <w:tcPr>
            <w:tcW w:type="dxa" w:w="2880"/>
          </w:tcPr>
          <w:p>
            <w:r>
              <w:t>3</w:t>
            </w:r>
          </w:p>
        </w:tc>
        <w:tc>
          <w:tcPr>
            <w:tcW w:type="dxa" w:w="2880"/>
          </w:tcPr>
          <w:p>
            <w:r>
              <w:t>爆破</w:t>
            </w:r>
          </w:p>
        </w:tc>
        <w:tc>
          <w:tcPr>
            <w:tcW w:type="dxa" w:w="2880"/>
          </w:tcPr>
          <w:p/>
        </w:tc>
      </w:tr>
      <w:tr>
        <w:tc>
          <w:tcPr>
            <w:tcW w:type="dxa" w:w="2880"/>
          </w:tcPr>
          <w:p>
            <w:r>
              <w:t>4</w:t>
            </w:r>
          </w:p>
        </w:tc>
        <w:tc>
          <w:tcPr>
            <w:tcW w:type="dxa" w:w="2880"/>
          </w:tcPr>
          <w:p>
            <w:r>
              <w:t>高校地质学报</w:t>
            </w:r>
          </w:p>
        </w:tc>
        <w:tc>
          <w:tcPr>
            <w:tcW w:type="dxa" w:w="2880"/>
          </w:tcPr>
          <w:p/>
        </w:tc>
      </w:tr>
      <w:tr>
        <w:tc>
          <w:tcPr>
            <w:tcW w:type="dxa" w:w="2880"/>
          </w:tcPr>
          <w:p>
            <w:r>
              <w:t>5</w:t>
            </w:r>
          </w:p>
        </w:tc>
        <w:tc>
          <w:tcPr>
            <w:tcW w:type="dxa" w:w="2880"/>
          </w:tcPr>
          <w:p>
            <w:r>
              <w:t>海相油气地质</w:t>
            </w:r>
          </w:p>
        </w:tc>
        <w:tc>
          <w:tcPr>
            <w:tcW w:type="dxa" w:w="2880"/>
          </w:tcPr>
          <w:p/>
        </w:tc>
      </w:tr>
      <w:tr>
        <w:tc>
          <w:tcPr>
            <w:tcW w:type="dxa" w:w="2880"/>
          </w:tcPr>
          <w:p>
            <w:r>
              <w:t>6</w:t>
            </w:r>
          </w:p>
        </w:tc>
        <w:tc>
          <w:tcPr>
            <w:tcW w:type="dxa" w:w="2880"/>
          </w:tcPr>
          <w:p>
            <w:r>
              <w:t>现代地质</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7</w:t>
            </w:r>
          </w:p>
        </w:tc>
        <w:tc>
          <w:tcPr>
            <w:tcW w:type="dxa" w:w="2880"/>
          </w:tcPr>
          <w:p>
            <w:r>
              <w:t>地质力学学报</w:t>
            </w:r>
          </w:p>
        </w:tc>
      </w:tr>
      <w:tr>
        <w:tc>
          <w:tcPr>
            <w:tcW w:type="dxa" w:w="2880"/>
          </w:tcPr>
          <w:p>
            <w:r>
              <w:t>8</w:t>
            </w:r>
          </w:p>
        </w:tc>
        <w:tc>
          <w:tcPr>
            <w:tcW w:type="dxa" w:w="2880"/>
          </w:tcPr>
          <w:p>
            <w:r>
              <w:t>地质与勘探</w:t>
            </w:r>
          </w:p>
        </w:tc>
        <w:tc>
          <w:tcPr>
            <w:tcW w:type="dxa" w:w="2880"/>
          </w:tcPr>
          <w:p/>
        </w:tc>
      </w:tr>
      <w:tr>
        <w:tc>
          <w:tcPr>
            <w:tcW w:type="dxa" w:w="2880"/>
          </w:tcPr>
          <w:p>
            <w:r>
              <w:t>9</w:t>
            </w:r>
          </w:p>
        </w:tc>
        <w:tc>
          <w:tcPr>
            <w:tcW w:type="dxa" w:w="2880"/>
          </w:tcPr>
          <w:p>
            <w:r>
              <w:t>中国岩溶</w:t>
            </w:r>
          </w:p>
        </w:tc>
        <w:tc>
          <w:tcPr>
            <w:tcW w:type="dxa" w:w="2880"/>
          </w:tcPr>
          <w:p/>
        </w:tc>
      </w:tr>
      <w:tr>
        <w:tc>
          <w:tcPr>
            <w:tcW w:type="dxa" w:w="2880"/>
          </w:tcPr>
          <w:p>
            <w:r>
              <w:t>10</w:t>
            </w:r>
          </w:p>
        </w:tc>
        <w:tc>
          <w:tcPr>
            <w:tcW w:type="dxa" w:w="2880"/>
          </w:tcPr>
          <w:p>
            <w:r>
              <w:t>地质科学</w:t>
            </w:r>
          </w:p>
        </w:tc>
        <w:tc>
          <w:tcPr>
            <w:tcW w:type="dxa" w:w="2880"/>
          </w:tcPr>
          <w:p/>
        </w:tc>
      </w:tr>
      <w:tr>
        <w:tc>
          <w:tcPr>
            <w:tcW w:type="dxa" w:w="2880"/>
          </w:tcPr>
          <w:p>
            <w:r>
              <w:t>11</w:t>
            </w:r>
          </w:p>
        </w:tc>
        <w:tc>
          <w:tcPr>
            <w:tcW w:type="dxa" w:w="2880"/>
          </w:tcPr>
          <w:p>
            <w:r>
              <w:t>第四纪研究</w:t>
            </w:r>
          </w:p>
        </w:tc>
        <w:tc>
          <w:tcPr>
            <w:tcW w:type="dxa" w:w="2880"/>
          </w:tcPr>
          <w:p/>
        </w:tc>
      </w:tr>
      <w:tr>
        <w:tc>
          <w:tcPr>
            <w:tcW w:type="dxa" w:w="2880"/>
          </w:tcPr>
          <w:p>
            <w:r>
              <w:t>12</w:t>
            </w:r>
          </w:p>
        </w:tc>
        <w:tc>
          <w:tcPr>
            <w:tcW w:type="dxa" w:w="2880"/>
          </w:tcPr>
          <w:p>
            <w:r>
              <w:t>新疆石油地质</w:t>
            </w:r>
          </w:p>
        </w:tc>
        <w:tc>
          <w:tcPr>
            <w:tcW w:type="dxa" w:w="2880"/>
          </w:tcPr>
          <w:p/>
        </w:tc>
      </w:tr>
      <w:tr>
        <w:tc>
          <w:tcPr>
            <w:tcW w:type="dxa" w:w="2880"/>
          </w:tcPr>
          <w:p>
            <w:r>
              <w:t>13</w:t>
            </w:r>
          </w:p>
        </w:tc>
        <w:tc>
          <w:tcPr>
            <w:tcW w:type="dxa" w:w="2880"/>
          </w:tcPr>
          <w:p>
            <w:r>
              <w:t>地质科技情报</w:t>
            </w:r>
          </w:p>
        </w:tc>
        <w:tc>
          <w:tcPr>
            <w:tcW w:type="dxa" w:w="2880"/>
          </w:tcPr>
          <w:p/>
        </w:tc>
      </w:tr>
      <w:tr>
        <w:tc>
          <w:tcPr>
            <w:tcW w:type="dxa" w:w="2880"/>
          </w:tcPr>
          <w:p>
            <w:r>
              <w:t>14</w:t>
            </w:r>
          </w:p>
        </w:tc>
        <w:tc>
          <w:tcPr>
            <w:tcW w:type="dxa" w:w="2880"/>
          </w:tcPr>
          <w:p>
            <w:r>
              <w:t>地层学杂志</w:t>
            </w:r>
          </w:p>
        </w:tc>
        <w:tc>
          <w:tcPr>
            <w:tcW w:type="dxa" w:w="2880"/>
          </w:tcPr>
          <w:p/>
        </w:tc>
      </w:tr>
      <w:tr>
        <w:tc>
          <w:tcPr>
            <w:tcW w:type="dxa" w:w="2880"/>
          </w:tcPr>
          <w:p>
            <w:r>
              <w:t>15</w:t>
            </w:r>
          </w:p>
        </w:tc>
        <w:tc>
          <w:tcPr>
            <w:tcW w:type="dxa" w:w="2880"/>
          </w:tcPr>
          <w:p>
            <w:r>
              <w:t>成都理工大学学报（自然科学版）</w:t>
            </w:r>
          </w:p>
        </w:tc>
        <w:tc>
          <w:tcPr>
            <w:tcW w:type="dxa" w:w="2880"/>
          </w:tcPr>
          <w:p/>
        </w:tc>
      </w:tr>
      <w:tr>
        <w:tc>
          <w:tcPr>
            <w:tcW w:type="dxa" w:w="2880"/>
          </w:tcPr>
          <w:p>
            <w:r>
              <w:t>16</w:t>
            </w:r>
          </w:p>
        </w:tc>
        <w:tc>
          <w:tcPr>
            <w:tcW w:type="dxa" w:w="2880"/>
          </w:tcPr>
          <w:p>
            <w:r>
              <w:t>古生物学报</w:t>
            </w:r>
          </w:p>
        </w:tc>
        <w:tc>
          <w:tcPr>
            <w:tcW w:type="dxa" w:w="2880"/>
          </w:tcPr>
          <w:p/>
        </w:tc>
      </w:tr>
      <w:tr>
        <w:tc>
          <w:tcPr>
            <w:tcW w:type="dxa" w:w="2880"/>
          </w:tcPr>
          <w:p>
            <w:r>
              <w:t>海洋科学类（共14种期刊）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Atmospheric and Oceanic Science Letters</w:t>
            </w:r>
          </w:p>
        </w:tc>
      </w:tr>
      <w:tr>
        <w:tc>
          <w:tcPr>
            <w:tcW w:type="dxa" w:w="2880"/>
          </w:tcPr>
          <w:p>
            <w:r>
              <w:t>2</w:t>
            </w:r>
          </w:p>
        </w:tc>
        <w:tc>
          <w:tcPr>
            <w:tcW w:type="dxa" w:w="2880"/>
          </w:tcPr>
          <w:p>
            <w:r>
              <w:t>海洋科学进展</w:t>
            </w:r>
          </w:p>
        </w:tc>
        <w:tc>
          <w:tcPr>
            <w:tcW w:type="dxa" w:w="2880"/>
          </w:tcPr>
          <w:p/>
        </w:tc>
      </w:tr>
      <w:tr>
        <w:tc>
          <w:tcPr>
            <w:tcW w:type="dxa" w:w="2880"/>
          </w:tcPr>
          <w:p>
            <w:r>
              <w:t>3</w:t>
            </w:r>
          </w:p>
        </w:tc>
        <w:tc>
          <w:tcPr>
            <w:tcW w:type="dxa" w:w="2880"/>
          </w:tcPr>
          <w:p>
            <w:r>
              <w:t>海洋环境科学</w:t>
            </w:r>
          </w:p>
        </w:tc>
        <w:tc>
          <w:tcPr>
            <w:tcW w:type="dxa" w:w="2880"/>
          </w:tcPr>
          <w:p/>
        </w:tc>
      </w:tr>
      <w:tr>
        <w:tc>
          <w:tcPr>
            <w:tcW w:type="dxa" w:w="2880"/>
          </w:tcPr>
          <w:p>
            <w:r>
              <w:t>二类（4种）</w:t>
            </w:r>
          </w:p>
        </w:tc>
        <w:tc>
          <w:tcPr>
            <w:tcW w:type="dxa" w:w="2880"/>
          </w:tcPr>
          <w:p>
            <w:r>
              <w:t>1</w:t>
            </w:r>
          </w:p>
        </w:tc>
        <w:tc>
          <w:tcPr>
            <w:tcW w:type="dxa" w:w="2880"/>
          </w:tcPr>
          <w:p>
            <w:r>
              <w:t>海洋学报</w:t>
            </w:r>
          </w:p>
        </w:tc>
      </w:tr>
      <w:tr>
        <w:tc>
          <w:tcPr>
            <w:tcW w:type="dxa" w:w="2880"/>
          </w:tcPr>
          <w:p>
            <w:r>
              <w:t>2</w:t>
            </w:r>
          </w:p>
        </w:tc>
        <w:tc>
          <w:tcPr>
            <w:tcW w:type="dxa" w:w="2880"/>
          </w:tcPr>
          <w:p>
            <w:r>
              <w:t>热带海洋学报</w:t>
            </w:r>
          </w:p>
        </w:tc>
        <w:tc>
          <w:tcPr>
            <w:tcW w:type="dxa" w:w="2880"/>
          </w:tcPr>
          <w:p/>
        </w:tc>
      </w:tr>
      <w:tr>
        <w:tc>
          <w:tcPr>
            <w:tcW w:type="dxa" w:w="2880"/>
          </w:tcPr>
          <w:p>
            <w:r>
              <w:t>3</w:t>
            </w:r>
          </w:p>
        </w:tc>
        <w:tc>
          <w:tcPr>
            <w:tcW w:type="dxa" w:w="2880"/>
          </w:tcPr>
          <w:p>
            <w:r>
              <w:t>海洋地质与第四纪地质</w:t>
            </w:r>
          </w:p>
        </w:tc>
        <w:tc>
          <w:tcPr>
            <w:tcW w:type="dxa" w:w="2880"/>
          </w:tcPr>
          <w:p/>
        </w:tc>
      </w:tr>
      <w:tr>
        <w:tc>
          <w:tcPr>
            <w:tcW w:type="dxa" w:w="2880"/>
          </w:tcPr>
          <w:p>
            <w:r>
              <w:t>4</w:t>
            </w:r>
          </w:p>
        </w:tc>
        <w:tc>
          <w:tcPr>
            <w:tcW w:type="dxa" w:w="2880"/>
          </w:tcPr>
          <w:p>
            <w:r>
              <w:t>大连海洋大学学报</w:t>
            </w:r>
          </w:p>
        </w:tc>
        <w:tc>
          <w:tcPr>
            <w:tcW w:type="dxa" w:w="2880"/>
          </w:tcPr>
          <w:p/>
        </w:tc>
      </w:tr>
      <w:tr>
        <w:tc>
          <w:tcPr>
            <w:tcW w:type="dxa" w:w="2880"/>
          </w:tcPr>
          <w:p>
            <w:r>
              <w:t>三类（7种）</w:t>
            </w:r>
          </w:p>
        </w:tc>
        <w:tc>
          <w:tcPr>
            <w:tcW w:type="dxa" w:w="2880"/>
          </w:tcPr>
          <w:p>
            <w:r>
              <w:t>1</w:t>
            </w:r>
          </w:p>
        </w:tc>
        <w:tc>
          <w:tcPr>
            <w:tcW w:type="dxa" w:w="2880"/>
          </w:tcPr>
          <w:p>
            <w:r>
              <w:t>海洋与湖沼</w:t>
            </w:r>
          </w:p>
        </w:tc>
      </w:tr>
      <w:tr>
        <w:tc>
          <w:tcPr>
            <w:tcW w:type="dxa" w:w="2880"/>
          </w:tcPr>
          <w:p>
            <w:r>
              <w:t>2</w:t>
            </w:r>
          </w:p>
        </w:tc>
        <w:tc>
          <w:tcPr>
            <w:tcW w:type="dxa" w:w="2880"/>
          </w:tcPr>
          <w:p>
            <w:r>
              <w:t>海洋通报</w:t>
            </w:r>
          </w:p>
        </w:tc>
        <w:tc>
          <w:tcPr>
            <w:tcW w:type="dxa" w:w="2880"/>
          </w:tcPr>
          <w:p/>
        </w:tc>
      </w:tr>
      <w:tr>
        <w:tc>
          <w:tcPr>
            <w:tcW w:type="dxa" w:w="2880"/>
          </w:tcPr>
          <w:p>
            <w:r>
              <w:t>3</w:t>
            </w:r>
          </w:p>
        </w:tc>
        <w:tc>
          <w:tcPr>
            <w:tcW w:type="dxa" w:w="2880"/>
          </w:tcPr>
          <w:p>
            <w:r>
              <w:t>海洋地质前沿</w:t>
            </w:r>
          </w:p>
        </w:tc>
        <w:tc>
          <w:tcPr>
            <w:tcW w:type="dxa" w:w="2880"/>
          </w:tcPr>
          <w:p/>
        </w:tc>
      </w:tr>
      <w:tr>
        <w:tc>
          <w:tcPr>
            <w:tcW w:type="dxa" w:w="2880"/>
          </w:tcPr>
          <w:p>
            <w:r>
              <w:t>4</w:t>
            </w:r>
          </w:p>
        </w:tc>
        <w:tc>
          <w:tcPr>
            <w:tcW w:type="dxa" w:w="2880"/>
          </w:tcPr>
          <w:p>
            <w:r>
              <w:t>中国海洋大学学报（自然科学版）</w:t>
            </w:r>
          </w:p>
        </w:tc>
        <w:tc>
          <w:tcPr>
            <w:tcW w:type="dxa" w:w="2880"/>
          </w:tcPr>
          <w:p/>
        </w:tc>
      </w:tr>
      <w:tr>
        <w:tc>
          <w:tcPr>
            <w:tcW w:type="dxa" w:w="2880"/>
          </w:tcPr>
          <w:p>
            <w:r>
              <w:t>5</w:t>
            </w:r>
          </w:p>
        </w:tc>
        <w:tc>
          <w:tcPr>
            <w:tcW w:type="dxa" w:w="2880"/>
          </w:tcPr>
          <w:p>
            <w:r>
              <w:t>海洋湖沼通报</w:t>
            </w:r>
          </w:p>
        </w:tc>
        <w:tc>
          <w:tcPr>
            <w:tcW w:type="dxa" w:w="2880"/>
          </w:tcPr>
          <w:p/>
        </w:tc>
      </w:tr>
      <w:tr>
        <w:tc>
          <w:tcPr>
            <w:tcW w:type="dxa" w:w="2880"/>
          </w:tcPr>
          <w:p>
            <w:r>
              <w:t>6</w:t>
            </w:r>
          </w:p>
        </w:tc>
        <w:tc>
          <w:tcPr>
            <w:tcW w:type="dxa" w:w="2880"/>
          </w:tcPr>
          <w:p>
            <w:r>
              <w:t>海洋科学</w:t>
            </w:r>
          </w:p>
        </w:tc>
        <w:tc>
          <w:tcPr>
            <w:tcW w:type="dxa" w:w="2880"/>
          </w:tcPr>
          <w:p/>
        </w:tc>
      </w:tr>
      <w:tr>
        <w:tc>
          <w:tcPr>
            <w:tcW w:type="dxa" w:w="2880"/>
          </w:tcPr>
          <w:p>
            <w:r>
              <w:t>7</w:t>
            </w:r>
          </w:p>
        </w:tc>
        <w:tc>
          <w:tcPr>
            <w:tcW w:type="dxa" w:w="2880"/>
          </w:tcPr>
          <w:p>
            <w:r>
              <w:t>Advances in Polar Science</w:t>
            </w:r>
          </w:p>
        </w:tc>
        <w:tc>
          <w:tcPr>
            <w:tcW w:type="dxa" w:w="2880"/>
          </w:tcPr>
          <w:p/>
        </w:tc>
      </w:tr>
      <w:tr>
        <w:tc>
          <w:tcPr>
            <w:tcW w:type="dxa" w:w="2880"/>
          </w:tcPr>
          <w:p>
            <w:r>
              <w:t>化学类（共6种期刊）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中国科学：化学</w:t>
            </w:r>
          </w:p>
        </w:tc>
      </w:tr>
      <w:tr>
        <w:tc>
          <w:tcPr>
            <w:tcW w:type="dxa" w:w="2880"/>
          </w:tcPr>
          <w:p>
            <w:r>
              <w:t>2</w:t>
            </w:r>
          </w:p>
        </w:tc>
        <w:tc>
          <w:tcPr>
            <w:tcW w:type="dxa" w:w="2880"/>
          </w:tcPr>
          <w:p>
            <w:r>
              <w:t>色谱</w:t>
            </w:r>
          </w:p>
        </w:tc>
        <w:tc>
          <w:tcPr>
            <w:tcW w:type="dxa" w:w="2880"/>
          </w:tcPr>
          <w:p/>
        </w:tc>
      </w:tr>
      <w:tr>
        <w:tc>
          <w:tcPr>
            <w:tcW w:type="dxa" w:w="2880"/>
          </w:tcPr>
          <w:p>
            <w:r>
              <w:t>二类（1种）</w:t>
            </w:r>
          </w:p>
        </w:tc>
        <w:tc>
          <w:tcPr>
            <w:tcW w:type="dxa" w:w="2880"/>
          </w:tcPr>
          <w:p>
            <w:r>
              <w:t>1</w:t>
            </w:r>
          </w:p>
        </w:tc>
        <w:tc>
          <w:tcPr>
            <w:tcW w:type="dxa" w:w="2880"/>
          </w:tcPr>
          <w:p>
            <w:r>
              <w:t>分析测试学报</w:t>
            </w:r>
          </w:p>
        </w:tc>
      </w:tr>
      <w:tr>
        <w:tc>
          <w:tcPr>
            <w:tcW w:type="dxa" w:w="2880"/>
          </w:tcPr>
          <w:p>
            <w:r>
              <w:t>三类（3种）</w:t>
            </w:r>
          </w:p>
        </w:tc>
        <w:tc>
          <w:tcPr>
            <w:tcW w:type="dxa" w:w="2880"/>
          </w:tcPr>
          <w:p>
            <w:r>
              <w:t>1</w:t>
            </w:r>
          </w:p>
        </w:tc>
        <w:tc>
          <w:tcPr>
            <w:tcW w:type="dxa" w:w="2880"/>
          </w:tcPr>
          <w:p>
            <w:r>
              <w:t>高分子通报</w:t>
            </w:r>
          </w:p>
        </w:tc>
      </w:tr>
      <w:tr>
        <w:tc>
          <w:tcPr>
            <w:tcW w:type="dxa" w:w="2880"/>
          </w:tcPr>
          <w:p>
            <w:r>
              <w:t>2</w:t>
            </w:r>
          </w:p>
        </w:tc>
        <w:tc>
          <w:tcPr>
            <w:tcW w:type="dxa" w:w="2880"/>
          </w:tcPr>
          <w:p>
            <w:r>
              <w:t>分析试验室</w:t>
            </w:r>
          </w:p>
        </w:tc>
        <w:tc>
          <w:tcPr>
            <w:tcW w:type="dxa" w:w="2880"/>
          </w:tcPr>
          <w:p/>
        </w:tc>
      </w:tr>
      <w:tr>
        <w:tc>
          <w:tcPr>
            <w:tcW w:type="dxa" w:w="2880"/>
          </w:tcPr>
          <w:p>
            <w:r>
              <w:t>3</w:t>
            </w:r>
          </w:p>
        </w:tc>
        <w:tc>
          <w:tcPr>
            <w:tcW w:type="dxa" w:w="2880"/>
          </w:tcPr>
          <w:p>
            <w:r>
              <w:t>功能高分子学报</w:t>
            </w:r>
          </w:p>
        </w:tc>
        <w:tc>
          <w:tcPr>
            <w:tcW w:type="dxa" w:w="2880"/>
          </w:tcPr>
          <w:p/>
        </w:tc>
      </w:tr>
      <w:tr>
        <w:tc>
          <w:tcPr>
            <w:tcW w:type="dxa" w:w="2880"/>
          </w:tcPr>
          <w:p>
            <w:r>
              <w:t>生态学类（共4种期刊）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生态学报</w:t>
            </w:r>
          </w:p>
        </w:tc>
      </w:tr>
      <w:tr>
        <w:tc>
          <w:tcPr>
            <w:tcW w:type="dxa" w:w="2880"/>
          </w:tcPr>
          <w:p>
            <w:r>
              <w:t>三类（3种）</w:t>
            </w:r>
          </w:p>
        </w:tc>
        <w:tc>
          <w:tcPr>
            <w:tcW w:type="dxa" w:w="2880"/>
          </w:tcPr>
          <w:p>
            <w:r>
              <w:t>1</w:t>
            </w:r>
          </w:p>
        </w:tc>
        <w:tc>
          <w:tcPr>
            <w:tcW w:type="dxa" w:w="2880"/>
          </w:tcPr>
          <w:p>
            <w:r>
              <w:t>应用生态学报</w:t>
            </w: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w:t>
            </w:r>
          </w:p>
        </w:tc>
        <w:tc>
          <w:tcPr>
            <w:tcW w:type="dxa" w:w="2880"/>
          </w:tcPr>
          <w:p>
            <w:r>
              <w:t>中国生态农业学报</w:t>
            </w:r>
          </w:p>
        </w:tc>
      </w:tr>
      <w:tr>
        <w:tc>
          <w:tcPr>
            <w:tcW w:type="dxa" w:w="2880"/>
          </w:tcPr>
          <w:p>
            <w:r>
              <w:t>3</w:t>
            </w:r>
          </w:p>
        </w:tc>
        <w:tc>
          <w:tcPr>
            <w:tcW w:type="dxa" w:w="2880"/>
          </w:tcPr>
          <w:p>
            <w:r>
              <w:t>生态学杂志</w:t>
            </w:r>
          </w:p>
        </w:tc>
        <w:tc>
          <w:tcPr>
            <w:tcW w:type="dxa" w:w="2880"/>
          </w:tcPr>
          <w:p/>
        </w:tc>
      </w:tr>
      <w:tr>
        <w:tc>
          <w:tcPr>
            <w:tcW w:type="dxa" w:w="2880"/>
          </w:tcPr>
          <w:p>
            <w:r>
              <w:t>生物学类（共33种期刊）</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植物学报</w:t>
            </w:r>
          </w:p>
        </w:tc>
      </w:tr>
      <w:tr>
        <w:tc>
          <w:tcPr>
            <w:tcW w:type="dxa" w:w="2880"/>
          </w:tcPr>
          <w:p>
            <w:r>
              <w:t>2</w:t>
            </w:r>
          </w:p>
        </w:tc>
        <w:tc>
          <w:tcPr>
            <w:tcW w:type="dxa" w:w="2880"/>
          </w:tcPr>
          <w:p>
            <w:r>
              <w:t>遗传</w:t>
            </w:r>
          </w:p>
        </w:tc>
        <w:tc>
          <w:tcPr>
            <w:tcW w:type="dxa" w:w="2880"/>
          </w:tcPr>
          <w:p/>
        </w:tc>
      </w:tr>
      <w:tr>
        <w:tc>
          <w:tcPr>
            <w:tcW w:type="dxa" w:w="2880"/>
          </w:tcPr>
          <w:p>
            <w:r>
              <w:t>3</w:t>
            </w:r>
          </w:p>
        </w:tc>
        <w:tc>
          <w:tcPr>
            <w:tcW w:type="dxa" w:w="2880"/>
          </w:tcPr>
          <w:p>
            <w:r>
              <w:t>中国科学：生命科学</w:t>
            </w:r>
          </w:p>
        </w:tc>
        <w:tc>
          <w:tcPr>
            <w:tcW w:type="dxa" w:w="2880"/>
          </w:tcPr>
          <w:p/>
        </w:tc>
      </w:tr>
      <w:tr>
        <w:tc>
          <w:tcPr>
            <w:tcW w:type="dxa" w:w="2880"/>
          </w:tcPr>
          <w:p>
            <w:r>
              <w:t>4</w:t>
            </w:r>
          </w:p>
        </w:tc>
        <w:tc>
          <w:tcPr>
            <w:tcW w:type="dxa" w:w="2880"/>
          </w:tcPr>
          <w:p>
            <w:r>
              <w:t>菌物学报</w:t>
            </w:r>
          </w:p>
        </w:tc>
        <w:tc>
          <w:tcPr>
            <w:tcW w:type="dxa" w:w="2880"/>
          </w:tcPr>
          <w:p/>
        </w:tc>
      </w:tr>
      <w:tr>
        <w:tc>
          <w:tcPr>
            <w:tcW w:type="dxa" w:w="2880"/>
          </w:tcPr>
          <w:p>
            <w:r>
              <w:t>二类（14种）</w:t>
            </w:r>
          </w:p>
        </w:tc>
        <w:tc>
          <w:tcPr>
            <w:tcW w:type="dxa" w:w="2880"/>
          </w:tcPr>
          <w:p>
            <w:r>
              <w:t>1</w:t>
            </w:r>
          </w:p>
        </w:tc>
        <w:tc>
          <w:tcPr>
            <w:tcW w:type="dxa" w:w="2880"/>
          </w:tcPr>
          <w:p>
            <w:r>
              <w:t>生理学报</w:t>
            </w:r>
          </w:p>
        </w:tc>
      </w:tr>
      <w:tr>
        <w:tc>
          <w:tcPr>
            <w:tcW w:type="dxa" w:w="2880"/>
          </w:tcPr>
          <w:p>
            <w:r>
              <w:t>2</w:t>
            </w:r>
          </w:p>
        </w:tc>
        <w:tc>
          <w:tcPr>
            <w:tcW w:type="dxa" w:w="2880"/>
          </w:tcPr>
          <w:p>
            <w:r>
              <w:t>动物营养学报</w:t>
            </w:r>
          </w:p>
        </w:tc>
        <w:tc>
          <w:tcPr>
            <w:tcW w:type="dxa" w:w="2880"/>
          </w:tcPr>
          <w:p/>
        </w:tc>
      </w:tr>
      <w:tr>
        <w:tc>
          <w:tcPr>
            <w:tcW w:type="dxa" w:w="2880"/>
          </w:tcPr>
          <w:p>
            <w:r>
              <w:t>3</w:t>
            </w:r>
          </w:p>
        </w:tc>
        <w:tc>
          <w:tcPr>
            <w:tcW w:type="dxa" w:w="2880"/>
          </w:tcPr>
          <w:p>
            <w:r>
              <w:t>植物生理学报</w:t>
            </w:r>
          </w:p>
        </w:tc>
        <w:tc>
          <w:tcPr>
            <w:tcW w:type="dxa" w:w="2880"/>
          </w:tcPr>
          <w:p/>
        </w:tc>
      </w:tr>
      <w:tr>
        <w:tc>
          <w:tcPr>
            <w:tcW w:type="dxa" w:w="2880"/>
          </w:tcPr>
          <w:p>
            <w:r>
              <w:t>4</w:t>
            </w:r>
          </w:p>
        </w:tc>
        <w:tc>
          <w:tcPr>
            <w:tcW w:type="dxa" w:w="2880"/>
          </w:tcPr>
          <w:p>
            <w:r>
              <w:t>中国寄生虫学与寄生虫病杂志</w:t>
            </w:r>
          </w:p>
        </w:tc>
        <w:tc>
          <w:tcPr>
            <w:tcW w:type="dxa" w:w="2880"/>
          </w:tcPr>
          <w:p/>
        </w:tc>
      </w:tr>
      <w:tr>
        <w:tc>
          <w:tcPr>
            <w:tcW w:type="dxa" w:w="2880"/>
          </w:tcPr>
          <w:p>
            <w:r>
              <w:t>5</w:t>
            </w:r>
          </w:p>
        </w:tc>
        <w:tc>
          <w:tcPr>
            <w:tcW w:type="dxa" w:w="2880"/>
          </w:tcPr>
          <w:p>
            <w:r>
              <w:t>古脊椎动物学报</w:t>
            </w:r>
          </w:p>
        </w:tc>
        <w:tc>
          <w:tcPr>
            <w:tcW w:type="dxa" w:w="2880"/>
          </w:tcPr>
          <w:p/>
        </w:tc>
      </w:tr>
      <w:tr>
        <w:tc>
          <w:tcPr>
            <w:tcW w:type="dxa" w:w="2880"/>
          </w:tcPr>
          <w:p>
            <w:r>
              <w:t>6</w:t>
            </w:r>
          </w:p>
        </w:tc>
        <w:tc>
          <w:tcPr>
            <w:tcW w:type="dxa" w:w="2880"/>
          </w:tcPr>
          <w:p>
            <w:r>
              <w:t>昆虫学报</w:t>
            </w:r>
          </w:p>
        </w:tc>
        <w:tc>
          <w:tcPr>
            <w:tcW w:type="dxa" w:w="2880"/>
          </w:tcPr>
          <w:p/>
        </w:tc>
      </w:tr>
      <w:tr>
        <w:tc>
          <w:tcPr>
            <w:tcW w:type="dxa" w:w="2880"/>
          </w:tcPr>
          <w:p>
            <w:r>
              <w:t>7</w:t>
            </w:r>
          </w:p>
        </w:tc>
        <w:tc>
          <w:tcPr>
            <w:tcW w:type="dxa" w:w="2880"/>
          </w:tcPr>
          <w:p>
            <w:r>
              <w:t>西北植物学报</w:t>
            </w:r>
          </w:p>
        </w:tc>
        <w:tc>
          <w:tcPr>
            <w:tcW w:type="dxa" w:w="2880"/>
          </w:tcPr>
          <w:p/>
        </w:tc>
      </w:tr>
      <w:tr>
        <w:tc>
          <w:tcPr>
            <w:tcW w:type="dxa" w:w="2880"/>
          </w:tcPr>
          <w:p>
            <w:r>
              <w:t>8</w:t>
            </w:r>
          </w:p>
        </w:tc>
        <w:tc>
          <w:tcPr>
            <w:tcW w:type="dxa" w:w="2880"/>
          </w:tcPr>
          <w:p>
            <w:r>
              <w:t>水生态学杂志</w:t>
            </w:r>
          </w:p>
        </w:tc>
        <w:tc>
          <w:tcPr>
            <w:tcW w:type="dxa" w:w="2880"/>
          </w:tcPr>
          <w:p/>
        </w:tc>
      </w:tr>
      <w:tr>
        <w:tc>
          <w:tcPr>
            <w:tcW w:type="dxa" w:w="2880"/>
          </w:tcPr>
          <w:p>
            <w:r>
              <w:t>9</w:t>
            </w:r>
          </w:p>
        </w:tc>
        <w:tc>
          <w:tcPr>
            <w:tcW w:type="dxa" w:w="2880"/>
          </w:tcPr>
          <w:p>
            <w:r>
              <w:t>植物保护</w:t>
            </w:r>
          </w:p>
        </w:tc>
        <w:tc>
          <w:tcPr>
            <w:tcW w:type="dxa" w:w="2880"/>
          </w:tcPr>
          <w:p/>
        </w:tc>
      </w:tr>
      <w:tr>
        <w:tc>
          <w:tcPr>
            <w:tcW w:type="dxa" w:w="2880"/>
          </w:tcPr>
          <w:p>
            <w:r>
              <w:t>10</w:t>
            </w:r>
          </w:p>
        </w:tc>
        <w:tc>
          <w:tcPr>
            <w:tcW w:type="dxa" w:w="2880"/>
          </w:tcPr>
          <w:p>
            <w:r>
              <w:t>农药学学报</w:t>
            </w:r>
          </w:p>
        </w:tc>
        <w:tc>
          <w:tcPr>
            <w:tcW w:type="dxa" w:w="2880"/>
          </w:tcPr>
          <w:p/>
        </w:tc>
      </w:tr>
      <w:tr>
        <w:tc>
          <w:tcPr>
            <w:tcW w:type="dxa" w:w="2880"/>
          </w:tcPr>
          <w:p>
            <w:r>
              <w:t>11</w:t>
            </w:r>
          </w:p>
        </w:tc>
        <w:tc>
          <w:tcPr>
            <w:tcW w:type="dxa" w:w="2880"/>
          </w:tcPr>
          <w:p>
            <w:r>
              <w:t>植物病理学报</w:t>
            </w:r>
          </w:p>
        </w:tc>
        <w:tc>
          <w:tcPr>
            <w:tcW w:type="dxa" w:w="2880"/>
          </w:tcPr>
          <w:p/>
        </w:tc>
      </w:tr>
      <w:tr>
        <w:tc>
          <w:tcPr>
            <w:tcW w:type="dxa" w:w="2880"/>
          </w:tcPr>
          <w:p>
            <w:r>
              <w:t>12</w:t>
            </w:r>
          </w:p>
        </w:tc>
        <w:tc>
          <w:tcPr>
            <w:tcW w:type="dxa" w:w="2880"/>
          </w:tcPr>
          <w:p>
            <w:r>
              <w:t>植物科学学报</w:t>
            </w:r>
          </w:p>
        </w:tc>
        <w:tc>
          <w:tcPr>
            <w:tcW w:type="dxa" w:w="2880"/>
          </w:tcPr>
          <w:p/>
        </w:tc>
      </w:tr>
      <w:tr>
        <w:tc>
          <w:tcPr>
            <w:tcW w:type="dxa" w:w="2880"/>
          </w:tcPr>
          <w:p>
            <w:r>
              <w:t>13</w:t>
            </w:r>
          </w:p>
        </w:tc>
        <w:tc>
          <w:tcPr>
            <w:tcW w:type="dxa" w:w="2880"/>
          </w:tcPr>
          <w:p>
            <w:r>
              <w:t>植物遗传资源学报</w:t>
            </w:r>
          </w:p>
        </w:tc>
        <w:tc>
          <w:tcPr>
            <w:tcW w:type="dxa" w:w="2880"/>
          </w:tcPr>
          <w:p/>
        </w:tc>
      </w:tr>
      <w:tr>
        <w:tc>
          <w:tcPr>
            <w:tcW w:type="dxa" w:w="2880"/>
          </w:tcPr>
          <w:p>
            <w:r>
              <w:t>14</w:t>
            </w:r>
          </w:p>
        </w:tc>
        <w:tc>
          <w:tcPr>
            <w:tcW w:type="dxa" w:w="2880"/>
          </w:tcPr>
          <w:p>
            <w:r>
              <w:t>植物生态学报</w:t>
            </w:r>
          </w:p>
        </w:tc>
        <w:tc>
          <w:tcPr>
            <w:tcW w:type="dxa" w:w="2880"/>
          </w:tcPr>
          <w:p/>
        </w:tc>
      </w:tr>
      <w:tr>
        <w:tc>
          <w:tcPr>
            <w:tcW w:type="dxa" w:w="2880"/>
          </w:tcPr>
          <w:p>
            <w:r>
              <w:t>三类（15种）</w:t>
            </w:r>
          </w:p>
        </w:tc>
        <w:tc>
          <w:tcPr>
            <w:tcW w:type="dxa" w:w="2880"/>
          </w:tcPr>
          <w:p>
            <w:r>
              <w:t>1</w:t>
            </w:r>
          </w:p>
        </w:tc>
        <w:tc>
          <w:tcPr>
            <w:tcW w:type="dxa" w:w="2880"/>
          </w:tcPr>
          <w:p>
            <w:r>
              <w:t>Zoological Systematics</w:t>
            </w:r>
          </w:p>
        </w:tc>
      </w:tr>
      <w:tr>
        <w:tc>
          <w:tcPr>
            <w:tcW w:type="dxa" w:w="2880"/>
          </w:tcPr>
          <w:p>
            <w:r>
              <w:t>2</w:t>
            </w:r>
          </w:p>
        </w:tc>
        <w:tc>
          <w:tcPr>
            <w:tcW w:type="dxa" w:w="2880"/>
          </w:tcPr>
          <w:p>
            <w:r>
              <w:t>中国病理生理杂志</w:t>
            </w:r>
          </w:p>
        </w:tc>
        <w:tc>
          <w:tcPr>
            <w:tcW w:type="dxa" w:w="2880"/>
          </w:tcPr>
          <w:p/>
        </w:tc>
      </w:tr>
      <w:tr>
        <w:tc>
          <w:tcPr>
            <w:tcW w:type="dxa" w:w="2880"/>
          </w:tcPr>
          <w:p>
            <w:r>
              <w:t>3</w:t>
            </w:r>
          </w:p>
        </w:tc>
        <w:tc>
          <w:tcPr>
            <w:tcW w:type="dxa" w:w="2880"/>
          </w:tcPr>
          <w:p>
            <w:r>
              <w:t>中国组织工程研究</w:t>
            </w:r>
          </w:p>
        </w:tc>
        <w:tc>
          <w:tcPr>
            <w:tcW w:type="dxa" w:w="2880"/>
          </w:tcPr>
          <w:p/>
        </w:tc>
      </w:tr>
      <w:tr>
        <w:tc>
          <w:tcPr>
            <w:tcW w:type="dxa" w:w="2880"/>
          </w:tcPr>
          <w:p>
            <w:r>
              <w:t>4</w:t>
            </w:r>
          </w:p>
        </w:tc>
        <w:tc>
          <w:tcPr>
            <w:tcW w:type="dxa" w:w="2880"/>
          </w:tcPr>
          <w:p>
            <w:r>
              <w:t>植物研究</w:t>
            </w:r>
          </w:p>
        </w:tc>
        <w:tc>
          <w:tcPr>
            <w:tcW w:type="dxa" w:w="2880"/>
          </w:tcPr>
          <w:p/>
        </w:tc>
      </w:tr>
      <w:tr>
        <w:tc>
          <w:tcPr>
            <w:tcW w:type="dxa" w:w="2880"/>
          </w:tcPr>
          <w:p>
            <w:r>
              <w:t>5</w:t>
            </w:r>
          </w:p>
        </w:tc>
        <w:tc>
          <w:tcPr>
            <w:tcW w:type="dxa" w:w="2880"/>
          </w:tcPr>
          <w:p>
            <w:r>
              <w:t>植物保护学报</w:t>
            </w:r>
          </w:p>
        </w:tc>
        <w:tc>
          <w:tcPr>
            <w:tcW w:type="dxa" w:w="2880"/>
          </w:tcPr>
          <w:p/>
        </w:tc>
      </w:tr>
      <w:tr>
        <w:tc>
          <w:tcPr>
            <w:tcW w:type="dxa" w:w="2880"/>
          </w:tcPr>
          <w:p>
            <w:r>
              <w:t>6</w:t>
            </w:r>
          </w:p>
        </w:tc>
        <w:tc>
          <w:tcPr>
            <w:tcW w:type="dxa" w:w="2880"/>
          </w:tcPr>
          <w:p>
            <w:r>
              <w:t>中国应用生理学杂志</w:t>
            </w:r>
          </w:p>
        </w:tc>
        <w:tc>
          <w:tcPr>
            <w:tcW w:type="dxa" w:w="2880"/>
          </w:tcPr>
          <w:p/>
        </w:tc>
      </w:tr>
      <w:tr>
        <w:tc>
          <w:tcPr>
            <w:tcW w:type="dxa" w:w="2880"/>
          </w:tcPr>
          <w:p>
            <w:r>
              <w:t>7</w:t>
            </w:r>
          </w:p>
        </w:tc>
        <w:tc>
          <w:tcPr>
            <w:tcW w:type="dxa" w:w="2880"/>
          </w:tcPr>
          <w:p>
            <w:r>
              <w:t>中国实验动物学报</w:t>
            </w:r>
          </w:p>
        </w:tc>
        <w:tc>
          <w:tcPr>
            <w:tcW w:type="dxa" w:w="2880"/>
          </w:tcPr>
          <w:p/>
        </w:tc>
      </w:tr>
      <w:tr>
        <w:tc>
          <w:tcPr>
            <w:tcW w:type="dxa" w:w="2880"/>
          </w:tcPr>
          <w:p>
            <w:r>
              <w:t>8</w:t>
            </w:r>
          </w:p>
        </w:tc>
        <w:tc>
          <w:tcPr>
            <w:tcW w:type="dxa" w:w="2880"/>
          </w:tcPr>
          <w:p>
            <w:r>
              <w:t>Entomotaxonomia</w:t>
            </w:r>
          </w:p>
        </w:tc>
        <w:tc>
          <w:tcPr>
            <w:tcW w:type="dxa" w:w="2880"/>
          </w:tcPr>
          <w:p/>
        </w:tc>
      </w:tr>
      <w:tr>
        <w:tc>
          <w:tcPr>
            <w:tcW w:type="dxa" w:w="2880"/>
          </w:tcPr>
          <w:p>
            <w:r>
              <w:t>9</w:t>
            </w:r>
          </w:p>
        </w:tc>
        <w:tc>
          <w:tcPr>
            <w:tcW w:type="dxa" w:w="2880"/>
          </w:tcPr>
          <w:p>
            <w:r>
              <w:t>植物资源与环境学报</w:t>
            </w:r>
          </w:p>
        </w:tc>
        <w:tc>
          <w:tcPr>
            <w:tcW w:type="dxa" w:w="2880"/>
          </w:tcPr>
          <w:p/>
        </w:tc>
      </w:tr>
      <w:tr>
        <w:tc>
          <w:tcPr>
            <w:tcW w:type="dxa" w:w="2880"/>
          </w:tcPr>
          <w:p>
            <w:r>
              <w:t>10</w:t>
            </w:r>
          </w:p>
        </w:tc>
        <w:tc>
          <w:tcPr>
            <w:tcW w:type="dxa" w:w="2880"/>
          </w:tcPr>
          <w:p>
            <w:r>
              <w:t>农业生物技术学报</w:t>
            </w:r>
          </w:p>
        </w:tc>
        <w:tc>
          <w:tcPr>
            <w:tcW w:type="dxa" w:w="2880"/>
          </w:tcPr>
          <w:p/>
        </w:tc>
      </w:tr>
      <w:tr>
        <w:tc>
          <w:tcPr>
            <w:tcW w:type="dxa" w:w="2880"/>
          </w:tcPr>
          <w:p>
            <w:r>
              <w:t>11</w:t>
            </w:r>
          </w:p>
        </w:tc>
        <w:tc>
          <w:tcPr>
            <w:tcW w:type="dxa" w:w="2880"/>
          </w:tcPr>
          <w:p>
            <w:r>
              <w:t>生命科学</w:t>
            </w:r>
          </w:p>
        </w:tc>
        <w:tc>
          <w:tcPr>
            <w:tcW w:type="dxa" w:w="2880"/>
          </w:tcPr>
          <w:p/>
        </w:tc>
      </w:tr>
      <w:tr>
        <w:tc>
          <w:tcPr>
            <w:tcW w:type="dxa" w:w="2880"/>
          </w:tcPr>
          <w:p>
            <w:r>
              <w:t>12</w:t>
            </w:r>
          </w:p>
        </w:tc>
        <w:tc>
          <w:tcPr>
            <w:tcW w:type="dxa" w:w="2880"/>
          </w:tcPr>
          <w:p>
            <w:r>
              <w:t>应用昆虫学报</w:t>
            </w:r>
          </w:p>
        </w:tc>
        <w:tc>
          <w:tcPr>
            <w:tcW w:type="dxa" w:w="2880"/>
          </w:tcPr>
          <w:p/>
        </w:tc>
      </w:tr>
      <w:tr>
        <w:tc>
          <w:tcPr>
            <w:tcW w:type="dxa" w:w="2880"/>
          </w:tcPr>
          <w:p>
            <w:r>
              <w:t>13</w:t>
            </w:r>
          </w:p>
        </w:tc>
        <w:tc>
          <w:tcPr>
            <w:tcW w:type="dxa" w:w="2880"/>
          </w:tcPr>
          <w:p>
            <w:r>
              <w:t>微体古生物学报</w:t>
            </w:r>
          </w:p>
        </w:tc>
        <w:tc>
          <w:tcPr>
            <w:tcW w:type="dxa" w:w="2880"/>
          </w:tcPr>
          <w:p/>
        </w:tc>
      </w:tr>
      <w:tr>
        <w:tc>
          <w:tcPr>
            <w:tcW w:type="dxa" w:w="2880"/>
          </w:tcPr>
          <w:p>
            <w:r>
              <w:t>14</w:t>
            </w:r>
          </w:p>
        </w:tc>
        <w:tc>
          <w:tcPr>
            <w:tcW w:type="dxa" w:w="2880"/>
          </w:tcPr>
          <w:p>
            <w:r>
              <w:t>中国畜牧兽医</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15</w:t>
            </w:r>
          </w:p>
        </w:tc>
        <w:tc>
          <w:tcPr>
            <w:tcW w:type="dxa" w:w="2880"/>
          </w:tcPr>
          <w:p>
            <w:r>
              <w:t>中华微生物学和免疫学杂志</w:t>
            </w:r>
          </w:p>
        </w:tc>
      </w:tr>
      <w:tr>
        <w:tc>
          <w:tcPr>
            <w:tcW w:type="dxa" w:w="2880"/>
          </w:tcPr>
          <w:p>
            <w:r>
              <w:t>数学类（共15种期刊）</w:t>
            </w:r>
          </w:p>
        </w:tc>
        <w:tc>
          <w:tcPr>
            <w:tcW w:type="dxa" w:w="2880"/>
          </w:tcPr>
          <w:p/>
        </w:tc>
        <w:tc>
          <w:tcPr>
            <w:tcW w:type="dxa" w:w="2880"/>
          </w:tcPr>
          <w:p/>
        </w:tc>
      </w:tr>
      <w:tr>
        <w:tc>
          <w:tcPr>
            <w:tcW w:type="dxa" w:w="2880"/>
          </w:tcPr>
          <w:p>
            <w:r>
              <w:t>一类（3种）</w:t>
            </w:r>
          </w:p>
        </w:tc>
        <w:tc>
          <w:tcPr>
            <w:tcW w:type="dxa" w:w="2880"/>
          </w:tcPr>
          <w:p>
            <w:r>
              <w:t>1</w:t>
            </w:r>
          </w:p>
        </w:tc>
        <w:tc>
          <w:tcPr>
            <w:tcW w:type="dxa" w:w="2880"/>
          </w:tcPr>
          <w:p>
            <w:r>
              <w:t>中国科学：数学</w:t>
            </w:r>
          </w:p>
        </w:tc>
      </w:tr>
      <w:tr>
        <w:tc>
          <w:tcPr>
            <w:tcW w:type="dxa" w:w="2880"/>
          </w:tcPr>
          <w:p>
            <w:r>
              <w:t>2</w:t>
            </w:r>
          </w:p>
        </w:tc>
        <w:tc>
          <w:tcPr>
            <w:tcW w:type="dxa" w:w="2880"/>
          </w:tcPr>
          <w:p>
            <w:r>
              <w:t>数学年刊A辑（中文版）</w:t>
            </w:r>
          </w:p>
        </w:tc>
        <w:tc>
          <w:tcPr>
            <w:tcW w:type="dxa" w:w="2880"/>
          </w:tcPr>
          <w:p/>
        </w:tc>
      </w:tr>
      <w:tr>
        <w:tc>
          <w:tcPr>
            <w:tcW w:type="dxa" w:w="2880"/>
          </w:tcPr>
          <w:p>
            <w:r>
              <w:t>3</w:t>
            </w:r>
          </w:p>
        </w:tc>
        <w:tc>
          <w:tcPr>
            <w:tcW w:type="dxa" w:w="2880"/>
          </w:tcPr>
          <w:p>
            <w:r>
              <w:t>数学学报（中文版）</w:t>
            </w:r>
          </w:p>
        </w:tc>
        <w:tc>
          <w:tcPr>
            <w:tcW w:type="dxa" w:w="2880"/>
          </w:tcPr>
          <w:p/>
        </w:tc>
      </w:tr>
      <w:tr>
        <w:tc>
          <w:tcPr>
            <w:tcW w:type="dxa" w:w="2880"/>
          </w:tcPr>
          <w:p>
            <w:r>
              <w:t>二类（3种）</w:t>
            </w:r>
          </w:p>
        </w:tc>
        <w:tc>
          <w:tcPr>
            <w:tcW w:type="dxa" w:w="2880"/>
          </w:tcPr>
          <w:p>
            <w:r>
              <w:t>1</w:t>
            </w:r>
          </w:p>
        </w:tc>
        <w:tc>
          <w:tcPr>
            <w:tcW w:type="dxa" w:w="2880"/>
          </w:tcPr>
          <w:p>
            <w:r>
              <w:t>应用数学学报</w:t>
            </w:r>
          </w:p>
        </w:tc>
      </w:tr>
      <w:tr>
        <w:tc>
          <w:tcPr>
            <w:tcW w:type="dxa" w:w="2880"/>
          </w:tcPr>
          <w:p>
            <w:r>
              <w:t>2</w:t>
            </w:r>
          </w:p>
        </w:tc>
        <w:tc>
          <w:tcPr>
            <w:tcW w:type="dxa" w:w="2880"/>
          </w:tcPr>
          <w:p>
            <w:r>
              <w:t>系统科学与数学</w:t>
            </w:r>
          </w:p>
        </w:tc>
        <w:tc>
          <w:tcPr>
            <w:tcW w:type="dxa" w:w="2880"/>
          </w:tcPr>
          <w:p/>
        </w:tc>
      </w:tr>
      <w:tr>
        <w:tc>
          <w:tcPr>
            <w:tcW w:type="dxa" w:w="2880"/>
          </w:tcPr>
          <w:p>
            <w:r>
              <w:t>3</w:t>
            </w:r>
          </w:p>
        </w:tc>
        <w:tc>
          <w:tcPr>
            <w:tcW w:type="dxa" w:w="2880"/>
          </w:tcPr>
          <w:p>
            <w:r>
              <w:t>Journal of Mathematical Research with Applications</w:t>
            </w:r>
          </w:p>
        </w:tc>
        <w:tc>
          <w:tcPr>
            <w:tcW w:type="dxa" w:w="2880"/>
          </w:tcPr>
          <w:p/>
        </w:tc>
      </w:tr>
      <w:tr>
        <w:tc>
          <w:tcPr>
            <w:tcW w:type="dxa" w:w="2880"/>
          </w:tcPr>
          <w:p>
            <w:r>
              <w:t>三类（9种）</w:t>
            </w:r>
          </w:p>
        </w:tc>
        <w:tc>
          <w:tcPr>
            <w:tcW w:type="dxa" w:w="2880"/>
          </w:tcPr>
          <w:p>
            <w:r>
              <w:t>1</w:t>
            </w:r>
          </w:p>
        </w:tc>
        <w:tc>
          <w:tcPr>
            <w:tcW w:type="dxa" w:w="2880"/>
          </w:tcPr>
          <w:p>
            <w:r>
              <w:t>计算数学</w:t>
            </w:r>
          </w:p>
        </w:tc>
      </w:tr>
      <w:tr>
        <w:tc>
          <w:tcPr>
            <w:tcW w:type="dxa" w:w="2880"/>
          </w:tcPr>
          <w:p>
            <w:r>
              <w:t>2</w:t>
            </w:r>
          </w:p>
        </w:tc>
        <w:tc>
          <w:tcPr>
            <w:tcW w:type="dxa" w:w="2880"/>
          </w:tcPr>
          <w:p>
            <w:r>
              <w:t>工程数学学报</w:t>
            </w:r>
          </w:p>
        </w:tc>
        <w:tc>
          <w:tcPr>
            <w:tcW w:type="dxa" w:w="2880"/>
          </w:tcPr>
          <w:p/>
        </w:tc>
      </w:tr>
      <w:tr>
        <w:tc>
          <w:tcPr>
            <w:tcW w:type="dxa" w:w="2880"/>
          </w:tcPr>
          <w:p>
            <w:r>
              <w:t>3</w:t>
            </w:r>
          </w:p>
        </w:tc>
        <w:tc>
          <w:tcPr>
            <w:tcW w:type="dxa" w:w="2880"/>
          </w:tcPr>
          <w:p>
            <w:r>
              <w:t>运筹学学报</w:t>
            </w:r>
          </w:p>
        </w:tc>
        <w:tc>
          <w:tcPr>
            <w:tcW w:type="dxa" w:w="2880"/>
          </w:tcPr>
          <w:p/>
        </w:tc>
      </w:tr>
      <w:tr>
        <w:tc>
          <w:tcPr>
            <w:tcW w:type="dxa" w:w="2880"/>
          </w:tcPr>
          <w:p>
            <w:r>
              <w:t>4</w:t>
            </w:r>
          </w:p>
        </w:tc>
        <w:tc>
          <w:tcPr>
            <w:tcW w:type="dxa" w:w="2880"/>
          </w:tcPr>
          <w:p>
            <w:r>
              <w:t>复杂系统与复杂性科学</w:t>
            </w:r>
          </w:p>
        </w:tc>
        <w:tc>
          <w:tcPr>
            <w:tcW w:type="dxa" w:w="2880"/>
          </w:tcPr>
          <w:p/>
        </w:tc>
      </w:tr>
      <w:tr>
        <w:tc>
          <w:tcPr>
            <w:tcW w:type="dxa" w:w="2880"/>
          </w:tcPr>
          <w:p>
            <w:r>
              <w:t>5</w:t>
            </w:r>
          </w:p>
        </w:tc>
        <w:tc>
          <w:tcPr>
            <w:tcW w:type="dxa" w:w="2880"/>
          </w:tcPr>
          <w:p>
            <w:r>
              <w:t>Journal of Partial Differential Equations</w:t>
            </w:r>
          </w:p>
        </w:tc>
        <w:tc>
          <w:tcPr>
            <w:tcW w:type="dxa" w:w="2880"/>
          </w:tcPr>
          <w:p/>
        </w:tc>
      </w:tr>
      <w:tr>
        <w:tc>
          <w:tcPr>
            <w:tcW w:type="dxa" w:w="2880"/>
          </w:tcPr>
          <w:p>
            <w:r>
              <w:t>6</w:t>
            </w:r>
          </w:p>
        </w:tc>
        <w:tc>
          <w:tcPr>
            <w:tcW w:type="dxa" w:w="2880"/>
          </w:tcPr>
          <w:p>
            <w:r>
              <w:t>Journal of the Opera tions Research Society of China</w:t>
            </w:r>
          </w:p>
        </w:tc>
        <w:tc>
          <w:tcPr>
            <w:tcW w:type="dxa" w:w="2880"/>
          </w:tcPr>
          <w:p/>
        </w:tc>
      </w:tr>
      <w:tr>
        <w:tc>
          <w:tcPr>
            <w:tcW w:type="dxa" w:w="2880"/>
          </w:tcPr>
          <w:p>
            <w:r>
              <w:t>7</w:t>
            </w:r>
          </w:p>
        </w:tc>
        <w:tc>
          <w:tcPr>
            <w:tcW w:type="dxa" w:w="2880"/>
          </w:tcPr>
          <w:p>
            <w:r>
              <w:t>应用数学和力学</w:t>
            </w:r>
          </w:p>
        </w:tc>
        <w:tc>
          <w:tcPr>
            <w:tcW w:type="dxa" w:w="2880"/>
          </w:tcPr>
          <w:p/>
        </w:tc>
      </w:tr>
      <w:tr>
        <w:tc>
          <w:tcPr>
            <w:tcW w:type="dxa" w:w="2880"/>
          </w:tcPr>
          <w:p>
            <w:r>
              <w:t>8</w:t>
            </w:r>
          </w:p>
        </w:tc>
        <w:tc>
          <w:tcPr>
            <w:tcW w:type="dxa" w:w="2880"/>
          </w:tcPr>
          <w:p>
            <w:r>
              <w:t>Analysis in Theory and A pplications</w:t>
            </w:r>
          </w:p>
        </w:tc>
        <w:tc>
          <w:tcPr>
            <w:tcW w:type="dxa" w:w="2880"/>
          </w:tcPr>
          <w:p/>
        </w:tc>
      </w:tr>
      <w:tr>
        <w:tc>
          <w:tcPr>
            <w:tcW w:type="dxa" w:w="2880"/>
          </w:tcPr>
          <w:p>
            <w:r>
              <w:t>9</w:t>
            </w:r>
          </w:p>
        </w:tc>
        <w:tc>
          <w:tcPr>
            <w:tcW w:type="dxa" w:w="2880"/>
          </w:tcPr>
          <w:p>
            <w:r>
              <w:t>Communications in Mathematical Research</w:t>
            </w:r>
          </w:p>
        </w:tc>
        <w:tc>
          <w:tcPr>
            <w:tcW w:type="dxa" w:w="2880"/>
          </w:tcPr>
          <w:p/>
        </w:tc>
      </w:tr>
      <w:tr>
        <w:tc>
          <w:tcPr>
            <w:tcW w:type="dxa" w:w="2880"/>
          </w:tcPr>
          <w:p>
            <w:r>
              <w:t>天文学类（共4种期刊）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Astrodynamics</w:t>
            </w:r>
          </w:p>
        </w:tc>
      </w:tr>
      <w:tr>
        <w:tc>
          <w:tcPr>
            <w:tcW w:type="dxa" w:w="2880"/>
          </w:tcPr>
          <w:p>
            <w:r>
              <w:t>三类（3种）</w:t>
            </w:r>
          </w:p>
        </w:tc>
        <w:tc>
          <w:tcPr>
            <w:tcW w:type="dxa" w:w="2880"/>
          </w:tcPr>
          <w:p>
            <w:r>
              <w:t>1</w:t>
            </w:r>
          </w:p>
        </w:tc>
        <w:tc>
          <w:tcPr>
            <w:tcW w:type="dxa" w:w="2880"/>
          </w:tcPr>
          <w:p>
            <w:r>
              <w:t>天文学报</w:t>
            </w:r>
          </w:p>
        </w:tc>
      </w:tr>
      <w:tr>
        <w:tc>
          <w:tcPr>
            <w:tcW w:type="dxa" w:w="2880"/>
          </w:tcPr>
          <w:p>
            <w:r>
              <w:t>2</w:t>
            </w:r>
          </w:p>
        </w:tc>
        <w:tc>
          <w:tcPr>
            <w:tcW w:type="dxa" w:w="2880"/>
          </w:tcPr>
          <w:p>
            <w:r>
              <w:t>天文学进展</w:t>
            </w:r>
          </w:p>
        </w:tc>
        <w:tc>
          <w:tcPr>
            <w:tcW w:type="dxa" w:w="2880"/>
          </w:tcPr>
          <w:p/>
        </w:tc>
      </w:tr>
      <w:tr>
        <w:tc>
          <w:tcPr>
            <w:tcW w:type="dxa" w:w="2880"/>
          </w:tcPr>
          <w:p>
            <w:r>
              <w:t>3</w:t>
            </w:r>
          </w:p>
        </w:tc>
        <w:tc>
          <w:tcPr>
            <w:tcW w:type="dxa" w:w="2880"/>
          </w:tcPr>
          <w:p>
            <w:r>
              <w:t>天文研究与技术</w:t>
            </w:r>
          </w:p>
        </w:tc>
        <w:tc>
          <w:tcPr>
            <w:tcW w:type="dxa" w:w="2880"/>
          </w:tcPr>
          <w:p/>
        </w:tc>
      </w:tr>
      <w:tr>
        <w:tc>
          <w:tcPr>
            <w:tcW w:type="dxa" w:w="2880"/>
          </w:tcPr>
          <w:p>
            <w:r>
              <w:t>物理学类（共6种期刊）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中国光学</w:t>
            </w:r>
          </w:p>
        </w:tc>
      </w:tr>
      <w:tr>
        <w:tc>
          <w:tcPr>
            <w:tcW w:type="dxa" w:w="2880"/>
          </w:tcPr>
          <w:p>
            <w:r>
              <w:t>2</w:t>
            </w:r>
          </w:p>
        </w:tc>
        <w:tc>
          <w:tcPr>
            <w:tcW w:type="dxa" w:w="2880"/>
          </w:tcPr>
          <w:p>
            <w:r>
              <w:t>光学学报</w:t>
            </w:r>
          </w:p>
        </w:tc>
        <w:tc>
          <w:tcPr>
            <w:tcW w:type="dxa" w:w="2880"/>
          </w:tcPr>
          <w:p/>
        </w:tc>
      </w:tr>
      <w:tr>
        <w:tc>
          <w:tcPr>
            <w:tcW w:type="dxa" w:w="2880"/>
          </w:tcPr>
          <w:p>
            <w:r>
              <w:t>二类（1种）</w:t>
            </w:r>
          </w:p>
        </w:tc>
        <w:tc>
          <w:tcPr>
            <w:tcW w:type="dxa" w:w="2880"/>
          </w:tcPr>
          <w:p>
            <w:r>
              <w:t>1</w:t>
            </w:r>
          </w:p>
        </w:tc>
        <w:tc>
          <w:tcPr>
            <w:tcW w:type="dxa" w:w="2880"/>
          </w:tcPr>
          <w:p>
            <w:r>
              <w:t>光子学报</w:t>
            </w:r>
          </w:p>
        </w:tc>
      </w:tr>
      <w:tr>
        <w:tc>
          <w:tcPr>
            <w:tcW w:type="dxa" w:w="2880"/>
          </w:tcPr>
          <w:p>
            <w:r>
              <w:t>三类（3种）</w:t>
            </w:r>
          </w:p>
        </w:tc>
        <w:tc>
          <w:tcPr>
            <w:tcW w:type="dxa" w:w="2880"/>
          </w:tcPr>
          <w:p>
            <w:r>
              <w:t>1</w:t>
            </w:r>
          </w:p>
        </w:tc>
        <w:tc>
          <w:tcPr>
            <w:tcW w:type="dxa" w:w="2880"/>
          </w:tcPr>
          <w:p>
            <w:r>
              <w:t>Chinese Journal of Acoustics</w:t>
            </w:r>
          </w:p>
        </w:tc>
      </w:tr>
      <w:tr>
        <w:tc>
          <w:tcPr>
            <w:tcW w:type="dxa" w:w="2880"/>
          </w:tcPr>
          <w:p>
            <w:r>
              <w:t>2</w:t>
            </w:r>
          </w:p>
        </w:tc>
        <w:tc>
          <w:tcPr>
            <w:tcW w:type="dxa" w:w="2880"/>
          </w:tcPr>
          <w:p>
            <w:r>
              <w:t>声学学报</w:t>
            </w:r>
          </w:p>
        </w:tc>
        <w:tc>
          <w:tcPr>
            <w:tcW w:type="dxa" w:w="2880"/>
          </w:tcPr>
          <w:p/>
        </w:tc>
      </w:tr>
      <w:tr>
        <w:tc>
          <w:tcPr>
            <w:tcW w:type="dxa" w:w="2880"/>
          </w:tcPr>
          <w:p>
            <w:r>
              <w:t>3</w:t>
            </w:r>
          </w:p>
        </w:tc>
        <w:tc>
          <w:tcPr>
            <w:tcW w:type="dxa" w:w="2880"/>
          </w:tcPr>
          <w:p>
            <w:r>
              <w:t>高压物理学报</w:t>
            </w:r>
          </w:p>
        </w:tc>
        <w:tc>
          <w:tcPr>
            <w:tcW w:type="dxa" w:w="2880"/>
          </w:tcPr>
          <w:p/>
        </w:tc>
      </w:tr>
      <w:tr>
        <w:tc>
          <w:tcPr>
            <w:tcW w:type="dxa" w:w="2880"/>
          </w:tcPr>
          <w:p>
            <w:r>
              <w:t>系统科学类（共6种期刊）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交通运输系统工程与信息</w:t>
            </w:r>
          </w:p>
        </w:tc>
      </w:tr>
      <w:tr>
        <w:tc>
          <w:tcPr>
            <w:tcW w:type="dxa" w:w="2880"/>
          </w:tcPr>
          <w:p>
            <w:r>
              <w:t>二类（3种）</w:t>
            </w:r>
          </w:p>
        </w:tc>
        <w:tc>
          <w:tcPr>
            <w:tcW w:type="dxa" w:w="2880"/>
          </w:tcPr>
          <w:p>
            <w:r>
              <w:t>1</w:t>
            </w:r>
          </w:p>
        </w:tc>
        <w:tc>
          <w:tcPr>
            <w:tcW w:type="dxa" w:w="2880"/>
          </w:tcPr>
          <w:p>
            <w:r>
              <w:t>系统工程与电子技术</w:t>
            </w:r>
          </w:p>
        </w:tc>
      </w:tr>
      <w:tr>
        <w:tc>
          <w:tcPr>
            <w:tcW w:type="dxa" w:w="2880"/>
          </w:tcPr>
          <w:p>
            <w:r>
              <w:t>2</w:t>
            </w:r>
          </w:p>
        </w:tc>
        <w:tc>
          <w:tcPr>
            <w:tcW w:type="dxa" w:w="2880"/>
          </w:tcPr>
          <w:p>
            <w:r>
              <w:t>系统工程学报</w:t>
            </w:r>
          </w:p>
        </w:tc>
        <w:tc>
          <w:tcPr>
            <w:tcW w:type="dxa" w:w="2880"/>
          </w:tcPr>
          <w:p/>
        </w:tc>
      </w:tr>
      <w:tr>
        <w:tc>
          <w:tcPr>
            <w:tcW w:type="dxa" w:w="2880"/>
          </w:tcPr>
          <w:p>
            <w:r>
              <w:t>3</w:t>
            </w:r>
          </w:p>
        </w:tc>
        <w:tc>
          <w:tcPr>
            <w:tcW w:type="dxa" w:w="2880"/>
          </w:tcPr>
          <w:p>
            <w:r>
              <w:t>智能系统学报</w:t>
            </w:r>
          </w:p>
        </w:tc>
        <w:tc>
          <w:tcPr>
            <w:tcW w:type="dxa" w:w="2880"/>
          </w:tcPr>
          <w:p/>
        </w:tc>
      </w:tr>
      <w:tr>
        <w:tc>
          <w:tcPr>
            <w:tcW w:type="dxa" w:w="2880"/>
          </w:tcPr>
          <w:p>
            <w:r>
              <w:t>三类（2种）</w:t>
            </w:r>
          </w:p>
        </w:tc>
        <w:tc>
          <w:tcPr>
            <w:tcW w:type="dxa" w:w="2880"/>
          </w:tcPr>
          <w:p>
            <w:r>
              <w:t>1</w:t>
            </w:r>
          </w:p>
        </w:tc>
        <w:tc>
          <w:tcPr>
            <w:tcW w:type="dxa" w:w="2880"/>
          </w:tcPr>
          <w:p>
            <w:r>
              <w:t>Journal of Systems Science a nd Information</w:t>
            </w: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2</w:t>
            </w:r>
          </w:p>
        </w:tc>
        <w:tc>
          <w:tcPr>
            <w:tcW w:type="dxa" w:w="2880"/>
          </w:tcPr>
          <w:p>
            <w:r>
              <w:t>系统仿真学报</w:t>
            </w:r>
          </w:p>
        </w:tc>
      </w:tr>
      <w:tr>
        <w:tc>
          <w:tcPr>
            <w:tcW w:type="dxa" w:w="2880"/>
          </w:tcPr>
          <w:p>
            <w:r>
              <w:t>农学类（37种）</w:t>
            </w:r>
          </w:p>
        </w:tc>
        <w:tc>
          <w:tcPr>
            <w:tcW w:type="dxa" w:w="2880"/>
          </w:tcPr>
          <w:p/>
        </w:tc>
        <w:tc>
          <w:tcPr>
            <w:tcW w:type="dxa" w:w="2880"/>
          </w:tcPr>
          <w:p/>
        </w:tc>
      </w:tr>
      <w:tr>
        <w:tc>
          <w:tcPr>
            <w:tcW w:type="dxa" w:w="2880"/>
          </w:tcPr>
          <w:p>
            <w:r>
              <w:t>类别</w:t>
            </w:r>
          </w:p>
        </w:tc>
        <w:tc>
          <w:tcPr>
            <w:tcW w:type="dxa" w:w="2880"/>
          </w:tcPr>
          <w:p>
            <w:r>
              <w:t>期刊名称</w:t>
            </w:r>
          </w:p>
        </w:tc>
        <w:tc>
          <w:tcPr>
            <w:tcW w:type="dxa" w:w="2880"/>
          </w:tcPr>
          <w:p/>
        </w:tc>
      </w:tr>
      <w:tr>
        <w:tc>
          <w:tcPr>
            <w:tcW w:type="dxa" w:w="2880"/>
          </w:tcPr>
          <w:p>
            <w:r>
              <w:t>草学（共4种期刊）</w:t>
            </w:r>
          </w:p>
        </w:tc>
        <w:tc>
          <w:tcPr>
            <w:tcW w:type="dxa" w:w="2880"/>
          </w:tcPr>
          <w:p/>
        </w:tc>
        <w:tc>
          <w:tcPr>
            <w:tcW w:type="dxa" w:w="2880"/>
          </w:tcPr>
          <w:p/>
        </w:tc>
      </w:tr>
      <w:tr>
        <w:tc>
          <w:tcPr>
            <w:tcW w:type="dxa" w:w="2880"/>
          </w:tcPr>
          <w:p>
            <w:r>
              <w:t>三类（4种）</w:t>
            </w:r>
          </w:p>
        </w:tc>
        <w:tc>
          <w:tcPr>
            <w:tcW w:type="dxa" w:w="2880"/>
          </w:tcPr>
          <w:p>
            <w:r>
              <w:t>1</w:t>
            </w:r>
          </w:p>
        </w:tc>
        <w:tc>
          <w:tcPr>
            <w:tcW w:type="dxa" w:w="2880"/>
          </w:tcPr>
          <w:p>
            <w:r>
              <w:t>草业学报</w:t>
            </w:r>
          </w:p>
        </w:tc>
      </w:tr>
      <w:tr>
        <w:tc>
          <w:tcPr>
            <w:tcW w:type="dxa" w:w="2880"/>
          </w:tcPr>
          <w:p>
            <w:r>
              <w:t>2</w:t>
            </w:r>
          </w:p>
        </w:tc>
        <w:tc>
          <w:tcPr>
            <w:tcW w:type="dxa" w:w="2880"/>
          </w:tcPr>
          <w:p>
            <w:r>
              <w:t>草业科学</w:t>
            </w:r>
          </w:p>
        </w:tc>
        <w:tc>
          <w:tcPr>
            <w:tcW w:type="dxa" w:w="2880"/>
          </w:tcPr>
          <w:p/>
        </w:tc>
      </w:tr>
      <w:tr>
        <w:tc>
          <w:tcPr>
            <w:tcW w:type="dxa" w:w="2880"/>
          </w:tcPr>
          <w:p>
            <w:r>
              <w:t>3</w:t>
            </w:r>
          </w:p>
        </w:tc>
        <w:tc>
          <w:tcPr>
            <w:tcW w:type="dxa" w:w="2880"/>
          </w:tcPr>
          <w:p>
            <w:r>
              <w:t>中国草地学报</w:t>
            </w:r>
          </w:p>
        </w:tc>
        <w:tc>
          <w:tcPr>
            <w:tcW w:type="dxa" w:w="2880"/>
          </w:tcPr>
          <w:p/>
        </w:tc>
      </w:tr>
      <w:tr>
        <w:tc>
          <w:tcPr>
            <w:tcW w:type="dxa" w:w="2880"/>
          </w:tcPr>
          <w:p>
            <w:r>
              <w:t>4</w:t>
            </w:r>
          </w:p>
        </w:tc>
        <w:tc>
          <w:tcPr>
            <w:tcW w:type="dxa" w:w="2880"/>
          </w:tcPr>
          <w:p>
            <w:r>
              <w:t>草地学报</w:t>
            </w:r>
          </w:p>
        </w:tc>
        <w:tc>
          <w:tcPr>
            <w:tcW w:type="dxa" w:w="2880"/>
          </w:tcPr>
          <w:p/>
        </w:tc>
      </w:tr>
      <w:tr>
        <w:tc>
          <w:tcPr>
            <w:tcW w:type="dxa" w:w="2880"/>
          </w:tcPr>
          <w:p>
            <w:r>
              <w:t>农业资源与环境（共7种期刊）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土壤学报</w:t>
            </w:r>
          </w:p>
        </w:tc>
      </w:tr>
      <w:tr>
        <w:tc>
          <w:tcPr>
            <w:tcW w:type="dxa" w:w="2880"/>
          </w:tcPr>
          <w:p>
            <w:r>
              <w:t>二类（1种）</w:t>
            </w:r>
          </w:p>
        </w:tc>
        <w:tc>
          <w:tcPr>
            <w:tcW w:type="dxa" w:w="2880"/>
          </w:tcPr>
          <w:p>
            <w:r>
              <w:t>1</w:t>
            </w:r>
          </w:p>
        </w:tc>
        <w:tc>
          <w:tcPr>
            <w:tcW w:type="dxa" w:w="2880"/>
          </w:tcPr>
          <w:p>
            <w:r>
              <w:t>中国农业科学</w:t>
            </w:r>
          </w:p>
        </w:tc>
      </w:tr>
      <w:tr>
        <w:tc>
          <w:tcPr>
            <w:tcW w:type="dxa" w:w="2880"/>
          </w:tcPr>
          <w:p>
            <w:r>
              <w:t>三类（5种）</w:t>
            </w:r>
          </w:p>
        </w:tc>
        <w:tc>
          <w:tcPr>
            <w:tcW w:type="dxa" w:w="2880"/>
          </w:tcPr>
          <w:p>
            <w:r>
              <w:t>1</w:t>
            </w:r>
          </w:p>
        </w:tc>
        <w:tc>
          <w:tcPr>
            <w:tcW w:type="dxa" w:w="2880"/>
          </w:tcPr>
          <w:p>
            <w:r>
              <w:t>土壤</w:t>
            </w:r>
          </w:p>
        </w:tc>
      </w:tr>
      <w:tr>
        <w:tc>
          <w:tcPr>
            <w:tcW w:type="dxa" w:w="2880"/>
          </w:tcPr>
          <w:p>
            <w:r>
              <w:t>2</w:t>
            </w:r>
          </w:p>
        </w:tc>
        <w:tc>
          <w:tcPr>
            <w:tcW w:type="dxa" w:w="2880"/>
          </w:tcPr>
          <w:p>
            <w:r>
              <w:t>土壤通报</w:t>
            </w:r>
          </w:p>
        </w:tc>
        <w:tc>
          <w:tcPr>
            <w:tcW w:type="dxa" w:w="2880"/>
          </w:tcPr>
          <w:p/>
        </w:tc>
      </w:tr>
      <w:tr>
        <w:tc>
          <w:tcPr>
            <w:tcW w:type="dxa" w:w="2880"/>
          </w:tcPr>
          <w:p>
            <w:r>
              <w:t>3</w:t>
            </w:r>
          </w:p>
        </w:tc>
        <w:tc>
          <w:tcPr>
            <w:tcW w:type="dxa" w:w="2880"/>
          </w:tcPr>
          <w:p>
            <w:r>
              <w:t>中国土壤与肥料</w:t>
            </w:r>
          </w:p>
        </w:tc>
        <w:tc>
          <w:tcPr>
            <w:tcW w:type="dxa" w:w="2880"/>
          </w:tcPr>
          <w:p/>
        </w:tc>
      </w:tr>
      <w:tr>
        <w:tc>
          <w:tcPr>
            <w:tcW w:type="dxa" w:w="2880"/>
          </w:tcPr>
          <w:p>
            <w:r>
              <w:t>4</w:t>
            </w:r>
          </w:p>
        </w:tc>
        <w:tc>
          <w:tcPr>
            <w:tcW w:type="dxa" w:w="2880"/>
          </w:tcPr>
          <w:p>
            <w:r>
              <w:t>华北农学报</w:t>
            </w:r>
          </w:p>
        </w:tc>
        <w:tc>
          <w:tcPr>
            <w:tcW w:type="dxa" w:w="2880"/>
          </w:tcPr>
          <w:p/>
        </w:tc>
      </w:tr>
      <w:tr>
        <w:tc>
          <w:tcPr>
            <w:tcW w:type="dxa" w:w="2880"/>
          </w:tcPr>
          <w:p>
            <w:r>
              <w:t>5</w:t>
            </w:r>
          </w:p>
        </w:tc>
        <w:tc>
          <w:tcPr>
            <w:tcW w:type="dxa" w:w="2880"/>
          </w:tcPr>
          <w:p>
            <w:r>
              <w:t>中国农学通报</w:t>
            </w:r>
          </w:p>
        </w:tc>
        <w:tc>
          <w:tcPr>
            <w:tcW w:type="dxa" w:w="2880"/>
          </w:tcPr>
          <w:p/>
        </w:tc>
      </w:tr>
      <w:tr>
        <w:tc>
          <w:tcPr>
            <w:tcW w:type="dxa" w:w="2880"/>
          </w:tcPr>
          <w:p>
            <w:r>
              <w:t>兽医学（共3种期刊）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中国人兽共患病学报</w:t>
            </w:r>
          </w:p>
        </w:tc>
      </w:tr>
      <w:tr>
        <w:tc>
          <w:tcPr>
            <w:tcW w:type="dxa" w:w="2880"/>
          </w:tcPr>
          <w:p>
            <w:r>
              <w:t>三类（2种）</w:t>
            </w:r>
          </w:p>
        </w:tc>
        <w:tc>
          <w:tcPr>
            <w:tcW w:type="dxa" w:w="2880"/>
          </w:tcPr>
          <w:p>
            <w:r>
              <w:t>1</w:t>
            </w:r>
          </w:p>
        </w:tc>
        <w:tc>
          <w:tcPr>
            <w:tcW w:type="dxa" w:w="2880"/>
          </w:tcPr>
          <w:p>
            <w:r>
              <w:t>畜牧兽医学报</w:t>
            </w:r>
          </w:p>
        </w:tc>
      </w:tr>
      <w:tr>
        <w:tc>
          <w:tcPr>
            <w:tcW w:type="dxa" w:w="2880"/>
          </w:tcPr>
          <w:p>
            <w:r>
              <w:t>2</w:t>
            </w:r>
          </w:p>
        </w:tc>
        <w:tc>
          <w:tcPr>
            <w:tcW w:type="dxa" w:w="2880"/>
          </w:tcPr>
          <w:p>
            <w:r>
              <w:t>中国兽医学报</w:t>
            </w:r>
          </w:p>
        </w:tc>
        <w:tc>
          <w:tcPr>
            <w:tcW w:type="dxa" w:w="2880"/>
          </w:tcPr>
          <w:p/>
        </w:tc>
      </w:tr>
      <w:tr>
        <w:tc>
          <w:tcPr>
            <w:tcW w:type="dxa" w:w="2880"/>
          </w:tcPr>
          <w:p>
            <w:r>
              <w:t>水产（共7种期刊）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水产学报</w:t>
            </w:r>
          </w:p>
        </w:tc>
      </w:tr>
      <w:tr>
        <w:tc>
          <w:tcPr>
            <w:tcW w:type="dxa" w:w="2880"/>
          </w:tcPr>
          <w:p>
            <w:r>
              <w:t>2</w:t>
            </w:r>
          </w:p>
        </w:tc>
        <w:tc>
          <w:tcPr>
            <w:tcW w:type="dxa" w:w="2880"/>
          </w:tcPr>
          <w:p>
            <w:r>
              <w:t>Aquaculture and Fisheries</w:t>
            </w:r>
          </w:p>
        </w:tc>
        <w:tc>
          <w:tcPr>
            <w:tcW w:type="dxa" w:w="2880"/>
          </w:tcPr>
          <w:p/>
        </w:tc>
      </w:tr>
      <w:tr>
        <w:tc>
          <w:tcPr>
            <w:tcW w:type="dxa" w:w="2880"/>
          </w:tcPr>
          <w:p>
            <w:r>
              <w:t>二类（3种）</w:t>
            </w:r>
          </w:p>
        </w:tc>
        <w:tc>
          <w:tcPr>
            <w:tcW w:type="dxa" w:w="2880"/>
          </w:tcPr>
          <w:p>
            <w:r>
              <w:t>1</w:t>
            </w:r>
          </w:p>
        </w:tc>
        <w:tc>
          <w:tcPr>
            <w:tcW w:type="dxa" w:w="2880"/>
          </w:tcPr>
          <w:p>
            <w:r>
              <w:t>南方水产科学</w:t>
            </w:r>
          </w:p>
        </w:tc>
      </w:tr>
      <w:tr>
        <w:tc>
          <w:tcPr>
            <w:tcW w:type="dxa" w:w="2880"/>
          </w:tcPr>
          <w:p>
            <w:r>
              <w:t>2</w:t>
            </w:r>
          </w:p>
        </w:tc>
        <w:tc>
          <w:tcPr>
            <w:tcW w:type="dxa" w:w="2880"/>
          </w:tcPr>
          <w:p>
            <w:r>
              <w:t>中国水产科学</w:t>
            </w:r>
          </w:p>
        </w:tc>
        <w:tc>
          <w:tcPr>
            <w:tcW w:type="dxa" w:w="2880"/>
          </w:tcPr>
          <w:p/>
        </w:tc>
      </w:tr>
      <w:tr>
        <w:tc>
          <w:tcPr>
            <w:tcW w:type="dxa" w:w="2880"/>
          </w:tcPr>
          <w:p>
            <w:r>
              <w:t>3</w:t>
            </w:r>
          </w:p>
        </w:tc>
        <w:tc>
          <w:tcPr>
            <w:tcW w:type="dxa" w:w="2880"/>
          </w:tcPr>
          <w:p>
            <w:r>
              <w:t>水生生物学报</w:t>
            </w:r>
          </w:p>
        </w:tc>
        <w:tc>
          <w:tcPr>
            <w:tcW w:type="dxa" w:w="2880"/>
          </w:tcPr>
          <w:p/>
        </w:tc>
      </w:tr>
      <w:tr>
        <w:tc>
          <w:tcPr>
            <w:tcW w:type="dxa" w:w="2880"/>
          </w:tcPr>
          <w:p>
            <w:r>
              <w:t>三类（2种）</w:t>
            </w:r>
          </w:p>
        </w:tc>
        <w:tc>
          <w:tcPr>
            <w:tcW w:type="dxa" w:w="2880"/>
          </w:tcPr>
          <w:p>
            <w:r>
              <w:t>1</w:t>
            </w:r>
          </w:p>
        </w:tc>
        <w:tc>
          <w:tcPr>
            <w:tcW w:type="dxa" w:w="2880"/>
          </w:tcPr>
          <w:p>
            <w:r>
              <w:t>渔业科学进展</w:t>
            </w:r>
          </w:p>
        </w:tc>
      </w:tr>
      <w:tr>
        <w:tc>
          <w:tcPr>
            <w:tcW w:type="dxa" w:w="2880"/>
          </w:tcPr>
          <w:p>
            <w:r>
              <w:t>2</w:t>
            </w:r>
          </w:p>
        </w:tc>
        <w:tc>
          <w:tcPr>
            <w:tcW w:type="dxa" w:w="2880"/>
          </w:tcPr>
          <w:p>
            <w:r>
              <w:t>上海海洋大学学报</w:t>
            </w:r>
          </w:p>
        </w:tc>
        <w:tc>
          <w:tcPr>
            <w:tcW w:type="dxa" w:w="2880"/>
          </w:tcPr>
          <w:p/>
        </w:tc>
      </w:tr>
      <w:tr>
        <w:tc>
          <w:tcPr>
            <w:tcW w:type="dxa" w:w="2880"/>
          </w:tcPr>
          <w:p>
            <w:r>
              <w:t>园艺学（共3种期刊）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园艺学报</w:t>
            </w:r>
          </w:p>
        </w:tc>
      </w:tr>
      <w:tr>
        <w:tc>
          <w:tcPr>
            <w:tcW w:type="dxa" w:w="2880"/>
          </w:tcPr>
          <w:p>
            <w:r>
              <w:t>三类（2种）</w:t>
            </w:r>
          </w:p>
        </w:tc>
        <w:tc>
          <w:tcPr>
            <w:tcW w:type="dxa" w:w="2880"/>
          </w:tcPr>
          <w:p>
            <w:r>
              <w:t>1</w:t>
            </w:r>
          </w:p>
        </w:tc>
        <w:tc>
          <w:tcPr>
            <w:tcW w:type="dxa" w:w="2880"/>
          </w:tcPr>
          <w:p>
            <w:r>
              <w:t>果树学报</w:t>
            </w:r>
          </w:p>
        </w:tc>
      </w:tr>
      <w:tr>
        <w:tc>
          <w:tcPr>
            <w:tcW w:type="dxa" w:w="2880"/>
          </w:tcPr>
          <w:p>
            <w:r>
              <w:t>2</w:t>
            </w:r>
          </w:p>
        </w:tc>
        <w:tc>
          <w:tcPr>
            <w:tcW w:type="dxa" w:w="2880"/>
          </w:tcPr>
          <w:p>
            <w:r>
              <w:t>茶叶科学</w:t>
            </w:r>
          </w:p>
        </w:tc>
        <w:tc>
          <w:tcPr>
            <w:tcW w:type="dxa" w:w="2880"/>
          </w:tcPr>
          <w:p/>
        </w:tc>
      </w:tr>
      <w:tr>
        <w:tc>
          <w:tcPr>
            <w:tcW w:type="dxa" w:w="2880"/>
          </w:tcPr>
          <w:p>
            <w:r>
              <w:t>作物学（共13种期刊）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植物营养与肥料学报</w:t>
            </w: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二类（5种）</w:t>
            </w:r>
          </w:p>
        </w:tc>
        <w:tc>
          <w:tcPr>
            <w:tcW w:type="dxa" w:w="2880"/>
          </w:tcPr>
          <w:p>
            <w:r>
              <w:t>1</w:t>
            </w:r>
          </w:p>
        </w:tc>
        <w:tc>
          <w:tcPr>
            <w:tcW w:type="dxa" w:w="2880"/>
          </w:tcPr>
          <w:p>
            <w:r>
              <w:t>作物学报</w:t>
            </w:r>
          </w:p>
        </w:tc>
      </w:tr>
      <w:tr>
        <w:tc>
          <w:tcPr>
            <w:tcW w:type="dxa" w:w="2880"/>
          </w:tcPr>
          <w:p>
            <w:r>
              <w:t>2</w:t>
            </w:r>
          </w:p>
        </w:tc>
        <w:tc>
          <w:tcPr>
            <w:tcW w:type="dxa" w:w="2880"/>
          </w:tcPr>
          <w:p>
            <w:r>
              <w:t>棉花学报</w:t>
            </w:r>
          </w:p>
        </w:tc>
        <w:tc>
          <w:tcPr>
            <w:tcW w:type="dxa" w:w="2880"/>
          </w:tcPr>
          <w:p/>
        </w:tc>
      </w:tr>
      <w:tr>
        <w:tc>
          <w:tcPr>
            <w:tcW w:type="dxa" w:w="2880"/>
          </w:tcPr>
          <w:p>
            <w:r>
              <w:t>3</w:t>
            </w:r>
          </w:p>
        </w:tc>
        <w:tc>
          <w:tcPr>
            <w:tcW w:type="dxa" w:w="2880"/>
          </w:tcPr>
          <w:p>
            <w:r>
              <w:t>核农学报</w:t>
            </w:r>
          </w:p>
        </w:tc>
        <w:tc>
          <w:tcPr>
            <w:tcW w:type="dxa" w:w="2880"/>
          </w:tcPr>
          <w:p/>
        </w:tc>
      </w:tr>
      <w:tr>
        <w:tc>
          <w:tcPr>
            <w:tcW w:type="dxa" w:w="2880"/>
          </w:tcPr>
          <w:p>
            <w:r>
              <w:t>4</w:t>
            </w:r>
          </w:p>
        </w:tc>
        <w:tc>
          <w:tcPr>
            <w:tcW w:type="dxa" w:w="2880"/>
          </w:tcPr>
          <w:p>
            <w:r>
              <w:t>中国油料作物学报</w:t>
            </w:r>
          </w:p>
        </w:tc>
        <w:tc>
          <w:tcPr>
            <w:tcW w:type="dxa" w:w="2880"/>
          </w:tcPr>
          <w:p/>
        </w:tc>
      </w:tr>
      <w:tr>
        <w:tc>
          <w:tcPr>
            <w:tcW w:type="dxa" w:w="2880"/>
          </w:tcPr>
          <w:p>
            <w:r>
              <w:t>5</w:t>
            </w:r>
          </w:p>
        </w:tc>
        <w:tc>
          <w:tcPr>
            <w:tcW w:type="dxa" w:w="2880"/>
          </w:tcPr>
          <w:p>
            <w:r>
              <w:t>中国水稻科学</w:t>
            </w:r>
          </w:p>
        </w:tc>
        <w:tc>
          <w:tcPr>
            <w:tcW w:type="dxa" w:w="2880"/>
          </w:tcPr>
          <w:p/>
        </w:tc>
      </w:tr>
      <w:tr>
        <w:tc>
          <w:tcPr>
            <w:tcW w:type="dxa" w:w="2880"/>
          </w:tcPr>
          <w:p>
            <w:r>
              <w:t>三类（7种）</w:t>
            </w:r>
          </w:p>
        </w:tc>
        <w:tc>
          <w:tcPr>
            <w:tcW w:type="dxa" w:w="2880"/>
          </w:tcPr>
          <w:p>
            <w:r>
              <w:t>1</w:t>
            </w:r>
          </w:p>
        </w:tc>
        <w:tc>
          <w:tcPr>
            <w:tcW w:type="dxa" w:w="2880"/>
          </w:tcPr>
          <w:p>
            <w:r>
              <w:t>作物杂志</w:t>
            </w:r>
          </w:p>
        </w:tc>
      </w:tr>
      <w:tr>
        <w:tc>
          <w:tcPr>
            <w:tcW w:type="dxa" w:w="2880"/>
          </w:tcPr>
          <w:p>
            <w:r>
              <w:t>2</w:t>
            </w:r>
          </w:p>
        </w:tc>
        <w:tc>
          <w:tcPr>
            <w:tcW w:type="dxa" w:w="2880"/>
          </w:tcPr>
          <w:p>
            <w:r>
              <w:t>中国烟草学报</w:t>
            </w:r>
          </w:p>
        </w:tc>
        <w:tc>
          <w:tcPr>
            <w:tcW w:type="dxa" w:w="2880"/>
          </w:tcPr>
          <w:p/>
        </w:tc>
      </w:tr>
      <w:tr>
        <w:tc>
          <w:tcPr>
            <w:tcW w:type="dxa" w:w="2880"/>
          </w:tcPr>
          <w:p>
            <w:r>
              <w:t>3</w:t>
            </w:r>
          </w:p>
        </w:tc>
        <w:tc>
          <w:tcPr>
            <w:tcW w:type="dxa" w:w="2880"/>
          </w:tcPr>
          <w:p>
            <w:r>
              <w:t>麦类作物学报</w:t>
            </w:r>
          </w:p>
        </w:tc>
        <w:tc>
          <w:tcPr>
            <w:tcW w:type="dxa" w:w="2880"/>
          </w:tcPr>
          <w:p/>
        </w:tc>
      </w:tr>
      <w:tr>
        <w:tc>
          <w:tcPr>
            <w:tcW w:type="dxa" w:w="2880"/>
          </w:tcPr>
          <w:p>
            <w:r>
              <w:t>4</w:t>
            </w:r>
          </w:p>
        </w:tc>
        <w:tc>
          <w:tcPr>
            <w:tcW w:type="dxa" w:w="2880"/>
          </w:tcPr>
          <w:p>
            <w:r>
              <w:t>Oil Crop Science</w:t>
            </w:r>
          </w:p>
        </w:tc>
        <w:tc>
          <w:tcPr>
            <w:tcW w:type="dxa" w:w="2880"/>
          </w:tcPr>
          <w:p/>
        </w:tc>
      </w:tr>
      <w:tr>
        <w:tc>
          <w:tcPr>
            <w:tcW w:type="dxa" w:w="2880"/>
          </w:tcPr>
          <w:p>
            <w:r>
              <w:t>5</w:t>
            </w:r>
          </w:p>
        </w:tc>
        <w:tc>
          <w:tcPr>
            <w:tcW w:type="dxa" w:w="2880"/>
          </w:tcPr>
          <w:p>
            <w:r>
              <w:t>玉米科学</w:t>
            </w:r>
          </w:p>
        </w:tc>
        <w:tc>
          <w:tcPr>
            <w:tcW w:type="dxa" w:w="2880"/>
          </w:tcPr>
          <w:p/>
        </w:tc>
      </w:tr>
      <w:tr>
        <w:tc>
          <w:tcPr>
            <w:tcW w:type="dxa" w:w="2880"/>
          </w:tcPr>
          <w:p>
            <w:r>
              <w:t>6</w:t>
            </w:r>
          </w:p>
        </w:tc>
        <w:tc>
          <w:tcPr>
            <w:tcW w:type="dxa" w:w="2880"/>
          </w:tcPr>
          <w:p>
            <w:r>
              <w:t>烟草科技</w:t>
            </w:r>
          </w:p>
        </w:tc>
        <w:tc>
          <w:tcPr>
            <w:tcW w:type="dxa" w:w="2880"/>
          </w:tcPr>
          <w:p/>
        </w:tc>
      </w:tr>
      <w:tr>
        <w:tc>
          <w:tcPr>
            <w:tcW w:type="dxa" w:w="2880"/>
          </w:tcPr>
          <w:p>
            <w:r>
              <w:t>7</w:t>
            </w:r>
          </w:p>
        </w:tc>
        <w:tc>
          <w:tcPr>
            <w:tcW w:type="dxa" w:w="2880"/>
          </w:tcPr>
          <w:p>
            <w:r>
              <w:t>热带作物学报</w:t>
            </w:r>
          </w:p>
        </w:tc>
        <w:tc>
          <w:tcPr>
            <w:tcW w:type="dxa" w:w="2880"/>
          </w:tcPr>
          <w:p/>
        </w:tc>
      </w:tr>
      <w:tr>
        <w:tc>
          <w:tcPr>
            <w:tcW w:type="dxa" w:w="2880"/>
          </w:tcPr>
          <w:p>
            <w:r>
              <w:t>医学类（171种）</w:t>
            </w:r>
          </w:p>
        </w:tc>
        <w:tc>
          <w:tcPr>
            <w:tcW w:type="dxa" w:w="2880"/>
          </w:tcPr>
          <w:p/>
        </w:tc>
        <w:tc>
          <w:tcPr>
            <w:tcW w:type="dxa" w:w="2880"/>
          </w:tcPr>
          <w:p/>
        </w:tc>
      </w:tr>
      <w:tr>
        <w:tc>
          <w:tcPr>
            <w:tcW w:type="dxa" w:w="2880"/>
          </w:tcPr>
          <w:p>
            <w:r>
              <w:t>类别</w:t>
            </w:r>
          </w:p>
        </w:tc>
        <w:tc>
          <w:tcPr>
            <w:tcW w:type="dxa" w:w="2880"/>
          </w:tcPr>
          <w:p>
            <w:r>
              <w:t>期刊名称</w:t>
            </w:r>
          </w:p>
        </w:tc>
        <w:tc>
          <w:tcPr>
            <w:tcW w:type="dxa" w:w="2880"/>
          </w:tcPr>
          <w:p/>
        </w:tc>
      </w:tr>
      <w:tr>
        <w:tc>
          <w:tcPr>
            <w:tcW w:type="dxa" w:w="2880"/>
          </w:tcPr>
          <w:p>
            <w:r>
              <w:t>公共卫生与预防医学（共13种期刊）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中华预防医学杂志</w:t>
            </w:r>
          </w:p>
        </w:tc>
      </w:tr>
      <w:tr>
        <w:tc>
          <w:tcPr>
            <w:tcW w:type="dxa" w:w="2880"/>
          </w:tcPr>
          <w:p>
            <w:r>
              <w:t>二类（4种）</w:t>
            </w:r>
          </w:p>
        </w:tc>
        <w:tc>
          <w:tcPr>
            <w:tcW w:type="dxa" w:w="2880"/>
          </w:tcPr>
          <w:p>
            <w:r>
              <w:t>1</w:t>
            </w:r>
          </w:p>
        </w:tc>
        <w:tc>
          <w:tcPr>
            <w:tcW w:type="dxa" w:w="2880"/>
          </w:tcPr>
          <w:p>
            <w:r>
              <w:t>疾病监测</w:t>
            </w:r>
          </w:p>
        </w:tc>
      </w:tr>
      <w:tr>
        <w:tc>
          <w:tcPr>
            <w:tcW w:type="dxa" w:w="2880"/>
          </w:tcPr>
          <w:p>
            <w:r>
              <w:t>2</w:t>
            </w:r>
          </w:p>
        </w:tc>
        <w:tc>
          <w:tcPr>
            <w:tcW w:type="dxa" w:w="2880"/>
          </w:tcPr>
          <w:p>
            <w:r>
              <w:t>中华疾病控制杂志</w:t>
            </w:r>
          </w:p>
        </w:tc>
        <w:tc>
          <w:tcPr>
            <w:tcW w:type="dxa" w:w="2880"/>
          </w:tcPr>
          <w:p/>
        </w:tc>
      </w:tr>
      <w:tr>
        <w:tc>
          <w:tcPr>
            <w:tcW w:type="dxa" w:w="2880"/>
          </w:tcPr>
          <w:p>
            <w:r>
              <w:t>3</w:t>
            </w:r>
          </w:p>
        </w:tc>
        <w:tc>
          <w:tcPr>
            <w:tcW w:type="dxa" w:w="2880"/>
          </w:tcPr>
          <w:p>
            <w:r>
              <w:t>中国公共卫生</w:t>
            </w:r>
          </w:p>
        </w:tc>
        <w:tc>
          <w:tcPr>
            <w:tcW w:type="dxa" w:w="2880"/>
          </w:tcPr>
          <w:p/>
        </w:tc>
      </w:tr>
      <w:tr>
        <w:tc>
          <w:tcPr>
            <w:tcW w:type="dxa" w:w="2880"/>
          </w:tcPr>
          <w:p>
            <w:r>
              <w:t>4</w:t>
            </w:r>
          </w:p>
        </w:tc>
        <w:tc>
          <w:tcPr>
            <w:tcW w:type="dxa" w:w="2880"/>
          </w:tcPr>
          <w:p>
            <w:r>
              <w:t>中国艾滋病性病</w:t>
            </w:r>
          </w:p>
        </w:tc>
        <w:tc>
          <w:tcPr>
            <w:tcW w:type="dxa" w:w="2880"/>
          </w:tcPr>
          <w:p/>
        </w:tc>
      </w:tr>
      <w:tr>
        <w:tc>
          <w:tcPr>
            <w:tcW w:type="dxa" w:w="2880"/>
          </w:tcPr>
          <w:p>
            <w:r>
              <w:t>三类（8种）</w:t>
            </w:r>
          </w:p>
        </w:tc>
        <w:tc>
          <w:tcPr>
            <w:tcW w:type="dxa" w:w="2880"/>
          </w:tcPr>
          <w:p>
            <w:r>
              <w:t>1</w:t>
            </w:r>
          </w:p>
        </w:tc>
        <w:tc>
          <w:tcPr>
            <w:tcW w:type="dxa" w:w="2880"/>
          </w:tcPr>
          <w:p>
            <w:r>
              <w:t>中国食品卫生杂志</w:t>
            </w:r>
          </w:p>
        </w:tc>
      </w:tr>
      <w:tr>
        <w:tc>
          <w:tcPr>
            <w:tcW w:type="dxa" w:w="2880"/>
          </w:tcPr>
          <w:p>
            <w:r>
              <w:t>2</w:t>
            </w:r>
          </w:p>
        </w:tc>
        <w:tc>
          <w:tcPr>
            <w:tcW w:type="dxa" w:w="2880"/>
          </w:tcPr>
          <w:p>
            <w:r>
              <w:t>肠外与肠内营养</w:t>
            </w:r>
          </w:p>
        </w:tc>
        <w:tc>
          <w:tcPr>
            <w:tcW w:type="dxa" w:w="2880"/>
          </w:tcPr>
          <w:p/>
        </w:tc>
      </w:tr>
      <w:tr>
        <w:tc>
          <w:tcPr>
            <w:tcW w:type="dxa" w:w="2880"/>
          </w:tcPr>
          <w:p>
            <w:r>
              <w:t>3</w:t>
            </w:r>
          </w:p>
        </w:tc>
        <w:tc>
          <w:tcPr>
            <w:tcW w:type="dxa" w:w="2880"/>
          </w:tcPr>
          <w:p>
            <w:r>
              <w:t>中国卫生统计</w:t>
            </w:r>
          </w:p>
        </w:tc>
        <w:tc>
          <w:tcPr>
            <w:tcW w:type="dxa" w:w="2880"/>
          </w:tcPr>
          <w:p/>
        </w:tc>
      </w:tr>
      <w:tr>
        <w:tc>
          <w:tcPr>
            <w:tcW w:type="dxa" w:w="2880"/>
          </w:tcPr>
          <w:p>
            <w:r>
              <w:t>4</w:t>
            </w:r>
          </w:p>
        </w:tc>
        <w:tc>
          <w:tcPr>
            <w:tcW w:type="dxa" w:w="2880"/>
          </w:tcPr>
          <w:p>
            <w:r>
              <w:t>中国慢性病预防与控制</w:t>
            </w:r>
          </w:p>
        </w:tc>
        <w:tc>
          <w:tcPr>
            <w:tcW w:type="dxa" w:w="2880"/>
          </w:tcPr>
          <w:p/>
        </w:tc>
      </w:tr>
      <w:tr>
        <w:tc>
          <w:tcPr>
            <w:tcW w:type="dxa" w:w="2880"/>
          </w:tcPr>
          <w:p>
            <w:r>
              <w:t>5</w:t>
            </w:r>
          </w:p>
        </w:tc>
        <w:tc>
          <w:tcPr>
            <w:tcW w:type="dxa" w:w="2880"/>
          </w:tcPr>
          <w:p>
            <w:r>
              <w:t>现代预防医学</w:t>
            </w:r>
          </w:p>
        </w:tc>
        <w:tc>
          <w:tcPr>
            <w:tcW w:type="dxa" w:w="2880"/>
          </w:tcPr>
          <w:p/>
        </w:tc>
      </w:tr>
      <w:tr>
        <w:tc>
          <w:tcPr>
            <w:tcW w:type="dxa" w:w="2880"/>
          </w:tcPr>
          <w:p>
            <w:r>
              <w:t>6</w:t>
            </w:r>
          </w:p>
        </w:tc>
        <w:tc>
          <w:tcPr>
            <w:tcW w:type="dxa" w:w="2880"/>
          </w:tcPr>
          <w:p>
            <w:r>
              <w:t>卫生研究</w:t>
            </w:r>
          </w:p>
        </w:tc>
        <w:tc>
          <w:tcPr>
            <w:tcW w:type="dxa" w:w="2880"/>
          </w:tcPr>
          <w:p/>
        </w:tc>
      </w:tr>
      <w:tr>
        <w:tc>
          <w:tcPr>
            <w:tcW w:type="dxa" w:w="2880"/>
          </w:tcPr>
          <w:p>
            <w:r>
              <w:t>7</w:t>
            </w:r>
          </w:p>
        </w:tc>
        <w:tc>
          <w:tcPr>
            <w:tcW w:type="dxa" w:w="2880"/>
          </w:tcPr>
          <w:p>
            <w:r>
              <w:t>营养学报</w:t>
            </w:r>
          </w:p>
        </w:tc>
        <w:tc>
          <w:tcPr>
            <w:tcW w:type="dxa" w:w="2880"/>
          </w:tcPr>
          <w:p/>
        </w:tc>
      </w:tr>
      <w:tr>
        <w:tc>
          <w:tcPr>
            <w:tcW w:type="dxa" w:w="2880"/>
          </w:tcPr>
          <w:p>
            <w:r>
              <w:t>8</w:t>
            </w:r>
          </w:p>
        </w:tc>
        <w:tc>
          <w:tcPr>
            <w:tcW w:type="dxa" w:w="2880"/>
          </w:tcPr>
          <w:p>
            <w:r>
              <w:t>毒理学杂志</w:t>
            </w:r>
          </w:p>
        </w:tc>
        <w:tc>
          <w:tcPr>
            <w:tcW w:type="dxa" w:w="2880"/>
          </w:tcPr>
          <w:p/>
        </w:tc>
      </w:tr>
      <w:tr>
        <w:tc>
          <w:tcPr>
            <w:tcW w:type="dxa" w:w="2880"/>
          </w:tcPr>
          <w:p>
            <w:r>
              <w:t>护理学（共4种期刊）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中华护理杂志</w:t>
            </w:r>
          </w:p>
        </w:tc>
      </w:tr>
      <w:tr>
        <w:tc>
          <w:tcPr>
            <w:tcW w:type="dxa" w:w="2880"/>
          </w:tcPr>
          <w:p>
            <w:r>
              <w:t>三类（3种）</w:t>
            </w:r>
          </w:p>
        </w:tc>
        <w:tc>
          <w:tcPr>
            <w:tcW w:type="dxa" w:w="2880"/>
          </w:tcPr>
          <w:p>
            <w:r>
              <w:t>1</w:t>
            </w:r>
          </w:p>
        </w:tc>
        <w:tc>
          <w:tcPr>
            <w:tcW w:type="dxa" w:w="2880"/>
          </w:tcPr>
          <w:p>
            <w:r>
              <w:t>International Journal of Nursing Sciences</w:t>
            </w:r>
          </w:p>
        </w:tc>
      </w:tr>
      <w:tr>
        <w:tc>
          <w:tcPr>
            <w:tcW w:type="dxa" w:w="2880"/>
          </w:tcPr>
          <w:p>
            <w:r>
              <w:t>2</w:t>
            </w:r>
          </w:p>
        </w:tc>
        <w:tc>
          <w:tcPr>
            <w:tcW w:type="dxa" w:w="2880"/>
          </w:tcPr>
          <w:p>
            <w:r>
              <w:t>中国护理管理</w:t>
            </w:r>
          </w:p>
        </w:tc>
        <w:tc>
          <w:tcPr>
            <w:tcW w:type="dxa" w:w="2880"/>
          </w:tcPr>
          <w:p/>
        </w:tc>
      </w:tr>
      <w:tr>
        <w:tc>
          <w:tcPr>
            <w:tcW w:type="dxa" w:w="2880"/>
          </w:tcPr>
          <w:p>
            <w:r>
              <w:t>3</w:t>
            </w:r>
          </w:p>
        </w:tc>
        <w:tc>
          <w:tcPr>
            <w:tcW w:type="dxa" w:w="2880"/>
          </w:tcPr>
          <w:p>
            <w:r>
              <w:t>护理学杂志</w:t>
            </w:r>
          </w:p>
        </w:tc>
        <w:tc>
          <w:tcPr>
            <w:tcW w:type="dxa" w:w="2880"/>
          </w:tcPr>
          <w:p/>
        </w:tc>
      </w:tr>
      <w:tr>
        <w:tc>
          <w:tcPr>
            <w:tcW w:type="dxa" w:w="2880"/>
          </w:tcPr>
          <w:p>
            <w:r>
              <w:t>基础医学（共14种期刊）</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一类（3种）</w:t>
            </w:r>
          </w:p>
        </w:tc>
        <w:tc>
          <w:tcPr>
            <w:tcW w:type="dxa" w:w="2880"/>
          </w:tcPr>
          <w:p>
            <w:r>
              <w:t>1</w:t>
            </w:r>
          </w:p>
        </w:tc>
        <w:tc>
          <w:tcPr>
            <w:tcW w:type="dxa" w:w="2880"/>
          </w:tcPr>
          <w:p>
            <w:r>
              <w:t>Chinese Medical Sciences Journal</w:t>
            </w:r>
          </w:p>
        </w:tc>
      </w:tr>
      <w:tr>
        <w:tc>
          <w:tcPr>
            <w:tcW w:type="dxa" w:w="2880"/>
          </w:tcPr>
          <w:p>
            <w:r>
              <w:t>2</w:t>
            </w:r>
          </w:p>
        </w:tc>
        <w:tc>
          <w:tcPr>
            <w:tcW w:type="dxa" w:w="2880"/>
          </w:tcPr>
          <w:p>
            <w:r>
              <w:t>中国医学科学院学报</w:t>
            </w:r>
          </w:p>
        </w:tc>
        <w:tc>
          <w:tcPr>
            <w:tcW w:type="dxa" w:w="2880"/>
          </w:tcPr>
          <w:p/>
        </w:tc>
      </w:tr>
      <w:tr>
        <w:tc>
          <w:tcPr>
            <w:tcW w:type="dxa" w:w="2880"/>
          </w:tcPr>
          <w:p>
            <w:r>
              <w:t>3</w:t>
            </w:r>
          </w:p>
        </w:tc>
        <w:tc>
          <w:tcPr>
            <w:tcW w:type="dxa" w:w="2880"/>
          </w:tcPr>
          <w:p>
            <w:r>
              <w:t>中国疫苗和免疫</w:t>
            </w:r>
          </w:p>
        </w:tc>
        <w:tc>
          <w:tcPr>
            <w:tcW w:type="dxa" w:w="2880"/>
          </w:tcPr>
          <w:p/>
        </w:tc>
      </w:tr>
      <w:tr>
        <w:tc>
          <w:tcPr>
            <w:tcW w:type="dxa" w:w="2880"/>
          </w:tcPr>
          <w:p>
            <w:r>
              <w:t>二类（4种）</w:t>
            </w:r>
          </w:p>
        </w:tc>
        <w:tc>
          <w:tcPr>
            <w:tcW w:type="dxa" w:w="2880"/>
          </w:tcPr>
          <w:p>
            <w:r>
              <w:t>1</w:t>
            </w:r>
          </w:p>
        </w:tc>
        <w:tc>
          <w:tcPr>
            <w:tcW w:type="dxa" w:w="2880"/>
          </w:tcPr>
          <w:p>
            <w:r>
              <w:t>中华医学杂志</w:t>
            </w:r>
          </w:p>
        </w:tc>
      </w:tr>
      <w:tr>
        <w:tc>
          <w:tcPr>
            <w:tcW w:type="dxa" w:w="2880"/>
          </w:tcPr>
          <w:p>
            <w:r>
              <w:t>2</w:t>
            </w:r>
          </w:p>
        </w:tc>
        <w:tc>
          <w:tcPr>
            <w:tcW w:type="dxa" w:w="2880"/>
          </w:tcPr>
          <w:p>
            <w:r>
              <w:t>细胞与分子免疫学杂志</w:t>
            </w:r>
          </w:p>
        </w:tc>
        <w:tc>
          <w:tcPr>
            <w:tcW w:type="dxa" w:w="2880"/>
          </w:tcPr>
          <w:p/>
        </w:tc>
      </w:tr>
      <w:tr>
        <w:tc>
          <w:tcPr>
            <w:tcW w:type="dxa" w:w="2880"/>
          </w:tcPr>
          <w:p>
            <w:r>
              <w:t>3</w:t>
            </w:r>
          </w:p>
        </w:tc>
        <w:tc>
          <w:tcPr>
            <w:tcW w:type="dxa" w:w="2880"/>
          </w:tcPr>
          <w:p>
            <w:r>
              <w:t>中国免疫学杂志</w:t>
            </w:r>
          </w:p>
        </w:tc>
        <w:tc>
          <w:tcPr>
            <w:tcW w:type="dxa" w:w="2880"/>
          </w:tcPr>
          <w:p/>
        </w:tc>
      </w:tr>
      <w:tr>
        <w:tc>
          <w:tcPr>
            <w:tcW w:type="dxa" w:w="2880"/>
          </w:tcPr>
          <w:p>
            <w:r>
              <w:t>4</w:t>
            </w:r>
          </w:p>
        </w:tc>
        <w:tc>
          <w:tcPr>
            <w:tcW w:type="dxa" w:w="2880"/>
          </w:tcPr>
          <w:p>
            <w:r>
              <w:t>免疫学杂志</w:t>
            </w:r>
          </w:p>
        </w:tc>
        <w:tc>
          <w:tcPr>
            <w:tcW w:type="dxa" w:w="2880"/>
          </w:tcPr>
          <w:p/>
        </w:tc>
      </w:tr>
      <w:tr>
        <w:tc>
          <w:tcPr>
            <w:tcW w:type="dxa" w:w="2880"/>
          </w:tcPr>
          <w:p>
            <w:r>
              <w:t>三类（7种）</w:t>
            </w:r>
          </w:p>
        </w:tc>
        <w:tc>
          <w:tcPr>
            <w:tcW w:type="dxa" w:w="2880"/>
          </w:tcPr>
          <w:p>
            <w:r>
              <w:t>1</w:t>
            </w:r>
          </w:p>
        </w:tc>
        <w:tc>
          <w:tcPr>
            <w:tcW w:type="dxa" w:w="2880"/>
          </w:tcPr>
          <w:p>
            <w:r>
              <w:t>中华病理学杂志</w:t>
            </w:r>
          </w:p>
        </w:tc>
      </w:tr>
      <w:tr>
        <w:tc>
          <w:tcPr>
            <w:tcW w:type="dxa" w:w="2880"/>
          </w:tcPr>
          <w:p>
            <w:r>
              <w:t>2</w:t>
            </w:r>
          </w:p>
        </w:tc>
        <w:tc>
          <w:tcPr>
            <w:tcW w:type="dxa" w:w="2880"/>
          </w:tcPr>
          <w:p>
            <w:r>
              <w:t>病毒学报</w:t>
            </w:r>
          </w:p>
        </w:tc>
        <w:tc>
          <w:tcPr>
            <w:tcW w:type="dxa" w:w="2880"/>
          </w:tcPr>
          <w:p/>
        </w:tc>
      </w:tr>
      <w:tr>
        <w:tc>
          <w:tcPr>
            <w:tcW w:type="dxa" w:w="2880"/>
          </w:tcPr>
          <w:p>
            <w:r>
              <w:t>3</w:t>
            </w:r>
          </w:p>
        </w:tc>
        <w:tc>
          <w:tcPr>
            <w:tcW w:type="dxa" w:w="2880"/>
          </w:tcPr>
          <w:p>
            <w:r>
              <w:t>中国真菌学杂志</w:t>
            </w:r>
          </w:p>
        </w:tc>
        <w:tc>
          <w:tcPr>
            <w:tcW w:type="dxa" w:w="2880"/>
          </w:tcPr>
          <w:p/>
        </w:tc>
      </w:tr>
      <w:tr>
        <w:tc>
          <w:tcPr>
            <w:tcW w:type="dxa" w:w="2880"/>
          </w:tcPr>
          <w:p>
            <w:r>
              <w:t>4</w:t>
            </w:r>
          </w:p>
        </w:tc>
        <w:tc>
          <w:tcPr>
            <w:tcW w:type="dxa" w:w="2880"/>
          </w:tcPr>
          <w:p>
            <w:r>
              <w:t>解剖学报</w:t>
            </w:r>
          </w:p>
        </w:tc>
        <w:tc>
          <w:tcPr>
            <w:tcW w:type="dxa" w:w="2880"/>
          </w:tcPr>
          <w:p/>
        </w:tc>
      </w:tr>
      <w:tr>
        <w:tc>
          <w:tcPr>
            <w:tcW w:type="dxa" w:w="2880"/>
          </w:tcPr>
          <w:p>
            <w:r>
              <w:t>5</w:t>
            </w:r>
          </w:p>
        </w:tc>
        <w:tc>
          <w:tcPr>
            <w:tcW w:type="dxa" w:w="2880"/>
          </w:tcPr>
          <w:p>
            <w:r>
              <w:t>神经解剖学杂志</w:t>
            </w:r>
          </w:p>
        </w:tc>
        <w:tc>
          <w:tcPr>
            <w:tcW w:type="dxa" w:w="2880"/>
          </w:tcPr>
          <w:p/>
        </w:tc>
      </w:tr>
      <w:tr>
        <w:tc>
          <w:tcPr>
            <w:tcW w:type="dxa" w:w="2880"/>
          </w:tcPr>
          <w:p>
            <w:r>
              <w:t>6</w:t>
            </w:r>
          </w:p>
        </w:tc>
        <w:tc>
          <w:tcPr>
            <w:tcW w:type="dxa" w:w="2880"/>
          </w:tcPr>
          <w:p>
            <w:r>
              <w:t>Forensic Sciences Research</w:t>
            </w:r>
          </w:p>
        </w:tc>
        <w:tc>
          <w:tcPr>
            <w:tcW w:type="dxa" w:w="2880"/>
          </w:tcPr>
          <w:p/>
        </w:tc>
      </w:tr>
      <w:tr>
        <w:tc>
          <w:tcPr>
            <w:tcW w:type="dxa" w:w="2880"/>
          </w:tcPr>
          <w:p>
            <w:r>
              <w:t>7</w:t>
            </w:r>
          </w:p>
        </w:tc>
        <w:tc>
          <w:tcPr>
            <w:tcW w:type="dxa" w:w="2880"/>
          </w:tcPr>
          <w:p>
            <w:r>
              <w:t>Animal Models and Experimental Medicine</w:t>
            </w:r>
          </w:p>
        </w:tc>
        <w:tc>
          <w:tcPr>
            <w:tcW w:type="dxa" w:w="2880"/>
          </w:tcPr>
          <w:p/>
        </w:tc>
      </w:tr>
      <w:tr>
        <w:tc>
          <w:tcPr>
            <w:tcW w:type="dxa" w:w="2880"/>
          </w:tcPr>
          <w:p>
            <w:r>
              <w:t>口腔医学（共4种期刊）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华西口腔医学杂志</w:t>
            </w:r>
          </w:p>
        </w:tc>
      </w:tr>
      <w:tr>
        <w:tc>
          <w:tcPr>
            <w:tcW w:type="dxa" w:w="2880"/>
          </w:tcPr>
          <w:p>
            <w:r>
              <w:t>三类（3种）</w:t>
            </w:r>
          </w:p>
        </w:tc>
        <w:tc>
          <w:tcPr>
            <w:tcW w:type="dxa" w:w="2880"/>
          </w:tcPr>
          <w:p>
            <w:r>
              <w:t>1</w:t>
            </w:r>
          </w:p>
        </w:tc>
        <w:tc>
          <w:tcPr>
            <w:tcW w:type="dxa" w:w="2880"/>
          </w:tcPr>
          <w:p>
            <w:r>
              <w:t>中华口腔医学杂志</w:t>
            </w:r>
          </w:p>
        </w:tc>
      </w:tr>
      <w:tr>
        <w:tc>
          <w:tcPr>
            <w:tcW w:type="dxa" w:w="2880"/>
          </w:tcPr>
          <w:p>
            <w:r>
              <w:t>2</w:t>
            </w:r>
          </w:p>
        </w:tc>
        <w:tc>
          <w:tcPr>
            <w:tcW w:type="dxa" w:w="2880"/>
          </w:tcPr>
          <w:p>
            <w:r>
              <w:t>国际口腔医学杂志</w:t>
            </w:r>
          </w:p>
        </w:tc>
        <w:tc>
          <w:tcPr>
            <w:tcW w:type="dxa" w:w="2880"/>
          </w:tcPr>
          <w:p/>
        </w:tc>
      </w:tr>
      <w:tr>
        <w:tc>
          <w:tcPr>
            <w:tcW w:type="dxa" w:w="2880"/>
          </w:tcPr>
          <w:p>
            <w:r>
              <w:t>3</w:t>
            </w:r>
          </w:p>
        </w:tc>
        <w:tc>
          <w:tcPr>
            <w:tcW w:type="dxa" w:w="2880"/>
          </w:tcPr>
          <w:p>
            <w:r>
              <w:t>实用口腔医学杂志</w:t>
            </w:r>
          </w:p>
        </w:tc>
        <w:tc>
          <w:tcPr>
            <w:tcW w:type="dxa" w:w="2880"/>
          </w:tcPr>
          <w:p/>
        </w:tc>
      </w:tr>
      <w:tr>
        <w:tc>
          <w:tcPr>
            <w:tcW w:type="dxa" w:w="2880"/>
          </w:tcPr>
          <w:p>
            <w:r>
              <w:t>临床医学（共89种期刊）</w:t>
            </w:r>
          </w:p>
        </w:tc>
        <w:tc>
          <w:tcPr>
            <w:tcW w:type="dxa" w:w="2880"/>
          </w:tcPr>
          <w:p/>
        </w:tc>
        <w:tc>
          <w:tcPr>
            <w:tcW w:type="dxa" w:w="2880"/>
          </w:tcPr>
          <w:p/>
        </w:tc>
      </w:tr>
      <w:tr>
        <w:tc>
          <w:tcPr>
            <w:tcW w:type="dxa" w:w="2880"/>
          </w:tcPr>
          <w:p>
            <w:r>
              <w:t>一类（17种）</w:t>
            </w:r>
          </w:p>
        </w:tc>
        <w:tc>
          <w:tcPr>
            <w:tcW w:type="dxa" w:w="2880"/>
          </w:tcPr>
          <w:p>
            <w:r>
              <w:t>1</w:t>
            </w:r>
          </w:p>
        </w:tc>
        <w:tc>
          <w:tcPr>
            <w:tcW w:type="dxa" w:w="2880"/>
          </w:tcPr>
          <w:p>
            <w:r>
              <w:t>Chronic Diseases and Translational Medicine（2015）</w:t>
            </w:r>
          </w:p>
        </w:tc>
      </w:tr>
      <w:tr>
        <w:tc>
          <w:tcPr>
            <w:tcW w:type="dxa" w:w="2880"/>
          </w:tcPr>
          <w:p>
            <w:r>
              <w:t>2</w:t>
            </w:r>
          </w:p>
        </w:tc>
        <w:tc>
          <w:tcPr>
            <w:tcW w:type="dxa" w:w="2880"/>
          </w:tcPr>
          <w:p>
            <w:r>
              <w:t>中华肿瘤杂志</w:t>
            </w:r>
          </w:p>
        </w:tc>
        <w:tc>
          <w:tcPr>
            <w:tcW w:type="dxa" w:w="2880"/>
          </w:tcPr>
          <w:p/>
        </w:tc>
      </w:tr>
      <w:tr>
        <w:tc>
          <w:tcPr>
            <w:tcW w:type="dxa" w:w="2880"/>
          </w:tcPr>
          <w:p>
            <w:r>
              <w:t>3</w:t>
            </w:r>
          </w:p>
        </w:tc>
        <w:tc>
          <w:tcPr>
            <w:tcW w:type="dxa" w:w="2880"/>
          </w:tcPr>
          <w:p>
            <w:r>
              <w:t>中国肿瘤</w:t>
            </w:r>
          </w:p>
        </w:tc>
        <w:tc>
          <w:tcPr>
            <w:tcW w:type="dxa" w:w="2880"/>
          </w:tcPr>
          <w:p/>
        </w:tc>
      </w:tr>
      <w:tr>
        <w:tc>
          <w:tcPr>
            <w:tcW w:type="dxa" w:w="2880"/>
          </w:tcPr>
          <w:p>
            <w:r>
              <w:t>4</w:t>
            </w:r>
          </w:p>
        </w:tc>
        <w:tc>
          <w:tcPr>
            <w:tcW w:type="dxa" w:w="2880"/>
          </w:tcPr>
          <w:p>
            <w:r>
              <w:t>中国感染与化疗杂志</w:t>
            </w:r>
          </w:p>
        </w:tc>
        <w:tc>
          <w:tcPr>
            <w:tcW w:type="dxa" w:w="2880"/>
          </w:tcPr>
          <w:p/>
        </w:tc>
      </w:tr>
      <w:tr>
        <w:tc>
          <w:tcPr>
            <w:tcW w:type="dxa" w:w="2880"/>
          </w:tcPr>
          <w:p>
            <w:r>
              <w:t>5</w:t>
            </w:r>
          </w:p>
        </w:tc>
        <w:tc>
          <w:tcPr>
            <w:tcW w:type="dxa" w:w="2880"/>
          </w:tcPr>
          <w:p>
            <w:r>
              <w:t>中国循环杂志</w:t>
            </w:r>
          </w:p>
        </w:tc>
        <w:tc>
          <w:tcPr>
            <w:tcW w:type="dxa" w:w="2880"/>
          </w:tcPr>
          <w:p/>
        </w:tc>
      </w:tr>
      <w:tr>
        <w:tc>
          <w:tcPr>
            <w:tcW w:type="dxa" w:w="2880"/>
          </w:tcPr>
          <w:p>
            <w:r>
              <w:t>6</w:t>
            </w:r>
          </w:p>
        </w:tc>
        <w:tc>
          <w:tcPr>
            <w:tcW w:type="dxa" w:w="2880"/>
          </w:tcPr>
          <w:p>
            <w:r>
              <w:t>中华糖尿病杂志</w:t>
            </w:r>
          </w:p>
        </w:tc>
        <w:tc>
          <w:tcPr>
            <w:tcW w:type="dxa" w:w="2880"/>
          </w:tcPr>
          <w:p/>
        </w:tc>
      </w:tr>
      <w:tr>
        <w:tc>
          <w:tcPr>
            <w:tcW w:type="dxa" w:w="2880"/>
          </w:tcPr>
          <w:p>
            <w:r>
              <w:t>7</w:t>
            </w:r>
          </w:p>
        </w:tc>
        <w:tc>
          <w:tcPr>
            <w:tcW w:type="dxa" w:w="2880"/>
          </w:tcPr>
          <w:p>
            <w:r>
              <w:t>中华流行病学杂志</w:t>
            </w:r>
          </w:p>
        </w:tc>
        <w:tc>
          <w:tcPr>
            <w:tcW w:type="dxa" w:w="2880"/>
          </w:tcPr>
          <w:p/>
        </w:tc>
      </w:tr>
      <w:tr>
        <w:tc>
          <w:tcPr>
            <w:tcW w:type="dxa" w:w="2880"/>
          </w:tcPr>
          <w:p>
            <w:r>
              <w:t>8</w:t>
            </w:r>
          </w:p>
        </w:tc>
        <w:tc>
          <w:tcPr>
            <w:tcW w:type="dxa" w:w="2880"/>
          </w:tcPr>
          <w:p>
            <w:r>
              <w:t>中国肺癌杂志</w:t>
            </w:r>
          </w:p>
        </w:tc>
        <w:tc>
          <w:tcPr>
            <w:tcW w:type="dxa" w:w="2880"/>
          </w:tcPr>
          <w:p/>
        </w:tc>
      </w:tr>
      <w:tr>
        <w:tc>
          <w:tcPr>
            <w:tcW w:type="dxa" w:w="2880"/>
          </w:tcPr>
          <w:p>
            <w:r>
              <w:t>9</w:t>
            </w:r>
          </w:p>
        </w:tc>
        <w:tc>
          <w:tcPr>
            <w:tcW w:type="dxa" w:w="2880"/>
          </w:tcPr>
          <w:p>
            <w:r>
              <w:t>中华心血管病杂志</w:t>
            </w:r>
          </w:p>
        </w:tc>
        <w:tc>
          <w:tcPr>
            <w:tcW w:type="dxa" w:w="2880"/>
          </w:tcPr>
          <w:p/>
        </w:tc>
      </w:tr>
      <w:tr>
        <w:tc>
          <w:tcPr>
            <w:tcW w:type="dxa" w:w="2880"/>
          </w:tcPr>
          <w:p>
            <w:r>
              <w:t>10</w:t>
            </w:r>
          </w:p>
        </w:tc>
        <w:tc>
          <w:tcPr>
            <w:tcW w:type="dxa" w:w="2880"/>
          </w:tcPr>
          <w:p>
            <w:r>
              <w:t>Chinese Journal of Traumatology</w:t>
            </w:r>
          </w:p>
        </w:tc>
        <w:tc>
          <w:tcPr>
            <w:tcW w:type="dxa" w:w="2880"/>
          </w:tcPr>
          <w:p/>
        </w:tc>
      </w:tr>
      <w:tr>
        <w:tc>
          <w:tcPr>
            <w:tcW w:type="dxa" w:w="2880"/>
          </w:tcPr>
          <w:p>
            <w:r>
              <w:t>11</w:t>
            </w:r>
          </w:p>
        </w:tc>
        <w:tc>
          <w:tcPr>
            <w:tcW w:type="dxa" w:w="2880"/>
          </w:tcPr>
          <w:p>
            <w:r>
              <w:t>中华消化外科杂志</w:t>
            </w:r>
          </w:p>
        </w:tc>
        <w:tc>
          <w:tcPr>
            <w:tcW w:type="dxa" w:w="2880"/>
          </w:tcPr>
          <w:p/>
        </w:tc>
      </w:tr>
      <w:tr>
        <w:tc>
          <w:tcPr>
            <w:tcW w:type="dxa" w:w="2880"/>
          </w:tcPr>
          <w:p>
            <w:r>
              <w:t>12</w:t>
            </w:r>
          </w:p>
        </w:tc>
        <w:tc>
          <w:tcPr>
            <w:tcW w:type="dxa" w:w="2880"/>
          </w:tcPr>
          <w:p>
            <w:r>
              <w:t>中华内科杂志</w:t>
            </w:r>
          </w:p>
        </w:tc>
        <w:tc>
          <w:tcPr>
            <w:tcW w:type="dxa" w:w="2880"/>
          </w:tcPr>
          <w:p/>
        </w:tc>
      </w:tr>
      <w:tr>
        <w:tc>
          <w:tcPr>
            <w:tcW w:type="dxa" w:w="2880"/>
          </w:tcPr>
          <w:p>
            <w:r>
              <w:t>13</w:t>
            </w:r>
          </w:p>
        </w:tc>
        <w:tc>
          <w:tcPr>
            <w:tcW w:type="dxa" w:w="2880"/>
          </w:tcPr>
          <w:p>
            <w:r>
              <w:t>中华外科杂志</w:t>
            </w:r>
          </w:p>
        </w:tc>
        <w:tc>
          <w:tcPr>
            <w:tcW w:type="dxa" w:w="2880"/>
          </w:tcPr>
          <w:p/>
        </w:tc>
      </w:tr>
      <w:tr>
        <w:tc>
          <w:tcPr>
            <w:tcW w:type="dxa" w:w="2880"/>
          </w:tcPr>
          <w:p>
            <w:r>
              <w:t>14</w:t>
            </w:r>
          </w:p>
        </w:tc>
        <w:tc>
          <w:tcPr>
            <w:tcW w:type="dxa" w:w="2880"/>
          </w:tcPr>
          <w:p>
            <w:r>
              <w:t>Asian Journal of Urology</w:t>
            </w:r>
          </w:p>
        </w:tc>
        <w:tc>
          <w:tcPr>
            <w:tcW w:type="dxa" w:w="2880"/>
          </w:tcPr>
          <w:p/>
        </w:tc>
      </w:tr>
      <w:tr>
        <w:tc>
          <w:tcPr>
            <w:tcW w:type="dxa" w:w="2880"/>
          </w:tcPr>
          <w:p>
            <w:r>
              <w:t>15</w:t>
            </w:r>
          </w:p>
        </w:tc>
        <w:tc>
          <w:tcPr>
            <w:tcW w:type="dxa" w:w="2880"/>
          </w:tcPr>
          <w:p>
            <w:r>
              <w:t>中华妇产科杂志</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16</w:t>
            </w:r>
          </w:p>
        </w:tc>
        <w:tc>
          <w:tcPr>
            <w:tcW w:type="dxa" w:w="2880"/>
          </w:tcPr>
          <w:p>
            <w:r>
              <w:t>中华危重病急救医学</w:t>
            </w:r>
          </w:p>
        </w:tc>
      </w:tr>
      <w:tr>
        <w:tc>
          <w:tcPr>
            <w:tcW w:type="dxa" w:w="2880"/>
          </w:tcPr>
          <w:p>
            <w:r>
              <w:t>17</w:t>
            </w:r>
          </w:p>
        </w:tc>
        <w:tc>
          <w:tcPr>
            <w:tcW w:type="dxa" w:w="2880"/>
          </w:tcPr>
          <w:p>
            <w:r>
              <w:t>中华骨科杂志</w:t>
            </w:r>
          </w:p>
        </w:tc>
        <w:tc>
          <w:tcPr>
            <w:tcW w:type="dxa" w:w="2880"/>
          </w:tcPr>
          <w:p/>
        </w:tc>
      </w:tr>
      <w:tr>
        <w:tc>
          <w:tcPr>
            <w:tcW w:type="dxa" w:w="2880"/>
          </w:tcPr>
          <w:p>
            <w:r>
              <w:t>二类（25种）</w:t>
            </w:r>
          </w:p>
        </w:tc>
        <w:tc>
          <w:tcPr>
            <w:tcW w:type="dxa" w:w="2880"/>
          </w:tcPr>
          <w:p>
            <w:r>
              <w:t>1</w:t>
            </w:r>
          </w:p>
        </w:tc>
        <w:tc>
          <w:tcPr>
            <w:tcW w:type="dxa" w:w="2880"/>
          </w:tcPr>
          <w:p>
            <w:r>
              <w:t>Journal of Otology</w:t>
            </w:r>
          </w:p>
        </w:tc>
      </w:tr>
      <w:tr>
        <w:tc>
          <w:tcPr>
            <w:tcW w:type="dxa" w:w="2880"/>
          </w:tcPr>
          <w:p>
            <w:r>
              <w:t>2</w:t>
            </w:r>
          </w:p>
        </w:tc>
        <w:tc>
          <w:tcPr>
            <w:tcW w:type="dxa" w:w="2880"/>
          </w:tcPr>
          <w:p>
            <w:r>
              <w:t>中国当代儿科杂志</w:t>
            </w:r>
          </w:p>
        </w:tc>
        <w:tc>
          <w:tcPr>
            <w:tcW w:type="dxa" w:w="2880"/>
          </w:tcPr>
          <w:p/>
        </w:tc>
      </w:tr>
      <w:tr>
        <w:tc>
          <w:tcPr>
            <w:tcW w:type="dxa" w:w="2880"/>
          </w:tcPr>
          <w:p>
            <w:r>
              <w:t>3</w:t>
            </w:r>
          </w:p>
        </w:tc>
        <w:tc>
          <w:tcPr>
            <w:tcW w:type="dxa" w:w="2880"/>
          </w:tcPr>
          <w:p>
            <w:r>
              <w:t>中华儿科杂志</w:t>
            </w:r>
          </w:p>
        </w:tc>
        <w:tc>
          <w:tcPr>
            <w:tcW w:type="dxa" w:w="2880"/>
          </w:tcPr>
          <w:p/>
        </w:tc>
      </w:tr>
      <w:tr>
        <w:tc>
          <w:tcPr>
            <w:tcW w:type="dxa" w:w="2880"/>
          </w:tcPr>
          <w:p>
            <w:r>
              <w:t>4</w:t>
            </w:r>
          </w:p>
        </w:tc>
        <w:tc>
          <w:tcPr>
            <w:tcW w:type="dxa" w:w="2880"/>
          </w:tcPr>
          <w:p>
            <w:r>
              <w:t>中国实用妇科与产科杂志</w:t>
            </w:r>
          </w:p>
        </w:tc>
        <w:tc>
          <w:tcPr>
            <w:tcW w:type="dxa" w:w="2880"/>
          </w:tcPr>
          <w:p/>
        </w:tc>
      </w:tr>
      <w:tr>
        <w:tc>
          <w:tcPr>
            <w:tcW w:type="dxa" w:w="2880"/>
          </w:tcPr>
          <w:p>
            <w:r>
              <w:t>5</w:t>
            </w:r>
          </w:p>
        </w:tc>
        <w:tc>
          <w:tcPr>
            <w:tcW w:type="dxa" w:w="2880"/>
          </w:tcPr>
          <w:p>
            <w:r>
              <w:t>中华胃肠外科杂志</w:t>
            </w:r>
          </w:p>
        </w:tc>
        <w:tc>
          <w:tcPr>
            <w:tcW w:type="dxa" w:w="2880"/>
          </w:tcPr>
          <w:p/>
        </w:tc>
      </w:tr>
      <w:tr>
        <w:tc>
          <w:tcPr>
            <w:tcW w:type="dxa" w:w="2880"/>
          </w:tcPr>
          <w:p>
            <w:r>
              <w:t>6</w:t>
            </w:r>
          </w:p>
        </w:tc>
        <w:tc>
          <w:tcPr>
            <w:tcW w:type="dxa" w:w="2880"/>
          </w:tcPr>
          <w:p>
            <w:r>
              <w:t>中国癌症杂志</w:t>
            </w:r>
          </w:p>
        </w:tc>
        <w:tc>
          <w:tcPr>
            <w:tcW w:type="dxa" w:w="2880"/>
          </w:tcPr>
          <w:p/>
        </w:tc>
      </w:tr>
      <w:tr>
        <w:tc>
          <w:tcPr>
            <w:tcW w:type="dxa" w:w="2880"/>
          </w:tcPr>
          <w:p>
            <w:r>
              <w:t>7</w:t>
            </w:r>
          </w:p>
        </w:tc>
        <w:tc>
          <w:tcPr>
            <w:tcW w:type="dxa" w:w="2880"/>
          </w:tcPr>
          <w:p>
            <w:r>
              <w:t>中国肿瘤临床</w:t>
            </w:r>
          </w:p>
        </w:tc>
        <w:tc>
          <w:tcPr>
            <w:tcW w:type="dxa" w:w="2880"/>
          </w:tcPr>
          <w:p/>
        </w:tc>
      </w:tr>
      <w:tr>
        <w:tc>
          <w:tcPr>
            <w:tcW w:type="dxa" w:w="2880"/>
          </w:tcPr>
          <w:p>
            <w:r>
              <w:t>8</w:t>
            </w:r>
          </w:p>
        </w:tc>
        <w:tc>
          <w:tcPr>
            <w:tcW w:type="dxa" w:w="2880"/>
          </w:tcPr>
          <w:p>
            <w:r>
              <w:t>中国全科医学</w:t>
            </w:r>
          </w:p>
        </w:tc>
        <w:tc>
          <w:tcPr>
            <w:tcW w:type="dxa" w:w="2880"/>
          </w:tcPr>
          <w:p/>
        </w:tc>
      </w:tr>
      <w:tr>
        <w:tc>
          <w:tcPr>
            <w:tcW w:type="dxa" w:w="2880"/>
          </w:tcPr>
          <w:p>
            <w:r>
              <w:t>9</w:t>
            </w:r>
          </w:p>
        </w:tc>
        <w:tc>
          <w:tcPr>
            <w:tcW w:type="dxa" w:w="2880"/>
          </w:tcPr>
          <w:p>
            <w:r>
              <w:t>中国骨质疏松杂志</w:t>
            </w:r>
          </w:p>
        </w:tc>
        <w:tc>
          <w:tcPr>
            <w:tcW w:type="dxa" w:w="2880"/>
          </w:tcPr>
          <w:p/>
        </w:tc>
      </w:tr>
      <w:tr>
        <w:tc>
          <w:tcPr>
            <w:tcW w:type="dxa" w:w="2880"/>
          </w:tcPr>
          <w:p>
            <w:r>
              <w:t>10</w:t>
            </w:r>
          </w:p>
        </w:tc>
        <w:tc>
          <w:tcPr>
            <w:tcW w:type="dxa" w:w="2880"/>
          </w:tcPr>
          <w:p>
            <w:r>
              <w:t>中华肝脏病杂志</w:t>
            </w:r>
          </w:p>
        </w:tc>
        <w:tc>
          <w:tcPr>
            <w:tcW w:type="dxa" w:w="2880"/>
          </w:tcPr>
          <w:p/>
        </w:tc>
      </w:tr>
      <w:tr>
        <w:tc>
          <w:tcPr>
            <w:tcW w:type="dxa" w:w="2880"/>
          </w:tcPr>
          <w:p>
            <w:r>
              <w:t>11</w:t>
            </w:r>
          </w:p>
        </w:tc>
        <w:tc>
          <w:tcPr>
            <w:tcW w:type="dxa" w:w="2880"/>
          </w:tcPr>
          <w:p>
            <w:r>
              <w:t>中华神经科杂志</w:t>
            </w:r>
          </w:p>
        </w:tc>
        <w:tc>
          <w:tcPr>
            <w:tcW w:type="dxa" w:w="2880"/>
          </w:tcPr>
          <w:p/>
        </w:tc>
      </w:tr>
      <w:tr>
        <w:tc>
          <w:tcPr>
            <w:tcW w:type="dxa" w:w="2880"/>
          </w:tcPr>
          <w:p>
            <w:r>
              <w:t>12</w:t>
            </w:r>
          </w:p>
        </w:tc>
        <w:tc>
          <w:tcPr>
            <w:tcW w:type="dxa" w:w="2880"/>
          </w:tcPr>
          <w:p>
            <w:r>
              <w:t>中国感染控制杂志</w:t>
            </w:r>
          </w:p>
        </w:tc>
        <w:tc>
          <w:tcPr>
            <w:tcW w:type="dxa" w:w="2880"/>
          </w:tcPr>
          <w:p/>
        </w:tc>
      </w:tr>
      <w:tr>
        <w:tc>
          <w:tcPr>
            <w:tcW w:type="dxa" w:w="2880"/>
          </w:tcPr>
          <w:p>
            <w:r>
              <w:t>13</w:t>
            </w:r>
          </w:p>
        </w:tc>
        <w:tc>
          <w:tcPr>
            <w:tcW w:type="dxa" w:w="2880"/>
          </w:tcPr>
          <w:p>
            <w:r>
              <w:t>南方医科大学学报</w:t>
            </w:r>
          </w:p>
        </w:tc>
        <w:tc>
          <w:tcPr>
            <w:tcW w:type="dxa" w:w="2880"/>
          </w:tcPr>
          <w:p/>
        </w:tc>
      </w:tr>
      <w:tr>
        <w:tc>
          <w:tcPr>
            <w:tcW w:type="dxa" w:w="2880"/>
          </w:tcPr>
          <w:p>
            <w:r>
              <w:t>14</w:t>
            </w:r>
          </w:p>
        </w:tc>
        <w:tc>
          <w:tcPr>
            <w:tcW w:type="dxa" w:w="2880"/>
          </w:tcPr>
          <w:p>
            <w:r>
              <w:t>中国康复医学杂志</w:t>
            </w:r>
          </w:p>
        </w:tc>
        <w:tc>
          <w:tcPr>
            <w:tcW w:type="dxa" w:w="2880"/>
          </w:tcPr>
          <w:p/>
        </w:tc>
      </w:tr>
      <w:tr>
        <w:tc>
          <w:tcPr>
            <w:tcW w:type="dxa" w:w="2880"/>
          </w:tcPr>
          <w:p>
            <w:r>
              <w:t>15</w:t>
            </w:r>
          </w:p>
        </w:tc>
        <w:tc>
          <w:tcPr>
            <w:tcW w:type="dxa" w:w="2880"/>
          </w:tcPr>
          <w:p>
            <w:r>
              <w:t>中华骨质疏松和骨矿盐疾病杂志</w:t>
            </w:r>
          </w:p>
        </w:tc>
        <w:tc>
          <w:tcPr>
            <w:tcW w:type="dxa" w:w="2880"/>
          </w:tcPr>
          <w:p/>
        </w:tc>
      </w:tr>
      <w:tr>
        <w:tc>
          <w:tcPr>
            <w:tcW w:type="dxa" w:w="2880"/>
          </w:tcPr>
          <w:p>
            <w:r>
              <w:t>16</w:t>
            </w:r>
          </w:p>
        </w:tc>
        <w:tc>
          <w:tcPr>
            <w:tcW w:type="dxa" w:w="2880"/>
          </w:tcPr>
          <w:p>
            <w:r>
              <w:t>中华结核和呼吸杂志</w:t>
            </w:r>
          </w:p>
        </w:tc>
        <w:tc>
          <w:tcPr>
            <w:tcW w:type="dxa" w:w="2880"/>
          </w:tcPr>
          <w:p/>
        </w:tc>
      </w:tr>
      <w:tr>
        <w:tc>
          <w:tcPr>
            <w:tcW w:type="dxa" w:w="2880"/>
          </w:tcPr>
          <w:p>
            <w:r>
              <w:t>17</w:t>
            </w:r>
          </w:p>
        </w:tc>
        <w:tc>
          <w:tcPr>
            <w:tcW w:type="dxa" w:w="2880"/>
          </w:tcPr>
          <w:p>
            <w:r>
              <w:t>上海精神医学</w:t>
            </w:r>
          </w:p>
        </w:tc>
        <w:tc>
          <w:tcPr>
            <w:tcW w:type="dxa" w:w="2880"/>
          </w:tcPr>
          <w:p/>
        </w:tc>
      </w:tr>
      <w:tr>
        <w:tc>
          <w:tcPr>
            <w:tcW w:type="dxa" w:w="2880"/>
          </w:tcPr>
          <w:p>
            <w:r>
              <w:t>18</w:t>
            </w:r>
          </w:p>
        </w:tc>
        <w:tc>
          <w:tcPr>
            <w:tcW w:type="dxa" w:w="2880"/>
          </w:tcPr>
          <w:p>
            <w:r>
              <w:t>实用妇产科杂志</w:t>
            </w:r>
          </w:p>
        </w:tc>
        <w:tc>
          <w:tcPr>
            <w:tcW w:type="dxa" w:w="2880"/>
          </w:tcPr>
          <w:p/>
        </w:tc>
      </w:tr>
      <w:tr>
        <w:tc>
          <w:tcPr>
            <w:tcW w:type="dxa" w:w="2880"/>
          </w:tcPr>
          <w:p>
            <w:r>
              <w:t>19</w:t>
            </w:r>
          </w:p>
        </w:tc>
        <w:tc>
          <w:tcPr>
            <w:tcW w:type="dxa" w:w="2880"/>
          </w:tcPr>
          <w:p>
            <w:r>
              <w:t>北京大学学报（医学版）</w:t>
            </w:r>
          </w:p>
        </w:tc>
        <w:tc>
          <w:tcPr>
            <w:tcW w:type="dxa" w:w="2880"/>
          </w:tcPr>
          <w:p/>
        </w:tc>
      </w:tr>
      <w:tr>
        <w:tc>
          <w:tcPr>
            <w:tcW w:type="dxa" w:w="2880"/>
          </w:tcPr>
          <w:p>
            <w:r>
              <w:t>20</w:t>
            </w:r>
          </w:p>
        </w:tc>
        <w:tc>
          <w:tcPr>
            <w:tcW w:type="dxa" w:w="2880"/>
          </w:tcPr>
          <w:p>
            <w:r>
              <w:t>中国糖尿病杂志</w:t>
            </w:r>
          </w:p>
        </w:tc>
        <w:tc>
          <w:tcPr>
            <w:tcW w:type="dxa" w:w="2880"/>
          </w:tcPr>
          <w:p/>
        </w:tc>
      </w:tr>
      <w:tr>
        <w:tc>
          <w:tcPr>
            <w:tcW w:type="dxa" w:w="2880"/>
          </w:tcPr>
          <w:p>
            <w:r>
              <w:t>21</w:t>
            </w:r>
          </w:p>
        </w:tc>
        <w:tc>
          <w:tcPr>
            <w:tcW w:type="dxa" w:w="2880"/>
          </w:tcPr>
          <w:p>
            <w:r>
              <w:t>中国实用外科杂志</w:t>
            </w:r>
          </w:p>
        </w:tc>
        <w:tc>
          <w:tcPr>
            <w:tcW w:type="dxa" w:w="2880"/>
          </w:tcPr>
          <w:p/>
        </w:tc>
      </w:tr>
      <w:tr>
        <w:tc>
          <w:tcPr>
            <w:tcW w:type="dxa" w:w="2880"/>
          </w:tcPr>
          <w:p>
            <w:r>
              <w:t>22</w:t>
            </w:r>
          </w:p>
        </w:tc>
        <w:tc>
          <w:tcPr>
            <w:tcW w:type="dxa" w:w="2880"/>
          </w:tcPr>
          <w:p>
            <w:r>
              <w:t>中华眼科杂志</w:t>
            </w:r>
          </w:p>
        </w:tc>
        <w:tc>
          <w:tcPr>
            <w:tcW w:type="dxa" w:w="2880"/>
          </w:tcPr>
          <w:p/>
        </w:tc>
      </w:tr>
      <w:tr>
        <w:tc>
          <w:tcPr>
            <w:tcW w:type="dxa" w:w="2880"/>
          </w:tcPr>
          <w:p>
            <w:r>
              <w:t>23</w:t>
            </w:r>
          </w:p>
        </w:tc>
        <w:tc>
          <w:tcPr>
            <w:tcW w:type="dxa" w:w="2880"/>
          </w:tcPr>
          <w:p>
            <w:r>
              <w:t>中华创伤骨科杂志</w:t>
            </w:r>
          </w:p>
        </w:tc>
        <w:tc>
          <w:tcPr>
            <w:tcW w:type="dxa" w:w="2880"/>
          </w:tcPr>
          <w:p/>
        </w:tc>
      </w:tr>
      <w:tr>
        <w:tc>
          <w:tcPr>
            <w:tcW w:type="dxa" w:w="2880"/>
          </w:tcPr>
          <w:p>
            <w:r>
              <w:t>24</w:t>
            </w:r>
          </w:p>
        </w:tc>
        <w:tc>
          <w:tcPr>
            <w:tcW w:type="dxa" w:w="2880"/>
          </w:tcPr>
          <w:p>
            <w:r>
              <w:t>中南大学学报（医学版）</w:t>
            </w:r>
          </w:p>
        </w:tc>
        <w:tc>
          <w:tcPr>
            <w:tcW w:type="dxa" w:w="2880"/>
          </w:tcPr>
          <w:p/>
        </w:tc>
      </w:tr>
      <w:tr>
        <w:tc>
          <w:tcPr>
            <w:tcW w:type="dxa" w:w="2880"/>
          </w:tcPr>
          <w:p>
            <w:r>
              <w:t>25</w:t>
            </w:r>
          </w:p>
        </w:tc>
        <w:tc>
          <w:tcPr>
            <w:tcW w:type="dxa" w:w="2880"/>
          </w:tcPr>
          <w:p>
            <w:r>
              <w:t>中国微创外科杂志</w:t>
            </w:r>
          </w:p>
        </w:tc>
        <w:tc>
          <w:tcPr>
            <w:tcW w:type="dxa" w:w="2880"/>
          </w:tcPr>
          <w:p/>
        </w:tc>
      </w:tr>
      <w:tr>
        <w:tc>
          <w:tcPr>
            <w:tcW w:type="dxa" w:w="2880"/>
          </w:tcPr>
          <w:p>
            <w:r>
              <w:t>三类（47种）</w:t>
            </w:r>
          </w:p>
        </w:tc>
        <w:tc>
          <w:tcPr>
            <w:tcW w:type="dxa" w:w="2880"/>
          </w:tcPr>
          <w:p>
            <w:r>
              <w:t>1</w:t>
            </w:r>
          </w:p>
        </w:tc>
        <w:tc>
          <w:tcPr>
            <w:tcW w:type="dxa" w:w="2880"/>
          </w:tcPr>
          <w:p>
            <w:r>
              <w:t>中国修复重建外科杂志</w:t>
            </w:r>
          </w:p>
        </w:tc>
      </w:tr>
      <w:tr>
        <w:tc>
          <w:tcPr>
            <w:tcW w:type="dxa" w:w="2880"/>
          </w:tcPr>
          <w:p>
            <w:r>
              <w:t>2</w:t>
            </w:r>
          </w:p>
        </w:tc>
        <w:tc>
          <w:tcPr>
            <w:tcW w:type="dxa" w:w="2880"/>
          </w:tcPr>
          <w:p>
            <w:r>
              <w:t>中国康复理论与实践</w:t>
            </w:r>
          </w:p>
        </w:tc>
        <w:tc>
          <w:tcPr>
            <w:tcW w:type="dxa" w:w="2880"/>
          </w:tcPr>
          <w:p/>
        </w:tc>
      </w:tr>
      <w:tr>
        <w:tc>
          <w:tcPr>
            <w:tcW w:type="dxa" w:w="2880"/>
          </w:tcPr>
          <w:p>
            <w:r>
              <w:t>3</w:t>
            </w:r>
          </w:p>
        </w:tc>
        <w:tc>
          <w:tcPr>
            <w:tcW w:type="dxa" w:w="2880"/>
          </w:tcPr>
          <w:p>
            <w:r>
              <w:t>中国循证医学杂志</w:t>
            </w:r>
          </w:p>
        </w:tc>
        <w:tc>
          <w:tcPr>
            <w:tcW w:type="dxa" w:w="2880"/>
          </w:tcPr>
          <w:p/>
        </w:tc>
      </w:tr>
      <w:tr>
        <w:tc>
          <w:tcPr>
            <w:tcW w:type="dxa" w:w="2880"/>
          </w:tcPr>
          <w:p>
            <w:r>
              <w:t>4</w:t>
            </w:r>
          </w:p>
        </w:tc>
        <w:tc>
          <w:tcPr>
            <w:tcW w:type="dxa" w:w="2880"/>
          </w:tcPr>
          <w:p>
            <w:r>
              <w:t>中国血吸虫病防治杂志</w:t>
            </w:r>
          </w:p>
        </w:tc>
        <w:tc>
          <w:tcPr>
            <w:tcW w:type="dxa" w:w="2880"/>
          </w:tcPr>
          <w:p/>
        </w:tc>
      </w:tr>
      <w:tr>
        <w:tc>
          <w:tcPr>
            <w:tcW w:type="dxa" w:w="2880"/>
          </w:tcPr>
          <w:p>
            <w:r>
              <w:t>5</w:t>
            </w:r>
          </w:p>
        </w:tc>
        <w:tc>
          <w:tcPr>
            <w:tcW w:type="dxa" w:w="2880"/>
          </w:tcPr>
          <w:p>
            <w:r>
              <w:t>中华耳鼻咽喉头颈外科杂志</w:t>
            </w:r>
          </w:p>
        </w:tc>
        <w:tc>
          <w:tcPr>
            <w:tcW w:type="dxa" w:w="2880"/>
          </w:tcPr>
          <w:p/>
        </w:tc>
      </w:tr>
      <w:tr>
        <w:tc>
          <w:tcPr>
            <w:tcW w:type="dxa" w:w="2880"/>
          </w:tcPr>
          <w:p>
            <w:r>
              <w:t>6</w:t>
            </w:r>
          </w:p>
        </w:tc>
        <w:tc>
          <w:tcPr>
            <w:tcW w:type="dxa" w:w="2880"/>
          </w:tcPr>
          <w:p>
            <w:r>
              <w:t>中国脊柱脊髓杂志</w:t>
            </w:r>
          </w:p>
        </w:tc>
        <w:tc>
          <w:tcPr>
            <w:tcW w:type="dxa" w:w="2880"/>
          </w:tcPr>
          <w:p/>
        </w:tc>
      </w:tr>
      <w:tr>
        <w:tc>
          <w:tcPr>
            <w:tcW w:type="dxa" w:w="2880"/>
          </w:tcPr>
          <w:p>
            <w:r>
              <w:t>7</w:t>
            </w:r>
          </w:p>
        </w:tc>
        <w:tc>
          <w:tcPr>
            <w:tcW w:type="dxa" w:w="2880"/>
          </w:tcPr>
          <w:p>
            <w:r>
              <w:t>实用医学杂志</w:t>
            </w:r>
          </w:p>
        </w:tc>
        <w:tc>
          <w:tcPr>
            <w:tcW w:type="dxa" w:w="2880"/>
          </w:tcPr>
          <w:p/>
        </w:tc>
      </w:tr>
      <w:tr>
        <w:tc>
          <w:tcPr>
            <w:tcW w:type="dxa" w:w="2880"/>
          </w:tcPr>
          <w:p>
            <w:r>
              <w:t>8</w:t>
            </w:r>
          </w:p>
        </w:tc>
        <w:tc>
          <w:tcPr>
            <w:tcW w:type="dxa" w:w="2880"/>
          </w:tcPr>
          <w:p>
            <w:r>
              <w:t>中华精神科杂志</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9</w:t>
            </w:r>
          </w:p>
        </w:tc>
        <w:tc>
          <w:tcPr>
            <w:tcW w:type="dxa" w:w="2880"/>
          </w:tcPr>
          <w:p>
            <w:r>
              <w:t>生殖与避孕</w:t>
            </w:r>
          </w:p>
        </w:tc>
      </w:tr>
      <w:tr>
        <w:tc>
          <w:tcPr>
            <w:tcW w:type="dxa" w:w="2880"/>
          </w:tcPr>
          <w:p>
            <w:r>
              <w:t>10</w:t>
            </w:r>
          </w:p>
        </w:tc>
        <w:tc>
          <w:tcPr>
            <w:tcW w:type="dxa" w:w="2880"/>
          </w:tcPr>
          <w:p>
            <w:r>
              <w:t>中国实用内科杂志</w:t>
            </w:r>
          </w:p>
        </w:tc>
        <w:tc>
          <w:tcPr>
            <w:tcW w:type="dxa" w:w="2880"/>
          </w:tcPr>
          <w:p/>
        </w:tc>
      </w:tr>
      <w:tr>
        <w:tc>
          <w:tcPr>
            <w:tcW w:type="dxa" w:w="2880"/>
          </w:tcPr>
          <w:p>
            <w:r>
              <w:t>11</w:t>
            </w:r>
          </w:p>
        </w:tc>
        <w:tc>
          <w:tcPr>
            <w:tcW w:type="dxa" w:w="2880"/>
          </w:tcPr>
          <w:p>
            <w:r>
              <w:t>中华消化杂志</w:t>
            </w:r>
          </w:p>
        </w:tc>
        <w:tc>
          <w:tcPr>
            <w:tcW w:type="dxa" w:w="2880"/>
          </w:tcPr>
          <w:p/>
        </w:tc>
      </w:tr>
      <w:tr>
        <w:tc>
          <w:tcPr>
            <w:tcW w:type="dxa" w:w="2880"/>
          </w:tcPr>
          <w:p>
            <w:r>
              <w:t>12</w:t>
            </w:r>
          </w:p>
        </w:tc>
        <w:tc>
          <w:tcPr>
            <w:tcW w:type="dxa" w:w="2880"/>
          </w:tcPr>
          <w:p>
            <w:r>
              <w:t>中华男科学杂志</w:t>
            </w:r>
          </w:p>
        </w:tc>
        <w:tc>
          <w:tcPr>
            <w:tcW w:type="dxa" w:w="2880"/>
          </w:tcPr>
          <w:p/>
        </w:tc>
      </w:tr>
      <w:tr>
        <w:tc>
          <w:tcPr>
            <w:tcW w:type="dxa" w:w="2880"/>
          </w:tcPr>
          <w:p>
            <w:r>
              <w:t>13</w:t>
            </w:r>
          </w:p>
        </w:tc>
        <w:tc>
          <w:tcPr>
            <w:tcW w:type="dxa" w:w="2880"/>
          </w:tcPr>
          <w:p>
            <w:r>
              <w:t>中国实验血液学杂志</w:t>
            </w:r>
          </w:p>
        </w:tc>
        <w:tc>
          <w:tcPr>
            <w:tcW w:type="dxa" w:w="2880"/>
          </w:tcPr>
          <w:p/>
        </w:tc>
      </w:tr>
      <w:tr>
        <w:tc>
          <w:tcPr>
            <w:tcW w:type="dxa" w:w="2880"/>
          </w:tcPr>
          <w:p>
            <w:r>
              <w:t>14</w:t>
            </w:r>
          </w:p>
        </w:tc>
        <w:tc>
          <w:tcPr>
            <w:tcW w:type="dxa" w:w="2880"/>
          </w:tcPr>
          <w:p>
            <w:r>
              <w:t>中华血液学杂志</w:t>
            </w:r>
          </w:p>
        </w:tc>
        <w:tc>
          <w:tcPr>
            <w:tcW w:type="dxa" w:w="2880"/>
          </w:tcPr>
          <w:p/>
        </w:tc>
      </w:tr>
      <w:tr>
        <w:tc>
          <w:tcPr>
            <w:tcW w:type="dxa" w:w="2880"/>
          </w:tcPr>
          <w:p>
            <w:r>
              <w:t>15</w:t>
            </w:r>
          </w:p>
        </w:tc>
        <w:tc>
          <w:tcPr>
            <w:tcW w:type="dxa" w:w="2880"/>
          </w:tcPr>
          <w:p>
            <w:r>
              <w:t>中国循证儿科杂志</w:t>
            </w:r>
          </w:p>
        </w:tc>
        <w:tc>
          <w:tcPr>
            <w:tcW w:type="dxa" w:w="2880"/>
          </w:tcPr>
          <w:p/>
        </w:tc>
      </w:tr>
      <w:tr>
        <w:tc>
          <w:tcPr>
            <w:tcW w:type="dxa" w:w="2880"/>
          </w:tcPr>
          <w:p>
            <w:r>
              <w:t>16</w:t>
            </w:r>
          </w:p>
        </w:tc>
        <w:tc>
          <w:tcPr>
            <w:tcW w:type="dxa" w:w="2880"/>
          </w:tcPr>
          <w:p>
            <w:r>
              <w:t>中华烧伤杂志</w:t>
            </w:r>
          </w:p>
        </w:tc>
        <w:tc>
          <w:tcPr>
            <w:tcW w:type="dxa" w:w="2880"/>
          </w:tcPr>
          <w:p/>
        </w:tc>
      </w:tr>
      <w:tr>
        <w:tc>
          <w:tcPr>
            <w:tcW w:type="dxa" w:w="2880"/>
          </w:tcPr>
          <w:p>
            <w:r>
              <w:t>17</w:t>
            </w:r>
          </w:p>
        </w:tc>
        <w:tc>
          <w:tcPr>
            <w:tcW w:type="dxa" w:w="2880"/>
          </w:tcPr>
          <w:p>
            <w:r>
              <w:t>中国实用儿科杂志</w:t>
            </w:r>
          </w:p>
        </w:tc>
        <w:tc>
          <w:tcPr>
            <w:tcW w:type="dxa" w:w="2880"/>
          </w:tcPr>
          <w:p/>
        </w:tc>
      </w:tr>
      <w:tr>
        <w:tc>
          <w:tcPr>
            <w:tcW w:type="dxa" w:w="2880"/>
          </w:tcPr>
          <w:p>
            <w:r>
              <w:t>18</w:t>
            </w:r>
          </w:p>
        </w:tc>
        <w:tc>
          <w:tcPr>
            <w:tcW w:type="dxa" w:w="2880"/>
          </w:tcPr>
          <w:p>
            <w:r>
              <w:t>中华内分泌代谢杂志</w:t>
            </w:r>
          </w:p>
        </w:tc>
        <w:tc>
          <w:tcPr>
            <w:tcW w:type="dxa" w:w="2880"/>
          </w:tcPr>
          <w:p/>
        </w:tc>
      </w:tr>
      <w:tr>
        <w:tc>
          <w:tcPr>
            <w:tcW w:type="dxa" w:w="2880"/>
          </w:tcPr>
          <w:p>
            <w:r>
              <w:t>19</w:t>
            </w:r>
          </w:p>
        </w:tc>
        <w:tc>
          <w:tcPr>
            <w:tcW w:type="dxa" w:w="2880"/>
          </w:tcPr>
          <w:p>
            <w:r>
              <w:t>中华创伤杂志</w:t>
            </w:r>
          </w:p>
        </w:tc>
        <w:tc>
          <w:tcPr>
            <w:tcW w:type="dxa" w:w="2880"/>
          </w:tcPr>
          <w:p/>
        </w:tc>
      </w:tr>
      <w:tr>
        <w:tc>
          <w:tcPr>
            <w:tcW w:type="dxa" w:w="2880"/>
          </w:tcPr>
          <w:p>
            <w:r>
              <w:t>20</w:t>
            </w:r>
          </w:p>
        </w:tc>
        <w:tc>
          <w:tcPr>
            <w:tcW w:type="dxa" w:w="2880"/>
          </w:tcPr>
          <w:p>
            <w:r>
              <w:t>中华高血压杂志</w:t>
            </w:r>
          </w:p>
        </w:tc>
        <w:tc>
          <w:tcPr>
            <w:tcW w:type="dxa" w:w="2880"/>
          </w:tcPr>
          <w:p/>
        </w:tc>
      </w:tr>
      <w:tr>
        <w:tc>
          <w:tcPr>
            <w:tcW w:type="dxa" w:w="2880"/>
          </w:tcPr>
          <w:p>
            <w:r>
              <w:t>21</w:t>
            </w:r>
          </w:p>
        </w:tc>
        <w:tc>
          <w:tcPr>
            <w:tcW w:type="dxa" w:w="2880"/>
          </w:tcPr>
          <w:p>
            <w:r>
              <w:t>中国疼痛医学杂志</w:t>
            </w:r>
          </w:p>
        </w:tc>
        <w:tc>
          <w:tcPr>
            <w:tcW w:type="dxa" w:w="2880"/>
          </w:tcPr>
          <w:p/>
        </w:tc>
      </w:tr>
      <w:tr>
        <w:tc>
          <w:tcPr>
            <w:tcW w:type="dxa" w:w="2880"/>
          </w:tcPr>
          <w:p>
            <w:r>
              <w:t>22</w:t>
            </w:r>
          </w:p>
        </w:tc>
        <w:tc>
          <w:tcPr>
            <w:tcW w:type="dxa" w:w="2880"/>
          </w:tcPr>
          <w:p>
            <w:r>
              <w:t>中国神经精神疾病杂志</w:t>
            </w:r>
          </w:p>
        </w:tc>
        <w:tc>
          <w:tcPr>
            <w:tcW w:type="dxa" w:w="2880"/>
          </w:tcPr>
          <w:p/>
        </w:tc>
      </w:tr>
      <w:tr>
        <w:tc>
          <w:tcPr>
            <w:tcW w:type="dxa" w:w="2880"/>
          </w:tcPr>
          <w:p>
            <w:r>
              <w:t>23</w:t>
            </w:r>
          </w:p>
        </w:tc>
        <w:tc>
          <w:tcPr>
            <w:tcW w:type="dxa" w:w="2880"/>
          </w:tcPr>
          <w:p>
            <w:r>
              <w:t>中华围产医学杂志</w:t>
            </w:r>
          </w:p>
        </w:tc>
        <w:tc>
          <w:tcPr>
            <w:tcW w:type="dxa" w:w="2880"/>
          </w:tcPr>
          <w:p/>
        </w:tc>
      </w:tr>
      <w:tr>
        <w:tc>
          <w:tcPr>
            <w:tcW w:type="dxa" w:w="2880"/>
          </w:tcPr>
          <w:p>
            <w:r>
              <w:t>24</w:t>
            </w:r>
          </w:p>
        </w:tc>
        <w:tc>
          <w:tcPr>
            <w:tcW w:type="dxa" w:w="2880"/>
          </w:tcPr>
          <w:p>
            <w:r>
              <w:t>中华泌尿外科杂志</w:t>
            </w:r>
          </w:p>
        </w:tc>
        <w:tc>
          <w:tcPr>
            <w:tcW w:type="dxa" w:w="2880"/>
          </w:tcPr>
          <w:p/>
        </w:tc>
      </w:tr>
      <w:tr>
        <w:tc>
          <w:tcPr>
            <w:tcW w:type="dxa" w:w="2880"/>
          </w:tcPr>
          <w:p>
            <w:r>
              <w:t>25</w:t>
            </w:r>
          </w:p>
        </w:tc>
        <w:tc>
          <w:tcPr>
            <w:tcW w:type="dxa" w:w="2880"/>
          </w:tcPr>
          <w:p>
            <w:r>
              <w:t>中华急诊医学杂志</w:t>
            </w:r>
          </w:p>
        </w:tc>
        <w:tc>
          <w:tcPr>
            <w:tcW w:type="dxa" w:w="2880"/>
          </w:tcPr>
          <w:p/>
        </w:tc>
      </w:tr>
      <w:tr>
        <w:tc>
          <w:tcPr>
            <w:tcW w:type="dxa" w:w="2880"/>
          </w:tcPr>
          <w:p>
            <w:r>
              <w:t>26</w:t>
            </w:r>
          </w:p>
        </w:tc>
        <w:tc>
          <w:tcPr>
            <w:tcW w:type="dxa" w:w="2880"/>
          </w:tcPr>
          <w:p>
            <w:r>
              <w:t>中华临床感染病杂志</w:t>
            </w:r>
          </w:p>
        </w:tc>
        <w:tc>
          <w:tcPr>
            <w:tcW w:type="dxa" w:w="2880"/>
          </w:tcPr>
          <w:p/>
        </w:tc>
      </w:tr>
      <w:tr>
        <w:tc>
          <w:tcPr>
            <w:tcW w:type="dxa" w:w="2880"/>
          </w:tcPr>
          <w:p>
            <w:r>
              <w:t>27</w:t>
            </w:r>
          </w:p>
        </w:tc>
        <w:tc>
          <w:tcPr>
            <w:tcW w:type="dxa" w:w="2880"/>
          </w:tcPr>
          <w:p>
            <w:r>
              <w:t>中华神经外科杂志</w:t>
            </w:r>
          </w:p>
        </w:tc>
        <w:tc>
          <w:tcPr>
            <w:tcW w:type="dxa" w:w="2880"/>
          </w:tcPr>
          <w:p/>
        </w:tc>
      </w:tr>
      <w:tr>
        <w:tc>
          <w:tcPr>
            <w:tcW w:type="dxa" w:w="2880"/>
          </w:tcPr>
          <w:p>
            <w:r>
              <w:t>28</w:t>
            </w:r>
          </w:p>
        </w:tc>
        <w:tc>
          <w:tcPr>
            <w:tcW w:type="dxa" w:w="2880"/>
          </w:tcPr>
          <w:p>
            <w:r>
              <w:t>临床儿科杂志</w:t>
            </w:r>
          </w:p>
        </w:tc>
        <w:tc>
          <w:tcPr>
            <w:tcW w:type="dxa" w:w="2880"/>
          </w:tcPr>
          <w:p/>
        </w:tc>
      </w:tr>
      <w:tr>
        <w:tc>
          <w:tcPr>
            <w:tcW w:type="dxa" w:w="2880"/>
          </w:tcPr>
          <w:p>
            <w:r>
              <w:t>29</w:t>
            </w:r>
          </w:p>
        </w:tc>
        <w:tc>
          <w:tcPr>
            <w:tcW w:type="dxa" w:w="2880"/>
          </w:tcPr>
          <w:p>
            <w:r>
              <w:t>中华肝胆外科杂志</w:t>
            </w:r>
          </w:p>
        </w:tc>
        <w:tc>
          <w:tcPr>
            <w:tcW w:type="dxa" w:w="2880"/>
          </w:tcPr>
          <w:p/>
        </w:tc>
      </w:tr>
      <w:tr>
        <w:tc>
          <w:tcPr>
            <w:tcW w:type="dxa" w:w="2880"/>
          </w:tcPr>
          <w:p>
            <w:r>
              <w:t>30</w:t>
            </w:r>
          </w:p>
        </w:tc>
        <w:tc>
          <w:tcPr>
            <w:tcW w:type="dxa" w:w="2880"/>
          </w:tcPr>
          <w:p>
            <w:r>
              <w:t>临床耳鼻咽喉头颈外科杂志</w:t>
            </w:r>
          </w:p>
        </w:tc>
        <w:tc>
          <w:tcPr>
            <w:tcW w:type="dxa" w:w="2880"/>
          </w:tcPr>
          <w:p/>
        </w:tc>
      </w:tr>
      <w:tr>
        <w:tc>
          <w:tcPr>
            <w:tcW w:type="dxa" w:w="2880"/>
          </w:tcPr>
          <w:p>
            <w:r>
              <w:t>31</w:t>
            </w:r>
          </w:p>
        </w:tc>
        <w:tc>
          <w:tcPr>
            <w:tcW w:type="dxa" w:w="2880"/>
          </w:tcPr>
          <w:p>
            <w:r>
              <w:t>中华耳科学杂志</w:t>
            </w:r>
          </w:p>
        </w:tc>
        <w:tc>
          <w:tcPr>
            <w:tcW w:type="dxa" w:w="2880"/>
          </w:tcPr>
          <w:p/>
        </w:tc>
      </w:tr>
      <w:tr>
        <w:tc>
          <w:tcPr>
            <w:tcW w:type="dxa" w:w="2880"/>
          </w:tcPr>
          <w:p>
            <w:r>
              <w:t>32</w:t>
            </w:r>
          </w:p>
        </w:tc>
        <w:tc>
          <w:tcPr>
            <w:tcW w:type="dxa" w:w="2880"/>
          </w:tcPr>
          <w:p>
            <w:r>
              <w:t>中华放射肿瘤学杂志</w:t>
            </w:r>
          </w:p>
        </w:tc>
        <w:tc>
          <w:tcPr>
            <w:tcW w:type="dxa" w:w="2880"/>
          </w:tcPr>
          <w:p/>
        </w:tc>
      </w:tr>
      <w:tr>
        <w:tc>
          <w:tcPr>
            <w:tcW w:type="dxa" w:w="2880"/>
          </w:tcPr>
          <w:p>
            <w:r>
              <w:t>33</w:t>
            </w:r>
          </w:p>
        </w:tc>
        <w:tc>
          <w:tcPr>
            <w:tcW w:type="dxa" w:w="2880"/>
          </w:tcPr>
          <w:p>
            <w:r>
              <w:t>中华关节外科杂志（电子版）</w:t>
            </w:r>
          </w:p>
        </w:tc>
        <w:tc>
          <w:tcPr>
            <w:tcW w:type="dxa" w:w="2880"/>
          </w:tcPr>
          <w:p/>
        </w:tc>
      </w:tr>
      <w:tr>
        <w:tc>
          <w:tcPr>
            <w:tcW w:type="dxa" w:w="2880"/>
          </w:tcPr>
          <w:p>
            <w:r>
              <w:t>34</w:t>
            </w:r>
          </w:p>
        </w:tc>
        <w:tc>
          <w:tcPr>
            <w:tcW w:type="dxa" w:w="2880"/>
          </w:tcPr>
          <w:p>
            <w:r>
              <w:t>中华神经医学杂志</w:t>
            </w:r>
          </w:p>
        </w:tc>
        <w:tc>
          <w:tcPr>
            <w:tcW w:type="dxa" w:w="2880"/>
          </w:tcPr>
          <w:p/>
        </w:tc>
      </w:tr>
      <w:tr>
        <w:tc>
          <w:tcPr>
            <w:tcW w:type="dxa" w:w="2880"/>
          </w:tcPr>
          <w:p>
            <w:r>
              <w:t>35</w:t>
            </w:r>
          </w:p>
        </w:tc>
        <w:tc>
          <w:tcPr>
            <w:tcW w:type="dxa" w:w="2880"/>
          </w:tcPr>
          <w:p>
            <w:r>
              <w:t>Journal of Reproduction and Contracept ion</w:t>
            </w:r>
          </w:p>
        </w:tc>
        <w:tc>
          <w:tcPr>
            <w:tcW w:type="dxa" w:w="2880"/>
          </w:tcPr>
          <w:p/>
        </w:tc>
      </w:tr>
      <w:tr>
        <w:tc>
          <w:tcPr>
            <w:tcW w:type="dxa" w:w="2880"/>
          </w:tcPr>
          <w:p>
            <w:r>
              <w:t>36</w:t>
            </w:r>
          </w:p>
        </w:tc>
        <w:tc>
          <w:tcPr>
            <w:tcW w:type="dxa" w:w="2880"/>
          </w:tcPr>
          <w:p>
            <w:r>
              <w:t>中华显微外科杂志</w:t>
            </w:r>
          </w:p>
        </w:tc>
        <w:tc>
          <w:tcPr>
            <w:tcW w:type="dxa" w:w="2880"/>
          </w:tcPr>
          <w:p/>
        </w:tc>
      </w:tr>
      <w:tr>
        <w:tc>
          <w:tcPr>
            <w:tcW w:type="dxa" w:w="2880"/>
          </w:tcPr>
          <w:p>
            <w:r>
              <w:t>37</w:t>
            </w:r>
          </w:p>
        </w:tc>
        <w:tc>
          <w:tcPr>
            <w:tcW w:type="dxa" w:w="2880"/>
          </w:tcPr>
          <w:p>
            <w:r>
              <w:t>中华整形外科杂志</w:t>
            </w:r>
          </w:p>
        </w:tc>
        <w:tc>
          <w:tcPr>
            <w:tcW w:type="dxa" w:w="2880"/>
          </w:tcPr>
          <w:p/>
        </w:tc>
      </w:tr>
      <w:tr>
        <w:tc>
          <w:tcPr>
            <w:tcW w:type="dxa" w:w="2880"/>
          </w:tcPr>
          <w:p>
            <w:r>
              <w:t>38</w:t>
            </w:r>
          </w:p>
        </w:tc>
        <w:tc>
          <w:tcPr>
            <w:tcW w:type="dxa" w:w="2880"/>
          </w:tcPr>
          <w:p>
            <w:r>
              <w:t>中华眼底病杂志</w:t>
            </w:r>
          </w:p>
        </w:tc>
        <w:tc>
          <w:tcPr>
            <w:tcW w:type="dxa" w:w="2880"/>
          </w:tcPr>
          <w:p/>
        </w:tc>
      </w:tr>
      <w:tr>
        <w:tc>
          <w:tcPr>
            <w:tcW w:type="dxa" w:w="2880"/>
          </w:tcPr>
          <w:p>
            <w:r>
              <w:t>39</w:t>
            </w:r>
          </w:p>
        </w:tc>
        <w:tc>
          <w:tcPr>
            <w:tcW w:type="dxa" w:w="2880"/>
          </w:tcPr>
          <w:p>
            <w:r>
              <w:t>听力学及言语疾病杂志</w:t>
            </w:r>
          </w:p>
        </w:tc>
        <w:tc>
          <w:tcPr>
            <w:tcW w:type="dxa" w:w="2880"/>
          </w:tcPr>
          <w:p/>
        </w:tc>
      </w:tr>
      <w:tr>
        <w:tc>
          <w:tcPr>
            <w:tcW w:type="dxa" w:w="2880"/>
          </w:tcPr>
          <w:p>
            <w:r>
              <w:t>40</w:t>
            </w:r>
          </w:p>
        </w:tc>
        <w:tc>
          <w:tcPr>
            <w:tcW w:type="dxa" w:w="2880"/>
          </w:tcPr>
          <w:p>
            <w:r>
              <w:t>中华皮肤科杂志</w:t>
            </w:r>
          </w:p>
        </w:tc>
        <w:tc>
          <w:tcPr>
            <w:tcW w:type="dxa" w:w="2880"/>
          </w:tcPr>
          <w:p/>
        </w:tc>
      </w:tr>
      <w:tr>
        <w:tc>
          <w:tcPr>
            <w:tcW w:type="dxa" w:w="2880"/>
          </w:tcPr>
          <w:p>
            <w:r>
              <w:t>41</w:t>
            </w:r>
          </w:p>
        </w:tc>
        <w:tc>
          <w:tcPr>
            <w:tcW w:type="dxa" w:w="2880"/>
          </w:tcPr>
          <w:p>
            <w:r>
              <w:t>中华手外科杂志</w:t>
            </w:r>
          </w:p>
        </w:tc>
        <w:tc>
          <w:tcPr>
            <w:tcW w:type="dxa" w:w="2880"/>
          </w:tcPr>
          <w:p/>
        </w:tc>
      </w:tr>
      <w:tr>
        <w:tc>
          <w:tcPr>
            <w:tcW w:type="dxa" w:w="2880"/>
          </w:tcPr>
          <w:p>
            <w:r>
              <w:t>42</w:t>
            </w:r>
          </w:p>
        </w:tc>
        <w:tc>
          <w:tcPr>
            <w:tcW w:type="dxa" w:w="2880"/>
          </w:tcPr>
          <w:p>
            <w:r>
              <w:t>中华眼视光学与视觉科学杂志</w:t>
            </w:r>
          </w:p>
        </w:tc>
        <w:tc>
          <w:tcPr>
            <w:tcW w:type="dxa" w:w="2880"/>
          </w:tcPr>
          <w:p/>
        </w:tc>
      </w:tr>
      <w:tr>
        <w:tc>
          <w:tcPr>
            <w:tcW w:type="dxa" w:w="2880"/>
          </w:tcPr>
          <w:p>
            <w:r>
              <w:t>43</w:t>
            </w:r>
          </w:p>
        </w:tc>
        <w:tc>
          <w:tcPr>
            <w:tcW w:type="dxa" w:w="2880"/>
          </w:tcPr>
          <w:p>
            <w:r>
              <w:t>中华胸心血管外科杂志</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44</w:t>
            </w:r>
          </w:p>
        </w:tc>
        <w:tc>
          <w:tcPr>
            <w:tcW w:type="dxa" w:w="2880"/>
          </w:tcPr>
          <w:p>
            <w:r>
              <w:t>Pediatric Investigation</w:t>
            </w:r>
          </w:p>
        </w:tc>
      </w:tr>
      <w:tr>
        <w:tc>
          <w:tcPr>
            <w:tcW w:type="dxa" w:w="2880"/>
          </w:tcPr>
          <w:p>
            <w:r>
              <w:t>45</w:t>
            </w:r>
          </w:p>
        </w:tc>
        <w:tc>
          <w:tcPr>
            <w:tcW w:type="dxa" w:w="2880"/>
          </w:tcPr>
          <w:p>
            <w:r>
              <w:t>临床皮肤科杂志</w:t>
            </w:r>
          </w:p>
        </w:tc>
        <w:tc>
          <w:tcPr>
            <w:tcW w:type="dxa" w:w="2880"/>
          </w:tcPr>
          <w:p/>
        </w:tc>
      </w:tr>
      <w:tr>
        <w:tc>
          <w:tcPr>
            <w:tcW w:type="dxa" w:w="2880"/>
          </w:tcPr>
          <w:p>
            <w:r>
              <w:t>46</w:t>
            </w:r>
          </w:p>
        </w:tc>
        <w:tc>
          <w:tcPr>
            <w:tcW w:type="dxa" w:w="2880"/>
          </w:tcPr>
          <w:p>
            <w:r>
              <w:t>Chinese Neurosurgical Journal</w:t>
            </w:r>
          </w:p>
        </w:tc>
        <w:tc>
          <w:tcPr>
            <w:tcW w:type="dxa" w:w="2880"/>
          </w:tcPr>
          <w:p/>
        </w:tc>
      </w:tr>
      <w:tr>
        <w:tc>
          <w:tcPr>
            <w:tcW w:type="dxa" w:w="2880"/>
          </w:tcPr>
          <w:p>
            <w:r>
              <w:t>47</w:t>
            </w:r>
          </w:p>
        </w:tc>
        <w:tc>
          <w:tcPr>
            <w:tcW w:type="dxa" w:w="2880"/>
          </w:tcPr>
          <w:p>
            <w:r>
              <w:t>Liver Research</w:t>
            </w:r>
          </w:p>
        </w:tc>
        <w:tc>
          <w:tcPr>
            <w:tcW w:type="dxa" w:w="2880"/>
          </w:tcPr>
          <w:p/>
        </w:tc>
      </w:tr>
      <w:tr>
        <w:tc>
          <w:tcPr>
            <w:tcW w:type="dxa" w:w="2880"/>
          </w:tcPr>
          <w:p>
            <w:r>
              <w:t>特种医学（共9种期刊）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解放军医学杂志</w:t>
            </w:r>
          </w:p>
        </w:tc>
      </w:tr>
      <w:tr>
        <w:tc>
          <w:tcPr>
            <w:tcW w:type="dxa" w:w="2880"/>
          </w:tcPr>
          <w:p>
            <w:r>
              <w:t>2</w:t>
            </w:r>
          </w:p>
        </w:tc>
        <w:tc>
          <w:tcPr>
            <w:tcW w:type="dxa" w:w="2880"/>
          </w:tcPr>
          <w:p>
            <w:r>
              <w:t>环境与职业医学</w:t>
            </w:r>
          </w:p>
        </w:tc>
        <w:tc>
          <w:tcPr>
            <w:tcW w:type="dxa" w:w="2880"/>
          </w:tcPr>
          <w:p/>
        </w:tc>
      </w:tr>
      <w:tr>
        <w:tc>
          <w:tcPr>
            <w:tcW w:type="dxa" w:w="2880"/>
          </w:tcPr>
          <w:p>
            <w:r>
              <w:t>二类（2种）</w:t>
            </w:r>
          </w:p>
        </w:tc>
        <w:tc>
          <w:tcPr>
            <w:tcW w:type="dxa" w:w="2880"/>
          </w:tcPr>
          <w:p>
            <w:r>
              <w:t>1</w:t>
            </w:r>
          </w:p>
        </w:tc>
        <w:tc>
          <w:tcPr>
            <w:tcW w:type="dxa" w:w="2880"/>
          </w:tcPr>
          <w:p>
            <w:r>
              <w:t>中华放射学杂志</w:t>
            </w:r>
          </w:p>
        </w:tc>
      </w:tr>
      <w:tr>
        <w:tc>
          <w:tcPr>
            <w:tcW w:type="dxa" w:w="2880"/>
          </w:tcPr>
          <w:p>
            <w:r>
              <w:t>2</w:t>
            </w:r>
          </w:p>
        </w:tc>
        <w:tc>
          <w:tcPr>
            <w:tcW w:type="dxa" w:w="2880"/>
          </w:tcPr>
          <w:p>
            <w:r>
              <w:t>中国运动医学杂志</w:t>
            </w:r>
          </w:p>
        </w:tc>
        <w:tc>
          <w:tcPr>
            <w:tcW w:type="dxa" w:w="2880"/>
          </w:tcPr>
          <w:p/>
        </w:tc>
      </w:tr>
      <w:tr>
        <w:tc>
          <w:tcPr>
            <w:tcW w:type="dxa" w:w="2880"/>
          </w:tcPr>
          <w:p>
            <w:r>
              <w:t>三类（5种）</w:t>
            </w:r>
          </w:p>
        </w:tc>
        <w:tc>
          <w:tcPr>
            <w:tcW w:type="dxa" w:w="2880"/>
          </w:tcPr>
          <w:p>
            <w:r>
              <w:t>1</w:t>
            </w:r>
          </w:p>
        </w:tc>
        <w:tc>
          <w:tcPr>
            <w:tcW w:type="dxa" w:w="2880"/>
          </w:tcPr>
          <w:p>
            <w:r>
              <w:t>中华放射医学与防护杂志</w:t>
            </w:r>
          </w:p>
        </w:tc>
      </w:tr>
      <w:tr>
        <w:tc>
          <w:tcPr>
            <w:tcW w:type="dxa" w:w="2880"/>
          </w:tcPr>
          <w:p>
            <w:r>
              <w:t>2</w:t>
            </w:r>
          </w:p>
        </w:tc>
        <w:tc>
          <w:tcPr>
            <w:tcW w:type="dxa" w:w="2880"/>
          </w:tcPr>
          <w:p>
            <w:r>
              <w:t>介入放射学杂志</w:t>
            </w:r>
          </w:p>
        </w:tc>
        <w:tc>
          <w:tcPr>
            <w:tcW w:type="dxa" w:w="2880"/>
          </w:tcPr>
          <w:p/>
        </w:tc>
      </w:tr>
      <w:tr>
        <w:tc>
          <w:tcPr>
            <w:tcW w:type="dxa" w:w="2880"/>
          </w:tcPr>
          <w:p>
            <w:r>
              <w:t>3</w:t>
            </w:r>
          </w:p>
        </w:tc>
        <w:tc>
          <w:tcPr>
            <w:tcW w:type="dxa" w:w="2880"/>
          </w:tcPr>
          <w:p>
            <w:r>
              <w:t>放射学实践</w:t>
            </w:r>
          </w:p>
        </w:tc>
        <w:tc>
          <w:tcPr>
            <w:tcW w:type="dxa" w:w="2880"/>
          </w:tcPr>
          <w:p/>
        </w:tc>
      </w:tr>
      <w:tr>
        <w:tc>
          <w:tcPr>
            <w:tcW w:type="dxa" w:w="2880"/>
          </w:tcPr>
          <w:p>
            <w:r>
              <w:t>4</w:t>
            </w:r>
          </w:p>
        </w:tc>
        <w:tc>
          <w:tcPr>
            <w:tcW w:type="dxa" w:w="2880"/>
          </w:tcPr>
          <w:p>
            <w:r>
              <w:t>中华核医学与分子影像杂志</w:t>
            </w:r>
          </w:p>
        </w:tc>
        <w:tc>
          <w:tcPr>
            <w:tcW w:type="dxa" w:w="2880"/>
          </w:tcPr>
          <w:p/>
        </w:tc>
      </w:tr>
      <w:tr>
        <w:tc>
          <w:tcPr>
            <w:tcW w:type="dxa" w:w="2880"/>
          </w:tcPr>
          <w:p>
            <w:r>
              <w:t>5</w:t>
            </w:r>
          </w:p>
        </w:tc>
        <w:tc>
          <w:tcPr>
            <w:tcW w:type="dxa" w:w="2880"/>
          </w:tcPr>
          <w:p>
            <w:r>
              <w:t>中华航海医学与高气压医学杂志</w:t>
            </w:r>
          </w:p>
        </w:tc>
        <w:tc>
          <w:tcPr>
            <w:tcW w:type="dxa" w:w="2880"/>
          </w:tcPr>
          <w:p/>
        </w:tc>
      </w:tr>
      <w:tr>
        <w:tc>
          <w:tcPr>
            <w:tcW w:type="dxa" w:w="2880"/>
          </w:tcPr>
          <w:p>
            <w:r>
              <w:t>药学（共12种期刊）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药学学报</w:t>
            </w:r>
          </w:p>
        </w:tc>
      </w:tr>
      <w:tr>
        <w:tc>
          <w:tcPr>
            <w:tcW w:type="dxa" w:w="2880"/>
          </w:tcPr>
          <w:p>
            <w:r>
              <w:t>二类（4种）</w:t>
            </w:r>
          </w:p>
        </w:tc>
        <w:tc>
          <w:tcPr>
            <w:tcW w:type="dxa" w:w="2880"/>
          </w:tcPr>
          <w:p>
            <w:r>
              <w:t>1</w:t>
            </w:r>
          </w:p>
        </w:tc>
        <w:tc>
          <w:tcPr>
            <w:tcW w:type="dxa" w:w="2880"/>
          </w:tcPr>
          <w:p>
            <w:r>
              <w:t>中国药理学通报</w:t>
            </w:r>
          </w:p>
        </w:tc>
      </w:tr>
      <w:tr>
        <w:tc>
          <w:tcPr>
            <w:tcW w:type="dxa" w:w="2880"/>
          </w:tcPr>
          <w:p>
            <w:r>
              <w:t>2</w:t>
            </w:r>
          </w:p>
        </w:tc>
        <w:tc>
          <w:tcPr>
            <w:tcW w:type="dxa" w:w="2880"/>
          </w:tcPr>
          <w:p>
            <w:r>
              <w:t>中国药学杂志</w:t>
            </w:r>
          </w:p>
        </w:tc>
        <w:tc>
          <w:tcPr>
            <w:tcW w:type="dxa" w:w="2880"/>
          </w:tcPr>
          <w:p/>
        </w:tc>
      </w:tr>
      <w:tr>
        <w:tc>
          <w:tcPr>
            <w:tcW w:type="dxa" w:w="2880"/>
          </w:tcPr>
          <w:p>
            <w:r>
              <w:t>3</w:t>
            </w:r>
          </w:p>
        </w:tc>
        <w:tc>
          <w:tcPr>
            <w:tcW w:type="dxa" w:w="2880"/>
          </w:tcPr>
          <w:p>
            <w:r>
              <w:t>中国药房</w:t>
            </w:r>
          </w:p>
        </w:tc>
        <w:tc>
          <w:tcPr>
            <w:tcW w:type="dxa" w:w="2880"/>
          </w:tcPr>
          <w:p/>
        </w:tc>
      </w:tr>
      <w:tr>
        <w:tc>
          <w:tcPr>
            <w:tcW w:type="dxa" w:w="2880"/>
          </w:tcPr>
          <w:p>
            <w:r>
              <w:t>4</w:t>
            </w:r>
          </w:p>
        </w:tc>
        <w:tc>
          <w:tcPr>
            <w:tcW w:type="dxa" w:w="2880"/>
          </w:tcPr>
          <w:p>
            <w:r>
              <w:t>中国临床药理学杂志</w:t>
            </w:r>
          </w:p>
        </w:tc>
        <w:tc>
          <w:tcPr>
            <w:tcW w:type="dxa" w:w="2880"/>
          </w:tcPr>
          <w:p/>
        </w:tc>
      </w:tr>
      <w:tr>
        <w:tc>
          <w:tcPr>
            <w:tcW w:type="dxa" w:w="2880"/>
          </w:tcPr>
          <w:p>
            <w:r>
              <w:t>三类（7种）</w:t>
            </w:r>
          </w:p>
        </w:tc>
        <w:tc>
          <w:tcPr>
            <w:tcW w:type="dxa" w:w="2880"/>
          </w:tcPr>
          <w:p>
            <w:r>
              <w:t>1</w:t>
            </w:r>
          </w:p>
        </w:tc>
        <w:tc>
          <w:tcPr>
            <w:tcW w:type="dxa" w:w="2880"/>
          </w:tcPr>
          <w:p>
            <w:r>
              <w:t>药物分析杂志</w:t>
            </w:r>
          </w:p>
        </w:tc>
      </w:tr>
      <w:tr>
        <w:tc>
          <w:tcPr>
            <w:tcW w:type="dxa" w:w="2880"/>
          </w:tcPr>
          <w:p>
            <w:r>
              <w:t>2</w:t>
            </w:r>
          </w:p>
        </w:tc>
        <w:tc>
          <w:tcPr>
            <w:tcW w:type="dxa" w:w="2880"/>
          </w:tcPr>
          <w:p>
            <w:r>
              <w:t>Journal of Chinese Pharmaceutical Sciences</w:t>
            </w:r>
          </w:p>
        </w:tc>
        <w:tc>
          <w:tcPr>
            <w:tcW w:type="dxa" w:w="2880"/>
          </w:tcPr>
          <w:p/>
        </w:tc>
      </w:tr>
      <w:tr>
        <w:tc>
          <w:tcPr>
            <w:tcW w:type="dxa" w:w="2880"/>
          </w:tcPr>
          <w:p>
            <w:r>
              <w:t>3</w:t>
            </w:r>
          </w:p>
        </w:tc>
        <w:tc>
          <w:tcPr>
            <w:tcW w:type="dxa" w:w="2880"/>
          </w:tcPr>
          <w:p>
            <w:r>
              <w:t>中国药科大学学报</w:t>
            </w:r>
          </w:p>
        </w:tc>
        <w:tc>
          <w:tcPr>
            <w:tcW w:type="dxa" w:w="2880"/>
          </w:tcPr>
          <w:p/>
        </w:tc>
      </w:tr>
      <w:tr>
        <w:tc>
          <w:tcPr>
            <w:tcW w:type="dxa" w:w="2880"/>
          </w:tcPr>
          <w:p>
            <w:r>
              <w:t>4</w:t>
            </w:r>
          </w:p>
        </w:tc>
        <w:tc>
          <w:tcPr>
            <w:tcW w:type="dxa" w:w="2880"/>
          </w:tcPr>
          <w:p>
            <w:r>
              <w:t>中国抗生素杂志</w:t>
            </w:r>
          </w:p>
        </w:tc>
        <w:tc>
          <w:tcPr>
            <w:tcW w:type="dxa" w:w="2880"/>
          </w:tcPr>
          <w:p/>
        </w:tc>
      </w:tr>
      <w:tr>
        <w:tc>
          <w:tcPr>
            <w:tcW w:type="dxa" w:w="2880"/>
          </w:tcPr>
          <w:p>
            <w:r>
              <w:t>5</w:t>
            </w:r>
          </w:p>
        </w:tc>
        <w:tc>
          <w:tcPr>
            <w:tcW w:type="dxa" w:w="2880"/>
          </w:tcPr>
          <w:p>
            <w:r>
              <w:t>中国医院药学杂志</w:t>
            </w:r>
          </w:p>
        </w:tc>
        <w:tc>
          <w:tcPr>
            <w:tcW w:type="dxa" w:w="2880"/>
          </w:tcPr>
          <w:p/>
        </w:tc>
      </w:tr>
      <w:tr>
        <w:tc>
          <w:tcPr>
            <w:tcW w:type="dxa" w:w="2880"/>
          </w:tcPr>
          <w:p>
            <w:r>
              <w:t>6</w:t>
            </w:r>
          </w:p>
        </w:tc>
        <w:tc>
          <w:tcPr>
            <w:tcW w:type="dxa" w:w="2880"/>
          </w:tcPr>
          <w:p>
            <w:r>
              <w:t>中国现代应用药学</w:t>
            </w:r>
          </w:p>
        </w:tc>
        <w:tc>
          <w:tcPr>
            <w:tcW w:type="dxa" w:w="2880"/>
          </w:tcPr>
          <w:p/>
        </w:tc>
      </w:tr>
      <w:tr>
        <w:tc>
          <w:tcPr>
            <w:tcW w:type="dxa" w:w="2880"/>
          </w:tcPr>
          <w:p>
            <w:r>
              <w:t>7</w:t>
            </w:r>
          </w:p>
        </w:tc>
        <w:tc>
          <w:tcPr>
            <w:tcW w:type="dxa" w:w="2880"/>
          </w:tcPr>
          <w:p>
            <w:r>
              <w:t>中国新药杂志</w:t>
            </w:r>
          </w:p>
        </w:tc>
        <w:tc>
          <w:tcPr>
            <w:tcW w:type="dxa" w:w="2880"/>
          </w:tcPr>
          <w:p/>
        </w:tc>
      </w:tr>
      <w:tr>
        <w:tc>
          <w:tcPr>
            <w:tcW w:type="dxa" w:w="2880"/>
          </w:tcPr>
          <w:p>
            <w:r>
              <w:t>医学技术（共9种期刊）</w:t>
            </w:r>
          </w:p>
        </w:tc>
        <w:tc>
          <w:tcPr>
            <w:tcW w:type="dxa" w:w="2880"/>
          </w:tcPr>
          <w:p/>
        </w:tc>
        <w:tc>
          <w:tcPr>
            <w:tcW w:type="dxa" w:w="2880"/>
          </w:tcPr>
          <w:p/>
        </w:tc>
      </w:tr>
      <w:tr>
        <w:tc>
          <w:tcPr>
            <w:tcW w:type="dxa" w:w="2880"/>
          </w:tcPr>
          <w:p>
            <w:r>
              <w:t>一类（1种）</w:t>
            </w:r>
          </w:p>
        </w:tc>
        <w:tc>
          <w:tcPr>
            <w:tcW w:type="dxa" w:w="2880"/>
          </w:tcPr>
          <w:p>
            <w:r>
              <w:t>1</w:t>
            </w:r>
          </w:p>
        </w:tc>
        <w:tc>
          <w:tcPr>
            <w:tcW w:type="dxa" w:w="2880"/>
          </w:tcPr>
          <w:p>
            <w:r>
              <w:t>中华检验医学杂志</w:t>
            </w:r>
          </w:p>
        </w:tc>
      </w:tr>
      <w:tr>
        <w:tc>
          <w:tcPr>
            <w:tcW w:type="dxa" w:w="2880"/>
          </w:tcPr>
          <w:p>
            <w:r>
              <w:t>二类（2种）</w:t>
            </w:r>
          </w:p>
        </w:tc>
        <w:tc>
          <w:tcPr>
            <w:tcW w:type="dxa" w:w="2880"/>
          </w:tcPr>
          <w:p>
            <w:r>
              <w:t>1</w:t>
            </w:r>
          </w:p>
        </w:tc>
        <w:tc>
          <w:tcPr>
            <w:tcW w:type="dxa" w:w="2880"/>
          </w:tcPr>
          <w:p>
            <w:r>
              <w:t>中国医学影像技术</w:t>
            </w:r>
          </w:p>
        </w:tc>
      </w:tr>
      <w:tr>
        <w:tc>
          <w:tcPr>
            <w:tcW w:type="dxa" w:w="2880"/>
          </w:tcPr>
          <w:p>
            <w:r>
              <w:t>2</w:t>
            </w:r>
          </w:p>
        </w:tc>
        <w:tc>
          <w:tcPr>
            <w:tcW w:type="dxa" w:w="2880"/>
          </w:tcPr>
          <w:p>
            <w:r>
              <w:t>中华物理医学与康复杂志</w:t>
            </w:r>
          </w:p>
        </w:tc>
        <w:tc>
          <w:tcPr>
            <w:tcW w:type="dxa" w:w="2880"/>
          </w:tcPr>
          <w:p/>
        </w:tc>
      </w:tr>
      <w:tr>
        <w:tc>
          <w:tcPr>
            <w:tcW w:type="dxa" w:w="2880"/>
          </w:tcPr>
          <w:p>
            <w:r>
              <w:t>三类（6种）</w:t>
            </w:r>
          </w:p>
        </w:tc>
        <w:tc>
          <w:tcPr>
            <w:tcW w:type="dxa" w:w="2880"/>
          </w:tcPr>
          <w:p>
            <w:r>
              <w:t>1</w:t>
            </w:r>
          </w:p>
        </w:tc>
        <w:tc>
          <w:tcPr>
            <w:tcW w:type="dxa" w:w="2880"/>
          </w:tcPr>
          <w:p>
            <w:r>
              <w:t>中国临床医学影像杂志</w:t>
            </w:r>
          </w:p>
        </w:tc>
      </w:tr>
      <w:tr>
        <w:tc>
          <w:tcPr>
            <w:tcW w:type="dxa" w:w="2880"/>
          </w:tcPr>
          <w:p>
            <w:r>
              <w:t>2</w:t>
            </w:r>
          </w:p>
        </w:tc>
        <w:tc>
          <w:tcPr>
            <w:tcW w:type="dxa" w:w="2880"/>
          </w:tcPr>
          <w:p>
            <w:r>
              <w:t>中国超声医学杂志</w:t>
            </w:r>
          </w:p>
        </w:tc>
        <w:tc>
          <w:tcPr>
            <w:tcW w:type="dxa" w:w="2880"/>
          </w:tcPr>
          <w:p/>
        </w:tc>
      </w:tr>
      <w:tr>
        <w:tc>
          <w:tcPr>
            <w:tcW w:type="dxa" w:w="2880"/>
          </w:tcPr>
          <w:p>
            <w:r>
              <w:t>3</w:t>
            </w:r>
          </w:p>
        </w:tc>
        <w:tc>
          <w:tcPr>
            <w:tcW w:type="dxa" w:w="2880"/>
          </w:tcPr>
          <w:p>
            <w:r>
              <w:t>磁共振成像</w:t>
            </w:r>
          </w:p>
        </w:tc>
        <w:tc>
          <w:tcPr>
            <w:tcW w:type="dxa" w:w="2880"/>
          </w:tcPr>
          <w:p/>
        </w:tc>
      </w:tr>
      <w:tr>
        <w:tc>
          <w:tcPr>
            <w:tcW w:type="dxa" w:w="2880"/>
          </w:tcPr>
          <w:p>
            <w:r>
              <w:t>4</w:t>
            </w:r>
          </w:p>
        </w:tc>
        <w:tc>
          <w:tcPr>
            <w:tcW w:type="dxa" w:w="2880"/>
          </w:tcPr>
          <w:p>
            <w:r>
              <w:t>中国医学影像学杂志</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5</w:t>
            </w:r>
          </w:p>
        </w:tc>
        <w:tc>
          <w:tcPr>
            <w:tcW w:type="dxa" w:w="2880"/>
          </w:tcPr>
          <w:p>
            <w:r>
              <w:t>中华医学超声杂志（电子版）</w:t>
            </w:r>
          </w:p>
        </w:tc>
      </w:tr>
      <w:tr>
        <w:tc>
          <w:tcPr>
            <w:tcW w:type="dxa" w:w="2880"/>
          </w:tcPr>
          <w:p>
            <w:r>
              <w:t>6</w:t>
            </w:r>
          </w:p>
        </w:tc>
        <w:tc>
          <w:tcPr>
            <w:tcW w:type="dxa" w:w="2880"/>
          </w:tcPr>
          <w:p>
            <w:r>
              <w:t>中华超声影像学杂志</w:t>
            </w:r>
          </w:p>
        </w:tc>
        <w:tc>
          <w:tcPr>
            <w:tcW w:type="dxa" w:w="2880"/>
          </w:tcPr>
          <w:p/>
        </w:tc>
      </w:tr>
      <w:tr>
        <w:tc>
          <w:tcPr>
            <w:tcW w:type="dxa" w:w="2880"/>
          </w:tcPr>
          <w:p>
            <w:r>
              <w:t>中西医结合（共2种期刊）</w:t>
            </w:r>
          </w:p>
        </w:tc>
        <w:tc>
          <w:tcPr>
            <w:tcW w:type="dxa" w:w="2880"/>
          </w:tcPr>
          <w:p/>
        </w:tc>
        <w:tc>
          <w:tcPr>
            <w:tcW w:type="dxa" w:w="2880"/>
          </w:tcPr>
          <w:p/>
        </w:tc>
      </w:tr>
      <w:tr>
        <w:tc>
          <w:tcPr>
            <w:tcW w:type="dxa" w:w="2880"/>
          </w:tcPr>
          <w:p>
            <w:r>
              <w:t>三类（2种）</w:t>
            </w:r>
          </w:p>
        </w:tc>
        <w:tc>
          <w:tcPr>
            <w:tcW w:type="dxa" w:w="2880"/>
          </w:tcPr>
          <w:p>
            <w:r>
              <w:t>1</w:t>
            </w:r>
          </w:p>
        </w:tc>
        <w:tc>
          <w:tcPr>
            <w:tcW w:type="dxa" w:w="2880"/>
          </w:tcPr>
          <w:p>
            <w:r>
              <w:t>中国中西医结合杂志</w:t>
            </w:r>
          </w:p>
        </w:tc>
      </w:tr>
      <w:tr>
        <w:tc>
          <w:tcPr>
            <w:tcW w:type="dxa" w:w="2880"/>
          </w:tcPr>
          <w:p>
            <w:r>
              <w:t>2</w:t>
            </w:r>
          </w:p>
        </w:tc>
        <w:tc>
          <w:tcPr>
            <w:tcW w:type="dxa" w:w="2880"/>
          </w:tcPr>
          <w:p>
            <w:r>
              <w:t>中国中西医结合急救杂志</w:t>
            </w:r>
          </w:p>
        </w:tc>
        <w:tc>
          <w:tcPr>
            <w:tcW w:type="dxa" w:w="2880"/>
          </w:tcPr>
          <w:p/>
        </w:tc>
      </w:tr>
      <w:tr>
        <w:tc>
          <w:tcPr>
            <w:tcW w:type="dxa" w:w="2880"/>
          </w:tcPr>
          <w:p>
            <w:r>
              <w:t>中药学（共5种期刊）</w:t>
            </w:r>
          </w:p>
        </w:tc>
        <w:tc>
          <w:tcPr>
            <w:tcW w:type="dxa" w:w="2880"/>
          </w:tcPr>
          <w:p/>
        </w:tc>
        <w:tc>
          <w:tcPr>
            <w:tcW w:type="dxa" w:w="2880"/>
          </w:tcPr>
          <w:p/>
        </w:tc>
      </w:tr>
      <w:tr>
        <w:tc>
          <w:tcPr>
            <w:tcW w:type="dxa" w:w="2880"/>
          </w:tcPr>
          <w:p>
            <w:r>
              <w:t>二类（1种）</w:t>
            </w:r>
          </w:p>
        </w:tc>
        <w:tc>
          <w:tcPr>
            <w:tcW w:type="dxa" w:w="2880"/>
          </w:tcPr>
          <w:p>
            <w:r>
              <w:t>1</w:t>
            </w:r>
          </w:p>
        </w:tc>
        <w:tc>
          <w:tcPr>
            <w:tcW w:type="dxa" w:w="2880"/>
          </w:tcPr>
          <w:p>
            <w:r>
              <w:t>中草药</w:t>
            </w:r>
          </w:p>
        </w:tc>
      </w:tr>
      <w:tr>
        <w:tc>
          <w:tcPr>
            <w:tcW w:type="dxa" w:w="2880"/>
          </w:tcPr>
          <w:p>
            <w:r>
              <w:t>三类（4种）</w:t>
            </w:r>
          </w:p>
        </w:tc>
        <w:tc>
          <w:tcPr>
            <w:tcW w:type="dxa" w:w="2880"/>
          </w:tcPr>
          <w:p>
            <w:r>
              <w:t>1</w:t>
            </w:r>
          </w:p>
        </w:tc>
        <w:tc>
          <w:tcPr>
            <w:tcW w:type="dxa" w:w="2880"/>
          </w:tcPr>
          <w:p>
            <w:r>
              <w:t>中药新药与临床药理</w:t>
            </w:r>
          </w:p>
        </w:tc>
      </w:tr>
      <w:tr>
        <w:tc>
          <w:tcPr>
            <w:tcW w:type="dxa" w:w="2880"/>
          </w:tcPr>
          <w:p>
            <w:r>
              <w:t>2</w:t>
            </w:r>
          </w:p>
        </w:tc>
        <w:tc>
          <w:tcPr>
            <w:tcW w:type="dxa" w:w="2880"/>
          </w:tcPr>
          <w:p>
            <w:r>
              <w:t>天然产物研究与开发</w:t>
            </w:r>
          </w:p>
        </w:tc>
        <w:tc>
          <w:tcPr>
            <w:tcW w:type="dxa" w:w="2880"/>
          </w:tcPr>
          <w:p/>
        </w:tc>
      </w:tr>
      <w:tr>
        <w:tc>
          <w:tcPr>
            <w:tcW w:type="dxa" w:w="2880"/>
          </w:tcPr>
          <w:p>
            <w:r>
              <w:t>3</w:t>
            </w:r>
          </w:p>
        </w:tc>
        <w:tc>
          <w:tcPr>
            <w:tcW w:type="dxa" w:w="2880"/>
          </w:tcPr>
          <w:p>
            <w:r>
              <w:t>中成药</w:t>
            </w:r>
          </w:p>
        </w:tc>
        <w:tc>
          <w:tcPr>
            <w:tcW w:type="dxa" w:w="2880"/>
          </w:tcPr>
          <w:p/>
        </w:tc>
      </w:tr>
      <w:tr>
        <w:tc>
          <w:tcPr>
            <w:tcW w:type="dxa" w:w="2880"/>
          </w:tcPr>
          <w:p>
            <w:r>
              <w:t>4</w:t>
            </w:r>
          </w:p>
        </w:tc>
        <w:tc>
          <w:tcPr>
            <w:tcW w:type="dxa" w:w="2880"/>
          </w:tcPr>
          <w:p>
            <w:r>
              <w:t>中药药理与临床</w:t>
            </w:r>
          </w:p>
        </w:tc>
        <w:tc>
          <w:tcPr>
            <w:tcW w:type="dxa" w:w="2880"/>
          </w:tcPr>
          <w:p/>
        </w:tc>
      </w:tr>
      <w:tr>
        <w:tc>
          <w:tcPr>
            <w:tcW w:type="dxa" w:w="2880"/>
          </w:tcPr>
          <w:p>
            <w:r>
              <w:t>中医学（共10种期刊）</w:t>
            </w:r>
          </w:p>
        </w:tc>
        <w:tc>
          <w:tcPr>
            <w:tcW w:type="dxa" w:w="2880"/>
          </w:tcPr>
          <w:p/>
        </w:tc>
        <w:tc>
          <w:tcPr>
            <w:tcW w:type="dxa" w:w="2880"/>
          </w:tcPr>
          <w:p/>
        </w:tc>
      </w:tr>
      <w:tr>
        <w:tc>
          <w:tcPr>
            <w:tcW w:type="dxa" w:w="2880"/>
          </w:tcPr>
          <w:p>
            <w:r>
              <w:t>一类（2种）</w:t>
            </w:r>
          </w:p>
        </w:tc>
        <w:tc>
          <w:tcPr>
            <w:tcW w:type="dxa" w:w="2880"/>
          </w:tcPr>
          <w:p>
            <w:r>
              <w:t>1</w:t>
            </w:r>
          </w:p>
        </w:tc>
        <w:tc>
          <w:tcPr>
            <w:tcW w:type="dxa" w:w="2880"/>
          </w:tcPr>
          <w:p>
            <w:r>
              <w:t>中国中药杂志</w:t>
            </w:r>
          </w:p>
        </w:tc>
      </w:tr>
      <w:tr>
        <w:tc>
          <w:tcPr>
            <w:tcW w:type="dxa" w:w="2880"/>
          </w:tcPr>
          <w:p>
            <w:r>
              <w:t>2</w:t>
            </w:r>
          </w:p>
        </w:tc>
        <w:tc>
          <w:tcPr>
            <w:tcW w:type="dxa" w:w="2880"/>
          </w:tcPr>
          <w:p>
            <w:r>
              <w:t>针刺研究</w:t>
            </w:r>
          </w:p>
        </w:tc>
        <w:tc>
          <w:tcPr>
            <w:tcW w:type="dxa" w:w="2880"/>
          </w:tcPr>
          <w:p/>
        </w:tc>
      </w:tr>
      <w:tr>
        <w:tc>
          <w:tcPr>
            <w:tcW w:type="dxa" w:w="2880"/>
          </w:tcPr>
          <w:p>
            <w:r>
              <w:t>二类（4种）</w:t>
            </w:r>
          </w:p>
        </w:tc>
        <w:tc>
          <w:tcPr>
            <w:tcW w:type="dxa" w:w="2880"/>
          </w:tcPr>
          <w:p>
            <w:r>
              <w:t>1</w:t>
            </w:r>
          </w:p>
        </w:tc>
        <w:tc>
          <w:tcPr>
            <w:tcW w:type="dxa" w:w="2880"/>
          </w:tcPr>
          <w:p>
            <w:r>
              <w:t>中国针灸</w:t>
            </w:r>
          </w:p>
        </w:tc>
      </w:tr>
      <w:tr>
        <w:tc>
          <w:tcPr>
            <w:tcW w:type="dxa" w:w="2880"/>
          </w:tcPr>
          <w:p>
            <w:r>
              <w:t>2</w:t>
            </w:r>
          </w:p>
        </w:tc>
        <w:tc>
          <w:tcPr>
            <w:tcW w:type="dxa" w:w="2880"/>
          </w:tcPr>
          <w:p>
            <w:r>
              <w:t>中国实验方剂学杂志</w:t>
            </w:r>
          </w:p>
        </w:tc>
        <w:tc>
          <w:tcPr>
            <w:tcW w:type="dxa" w:w="2880"/>
          </w:tcPr>
          <w:p/>
        </w:tc>
      </w:tr>
      <w:tr>
        <w:tc>
          <w:tcPr>
            <w:tcW w:type="dxa" w:w="2880"/>
          </w:tcPr>
          <w:p>
            <w:r>
              <w:t>3</w:t>
            </w:r>
          </w:p>
        </w:tc>
        <w:tc>
          <w:tcPr>
            <w:tcW w:type="dxa" w:w="2880"/>
          </w:tcPr>
          <w:p>
            <w:r>
              <w:t>中医杂志</w:t>
            </w:r>
          </w:p>
        </w:tc>
        <w:tc>
          <w:tcPr>
            <w:tcW w:type="dxa" w:w="2880"/>
          </w:tcPr>
          <w:p/>
        </w:tc>
      </w:tr>
      <w:tr>
        <w:tc>
          <w:tcPr>
            <w:tcW w:type="dxa" w:w="2880"/>
          </w:tcPr>
          <w:p>
            <w:r>
              <w:t>4</w:t>
            </w:r>
          </w:p>
        </w:tc>
        <w:tc>
          <w:tcPr>
            <w:tcW w:type="dxa" w:w="2880"/>
          </w:tcPr>
          <w:p>
            <w:r>
              <w:t>南京中医药大学学报</w:t>
            </w:r>
          </w:p>
        </w:tc>
        <w:tc>
          <w:tcPr>
            <w:tcW w:type="dxa" w:w="2880"/>
          </w:tcPr>
          <w:p/>
        </w:tc>
      </w:tr>
      <w:tr>
        <w:tc>
          <w:tcPr>
            <w:tcW w:type="dxa" w:w="2880"/>
          </w:tcPr>
          <w:p>
            <w:r>
              <w:t>三类（4种）</w:t>
            </w:r>
          </w:p>
        </w:tc>
        <w:tc>
          <w:tcPr>
            <w:tcW w:type="dxa" w:w="2880"/>
          </w:tcPr>
          <w:p>
            <w:r>
              <w:t>1</w:t>
            </w:r>
          </w:p>
        </w:tc>
        <w:tc>
          <w:tcPr>
            <w:tcW w:type="dxa" w:w="2880"/>
          </w:tcPr>
          <w:p>
            <w:r>
              <w:t>World Journal of Acupuncture-Moxibustion</w:t>
            </w:r>
          </w:p>
        </w:tc>
      </w:tr>
      <w:tr>
        <w:tc>
          <w:tcPr>
            <w:tcW w:type="dxa" w:w="2880"/>
          </w:tcPr>
          <w:p>
            <w:r>
              <w:t>2</w:t>
            </w:r>
          </w:p>
        </w:tc>
        <w:tc>
          <w:tcPr>
            <w:tcW w:type="dxa" w:w="2880"/>
          </w:tcPr>
          <w:p>
            <w:r>
              <w:t>北京中医药大学学报</w:t>
            </w:r>
          </w:p>
        </w:tc>
        <w:tc>
          <w:tcPr>
            <w:tcW w:type="dxa" w:w="2880"/>
          </w:tcPr>
          <w:p/>
        </w:tc>
      </w:tr>
      <w:tr>
        <w:tc>
          <w:tcPr>
            <w:tcW w:type="dxa" w:w="2880"/>
          </w:tcPr>
          <w:p>
            <w:r>
              <w:t>3</w:t>
            </w:r>
          </w:p>
        </w:tc>
        <w:tc>
          <w:tcPr>
            <w:tcW w:type="dxa" w:w="2880"/>
          </w:tcPr>
          <w:p>
            <w:r>
              <w:t>中华中医药杂志</w:t>
            </w:r>
          </w:p>
        </w:tc>
        <w:tc>
          <w:tcPr>
            <w:tcW w:type="dxa" w:w="2880"/>
          </w:tcPr>
          <w:p/>
        </w:tc>
      </w:tr>
      <w:tr>
        <w:tc>
          <w:tcPr>
            <w:tcW w:type="dxa" w:w="2880"/>
          </w:tcPr>
          <w:p>
            <w:r>
              <w:t>4</w:t>
            </w:r>
          </w:p>
        </w:tc>
        <w:tc>
          <w:tcPr>
            <w:tcW w:type="dxa" w:w="2880"/>
          </w:tcPr>
          <w:p>
            <w:r>
              <w:t>Journal of Acupuncture and Tuina Science</w:t>
            </w:r>
          </w:p>
        </w:tc>
        <w:tc>
          <w:tcPr>
            <w:tcW w:type="dxa" w:w="2880"/>
          </w:tcPr>
          <w:p/>
        </w:tc>
      </w:tr>
      <w:tr>
        <w:tc>
          <w:tcPr>
            <w:tcW w:type="dxa" w:w="2880"/>
          </w:tcPr>
          <w:p>
            <w:r>
              <w:t>综合类（73种）</w:t>
            </w:r>
          </w:p>
        </w:tc>
        <w:tc>
          <w:tcPr>
            <w:tcW w:type="dxa" w:w="2880"/>
          </w:tcPr>
          <w:p/>
        </w:tc>
        <w:tc>
          <w:tcPr>
            <w:tcW w:type="dxa" w:w="2880"/>
          </w:tcPr>
          <w:p/>
        </w:tc>
      </w:tr>
      <w:tr>
        <w:tc>
          <w:tcPr>
            <w:tcW w:type="dxa" w:w="2880"/>
          </w:tcPr>
          <w:p>
            <w:r>
              <w:t>类别</w:t>
            </w:r>
          </w:p>
        </w:tc>
        <w:tc>
          <w:tcPr>
            <w:tcW w:type="dxa" w:w="2880"/>
          </w:tcPr>
          <w:p>
            <w:r>
              <w:t>期刊名称</w:t>
            </w:r>
          </w:p>
        </w:tc>
        <w:tc>
          <w:tcPr>
            <w:tcW w:type="dxa" w:w="2880"/>
          </w:tcPr>
          <w:p/>
        </w:tc>
      </w:tr>
      <w:tr>
        <w:tc>
          <w:tcPr>
            <w:tcW w:type="dxa" w:w="2880"/>
          </w:tcPr>
          <w:p>
            <w:r>
              <w:t>综合（共73种期刊）</w:t>
            </w:r>
          </w:p>
        </w:tc>
        <w:tc>
          <w:tcPr>
            <w:tcW w:type="dxa" w:w="2880"/>
          </w:tcPr>
          <w:p/>
        </w:tc>
        <w:tc>
          <w:tcPr>
            <w:tcW w:type="dxa" w:w="2880"/>
          </w:tcPr>
          <w:p/>
        </w:tc>
      </w:tr>
      <w:tr>
        <w:tc>
          <w:tcPr>
            <w:tcW w:type="dxa" w:w="2880"/>
          </w:tcPr>
          <w:p>
            <w:r>
              <w:t>一类（4种）</w:t>
            </w:r>
          </w:p>
        </w:tc>
        <w:tc>
          <w:tcPr>
            <w:tcW w:type="dxa" w:w="2880"/>
          </w:tcPr>
          <w:p>
            <w:r>
              <w:t>1</w:t>
            </w:r>
          </w:p>
        </w:tc>
        <w:tc>
          <w:tcPr>
            <w:tcW w:type="dxa" w:w="2880"/>
          </w:tcPr>
          <w:p>
            <w:r>
              <w:t>中国科学院院刊</w:t>
            </w:r>
          </w:p>
        </w:tc>
      </w:tr>
      <w:tr>
        <w:tc>
          <w:tcPr>
            <w:tcW w:type="dxa" w:w="2880"/>
          </w:tcPr>
          <w:p>
            <w:r>
              <w:t>2</w:t>
            </w:r>
          </w:p>
        </w:tc>
        <w:tc>
          <w:tcPr>
            <w:tcW w:type="dxa" w:w="2880"/>
          </w:tcPr>
          <w:p>
            <w:r>
              <w:t>科学通报</w:t>
            </w:r>
          </w:p>
        </w:tc>
        <w:tc>
          <w:tcPr>
            <w:tcW w:type="dxa" w:w="2880"/>
          </w:tcPr>
          <w:p/>
        </w:tc>
      </w:tr>
      <w:tr>
        <w:tc>
          <w:tcPr>
            <w:tcW w:type="dxa" w:w="2880"/>
          </w:tcPr>
          <w:p>
            <w:r>
              <w:t>3</w:t>
            </w:r>
          </w:p>
        </w:tc>
        <w:tc>
          <w:tcPr>
            <w:tcW w:type="dxa" w:w="2880"/>
          </w:tcPr>
          <w:p>
            <w:r>
              <w:t>中国科学：技术科学</w:t>
            </w:r>
          </w:p>
        </w:tc>
        <w:tc>
          <w:tcPr>
            <w:tcW w:type="dxa" w:w="2880"/>
          </w:tcPr>
          <w:p/>
        </w:tc>
      </w:tr>
      <w:tr>
        <w:tc>
          <w:tcPr>
            <w:tcW w:type="dxa" w:w="2880"/>
          </w:tcPr>
          <w:p>
            <w:r>
              <w:t>4</w:t>
            </w:r>
          </w:p>
        </w:tc>
        <w:tc>
          <w:tcPr>
            <w:tcW w:type="dxa" w:w="2880"/>
          </w:tcPr>
          <w:p>
            <w:r>
              <w:t>中国工程科学</w:t>
            </w:r>
          </w:p>
        </w:tc>
        <w:tc>
          <w:tcPr>
            <w:tcW w:type="dxa" w:w="2880"/>
          </w:tcPr>
          <w:p/>
        </w:tc>
      </w:tr>
      <w:tr>
        <w:tc>
          <w:tcPr>
            <w:tcW w:type="dxa" w:w="2880"/>
          </w:tcPr>
          <w:p>
            <w:r>
              <w:t>二类（33种）</w:t>
            </w:r>
          </w:p>
        </w:tc>
        <w:tc>
          <w:tcPr>
            <w:tcW w:type="dxa" w:w="2880"/>
          </w:tcPr>
          <w:p>
            <w:r>
              <w:t>1</w:t>
            </w:r>
          </w:p>
        </w:tc>
        <w:tc>
          <w:tcPr>
            <w:tcW w:type="dxa" w:w="2880"/>
          </w:tcPr>
          <w:p>
            <w:r>
              <w:t>工程科学学报</w:t>
            </w:r>
          </w:p>
        </w:tc>
      </w:tr>
      <w:tr>
        <w:tc>
          <w:tcPr>
            <w:tcW w:type="dxa" w:w="2880"/>
          </w:tcPr>
          <w:p>
            <w:r>
              <w:t>2</w:t>
            </w:r>
          </w:p>
        </w:tc>
        <w:tc>
          <w:tcPr>
            <w:tcW w:type="dxa" w:w="2880"/>
          </w:tcPr>
          <w:p>
            <w:r>
              <w:t>浙江大学学报（工学版）</w:t>
            </w:r>
          </w:p>
        </w:tc>
        <w:tc>
          <w:tcPr>
            <w:tcW w:type="dxa" w:w="2880"/>
          </w:tcPr>
          <w:p/>
        </w:tc>
      </w:tr>
      <w:tr>
        <w:tc>
          <w:tcPr>
            <w:tcW w:type="dxa" w:w="2880"/>
          </w:tcPr>
          <w:p>
            <w:r>
              <w:t>3</w:t>
            </w:r>
          </w:p>
        </w:tc>
        <w:tc>
          <w:tcPr>
            <w:tcW w:type="dxa" w:w="2880"/>
          </w:tcPr>
          <w:p>
            <w:r>
              <w:t>应用基础与工程科学学报</w:t>
            </w:r>
          </w:p>
        </w:tc>
        <w:tc>
          <w:tcPr>
            <w:tcW w:type="dxa" w:w="2880"/>
          </w:tcPr>
          <w:p/>
        </w:tc>
      </w:tr>
      <w:tr>
        <w:tc>
          <w:tcPr>
            <w:tcW w:type="dxa" w:w="2880"/>
          </w:tcPr>
          <w:p>
            <w:r>
              <w:t>4</w:t>
            </w:r>
          </w:p>
        </w:tc>
        <w:tc>
          <w:tcPr>
            <w:tcW w:type="dxa" w:w="2880"/>
          </w:tcPr>
          <w:p>
            <w:r>
              <w:t>西安交通大学学报</w:t>
            </w:r>
          </w:p>
        </w:tc>
        <w:tc>
          <w:tcPr>
            <w:tcW w:type="dxa" w:w="2880"/>
          </w:tcPr>
          <w:p/>
        </w:tc>
      </w:tr>
      <w:tr>
        <w:tc>
          <w:tcPr>
            <w:tcW w:type="dxa" w:w="2880"/>
          </w:tcPr>
          <w:p>
            <w:r>
              <w:t>5</w:t>
            </w:r>
          </w:p>
        </w:tc>
        <w:tc>
          <w:tcPr>
            <w:tcW w:type="dxa" w:w="2880"/>
          </w:tcPr>
          <w:p>
            <w:r>
              <w:t>哈尔滨工程大学学报</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6</w:t>
            </w:r>
          </w:p>
        </w:tc>
        <w:tc>
          <w:tcPr>
            <w:tcW w:type="dxa" w:w="2880"/>
          </w:tcPr>
          <w:p>
            <w:r>
              <w:t>浙江大学学报（医学版）</w:t>
            </w:r>
          </w:p>
        </w:tc>
      </w:tr>
      <w:tr>
        <w:tc>
          <w:tcPr>
            <w:tcW w:type="dxa" w:w="2880"/>
          </w:tcPr>
          <w:p>
            <w:r>
              <w:t>7</w:t>
            </w:r>
          </w:p>
        </w:tc>
        <w:tc>
          <w:tcPr>
            <w:tcW w:type="dxa" w:w="2880"/>
          </w:tcPr>
          <w:p>
            <w:r>
              <w:t>哈尔滨工业大学学报</w:t>
            </w:r>
          </w:p>
        </w:tc>
        <w:tc>
          <w:tcPr>
            <w:tcW w:type="dxa" w:w="2880"/>
          </w:tcPr>
          <w:p/>
        </w:tc>
      </w:tr>
      <w:tr>
        <w:tc>
          <w:tcPr>
            <w:tcW w:type="dxa" w:w="2880"/>
          </w:tcPr>
          <w:p>
            <w:r>
              <w:t>8</w:t>
            </w:r>
          </w:p>
        </w:tc>
        <w:tc>
          <w:tcPr>
            <w:tcW w:type="dxa" w:w="2880"/>
          </w:tcPr>
          <w:p>
            <w:r>
              <w:t>北京工业大学学报</w:t>
            </w:r>
          </w:p>
        </w:tc>
        <w:tc>
          <w:tcPr>
            <w:tcW w:type="dxa" w:w="2880"/>
          </w:tcPr>
          <w:p/>
        </w:tc>
      </w:tr>
      <w:tr>
        <w:tc>
          <w:tcPr>
            <w:tcW w:type="dxa" w:w="2880"/>
          </w:tcPr>
          <w:p>
            <w:r>
              <w:t>9</w:t>
            </w:r>
          </w:p>
        </w:tc>
        <w:tc>
          <w:tcPr>
            <w:tcW w:type="dxa" w:w="2880"/>
          </w:tcPr>
          <w:p>
            <w:r>
              <w:t>中南大学学报（自然科学版）</w:t>
            </w:r>
          </w:p>
        </w:tc>
        <w:tc>
          <w:tcPr>
            <w:tcW w:type="dxa" w:w="2880"/>
          </w:tcPr>
          <w:p/>
        </w:tc>
      </w:tr>
      <w:tr>
        <w:tc>
          <w:tcPr>
            <w:tcW w:type="dxa" w:w="2880"/>
          </w:tcPr>
          <w:p>
            <w:r>
              <w:t>10</w:t>
            </w:r>
          </w:p>
        </w:tc>
        <w:tc>
          <w:tcPr>
            <w:tcW w:type="dxa" w:w="2880"/>
          </w:tcPr>
          <w:p>
            <w:r>
              <w:t>南京农业大学学报</w:t>
            </w:r>
          </w:p>
        </w:tc>
        <w:tc>
          <w:tcPr>
            <w:tcW w:type="dxa" w:w="2880"/>
          </w:tcPr>
          <w:p/>
        </w:tc>
      </w:tr>
      <w:tr>
        <w:tc>
          <w:tcPr>
            <w:tcW w:type="dxa" w:w="2880"/>
          </w:tcPr>
          <w:p>
            <w:r>
              <w:t>11</w:t>
            </w:r>
          </w:p>
        </w:tc>
        <w:tc>
          <w:tcPr>
            <w:tcW w:type="dxa" w:w="2880"/>
          </w:tcPr>
          <w:p>
            <w:r>
              <w:t>西北农林科技大学学报（自然科学版）</w:t>
            </w:r>
          </w:p>
        </w:tc>
        <w:tc>
          <w:tcPr>
            <w:tcW w:type="dxa" w:w="2880"/>
          </w:tcPr>
          <w:p/>
        </w:tc>
      </w:tr>
      <w:tr>
        <w:tc>
          <w:tcPr>
            <w:tcW w:type="dxa" w:w="2880"/>
          </w:tcPr>
          <w:p>
            <w:r>
              <w:t>12</w:t>
            </w:r>
          </w:p>
        </w:tc>
        <w:tc>
          <w:tcPr>
            <w:tcW w:type="dxa" w:w="2880"/>
          </w:tcPr>
          <w:p>
            <w:r>
              <w:t>同济大学学报（自然科学版）</w:t>
            </w:r>
          </w:p>
        </w:tc>
        <w:tc>
          <w:tcPr>
            <w:tcW w:type="dxa" w:w="2880"/>
          </w:tcPr>
          <w:p/>
        </w:tc>
      </w:tr>
      <w:tr>
        <w:tc>
          <w:tcPr>
            <w:tcW w:type="dxa" w:w="2880"/>
          </w:tcPr>
          <w:p>
            <w:r>
              <w:t>13</w:t>
            </w:r>
          </w:p>
        </w:tc>
        <w:tc>
          <w:tcPr>
            <w:tcW w:type="dxa" w:w="2880"/>
          </w:tcPr>
          <w:p>
            <w:r>
              <w:t>科技导报</w:t>
            </w:r>
          </w:p>
        </w:tc>
        <w:tc>
          <w:tcPr>
            <w:tcW w:type="dxa" w:w="2880"/>
          </w:tcPr>
          <w:p/>
        </w:tc>
      </w:tr>
      <w:tr>
        <w:tc>
          <w:tcPr>
            <w:tcW w:type="dxa" w:w="2880"/>
          </w:tcPr>
          <w:p>
            <w:r>
              <w:t>14</w:t>
            </w:r>
          </w:p>
        </w:tc>
        <w:tc>
          <w:tcPr>
            <w:tcW w:type="dxa" w:w="2880"/>
          </w:tcPr>
          <w:p>
            <w:r>
              <w:t>华中科技大学学报（自然科学版）</w:t>
            </w:r>
          </w:p>
        </w:tc>
        <w:tc>
          <w:tcPr>
            <w:tcW w:type="dxa" w:w="2880"/>
          </w:tcPr>
          <w:p/>
        </w:tc>
      </w:tr>
      <w:tr>
        <w:tc>
          <w:tcPr>
            <w:tcW w:type="dxa" w:w="2880"/>
          </w:tcPr>
          <w:p>
            <w:r>
              <w:t>15</w:t>
            </w:r>
          </w:p>
        </w:tc>
        <w:tc>
          <w:tcPr>
            <w:tcW w:type="dxa" w:w="2880"/>
          </w:tcPr>
          <w:p>
            <w:r>
              <w:t>四川大学学报（医学版）</w:t>
            </w:r>
          </w:p>
        </w:tc>
        <w:tc>
          <w:tcPr>
            <w:tcW w:type="dxa" w:w="2880"/>
          </w:tcPr>
          <w:p/>
        </w:tc>
      </w:tr>
      <w:tr>
        <w:tc>
          <w:tcPr>
            <w:tcW w:type="dxa" w:w="2880"/>
          </w:tcPr>
          <w:p>
            <w:r>
              <w:t>16</w:t>
            </w:r>
          </w:p>
        </w:tc>
        <w:tc>
          <w:tcPr>
            <w:tcW w:type="dxa" w:w="2880"/>
          </w:tcPr>
          <w:p>
            <w:r>
              <w:t>吉林大学学报（工学版）</w:t>
            </w:r>
          </w:p>
        </w:tc>
        <w:tc>
          <w:tcPr>
            <w:tcW w:type="dxa" w:w="2880"/>
          </w:tcPr>
          <w:p/>
        </w:tc>
      </w:tr>
      <w:tr>
        <w:tc>
          <w:tcPr>
            <w:tcW w:type="dxa" w:w="2880"/>
          </w:tcPr>
          <w:p>
            <w:r>
              <w:t>17</w:t>
            </w:r>
          </w:p>
        </w:tc>
        <w:tc>
          <w:tcPr>
            <w:tcW w:type="dxa" w:w="2880"/>
          </w:tcPr>
          <w:p>
            <w:r>
              <w:t>东南大学学报（自然科学版）</w:t>
            </w:r>
          </w:p>
        </w:tc>
        <w:tc>
          <w:tcPr>
            <w:tcW w:type="dxa" w:w="2880"/>
          </w:tcPr>
          <w:p/>
        </w:tc>
      </w:tr>
      <w:tr>
        <w:tc>
          <w:tcPr>
            <w:tcW w:type="dxa" w:w="2880"/>
          </w:tcPr>
          <w:p>
            <w:r>
              <w:t>18</w:t>
            </w:r>
          </w:p>
        </w:tc>
        <w:tc>
          <w:tcPr>
            <w:tcW w:type="dxa" w:w="2880"/>
          </w:tcPr>
          <w:p>
            <w:r>
              <w:t>浙江大学学报（农业与生命科学版）</w:t>
            </w:r>
          </w:p>
        </w:tc>
        <w:tc>
          <w:tcPr>
            <w:tcW w:type="dxa" w:w="2880"/>
          </w:tcPr>
          <w:p/>
        </w:tc>
      </w:tr>
      <w:tr>
        <w:tc>
          <w:tcPr>
            <w:tcW w:type="dxa" w:w="2880"/>
          </w:tcPr>
          <w:p>
            <w:r>
              <w:t>19</w:t>
            </w:r>
          </w:p>
        </w:tc>
        <w:tc>
          <w:tcPr>
            <w:tcW w:type="dxa" w:w="2880"/>
          </w:tcPr>
          <w:p>
            <w:r>
              <w:t>中国科学院大学学报</w:t>
            </w:r>
          </w:p>
        </w:tc>
        <w:tc>
          <w:tcPr>
            <w:tcW w:type="dxa" w:w="2880"/>
          </w:tcPr>
          <w:p/>
        </w:tc>
      </w:tr>
      <w:tr>
        <w:tc>
          <w:tcPr>
            <w:tcW w:type="dxa" w:w="2880"/>
          </w:tcPr>
          <w:p>
            <w:r>
              <w:t>20</w:t>
            </w:r>
          </w:p>
        </w:tc>
        <w:tc>
          <w:tcPr>
            <w:tcW w:type="dxa" w:w="2880"/>
          </w:tcPr>
          <w:p>
            <w:r>
              <w:t>天津大学学报（自然科学与工程技术版）</w:t>
            </w:r>
          </w:p>
        </w:tc>
        <w:tc>
          <w:tcPr>
            <w:tcW w:type="dxa" w:w="2880"/>
          </w:tcPr>
          <w:p/>
        </w:tc>
      </w:tr>
      <w:tr>
        <w:tc>
          <w:tcPr>
            <w:tcW w:type="dxa" w:w="2880"/>
          </w:tcPr>
          <w:p>
            <w:r>
              <w:t>21</w:t>
            </w:r>
          </w:p>
        </w:tc>
        <w:tc>
          <w:tcPr>
            <w:tcW w:type="dxa" w:w="2880"/>
          </w:tcPr>
          <w:p>
            <w:r>
              <w:t>华南农业大学学报</w:t>
            </w:r>
          </w:p>
        </w:tc>
        <w:tc>
          <w:tcPr>
            <w:tcW w:type="dxa" w:w="2880"/>
          </w:tcPr>
          <w:p/>
        </w:tc>
      </w:tr>
      <w:tr>
        <w:tc>
          <w:tcPr>
            <w:tcW w:type="dxa" w:w="2880"/>
          </w:tcPr>
          <w:p>
            <w:r>
              <w:t>22</w:t>
            </w:r>
          </w:p>
        </w:tc>
        <w:tc>
          <w:tcPr>
            <w:tcW w:type="dxa" w:w="2880"/>
          </w:tcPr>
          <w:p>
            <w:r>
              <w:t>北京师范大学学报（自然科学版）</w:t>
            </w:r>
          </w:p>
        </w:tc>
        <w:tc>
          <w:tcPr>
            <w:tcW w:type="dxa" w:w="2880"/>
          </w:tcPr>
          <w:p/>
        </w:tc>
      </w:tr>
      <w:tr>
        <w:tc>
          <w:tcPr>
            <w:tcW w:type="dxa" w:w="2880"/>
          </w:tcPr>
          <w:p>
            <w:r>
              <w:t>23</w:t>
            </w:r>
          </w:p>
        </w:tc>
        <w:tc>
          <w:tcPr>
            <w:tcW w:type="dxa" w:w="2880"/>
          </w:tcPr>
          <w:p>
            <w:r>
              <w:t>第二军医大学学报</w:t>
            </w:r>
          </w:p>
        </w:tc>
        <w:tc>
          <w:tcPr>
            <w:tcW w:type="dxa" w:w="2880"/>
          </w:tcPr>
          <w:p/>
        </w:tc>
      </w:tr>
      <w:tr>
        <w:tc>
          <w:tcPr>
            <w:tcW w:type="dxa" w:w="2880"/>
          </w:tcPr>
          <w:p>
            <w:r>
              <w:t>24</w:t>
            </w:r>
          </w:p>
        </w:tc>
        <w:tc>
          <w:tcPr>
            <w:tcW w:type="dxa" w:w="2880"/>
          </w:tcPr>
          <w:p>
            <w:r>
              <w:t>湖南大学学报（自然科学版）</w:t>
            </w:r>
          </w:p>
        </w:tc>
        <w:tc>
          <w:tcPr>
            <w:tcW w:type="dxa" w:w="2880"/>
          </w:tcPr>
          <w:p/>
        </w:tc>
      </w:tr>
      <w:tr>
        <w:tc>
          <w:tcPr>
            <w:tcW w:type="dxa" w:w="2880"/>
          </w:tcPr>
          <w:p>
            <w:r>
              <w:t>25</w:t>
            </w:r>
          </w:p>
        </w:tc>
        <w:tc>
          <w:tcPr>
            <w:tcW w:type="dxa" w:w="2880"/>
          </w:tcPr>
          <w:p>
            <w:r>
              <w:t>Transactions of Tianjin University</w:t>
            </w:r>
          </w:p>
        </w:tc>
        <w:tc>
          <w:tcPr>
            <w:tcW w:type="dxa" w:w="2880"/>
          </w:tcPr>
          <w:p/>
        </w:tc>
      </w:tr>
      <w:tr>
        <w:tc>
          <w:tcPr>
            <w:tcW w:type="dxa" w:w="2880"/>
          </w:tcPr>
          <w:p>
            <w:r>
              <w:t>26</w:t>
            </w:r>
          </w:p>
        </w:tc>
        <w:tc>
          <w:tcPr>
            <w:tcW w:type="dxa" w:w="2880"/>
          </w:tcPr>
          <w:p>
            <w:r>
              <w:t>江苏大学学报（自然科学版）</w:t>
            </w:r>
          </w:p>
        </w:tc>
        <w:tc>
          <w:tcPr>
            <w:tcW w:type="dxa" w:w="2880"/>
          </w:tcPr>
          <w:p/>
        </w:tc>
      </w:tr>
      <w:tr>
        <w:tc>
          <w:tcPr>
            <w:tcW w:type="dxa" w:w="2880"/>
          </w:tcPr>
          <w:p>
            <w:r>
              <w:t>27</w:t>
            </w:r>
          </w:p>
        </w:tc>
        <w:tc>
          <w:tcPr>
            <w:tcW w:type="dxa" w:w="2880"/>
          </w:tcPr>
          <w:p>
            <w:r>
              <w:t>中国农业大学学报</w:t>
            </w:r>
          </w:p>
        </w:tc>
        <w:tc>
          <w:tcPr>
            <w:tcW w:type="dxa" w:w="2880"/>
          </w:tcPr>
          <w:p/>
        </w:tc>
      </w:tr>
      <w:tr>
        <w:tc>
          <w:tcPr>
            <w:tcW w:type="dxa" w:w="2880"/>
          </w:tcPr>
          <w:p>
            <w:r>
              <w:t>28</w:t>
            </w:r>
          </w:p>
        </w:tc>
        <w:tc>
          <w:tcPr>
            <w:tcW w:type="dxa" w:w="2880"/>
          </w:tcPr>
          <w:p>
            <w:r>
              <w:t>北京大学学报（自然科学版）</w:t>
            </w:r>
          </w:p>
        </w:tc>
        <w:tc>
          <w:tcPr>
            <w:tcW w:type="dxa" w:w="2880"/>
          </w:tcPr>
          <w:p/>
        </w:tc>
      </w:tr>
      <w:tr>
        <w:tc>
          <w:tcPr>
            <w:tcW w:type="dxa" w:w="2880"/>
          </w:tcPr>
          <w:p>
            <w:r>
              <w:t>29</w:t>
            </w:r>
          </w:p>
        </w:tc>
        <w:tc>
          <w:tcPr>
            <w:tcW w:type="dxa" w:w="2880"/>
          </w:tcPr>
          <w:p>
            <w:r>
              <w:t>四川大学学报（工程科学版）</w:t>
            </w:r>
          </w:p>
        </w:tc>
        <w:tc>
          <w:tcPr>
            <w:tcW w:type="dxa" w:w="2880"/>
          </w:tcPr>
          <w:p/>
        </w:tc>
      </w:tr>
      <w:tr>
        <w:tc>
          <w:tcPr>
            <w:tcW w:type="dxa" w:w="2880"/>
          </w:tcPr>
          <w:p>
            <w:r>
              <w:t>30</w:t>
            </w:r>
          </w:p>
        </w:tc>
        <w:tc>
          <w:tcPr>
            <w:tcW w:type="dxa" w:w="2880"/>
          </w:tcPr>
          <w:p>
            <w:r>
              <w:t>Journal of Shanghai Jiaotong Universit y（Science）</w:t>
            </w:r>
          </w:p>
        </w:tc>
        <w:tc>
          <w:tcPr>
            <w:tcW w:type="dxa" w:w="2880"/>
          </w:tcPr>
          <w:p/>
        </w:tc>
      </w:tr>
      <w:tr>
        <w:tc>
          <w:tcPr>
            <w:tcW w:type="dxa" w:w="2880"/>
          </w:tcPr>
          <w:p>
            <w:r>
              <w:t>31</w:t>
            </w:r>
          </w:p>
        </w:tc>
        <w:tc>
          <w:tcPr>
            <w:tcW w:type="dxa" w:w="2880"/>
          </w:tcPr>
          <w:p>
            <w:r>
              <w:t>清华大学学报（自然科学版）</w:t>
            </w:r>
          </w:p>
        </w:tc>
        <w:tc>
          <w:tcPr>
            <w:tcW w:type="dxa" w:w="2880"/>
          </w:tcPr>
          <w:p/>
        </w:tc>
      </w:tr>
      <w:tr>
        <w:tc>
          <w:tcPr>
            <w:tcW w:type="dxa" w:w="2880"/>
          </w:tcPr>
          <w:p>
            <w:r>
              <w:t>32</w:t>
            </w:r>
          </w:p>
        </w:tc>
        <w:tc>
          <w:tcPr>
            <w:tcW w:type="dxa" w:w="2880"/>
          </w:tcPr>
          <w:p>
            <w:r>
              <w:t>西南交通大学学报</w:t>
            </w:r>
          </w:p>
        </w:tc>
        <w:tc>
          <w:tcPr>
            <w:tcW w:type="dxa" w:w="2880"/>
          </w:tcPr>
          <w:p/>
        </w:tc>
      </w:tr>
      <w:tr>
        <w:tc>
          <w:tcPr>
            <w:tcW w:type="dxa" w:w="2880"/>
          </w:tcPr>
          <w:p>
            <w:r>
              <w:t>33</w:t>
            </w:r>
          </w:p>
        </w:tc>
        <w:tc>
          <w:tcPr>
            <w:tcW w:type="dxa" w:w="2880"/>
          </w:tcPr>
          <w:p>
            <w:r>
              <w:t>Wuhan University Journal o f Natural Sciences</w:t>
            </w:r>
          </w:p>
        </w:tc>
        <w:tc>
          <w:tcPr>
            <w:tcW w:type="dxa" w:w="2880"/>
          </w:tcPr>
          <w:p/>
        </w:tc>
      </w:tr>
      <w:tr>
        <w:tc>
          <w:tcPr>
            <w:tcW w:type="dxa" w:w="2880"/>
          </w:tcPr>
          <w:p>
            <w:r>
              <w:t>三类（36种）</w:t>
            </w:r>
          </w:p>
        </w:tc>
        <w:tc>
          <w:tcPr>
            <w:tcW w:type="dxa" w:w="2880"/>
          </w:tcPr>
          <w:p>
            <w:r>
              <w:t>1</w:t>
            </w:r>
          </w:p>
        </w:tc>
        <w:tc>
          <w:tcPr>
            <w:tcW w:type="dxa" w:w="2880"/>
          </w:tcPr>
          <w:p>
            <w:r>
              <w:t>大连理工大学学报</w:t>
            </w:r>
          </w:p>
        </w:tc>
      </w:tr>
      <w:tr>
        <w:tc>
          <w:tcPr>
            <w:tcW w:type="dxa" w:w="2880"/>
          </w:tcPr>
          <w:p>
            <w:r>
              <w:t>2</w:t>
            </w:r>
          </w:p>
        </w:tc>
        <w:tc>
          <w:tcPr>
            <w:tcW w:type="dxa" w:w="2880"/>
          </w:tcPr>
          <w:p>
            <w:r>
              <w:t>干旱地区农业研究</w:t>
            </w:r>
          </w:p>
        </w:tc>
        <w:tc>
          <w:tcPr>
            <w:tcW w:type="dxa" w:w="2880"/>
          </w:tcPr>
          <w:p/>
        </w:tc>
      </w:tr>
      <w:tr>
        <w:tc>
          <w:tcPr>
            <w:tcW w:type="dxa" w:w="2880"/>
          </w:tcPr>
          <w:p>
            <w:r>
              <w:t>3</w:t>
            </w:r>
          </w:p>
        </w:tc>
        <w:tc>
          <w:tcPr>
            <w:tcW w:type="dxa" w:w="2880"/>
          </w:tcPr>
          <w:p>
            <w:r>
              <w:t>西安交通大学学报（医学版）</w:t>
            </w:r>
          </w:p>
        </w:tc>
        <w:tc>
          <w:tcPr>
            <w:tcW w:type="dxa" w:w="2880"/>
          </w:tcPr>
          <w:p/>
        </w:tc>
      </w:tr>
      <w:tr>
        <w:tc>
          <w:tcPr>
            <w:tcW w:type="dxa" w:w="2880"/>
          </w:tcPr>
          <w:p>
            <w:r>
              <w:t>4</w:t>
            </w:r>
          </w:p>
        </w:tc>
        <w:tc>
          <w:tcPr>
            <w:tcW w:type="dxa" w:w="2880"/>
          </w:tcPr>
          <w:p>
            <w:r>
              <w:t>西北农业学报</w:t>
            </w:r>
          </w:p>
        </w:tc>
        <w:tc>
          <w:tcPr>
            <w:tcW w:type="dxa" w:w="2880"/>
          </w:tcPr>
          <w:p/>
        </w:tc>
      </w:tr>
      <w:tr>
        <w:tc>
          <w:tcPr>
            <w:tcW w:type="dxa" w:w="2880"/>
          </w:tcPr>
          <w:p>
            <w:r>
              <w:t>5</w:t>
            </w:r>
          </w:p>
        </w:tc>
        <w:tc>
          <w:tcPr>
            <w:tcW w:type="dxa" w:w="2880"/>
          </w:tcPr>
          <w:p>
            <w:r>
              <w:t>西安工程大学学报</w:t>
            </w:r>
          </w:p>
        </w:tc>
        <w:tc>
          <w:tcPr>
            <w:tcW w:type="dxa" w:w="2880"/>
          </w:tcPr>
          <w:p/>
        </w:tc>
      </w:tr>
      <w:tr>
        <w:tc>
          <w:tcPr>
            <w:tcW w:type="dxa" w:w="2880"/>
          </w:tcPr>
          <w:p>
            <w:r>
              <w:t>6</w:t>
            </w:r>
          </w:p>
        </w:tc>
        <w:tc>
          <w:tcPr>
            <w:tcW w:type="dxa" w:w="2880"/>
          </w:tcPr>
          <w:p>
            <w:r>
              <w:t>医学研究生学报</w:t>
            </w:r>
          </w:p>
        </w:tc>
        <w:tc>
          <w:tcPr>
            <w:tcW w:type="dxa" w:w="2880"/>
          </w:tcPr>
          <w:p/>
        </w:tc>
      </w:tr>
      <w:tr>
        <w:tc>
          <w:tcPr>
            <w:tcW w:type="dxa" w:w="2880"/>
          </w:tcPr>
          <w:p>
            <w:r>
              <w:t>7</w:t>
            </w:r>
          </w:p>
        </w:tc>
        <w:tc>
          <w:tcPr>
            <w:tcW w:type="dxa" w:w="2880"/>
          </w:tcPr>
          <w:p>
            <w:r>
              <w:t>复旦学报（医学版）</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8</w:t>
            </w:r>
          </w:p>
        </w:tc>
        <w:tc>
          <w:tcPr>
            <w:tcW w:type="dxa" w:w="2880"/>
          </w:tcPr>
          <w:p>
            <w:r>
              <w:t>江西农业大学学报</w:t>
            </w:r>
          </w:p>
        </w:tc>
      </w:tr>
      <w:tr>
        <w:tc>
          <w:tcPr>
            <w:tcW w:type="dxa" w:w="2880"/>
          </w:tcPr>
          <w:p>
            <w:r>
              <w:t>9</w:t>
            </w:r>
          </w:p>
        </w:tc>
        <w:tc>
          <w:tcPr>
            <w:tcW w:type="dxa" w:w="2880"/>
          </w:tcPr>
          <w:p>
            <w:r>
              <w:t>空军工程大学学报（自然科学版）</w:t>
            </w:r>
          </w:p>
        </w:tc>
        <w:tc>
          <w:tcPr>
            <w:tcW w:type="dxa" w:w="2880"/>
          </w:tcPr>
          <w:p/>
        </w:tc>
      </w:tr>
      <w:tr>
        <w:tc>
          <w:tcPr>
            <w:tcW w:type="dxa" w:w="2880"/>
          </w:tcPr>
          <w:p>
            <w:r>
              <w:t>10</w:t>
            </w:r>
          </w:p>
        </w:tc>
        <w:tc>
          <w:tcPr>
            <w:tcW w:type="dxa" w:w="2880"/>
          </w:tcPr>
          <w:p>
            <w:r>
              <w:t>武汉大学学报（理学版）</w:t>
            </w:r>
          </w:p>
        </w:tc>
        <w:tc>
          <w:tcPr>
            <w:tcW w:type="dxa" w:w="2880"/>
          </w:tcPr>
          <w:p/>
        </w:tc>
      </w:tr>
      <w:tr>
        <w:tc>
          <w:tcPr>
            <w:tcW w:type="dxa" w:w="2880"/>
          </w:tcPr>
          <w:p>
            <w:r>
              <w:t>11</w:t>
            </w:r>
          </w:p>
        </w:tc>
        <w:tc>
          <w:tcPr>
            <w:tcW w:type="dxa" w:w="2880"/>
          </w:tcPr>
          <w:p>
            <w:r>
              <w:t>江苏农业学报</w:t>
            </w:r>
          </w:p>
        </w:tc>
        <w:tc>
          <w:tcPr>
            <w:tcW w:type="dxa" w:w="2880"/>
          </w:tcPr>
          <w:p/>
        </w:tc>
      </w:tr>
      <w:tr>
        <w:tc>
          <w:tcPr>
            <w:tcW w:type="dxa" w:w="2880"/>
          </w:tcPr>
          <w:p>
            <w:r>
              <w:t>12</w:t>
            </w:r>
          </w:p>
        </w:tc>
        <w:tc>
          <w:tcPr>
            <w:tcW w:type="dxa" w:w="2880"/>
          </w:tcPr>
          <w:p>
            <w:r>
              <w:t>西北工业大学学报</w:t>
            </w:r>
          </w:p>
        </w:tc>
        <w:tc>
          <w:tcPr>
            <w:tcW w:type="dxa" w:w="2880"/>
          </w:tcPr>
          <w:p/>
        </w:tc>
      </w:tr>
      <w:tr>
        <w:tc>
          <w:tcPr>
            <w:tcW w:type="dxa" w:w="2880"/>
          </w:tcPr>
          <w:p>
            <w:r>
              <w:t>13</w:t>
            </w:r>
          </w:p>
        </w:tc>
        <w:tc>
          <w:tcPr>
            <w:tcW w:type="dxa" w:w="2880"/>
          </w:tcPr>
          <w:p>
            <w:r>
              <w:t>北京理工大学学报</w:t>
            </w:r>
          </w:p>
        </w:tc>
        <w:tc>
          <w:tcPr>
            <w:tcW w:type="dxa" w:w="2880"/>
          </w:tcPr>
          <w:p/>
        </w:tc>
      </w:tr>
      <w:tr>
        <w:tc>
          <w:tcPr>
            <w:tcW w:type="dxa" w:w="2880"/>
          </w:tcPr>
          <w:p>
            <w:r>
              <w:t>14</w:t>
            </w:r>
          </w:p>
        </w:tc>
        <w:tc>
          <w:tcPr>
            <w:tcW w:type="dxa" w:w="2880"/>
          </w:tcPr>
          <w:p>
            <w:r>
              <w:t>上海交通大学学报</w:t>
            </w:r>
          </w:p>
        </w:tc>
        <w:tc>
          <w:tcPr>
            <w:tcW w:type="dxa" w:w="2880"/>
          </w:tcPr>
          <w:p/>
        </w:tc>
      </w:tr>
      <w:tr>
        <w:tc>
          <w:tcPr>
            <w:tcW w:type="dxa" w:w="2880"/>
          </w:tcPr>
          <w:p>
            <w:r>
              <w:t>15</w:t>
            </w:r>
          </w:p>
        </w:tc>
        <w:tc>
          <w:tcPr>
            <w:tcW w:type="dxa" w:w="2880"/>
          </w:tcPr>
          <w:p>
            <w:r>
              <w:t>华中农业大学学报</w:t>
            </w:r>
          </w:p>
        </w:tc>
        <w:tc>
          <w:tcPr>
            <w:tcW w:type="dxa" w:w="2880"/>
          </w:tcPr>
          <w:p/>
        </w:tc>
      </w:tr>
      <w:tr>
        <w:tc>
          <w:tcPr>
            <w:tcW w:type="dxa" w:w="2880"/>
          </w:tcPr>
          <w:p>
            <w:r>
              <w:t>16</w:t>
            </w:r>
          </w:p>
        </w:tc>
        <w:tc>
          <w:tcPr>
            <w:tcW w:type="dxa" w:w="2880"/>
          </w:tcPr>
          <w:p>
            <w:r>
              <w:t>国防科技大学学报</w:t>
            </w:r>
          </w:p>
        </w:tc>
        <w:tc>
          <w:tcPr>
            <w:tcW w:type="dxa" w:w="2880"/>
          </w:tcPr>
          <w:p/>
        </w:tc>
      </w:tr>
      <w:tr>
        <w:tc>
          <w:tcPr>
            <w:tcW w:type="dxa" w:w="2880"/>
          </w:tcPr>
          <w:p>
            <w:r>
              <w:t>17</w:t>
            </w:r>
          </w:p>
        </w:tc>
        <w:tc>
          <w:tcPr>
            <w:tcW w:type="dxa" w:w="2880"/>
          </w:tcPr>
          <w:p>
            <w:r>
              <w:t>第三军医大学学报</w:t>
            </w:r>
          </w:p>
        </w:tc>
        <w:tc>
          <w:tcPr>
            <w:tcW w:type="dxa" w:w="2880"/>
          </w:tcPr>
          <w:p/>
        </w:tc>
      </w:tr>
      <w:tr>
        <w:tc>
          <w:tcPr>
            <w:tcW w:type="dxa" w:w="2880"/>
          </w:tcPr>
          <w:p>
            <w:r>
              <w:t>18</w:t>
            </w:r>
          </w:p>
        </w:tc>
        <w:tc>
          <w:tcPr>
            <w:tcW w:type="dxa" w:w="2880"/>
          </w:tcPr>
          <w:p>
            <w:r>
              <w:t>浙江大学学报（理学版）</w:t>
            </w:r>
          </w:p>
        </w:tc>
        <w:tc>
          <w:tcPr>
            <w:tcW w:type="dxa" w:w="2880"/>
          </w:tcPr>
          <w:p/>
        </w:tc>
      </w:tr>
      <w:tr>
        <w:tc>
          <w:tcPr>
            <w:tcW w:type="dxa" w:w="2880"/>
          </w:tcPr>
          <w:p>
            <w:r>
              <w:t>19</w:t>
            </w:r>
          </w:p>
        </w:tc>
        <w:tc>
          <w:tcPr>
            <w:tcW w:type="dxa" w:w="2880"/>
          </w:tcPr>
          <w:p>
            <w:r>
              <w:t>浙江农业学报</w:t>
            </w:r>
          </w:p>
        </w:tc>
        <w:tc>
          <w:tcPr>
            <w:tcW w:type="dxa" w:w="2880"/>
          </w:tcPr>
          <w:p/>
        </w:tc>
      </w:tr>
      <w:tr>
        <w:tc>
          <w:tcPr>
            <w:tcW w:type="dxa" w:w="2880"/>
          </w:tcPr>
          <w:p>
            <w:r>
              <w:t>20</w:t>
            </w:r>
          </w:p>
        </w:tc>
        <w:tc>
          <w:tcPr>
            <w:tcW w:type="dxa" w:w="2880"/>
          </w:tcPr>
          <w:p>
            <w:r>
              <w:t>中山大学学报（医学科学版）</w:t>
            </w:r>
          </w:p>
        </w:tc>
        <w:tc>
          <w:tcPr>
            <w:tcW w:type="dxa" w:w="2880"/>
          </w:tcPr>
          <w:p/>
        </w:tc>
      </w:tr>
      <w:tr>
        <w:tc>
          <w:tcPr>
            <w:tcW w:type="dxa" w:w="2880"/>
          </w:tcPr>
          <w:p>
            <w:r>
              <w:t>21</w:t>
            </w:r>
          </w:p>
        </w:tc>
        <w:tc>
          <w:tcPr>
            <w:tcW w:type="dxa" w:w="2880"/>
          </w:tcPr>
          <w:p>
            <w:r>
              <w:t>重庆大学学报</w:t>
            </w:r>
          </w:p>
        </w:tc>
        <w:tc>
          <w:tcPr>
            <w:tcW w:type="dxa" w:w="2880"/>
          </w:tcPr>
          <w:p/>
        </w:tc>
      </w:tr>
      <w:tr>
        <w:tc>
          <w:tcPr>
            <w:tcW w:type="dxa" w:w="2880"/>
          </w:tcPr>
          <w:p>
            <w:r>
              <w:t>22</w:t>
            </w:r>
          </w:p>
        </w:tc>
        <w:tc>
          <w:tcPr>
            <w:tcW w:type="dxa" w:w="2880"/>
          </w:tcPr>
          <w:p>
            <w:r>
              <w:t>南京大学学报（自然科学）</w:t>
            </w:r>
          </w:p>
        </w:tc>
        <w:tc>
          <w:tcPr>
            <w:tcW w:type="dxa" w:w="2880"/>
          </w:tcPr>
          <w:p/>
        </w:tc>
      </w:tr>
      <w:tr>
        <w:tc>
          <w:tcPr>
            <w:tcW w:type="dxa" w:w="2880"/>
          </w:tcPr>
          <w:p>
            <w:r>
              <w:t>23</w:t>
            </w:r>
          </w:p>
        </w:tc>
        <w:tc>
          <w:tcPr>
            <w:tcW w:type="dxa" w:w="2880"/>
          </w:tcPr>
          <w:p>
            <w:r>
              <w:t>上海交通大学学报（医学版）</w:t>
            </w:r>
          </w:p>
        </w:tc>
        <w:tc>
          <w:tcPr>
            <w:tcW w:type="dxa" w:w="2880"/>
          </w:tcPr>
          <w:p/>
        </w:tc>
      </w:tr>
      <w:tr>
        <w:tc>
          <w:tcPr>
            <w:tcW w:type="dxa" w:w="2880"/>
          </w:tcPr>
          <w:p>
            <w:r>
              <w:t>24</w:t>
            </w:r>
          </w:p>
        </w:tc>
        <w:tc>
          <w:tcPr>
            <w:tcW w:type="dxa" w:w="2880"/>
          </w:tcPr>
          <w:p>
            <w:r>
              <w:t>东北大学学报（自然科学版）</w:t>
            </w:r>
          </w:p>
        </w:tc>
        <w:tc>
          <w:tcPr>
            <w:tcW w:type="dxa" w:w="2880"/>
          </w:tcPr>
          <w:p/>
        </w:tc>
      </w:tr>
      <w:tr>
        <w:tc>
          <w:tcPr>
            <w:tcW w:type="dxa" w:w="2880"/>
          </w:tcPr>
          <w:p>
            <w:r>
              <w:t>25</w:t>
            </w:r>
          </w:p>
        </w:tc>
        <w:tc>
          <w:tcPr>
            <w:tcW w:type="dxa" w:w="2880"/>
          </w:tcPr>
          <w:p>
            <w:r>
              <w:t>云南大学学报（自然科学版）</w:t>
            </w:r>
          </w:p>
        </w:tc>
        <w:tc>
          <w:tcPr>
            <w:tcW w:type="dxa" w:w="2880"/>
          </w:tcPr>
          <w:p/>
        </w:tc>
      </w:tr>
      <w:tr>
        <w:tc>
          <w:tcPr>
            <w:tcW w:type="dxa" w:w="2880"/>
          </w:tcPr>
          <w:p>
            <w:r>
              <w:t>26</w:t>
            </w:r>
          </w:p>
        </w:tc>
        <w:tc>
          <w:tcPr>
            <w:tcW w:type="dxa" w:w="2880"/>
          </w:tcPr>
          <w:p>
            <w:r>
              <w:t>云南农业大学学报（自然科学）</w:t>
            </w:r>
          </w:p>
        </w:tc>
        <w:tc>
          <w:tcPr>
            <w:tcW w:type="dxa" w:w="2880"/>
          </w:tcPr>
          <w:p/>
        </w:tc>
      </w:tr>
      <w:tr>
        <w:tc>
          <w:tcPr>
            <w:tcW w:type="dxa" w:w="2880"/>
          </w:tcPr>
          <w:p>
            <w:r>
              <w:t>27</w:t>
            </w:r>
          </w:p>
        </w:tc>
        <w:tc>
          <w:tcPr>
            <w:tcW w:type="dxa" w:w="2880"/>
          </w:tcPr>
          <w:p>
            <w:r>
              <w:t>华南理工大学学报（自然科学版）</w:t>
            </w:r>
          </w:p>
        </w:tc>
        <w:tc>
          <w:tcPr>
            <w:tcW w:type="dxa" w:w="2880"/>
          </w:tcPr>
          <w:p/>
        </w:tc>
      </w:tr>
      <w:tr>
        <w:tc>
          <w:tcPr>
            <w:tcW w:type="dxa" w:w="2880"/>
          </w:tcPr>
          <w:p>
            <w:r>
              <w:t>28</w:t>
            </w:r>
          </w:p>
        </w:tc>
        <w:tc>
          <w:tcPr>
            <w:tcW w:type="dxa" w:w="2880"/>
          </w:tcPr>
          <w:p>
            <w:r>
              <w:t>兰州大学学报（自然科学版）</w:t>
            </w:r>
          </w:p>
        </w:tc>
        <w:tc>
          <w:tcPr>
            <w:tcW w:type="dxa" w:w="2880"/>
          </w:tcPr>
          <w:p/>
        </w:tc>
      </w:tr>
      <w:tr>
        <w:tc>
          <w:tcPr>
            <w:tcW w:type="dxa" w:w="2880"/>
          </w:tcPr>
          <w:p>
            <w:r>
              <w:t>29</w:t>
            </w:r>
          </w:p>
        </w:tc>
        <w:tc>
          <w:tcPr>
            <w:tcW w:type="dxa" w:w="2880"/>
          </w:tcPr>
          <w:p>
            <w:r>
              <w:t>武汉大学学报（工学版）</w:t>
            </w:r>
          </w:p>
        </w:tc>
        <w:tc>
          <w:tcPr>
            <w:tcW w:type="dxa" w:w="2880"/>
          </w:tcPr>
          <w:p/>
        </w:tc>
      </w:tr>
      <w:tr>
        <w:tc>
          <w:tcPr>
            <w:tcW w:type="dxa" w:w="2880"/>
          </w:tcPr>
          <w:p>
            <w:r>
              <w:t>30</w:t>
            </w:r>
          </w:p>
        </w:tc>
        <w:tc>
          <w:tcPr>
            <w:tcW w:type="dxa" w:w="2880"/>
          </w:tcPr>
          <w:p>
            <w:r>
              <w:t>中山大学学报（自然科学版）</w:t>
            </w:r>
          </w:p>
        </w:tc>
        <w:tc>
          <w:tcPr>
            <w:tcW w:type="dxa" w:w="2880"/>
          </w:tcPr>
          <w:p/>
        </w:tc>
      </w:tr>
      <w:tr>
        <w:tc>
          <w:tcPr>
            <w:tcW w:type="dxa" w:w="2880"/>
          </w:tcPr>
          <w:p>
            <w:r>
              <w:t>31</w:t>
            </w:r>
          </w:p>
        </w:tc>
        <w:tc>
          <w:tcPr>
            <w:tcW w:type="dxa" w:w="2880"/>
          </w:tcPr>
          <w:p>
            <w:r>
              <w:t>Journal of Southeast University（English Edi tion）</w:t>
            </w:r>
          </w:p>
        </w:tc>
        <w:tc>
          <w:tcPr>
            <w:tcW w:type="dxa" w:w="2880"/>
          </w:tcPr>
          <w:p/>
        </w:tc>
      </w:tr>
      <w:tr>
        <w:tc>
          <w:tcPr>
            <w:tcW w:type="dxa" w:w="2880"/>
          </w:tcPr>
          <w:p>
            <w:r>
              <w:t>32</w:t>
            </w:r>
          </w:p>
        </w:tc>
        <w:tc>
          <w:tcPr>
            <w:tcW w:type="dxa" w:w="2880"/>
          </w:tcPr>
          <w:p>
            <w:r>
              <w:t>深圳大学学报（理工版）</w:t>
            </w:r>
          </w:p>
        </w:tc>
        <w:tc>
          <w:tcPr>
            <w:tcW w:type="dxa" w:w="2880"/>
          </w:tcPr>
          <w:p/>
        </w:tc>
      </w:tr>
      <w:tr>
        <w:tc>
          <w:tcPr>
            <w:tcW w:type="dxa" w:w="2880"/>
          </w:tcPr>
          <w:p>
            <w:r>
              <w:t>33</w:t>
            </w:r>
          </w:p>
        </w:tc>
        <w:tc>
          <w:tcPr>
            <w:tcW w:type="dxa" w:w="2880"/>
          </w:tcPr>
          <w:p>
            <w:r>
              <w:t>山东大学学报（理学版）</w:t>
            </w:r>
          </w:p>
        </w:tc>
        <w:tc>
          <w:tcPr>
            <w:tcW w:type="dxa" w:w="2880"/>
          </w:tcPr>
          <w:p/>
        </w:tc>
      </w:tr>
      <w:tr>
        <w:tc>
          <w:tcPr>
            <w:tcW w:type="dxa" w:w="2880"/>
          </w:tcPr>
          <w:p>
            <w:r>
              <w:t>34</w:t>
            </w:r>
          </w:p>
        </w:tc>
        <w:tc>
          <w:tcPr>
            <w:tcW w:type="dxa" w:w="2880"/>
          </w:tcPr>
          <w:p>
            <w:r>
              <w:t>Journal of Beijing Institute o f Technology</w:t>
            </w:r>
          </w:p>
        </w:tc>
        <w:tc>
          <w:tcPr>
            <w:tcW w:type="dxa" w:w="2880"/>
          </w:tcPr>
          <w:p/>
        </w:tc>
      </w:tr>
      <w:tr>
        <w:tc>
          <w:tcPr>
            <w:tcW w:type="dxa" w:w="2880"/>
          </w:tcPr>
          <w:p>
            <w:r>
              <w:t>35</w:t>
            </w:r>
          </w:p>
        </w:tc>
        <w:tc>
          <w:tcPr>
            <w:tcW w:type="dxa" w:w="2880"/>
          </w:tcPr>
          <w:p>
            <w:r>
              <w:t>Research</w:t>
            </w:r>
          </w:p>
        </w:tc>
        <w:tc>
          <w:tcPr>
            <w:tcW w:type="dxa" w:w="2880"/>
          </w:tcPr>
          <w:p/>
        </w:tc>
      </w:tr>
      <w:tr>
        <w:tc>
          <w:tcPr>
            <w:tcW w:type="dxa" w:w="2880"/>
          </w:tcPr>
          <w:p>
            <w:r>
              <w:t>36</w:t>
            </w:r>
          </w:p>
        </w:tc>
        <w:tc>
          <w:tcPr>
            <w:tcW w:type="dxa" w:w="2880"/>
          </w:tcPr>
          <w:p>
            <w:r>
              <w:t>东北农业大学学报</w:t>
            </w:r>
          </w:p>
        </w:tc>
        <w:tc>
          <w:tcPr>
            <w:tcW w:type="dxa" w:w="2880"/>
          </w:tcPr>
          <w:p/>
        </w:tc>
      </w:tr>
    </w:tbl>
    <w:p>
      <w:r>
        <w:t>说明：</w:t>
      </w:r>
    </w:p>
    <w:p>
      <w:r>
        <w:t>1. Nature、Science、Cell、PNAS、Nature系列子刊以及Science系列子刊为TOP期刊。</w:t>
      </w:r>
    </w:p>
    <w:p>
      <w:r>
        <w:t>2.根据中科院JCR期刊分区目录以及中科院文献情报中心发布的</w:t>
      </w:r>
    </w:p>
    <w:p>
      <w:r>
        <w:t>《国际期刊预警名单（试行）》，将不在《国际期刊预警名单（试行）》中的SCI-1至4区期刊进行相应调整和组合，分别列入核心期刊目录之一至三类。具体做法是：SCI-1区期刊列为一类权威核心期刊；SCI-2区期刊列为一类核心期刊；SCI-3区期刊列为二类核心期刊和SCI -4区期刊列为三类核心期刊。</w:t>
      </w:r>
    </w:p>
    <w:p>
      <w:r>
        <w:t>3. CSCD扩展库中期刊及其它EI源期刊为四类核心期刊。其他:</w:t>
      </w:r>
    </w:p>
    <w:p>
      <w:r>
        <w:t>1.科技产业处根据CSCD源、EI源以及WJCI源期刊的调整适时调整本目录。</w:t>
      </w:r>
    </w:p>
    <w:p>
      <w:r>
        <w:t>2.本文件自公布之日起执行。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