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苏州科技大学教育学院推荐2027年优秀应届本科毕业生免试攻读研究生工作细则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组长：丛春秋陈卫东</w:t>
      </w:r>
    </w:p>
    <w:p>
      <w:r>
        <w:t>成员：徐瑾邵爱国董波姚远张晋</w:t>
      </w:r>
    </w:p>
    <w:p>
      <w:r>
        <w:t>咨询电话：68415728（刘老师）</w:t>
      </w:r>
    </w:p>
    <w:p>
      <w:r>
        <w:t>申诉电话：68412311（向老师）邮箱：1917@usts.edu.cn</w:t>
      </w:r>
    </w:p>
    <w:p>
      <w:r>
        <w:t>二、名额分配</w:t>
      </w:r>
    </w:p>
    <w:p>
      <w:r>
        <w:t>总名额：3名</w:t>
      </w:r>
    </w:p>
    <w:p>
      <w:r>
        <w:t>名额分配如下：学前教育专业1名；应用心理学专业2名。</w:t>
      </w:r>
    </w:p>
    <w:p>
      <w:r>
        <w:t>三、申请报名条件</w:t>
      </w:r>
    </w:p>
    <w:p>
      <w:r>
        <w:t>申请者须满足学校规定的遴选基本条件。</w:t>
      </w:r>
    </w:p>
    <w:p>
      <w:r>
        <w:t>四、申请受理时间、地点</w:t>
      </w:r>
    </w:p>
    <w:p>
      <w:r>
        <w:t>截止时间：9月1日17:00之前，纸质提交报名申请及相关材料。</w:t>
      </w:r>
    </w:p>
    <w:p>
      <w:r>
        <w:t>受理地点：石湖校区教6楼409室</w:t>
      </w:r>
    </w:p>
    <w:p>
      <w:r>
        <w:t>受理人员：刘佳老师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教育学院</w:t>
      </w:r>
    </w:p>
    <w:p>
      <w:r>
        <w:t>日期：2026年8月30日</w:t>
      </w:r>
    </w:p>
    <w:p>
      <w:r>
        <w:t>附件1:苏州科技大学教育学院推免生综合素质单项分值设置表</w:t>
      </w:r>
    </w:p>
    <w:p>
      <w:r>
        <w:t>附件2：苏州科技大学推荐2027年优秀应届本科毕业生免试攻读研究生课程清单</w:t>
      </w:r>
    </w:p>
    <w:p>
      <w:r>
        <w:t>苏州科技大学推免生综合素质单项分值设置表</w:t>
      </w:r>
    </w:p>
    <w:tbl>
      <w:tblPr>
        <w:tblStyle w:val="TableGrid"/>
        <w:tblW w:type="auto" w:w="0"/>
        <w:tblLook w:firstColumn="1" w:firstRow="1" w:lastColumn="0" w:lastRow="0" w:noHBand="0" w:noVBand="1" w:val="04A0"/>
      </w:tblPr>
      <w:tblGrid>
        <w:gridCol w:w="540"/>
        <w:gridCol w:w="540"/>
        <w:gridCol w:w="540"/>
        <w:gridCol w:w="540"/>
        <w:gridCol w:w="540"/>
        <w:gridCol w:w="540"/>
        <w:gridCol w:w="540"/>
        <w:gridCol w:w="540"/>
        <w:gridCol w:w="540"/>
        <w:gridCol w:w="540"/>
        <w:gridCol w:w="540"/>
        <w:gridCol w:w="540"/>
        <w:gridCol w:w="540"/>
        <w:gridCol w:w="540"/>
        <w:gridCol w:w="540"/>
        <w:gridCol w:w="540"/>
      </w:tblGrid>
      <w:tr>
        <w:tc>
          <w:tcPr>
            <w:tcW w:type="dxa" w:w="540"/>
          </w:tcPr>
          <w:p>
            <w:r>
              <w:t>类别</w:t>
            </w:r>
          </w:p>
        </w:tc>
        <w:tc>
          <w:tcPr>
            <w:tcW w:type="dxa" w:w="540"/>
          </w:tcPr>
          <w:p>
            <w:r>
              <w:t>项目等级</w:t>
            </w:r>
          </w:p>
        </w:tc>
        <w:tc>
          <w:tcPr>
            <w:tcW w:type="dxa" w:w="540"/>
          </w:tcPr>
          <w:p>
            <w:r>
              <w:t>第一等次</w:t>
            </w:r>
          </w:p>
        </w:tc>
        <w:tc>
          <w:tcPr>
            <w:tcW w:type="dxa" w:w="540"/>
          </w:tcPr>
          <w:p>
            <w:r>
              <w:t>第二等次</w:t>
            </w:r>
          </w:p>
        </w:tc>
        <w:tc>
          <w:tcPr>
            <w:tcW w:type="dxa" w:w="540"/>
          </w:tcPr>
          <w:p>
            <w:r>
              <w:t>第三等次</w:t>
            </w:r>
          </w:p>
        </w:tc>
        <w:tc>
          <w:tcPr>
            <w:tcW w:type="dxa" w:w="540"/>
          </w:tcPr>
          <w:p>
            <w:r>
              <w:t>第四等次</w:t>
            </w:r>
          </w:p>
        </w:tc>
        <w:tc>
          <w:tcPr>
            <w:tcW w:type="dxa" w:w="540"/>
          </w:tcPr>
          <w:p>
            <w:r>
              <w:t>备注</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学科竞赛(不超过40分)</w:t>
            </w:r>
          </w:p>
        </w:tc>
        <w:tc>
          <w:tcPr>
            <w:tcW w:type="dxa" w:w="540"/>
          </w:tcPr>
          <w:p>
            <w:r>
              <w:t>I甲</w:t>
            </w:r>
          </w:p>
        </w:tc>
        <w:tc>
          <w:tcPr>
            <w:tcW w:type="dxa" w:w="540"/>
          </w:tcPr>
          <w:p>
            <w:r>
              <w:t>40</w:t>
            </w:r>
          </w:p>
        </w:tc>
        <w:tc>
          <w:tcPr>
            <w:tcW w:type="dxa" w:w="540"/>
          </w:tcPr>
          <w:p>
            <w:r>
              <w:t>30</w:t>
            </w:r>
          </w:p>
        </w:tc>
        <w:tc>
          <w:tcPr>
            <w:tcW w:type="dxa" w:w="540"/>
          </w:tcPr>
          <w:p>
            <w:r>
              <w:t>15</w:t>
            </w:r>
          </w:p>
        </w:tc>
        <w:tc>
          <w:tcPr>
            <w:tcW w:type="dxa" w:w="540"/>
          </w:tcPr>
          <w:p>
            <w:r>
              <w:t>5</w:t>
            </w:r>
          </w:p>
        </w:tc>
        <w:tc>
          <w:tcPr>
            <w:tcW w:type="dxa" w:w="540"/>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I乙</w:t>
            </w:r>
          </w:p>
        </w:tc>
        <w:tc>
          <w:tcPr>
            <w:tcW w:type="dxa" w:w="540"/>
          </w:tcPr>
          <w:p>
            <w:r>
              <w:t>15</w:t>
            </w:r>
          </w:p>
        </w:tc>
        <w:tc>
          <w:tcPr>
            <w:tcW w:type="dxa" w:w="540"/>
          </w:tcPr>
          <w:p>
            <w:r>
              <w:t>10</w:t>
            </w:r>
          </w:p>
        </w:tc>
        <w:tc>
          <w:tcPr>
            <w:tcW w:type="dxa" w:w="540"/>
          </w:tcPr>
          <w:p>
            <w:r>
              <w:t>3</w:t>
            </w:r>
          </w:p>
        </w:tc>
        <w:tc>
          <w:tcPr>
            <w:tcW w:type="dxa" w:w="540"/>
          </w:tcPr>
          <w:p>
            <w:r>
              <w:t>1</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科研成果(不超过40分)</w:t>
            </w:r>
          </w:p>
        </w:tc>
        <w:tc>
          <w:tcPr>
            <w:tcW w:type="dxa" w:w="540"/>
          </w:tcPr>
          <w:p>
            <w:r>
              <w:t>论文</w:t>
            </w:r>
          </w:p>
        </w:tc>
        <w:tc>
          <w:tcPr>
            <w:tcW w:type="dxa" w:w="540"/>
          </w:tcPr>
          <w:p>
            <w:r>
              <w:t>级别</w:t>
            </w:r>
          </w:p>
        </w:tc>
        <w:tc>
          <w:tcPr>
            <w:tcW w:type="dxa" w:w="540"/>
          </w:tcPr>
          <w:p>
            <w:r>
              <w:t>一类</w:t>
            </w:r>
          </w:p>
        </w:tc>
        <w:tc>
          <w:tcPr>
            <w:tcW w:type="dxa" w:w="540"/>
          </w:tcPr>
          <w:p>
            <w:r>
              <w:t>二类</w:t>
            </w:r>
          </w:p>
        </w:tc>
        <w:tc>
          <w:tcPr>
            <w:tcW w:type="dxa" w:w="540"/>
          </w:tcPr>
          <w:p>
            <w:r>
              <w:t>三类</w:t>
            </w:r>
          </w:p>
        </w:tc>
        <w:tc>
          <w:tcPr>
            <w:tcW w:type="dxa" w:w="540"/>
          </w:tcPr>
          <w:p>
            <w:r>
              <w:t>四类</w:t>
            </w:r>
          </w:p>
        </w:tc>
        <w:tc>
          <w:tcPr>
            <w:tcW w:type="dxa" w:w="540"/>
          </w:tcPr>
          <w:p>
            <w:r>
              <w:t>北核</w:t>
            </w:r>
          </w:p>
        </w:tc>
        <w:tc>
          <w:tcPr>
            <w:tcW w:type="dxa" w:w="540"/>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核心期刊中一类、二类、三类、四类级别的认定，参照当年执行的《苏州科技大学核心期刊目录》。北核认定参照《中文核心期刊要目总览》（2023版）。成果需正式出版。在省级及以上普通期刊上发表的论文不予认定。以上成果需提供相关证明材料。论文仅算1篇，取最高分。（3）发明专利仅算1项，国际专利等同中国发明专利，如有均计10分。须提供相关专利授权书。（4）论文和发明专利可累计，但论文和专利最多各自算1项，取最高分。科研成果总分上限为40分。</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分值</w:t>
            </w:r>
          </w:p>
        </w:tc>
        <w:tc>
          <w:tcPr>
            <w:tcW w:type="dxa" w:w="540"/>
          </w:tcPr>
          <w:p>
            <w:r>
              <w:t>36</w:t>
            </w:r>
          </w:p>
        </w:tc>
        <w:tc>
          <w:tcPr>
            <w:tcW w:type="dxa" w:w="540"/>
          </w:tcPr>
          <w:p>
            <w:r>
              <w:t>30</w:t>
            </w:r>
          </w:p>
        </w:tc>
        <w:tc>
          <w:tcPr>
            <w:tcW w:type="dxa" w:w="540"/>
          </w:tcPr>
          <w:p>
            <w:r>
              <w:t>24</w:t>
            </w:r>
          </w:p>
        </w:tc>
        <w:tc>
          <w:tcPr>
            <w:tcW w:type="dxa" w:w="540"/>
          </w:tcPr>
          <w:p>
            <w:r>
              <w:t>18</w:t>
            </w:r>
          </w:p>
        </w:tc>
        <w:tc>
          <w:tcPr>
            <w:tcW w:type="dxa" w:w="540"/>
          </w:tcPr>
          <w:p>
            <w:r>
              <w:t>14</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专利</w:t>
            </w:r>
          </w:p>
        </w:tc>
        <w:tc>
          <w:tcPr>
            <w:tcW w:type="dxa" w:w="540"/>
          </w:tcPr>
          <w:p>
            <w:r>
              <w:t>10</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志愿服务(不超过10分)</w:t>
            </w:r>
          </w:p>
        </w:tc>
        <w:tc>
          <w:tcPr>
            <w:tcW w:type="dxa" w:w="540"/>
          </w:tcPr>
          <w:p>
            <w:r/>
          </w:p>
        </w:tc>
        <w:tc>
          <w:tcPr>
            <w:tcW w:type="dxa" w:w="540"/>
          </w:tcPr>
          <w:p>
            <w:r>
              <w:t>第一等次</w:t>
            </w:r>
          </w:p>
        </w:tc>
        <w:tc>
          <w:tcPr>
            <w:tcW w:type="dxa" w:w="540"/>
          </w:tcPr>
          <w:p>
            <w:r>
              <w:t>第二等次</w:t>
            </w:r>
          </w:p>
        </w:tc>
        <w:tc>
          <w:tcPr>
            <w:tcW w:type="dxa" w:w="540"/>
          </w:tcPr>
          <w:p>
            <w:r>
              <w:t>第三等次</w:t>
            </w:r>
          </w:p>
        </w:tc>
        <w:tc>
          <w:tcPr>
            <w:tcW w:type="dxa" w:w="540"/>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国家级</w:t>
            </w:r>
          </w:p>
        </w:tc>
        <w:tc>
          <w:tcPr>
            <w:tcW w:type="dxa" w:w="540"/>
          </w:tcPr>
          <w:p>
            <w:r>
              <w:t>10</w:t>
            </w:r>
          </w:p>
        </w:tc>
        <w:tc>
          <w:tcPr>
            <w:tcW w:type="dxa" w:w="540"/>
          </w:tcPr>
          <w:p>
            <w:r>
              <w:t>7</w:t>
            </w:r>
          </w:p>
        </w:tc>
        <w:tc>
          <w:tcPr>
            <w:tcW w:type="dxa" w:w="540"/>
          </w:tcPr>
          <w:p>
            <w:r>
              <w:t>5</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省部级</w:t>
            </w:r>
          </w:p>
        </w:tc>
        <w:tc>
          <w:tcPr>
            <w:tcW w:type="dxa" w:w="540"/>
          </w:tcPr>
          <w:p>
            <w:r>
              <w:t>5</w:t>
            </w:r>
          </w:p>
        </w:tc>
        <w:tc>
          <w:tcPr>
            <w:tcW w:type="dxa" w:w="540"/>
          </w:tcPr>
          <w:p>
            <w:r>
              <w:t>3</w:t>
            </w:r>
          </w:p>
        </w:tc>
        <w:tc>
          <w:tcPr>
            <w:tcW w:type="dxa" w:w="540"/>
          </w:tcPr>
          <w:p>
            <w:r>
              <w:t>1</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到国际组织实习（不超过5分）</w:t>
            </w:r>
          </w:p>
        </w:tc>
        <w:tc>
          <w:tcPr>
            <w:tcW w:type="dxa" w:w="540"/>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t>参军入伍服兵役（不超过5分）</w:t>
            </w:r>
          </w:p>
        </w:tc>
        <w:tc>
          <w:tcPr>
            <w:tcW w:type="dxa" w:w="540"/>
          </w:tcPr>
          <w:p>
            <w:r>
              <w:t>须提供入伍批准书及退出现役证。</w:t>
            </w: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c>
          <w:tcPr>
            <w:tcW w:type="dxa" w:w="540"/>
          </w:tcPr>
          <w:p/>
        </w:tc>
      </w:tr>
      <w:tr>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c>
          <w:tcPr>
            <w:tcW w:type="dxa" w:w="540"/>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苏州科技大学教育学院推荐2027年优秀应届本科毕业生免试攻读研究生课程清单（包括但不仅限于以下内容）</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学前教育（师范）</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w:t>
            </w:r>
          </w:p>
        </w:tc>
        <w:tc>
          <w:tcPr>
            <w:tcW w:type="dxa" w:w="1080"/>
          </w:tcPr>
          <w:p>
            <w:r>
              <w:t>素质必修课</w:t>
            </w:r>
          </w:p>
        </w:tc>
        <w:tc>
          <w:tcPr>
            <w:tcW w:type="dxa" w:w="1080"/>
          </w:tcPr>
          <w:p>
            <w:r>
              <w:t>教育学院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普通心理学B</w:t>
            </w:r>
          </w:p>
        </w:tc>
        <w:tc>
          <w:tcPr>
            <w:tcW w:type="dxa" w:w="1080"/>
          </w:tcPr>
          <w:p>
            <w:r>
              <w:t>2ED41201</w:t>
            </w:r>
          </w:p>
        </w:tc>
        <w:tc>
          <w:tcPr>
            <w:tcW w:type="dxa" w:w="1080"/>
          </w:tcPr>
          <w:p>
            <w:r>
              <w:t>2</w:t>
            </w:r>
          </w:p>
        </w:tc>
        <w:tc>
          <w:tcPr>
            <w:tcW w:type="dxa" w:w="1080"/>
          </w:tcPr>
          <w:p>
            <w:r>
              <w:t>教师教育必修课</w:t>
            </w:r>
          </w:p>
        </w:tc>
        <w:tc>
          <w:tcPr>
            <w:tcW w:type="dxa" w:w="1080"/>
          </w:tcPr>
          <w:p>
            <w:r>
              <w:t>教育学院</w:t>
            </w:r>
          </w:p>
        </w:tc>
        <w:tc>
          <w:tcPr>
            <w:tcW w:type="dxa" w:w="1080"/>
          </w:tcPr>
          <w:p>
            <w:r>
              <w:t>2023-2024</w:t>
            </w:r>
          </w:p>
        </w:tc>
        <w:tc>
          <w:tcPr>
            <w:tcW w:type="dxa" w:w="1080"/>
          </w:tcPr>
          <w:p>
            <w:r>
              <w:t>1</w:t>
            </w:r>
          </w:p>
        </w:tc>
      </w:tr>
      <w:tr>
        <w:tc>
          <w:tcPr>
            <w:tcW w:type="dxa" w:w="1080"/>
          </w:tcPr>
          <w:p>
            <w:r>
              <w:t>6</w:t>
            </w:r>
          </w:p>
        </w:tc>
        <w:tc>
          <w:tcPr>
            <w:tcW w:type="dxa" w:w="1080"/>
          </w:tcPr>
          <w:p>
            <w:r>
              <w:t>教育学原理</w:t>
            </w:r>
          </w:p>
        </w:tc>
        <w:tc>
          <w:tcPr>
            <w:tcW w:type="dxa" w:w="1080"/>
          </w:tcPr>
          <w:p>
            <w:r>
              <w:t>2ED41202</w:t>
            </w:r>
          </w:p>
        </w:tc>
        <w:tc>
          <w:tcPr>
            <w:tcW w:type="dxa" w:w="1080"/>
          </w:tcPr>
          <w:p>
            <w:r>
              <w:t>2</w:t>
            </w:r>
          </w:p>
        </w:tc>
        <w:tc>
          <w:tcPr>
            <w:tcW w:type="dxa" w:w="1080"/>
          </w:tcPr>
          <w:p>
            <w:r>
              <w:t>教师教育必修课</w:t>
            </w:r>
          </w:p>
        </w:tc>
        <w:tc>
          <w:tcPr>
            <w:tcW w:type="dxa" w:w="1080"/>
          </w:tcPr>
          <w:p>
            <w:r>
              <w:t>教育学院</w:t>
            </w:r>
          </w:p>
        </w:tc>
        <w:tc>
          <w:tcPr>
            <w:tcW w:type="dxa" w:w="1080"/>
          </w:tcPr>
          <w:p>
            <w:r>
              <w:t>2023-2024</w:t>
            </w:r>
          </w:p>
        </w:tc>
        <w:tc>
          <w:tcPr>
            <w:tcW w:type="dxa" w:w="1080"/>
          </w:tcPr>
          <w:p>
            <w:r>
              <w:t>1</w:t>
            </w:r>
          </w:p>
        </w:tc>
      </w:tr>
      <w:tr>
        <w:tc>
          <w:tcPr>
            <w:tcW w:type="dxa" w:w="1080"/>
          </w:tcPr>
          <w:p>
            <w:r>
              <w:t>7</w:t>
            </w:r>
          </w:p>
        </w:tc>
        <w:tc>
          <w:tcPr>
            <w:tcW w:type="dxa" w:w="1080"/>
          </w:tcPr>
          <w:p>
            <w:r>
              <w:t>学前教育专业导论</w:t>
            </w:r>
          </w:p>
        </w:tc>
        <w:tc>
          <w:tcPr>
            <w:tcW w:type="dxa" w:w="1080"/>
          </w:tcPr>
          <w:p>
            <w:r>
              <w:t>2ED41205</w:t>
            </w:r>
          </w:p>
        </w:tc>
        <w:tc>
          <w:tcPr>
            <w:tcW w:type="dxa" w:w="1080"/>
          </w:tcPr>
          <w:p>
            <w:r>
              <w:t>1</w:t>
            </w:r>
          </w:p>
        </w:tc>
        <w:tc>
          <w:tcPr>
            <w:tcW w:type="dxa" w:w="1080"/>
          </w:tcPr>
          <w:p>
            <w:r>
              <w:t>教师教育必修课</w:t>
            </w:r>
          </w:p>
        </w:tc>
        <w:tc>
          <w:tcPr>
            <w:tcW w:type="dxa" w:w="1080"/>
          </w:tcPr>
          <w:p>
            <w:r>
              <w:t>教育学院</w:t>
            </w:r>
          </w:p>
        </w:tc>
        <w:tc>
          <w:tcPr>
            <w:tcW w:type="dxa" w:w="1080"/>
          </w:tcPr>
          <w:p>
            <w:r>
              <w:t>2023-2024</w:t>
            </w:r>
          </w:p>
        </w:tc>
        <w:tc>
          <w:tcPr>
            <w:tcW w:type="dxa" w:w="1080"/>
          </w:tcPr>
          <w:p>
            <w:r>
              <w:t>1</w:t>
            </w:r>
          </w:p>
        </w:tc>
      </w:tr>
      <w:tr>
        <w:tc>
          <w:tcPr>
            <w:tcW w:type="dxa" w:w="1080"/>
          </w:tcPr>
          <w:p>
            <w:r>
              <w:t>8</w:t>
            </w:r>
          </w:p>
        </w:tc>
        <w:tc>
          <w:tcPr>
            <w:tcW w:type="dxa" w:w="1080"/>
          </w:tcPr>
          <w:p>
            <w:r>
              <w:t>智能办公及应用</w:t>
            </w:r>
          </w:p>
        </w:tc>
        <w:tc>
          <w:tcPr>
            <w:tcW w:type="dxa" w:w="1080"/>
          </w:tcPr>
          <w:p>
            <w:r>
              <w:t>2EI21005</w:t>
            </w:r>
          </w:p>
        </w:tc>
        <w:tc>
          <w:tcPr>
            <w:tcW w:type="dxa" w:w="1080"/>
          </w:tcPr>
          <w:p>
            <w:r>
              <w:t>2</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9</w:t>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10</w:t>
            </w:r>
          </w:p>
        </w:tc>
        <w:tc>
          <w:tcPr>
            <w:tcW w:type="dxa" w:w="1080"/>
          </w:tcPr>
          <w:p>
            <w:r>
              <w:t>乐理与视唱</w:t>
            </w:r>
          </w:p>
        </w:tc>
        <w:tc>
          <w:tcPr>
            <w:tcW w:type="dxa" w:w="1080"/>
          </w:tcPr>
          <w:p>
            <w:r>
              <w:t>2MU21301</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11</w:t>
            </w:r>
          </w:p>
        </w:tc>
        <w:tc>
          <w:tcPr>
            <w:tcW w:type="dxa" w:w="1080"/>
          </w:tcPr>
          <w:p>
            <w:r>
              <w:t>思想道德与法治</w:t>
            </w:r>
          </w:p>
        </w:tc>
        <w:tc>
          <w:tcPr>
            <w:tcW w:type="dxa" w:w="1080"/>
          </w:tcPr>
          <w:p>
            <w:r>
              <w:t>2MX11001</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12</w:t>
            </w:r>
          </w:p>
        </w:tc>
        <w:tc>
          <w:tcPr>
            <w:tcW w:type="dxa" w:w="1080"/>
          </w:tcPr>
          <w:p>
            <w:r>
              <w:t>劳动教育理论</w:t>
            </w:r>
          </w:p>
        </w:tc>
        <w:tc>
          <w:tcPr>
            <w:tcW w:type="dxa" w:w="1080"/>
          </w:tcPr>
          <w:p>
            <w:r>
              <w:t>2SD11001</w:t>
            </w:r>
          </w:p>
        </w:tc>
        <w:tc>
          <w:tcPr>
            <w:tcW w:type="dxa" w:w="1080"/>
          </w:tcPr>
          <w:p>
            <w:r>
              <w:t>1</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13</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14</w:t>
            </w:r>
          </w:p>
        </w:tc>
        <w:tc>
          <w:tcPr>
            <w:tcW w:type="dxa" w:w="1080"/>
          </w:tcPr>
          <w:p>
            <w:r>
              <w:t>美术基础</w:t>
            </w:r>
          </w:p>
        </w:tc>
        <w:tc>
          <w:tcPr>
            <w:tcW w:type="dxa" w:w="1080"/>
          </w:tcPr>
          <w:p>
            <w:r>
              <w:t>2AR21240</w:t>
            </w:r>
          </w:p>
        </w:tc>
        <w:tc>
          <w:tcPr>
            <w:tcW w:type="dxa" w:w="1080"/>
          </w:tcPr>
          <w:p>
            <w:r>
              <w:t>2</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t>15</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16</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17</w:t>
            </w:r>
          </w:p>
        </w:tc>
        <w:tc>
          <w:tcPr>
            <w:tcW w:type="dxa" w:w="1080"/>
          </w:tcPr>
          <w:p>
            <w:r>
              <w:t>自然科学基础知识</w:t>
            </w:r>
          </w:p>
        </w:tc>
        <w:tc>
          <w:tcPr>
            <w:tcW w:type="dxa" w:w="1080"/>
          </w:tcPr>
          <w:p>
            <w:r>
              <w:t>2ED21203</w:t>
            </w:r>
          </w:p>
        </w:tc>
        <w:tc>
          <w:tcPr>
            <w:tcW w:type="dxa" w:w="1080"/>
          </w:tcPr>
          <w:p>
            <w:r>
              <w:t>2</w:t>
            </w:r>
          </w:p>
        </w:tc>
        <w:tc>
          <w:tcPr>
            <w:tcW w:type="dxa" w:w="1080"/>
          </w:tcPr>
          <w:p>
            <w:r>
              <w:t>专业必修课</w:t>
            </w:r>
          </w:p>
        </w:tc>
        <w:tc>
          <w:tcPr>
            <w:tcW w:type="dxa" w:w="1080"/>
          </w:tcPr>
          <w:p>
            <w:r>
              <w:t>教育学院</w:t>
            </w:r>
          </w:p>
        </w:tc>
        <w:tc>
          <w:tcPr>
            <w:tcW w:type="dxa" w:w="1080"/>
          </w:tcPr>
          <w:p>
            <w:r>
              <w:t>2023-2024</w:t>
            </w:r>
          </w:p>
        </w:tc>
        <w:tc>
          <w:tcPr>
            <w:tcW w:type="dxa" w:w="1080"/>
          </w:tcPr>
          <w:p>
            <w:r>
              <w:t>2</w:t>
            </w:r>
          </w:p>
        </w:tc>
      </w:tr>
      <w:tr>
        <w:tc>
          <w:tcPr>
            <w:tcW w:type="dxa" w:w="1080"/>
          </w:tcPr>
          <w:p>
            <w:r>
              <w:t>18</w:t>
            </w:r>
          </w:p>
        </w:tc>
        <w:tc>
          <w:tcPr>
            <w:tcW w:type="dxa" w:w="1080"/>
          </w:tcPr>
          <w:p>
            <w:r>
              <w:t>学前教育学</w:t>
            </w:r>
          </w:p>
        </w:tc>
        <w:tc>
          <w:tcPr>
            <w:tcW w:type="dxa" w:w="1080"/>
          </w:tcPr>
          <w:p>
            <w:r>
              <w:t>2ED41203</w:t>
            </w:r>
          </w:p>
        </w:tc>
        <w:tc>
          <w:tcPr>
            <w:tcW w:type="dxa" w:w="1080"/>
          </w:tcPr>
          <w:p>
            <w:r>
              <w:t>3</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t>19</w:t>
            </w:r>
          </w:p>
        </w:tc>
        <w:tc>
          <w:tcPr>
            <w:tcW w:type="dxa" w:w="1080"/>
          </w:tcPr>
          <w:p>
            <w:r>
              <w:t>学前保育学</w:t>
            </w:r>
          </w:p>
        </w:tc>
        <w:tc>
          <w:tcPr>
            <w:tcW w:type="dxa" w:w="1080"/>
          </w:tcPr>
          <w:p>
            <w:r>
              <w:t>2ED41204</w:t>
            </w:r>
          </w:p>
        </w:tc>
        <w:tc>
          <w:tcPr>
            <w:tcW w:type="dxa" w:w="1080"/>
          </w:tcPr>
          <w:p>
            <w:r>
              <w:t>3</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t>20</w:t>
            </w:r>
          </w:p>
        </w:tc>
        <w:tc>
          <w:tcPr>
            <w:tcW w:type="dxa" w:w="1080"/>
          </w:tcPr>
          <w:p>
            <w:r>
              <w:t>学前儿童发展科学</w:t>
            </w:r>
          </w:p>
        </w:tc>
        <w:tc>
          <w:tcPr>
            <w:tcW w:type="dxa" w:w="1080"/>
          </w:tcPr>
          <w:p>
            <w:r>
              <w:t>2ED41206</w:t>
            </w:r>
          </w:p>
        </w:tc>
        <w:tc>
          <w:tcPr>
            <w:tcW w:type="dxa" w:w="1080"/>
          </w:tcPr>
          <w:p>
            <w:r>
              <w:t>3</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t>21</w:t>
            </w:r>
          </w:p>
        </w:tc>
        <w:tc>
          <w:tcPr>
            <w:tcW w:type="dxa" w:w="1080"/>
          </w:tcPr>
          <w:p>
            <w:r>
              <w:t>教育见习（一）</w:t>
            </w:r>
          </w:p>
        </w:tc>
        <w:tc>
          <w:tcPr>
            <w:tcW w:type="dxa" w:w="1080"/>
          </w:tcPr>
          <w:p>
            <w:r>
              <w:t>2ED41225</w:t>
            </w:r>
          </w:p>
        </w:tc>
        <w:tc>
          <w:tcPr>
            <w:tcW w:type="dxa" w:w="1080"/>
          </w:tcPr>
          <w:p>
            <w:r>
              <w:t>1</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t>22</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23</w:t>
            </w:r>
          </w:p>
        </w:tc>
        <w:tc>
          <w:tcPr>
            <w:tcW w:type="dxa" w:w="1080"/>
          </w:tcPr>
          <w:p>
            <w:r>
              <w:t>习近平总书记关于教育的重要论述研究</w:t>
            </w:r>
          </w:p>
        </w:tc>
        <w:tc>
          <w:tcPr>
            <w:tcW w:type="dxa" w:w="1080"/>
          </w:tcPr>
          <w:p>
            <w:r>
              <w:t>2MX11011</w:t>
            </w:r>
          </w:p>
        </w:tc>
        <w:tc>
          <w:tcPr>
            <w:tcW w:type="dxa" w:w="1080"/>
          </w:tcPr>
          <w:p>
            <w:r>
              <w:t>2</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24</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25</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26</w:t>
            </w:r>
          </w:p>
        </w:tc>
        <w:tc>
          <w:tcPr>
            <w:tcW w:type="dxa" w:w="1080"/>
          </w:tcPr>
          <w:p>
            <w:r>
              <w:t>幼儿园实用美术</w:t>
            </w:r>
          </w:p>
        </w:tc>
        <w:tc>
          <w:tcPr>
            <w:tcW w:type="dxa" w:w="1080"/>
          </w:tcPr>
          <w:p>
            <w:r>
              <w:t>2AR21241</w:t>
            </w:r>
          </w:p>
        </w:tc>
        <w:tc>
          <w:tcPr>
            <w:tcW w:type="dxa" w:w="1080"/>
          </w:tcPr>
          <w:p>
            <w:r>
              <w:t>2</w:t>
            </w:r>
          </w:p>
        </w:tc>
        <w:tc>
          <w:tcPr>
            <w:tcW w:type="dxa" w:w="1080"/>
          </w:tcPr>
          <w:p>
            <w:r>
              <w:t>教师教育必修课</w:t>
            </w:r>
          </w:p>
        </w:tc>
        <w:tc>
          <w:tcPr>
            <w:tcW w:type="dxa" w:w="1080"/>
          </w:tcPr>
          <w:p>
            <w:r>
              <w:t>艺术学院</w:t>
            </w:r>
          </w:p>
        </w:tc>
        <w:tc>
          <w:tcPr>
            <w:tcW w:type="dxa" w:w="1080"/>
          </w:tcPr>
          <w:p>
            <w:r>
              <w:t>2024-2025</w:t>
            </w:r>
          </w:p>
        </w:tc>
        <w:tc>
          <w:tcPr>
            <w:tcW w:type="dxa" w:w="1080"/>
          </w:tcPr>
          <w:p>
            <w:r>
              <w:t>1</w:t>
            </w:r>
          </w:p>
        </w:tc>
      </w:tr>
      <w:tr>
        <w:tc>
          <w:tcPr>
            <w:tcW w:type="dxa" w:w="1080"/>
          </w:tcPr>
          <w:p>
            <w:r>
              <w:t>27</w:t>
            </w:r>
          </w:p>
        </w:tc>
        <w:tc>
          <w:tcPr>
            <w:tcW w:type="dxa" w:w="1080"/>
          </w:tcPr>
          <w:p>
            <w:r>
              <w:t>教育心理学B</w:t>
            </w:r>
          </w:p>
        </w:tc>
        <w:tc>
          <w:tcPr>
            <w:tcW w:type="dxa" w:w="1080"/>
          </w:tcPr>
          <w:p>
            <w:r>
              <w:t>2ED41207</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28</w:t>
            </w:r>
          </w:p>
        </w:tc>
        <w:tc>
          <w:tcPr>
            <w:tcW w:type="dxa" w:w="1080"/>
          </w:tcPr>
          <w:p>
            <w:r>
              <w:t>幼儿园课程</w:t>
            </w:r>
          </w:p>
        </w:tc>
        <w:tc>
          <w:tcPr>
            <w:tcW w:type="dxa" w:w="1080"/>
          </w:tcPr>
          <w:p>
            <w:r>
              <w:t>2ED41208</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29</w:t>
            </w:r>
          </w:p>
        </w:tc>
        <w:tc>
          <w:tcPr>
            <w:tcW w:type="dxa" w:w="1080"/>
          </w:tcPr>
          <w:p>
            <w:r>
              <w:t>学前儿童游戏与指导</w:t>
            </w:r>
          </w:p>
        </w:tc>
        <w:tc>
          <w:tcPr>
            <w:tcW w:type="dxa" w:w="1080"/>
          </w:tcPr>
          <w:p>
            <w:r>
              <w:t>2ED41209</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30</w:t>
            </w:r>
          </w:p>
        </w:tc>
        <w:tc>
          <w:tcPr>
            <w:tcW w:type="dxa" w:w="1080"/>
          </w:tcPr>
          <w:p>
            <w:r>
              <w:t>中外学前教育史</w:t>
            </w:r>
          </w:p>
        </w:tc>
        <w:tc>
          <w:tcPr>
            <w:tcW w:type="dxa" w:w="1080"/>
          </w:tcPr>
          <w:p>
            <w:r>
              <w:t>2ED41210</w:t>
            </w:r>
          </w:p>
        </w:tc>
        <w:tc>
          <w:tcPr>
            <w:tcW w:type="dxa" w:w="1080"/>
          </w:tcPr>
          <w:p>
            <w:r>
              <w:t>3</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31</w:t>
            </w:r>
          </w:p>
        </w:tc>
        <w:tc>
          <w:tcPr>
            <w:tcW w:type="dxa" w:w="1080"/>
          </w:tcPr>
          <w:p>
            <w:r>
              <w:t>学前儿童健康教育</w:t>
            </w:r>
          </w:p>
        </w:tc>
        <w:tc>
          <w:tcPr>
            <w:tcW w:type="dxa" w:w="1080"/>
          </w:tcPr>
          <w:p>
            <w:r>
              <w:t>2ED41211</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32</w:t>
            </w:r>
          </w:p>
        </w:tc>
        <w:tc>
          <w:tcPr>
            <w:tcW w:type="dxa" w:w="1080"/>
          </w:tcPr>
          <w:p>
            <w:r>
              <w:t>钢琴基础</w:t>
            </w:r>
          </w:p>
        </w:tc>
        <w:tc>
          <w:tcPr>
            <w:tcW w:type="dxa" w:w="1080"/>
          </w:tcPr>
          <w:p>
            <w:r>
              <w:t>2MU21302</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33</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34</w:t>
            </w:r>
          </w:p>
        </w:tc>
        <w:tc>
          <w:tcPr>
            <w:tcW w:type="dxa" w:w="1080"/>
          </w:tcPr>
          <w:p>
            <w:r>
              <w:t>改革开放史</w:t>
            </w:r>
          </w:p>
        </w:tc>
        <w:tc>
          <w:tcPr>
            <w:tcW w:type="dxa" w:w="1080"/>
          </w:tcPr>
          <w:p>
            <w:r>
              <w:t>2MX11009</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35</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36</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37</w:t>
            </w:r>
          </w:p>
        </w:tc>
        <w:tc>
          <w:tcPr>
            <w:tcW w:type="dxa" w:w="1080"/>
          </w:tcPr>
          <w:p>
            <w:r>
              <w:t>学前儿童语言教育</w:t>
            </w:r>
          </w:p>
        </w:tc>
        <w:tc>
          <w:tcPr>
            <w:tcW w:type="dxa" w:w="1080"/>
          </w:tcPr>
          <w:p>
            <w:r>
              <w:t>2ED41212</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38</w:t>
            </w:r>
          </w:p>
        </w:tc>
        <w:tc>
          <w:tcPr>
            <w:tcW w:type="dxa" w:w="1080"/>
          </w:tcPr>
          <w:p>
            <w:r>
              <w:t>学前儿童美术教育</w:t>
            </w:r>
          </w:p>
        </w:tc>
        <w:tc>
          <w:tcPr>
            <w:tcW w:type="dxa" w:w="1080"/>
          </w:tcPr>
          <w:p>
            <w:r>
              <w:t>2ED41214</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39</w:t>
            </w:r>
          </w:p>
        </w:tc>
        <w:tc>
          <w:tcPr>
            <w:tcW w:type="dxa" w:w="1080"/>
          </w:tcPr>
          <w:p>
            <w:r>
              <w:t>学前教育研究方法</w:t>
            </w:r>
          </w:p>
        </w:tc>
        <w:tc>
          <w:tcPr>
            <w:tcW w:type="dxa" w:w="1080"/>
          </w:tcPr>
          <w:p>
            <w:r>
              <w:t>2ED41215</w:t>
            </w:r>
          </w:p>
        </w:tc>
        <w:tc>
          <w:tcPr>
            <w:tcW w:type="dxa" w:w="1080"/>
          </w:tcPr>
          <w:p>
            <w:r>
              <w:t>3</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40</w:t>
            </w:r>
          </w:p>
        </w:tc>
        <w:tc>
          <w:tcPr>
            <w:tcW w:type="dxa" w:w="1080"/>
          </w:tcPr>
          <w:p>
            <w:r>
              <w:t>学前儿童数学教育</w:t>
            </w:r>
          </w:p>
        </w:tc>
        <w:tc>
          <w:tcPr>
            <w:tcW w:type="dxa" w:w="1080"/>
          </w:tcPr>
          <w:p>
            <w:r>
              <w:t>2ED41216</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41</w:t>
            </w:r>
          </w:p>
        </w:tc>
        <w:tc>
          <w:tcPr>
            <w:tcW w:type="dxa" w:w="1080"/>
          </w:tcPr>
          <w:p>
            <w:r>
              <w:t>教育见习（二）</w:t>
            </w:r>
          </w:p>
        </w:tc>
        <w:tc>
          <w:tcPr>
            <w:tcW w:type="dxa" w:w="1080"/>
          </w:tcPr>
          <w:p>
            <w:r>
              <w:t>2ED41226</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42</w:t>
            </w:r>
          </w:p>
        </w:tc>
        <w:tc>
          <w:tcPr>
            <w:tcW w:type="dxa" w:w="1080"/>
          </w:tcPr>
          <w:p>
            <w:r>
              <w:t>舞蹈基础</w:t>
            </w:r>
          </w:p>
        </w:tc>
        <w:tc>
          <w:tcPr>
            <w:tcW w:type="dxa" w:w="1080"/>
          </w:tcPr>
          <w:p>
            <w:r>
              <w:t>2MU21303</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43</w:t>
            </w:r>
          </w:p>
        </w:tc>
        <w:tc>
          <w:tcPr>
            <w:tcW w:type="dxa" w:w="1080"/>
          </w:tcPr>
          <w:p>
            <w:r>
              <w:t>幼儿歌曲弹唱与即兴伴奏</w:t>
            </w:r>
          </w:p>
        </w:tc>
        <w:tc>
          <w:tcPr>
            <w:tcW w:type="dxa" w:w="1080"/>
          </w:tcPr>
          <w:p>
            <w:r>
              <w:t>2MU21304</w:t>
            </w:r>
          </w:p>
        </w:tc>
        <w:tc>
          <w:tcPr>
            <w:tcW w:type="dxa" w:w="1080"/>
          </w:tcPr>
          <w:p>
            <w:r>
              <w:t>2</w:t>
            </w:r>
          </w:p>
        </w:tc>
        <w:tc>
          <w:tcPr>
            <w:tcW w:type="dxa" w:w="1080"/>
          </w:tcPr>
          <w:p>
            <w:r>
              <w:t>教师教育必修课</w:t>
            </w:r>
          </w:p>
        </w:tc>
        <w:tc>
          <w:tcPr>
            <w:tcW w:type="dxa" w:w="1080"/>
          </w:tcPr>
          <w:p>
            <w:r>
              <w:t>音乐学院</w:t>
            </w:r>
          </w:p>
        </w:tc>
        <w:tc>
          <w:tcPr>
            <w:tcW w:type="dxa" w:w="1080"/>
          </w:tcPr>
          <w:p>
            <w:r>
              <w:t>2024-2025</w:t>
            </w:r>
          </w:p>
        </w:tc>
        <w:tc>
          <w:tcPr>
            <w:tcW w:type="dxa" w:w="1080"/>
          </w:tcPr>
          <w:p>
            <w:r>
              <w:t>2</w:t>
            </w:r>
          </w:p>
        </w:tc>
      </w:tr>
      <w:tr>
        <w:tc>
          <w:tcPr>
            <w:tcW w:type="dxa" w:w="1080"/>
          </w:tcPr>
          <w:p>
            <w:r>
              <w:t>44</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45</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46</w:t>
            </w:r>
          </w:p>
        </w:tc>
        <w:tc>
          <w:tcPr>
            <w:tcW w:type="dxa" w:w="1080"/>
          </w:tcPr>
          <w:p>
            <w:r>
              <w:t>学前儿童科学教育</w:t>
            </w:r>
          </w:p>
        </w:tc>
        <w:tc>
          <w:tcPr>
            <w:tcW w:type="dxa" w:w="1080"/>
          </w:tcPr>
          <w:p>
            <w:r>
              <w:t>2ED41213</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47</w:t>
            </w:r>
          </w:p>
        </w:tc>
        <w:tc>
          <w:tcPr>
            <w:tcW w:type="dxa" w:w="1080"/>
          </w:tcPr>
          <w:p>
            <w:r>
              <w:t>学前儿童社会教育</w:t>
            </w:r>
          </w:p>
        </w:tc>
        <w:tc>
          <w:tcPr>
            <w:tcW w:type="dxa" w:w="1080"/>
          </w:tcPr>
          <w:p>
            <w:r>
              <w:t>2ED41217</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48</w:t>
            </w:r>
          </w:p>
        </w:tc>
        <w:tc>
          <w:tcPr>
            <w:tcW w:type="dxa" w:w="1080"/>
          </w:tcPr>
          <w:p>
            <w:r>
              <w:t>幼儿园班级管理</w:t>
            </w:r>
          </w:p>
        </w:tc>
        <w:tc>
          <w:tcPr>
            <w:tcW w:type="dxa" w:w="1080"/>
          </w:tcPr>
          <w:p>
            <w:r>
              <w:t>2ED41218</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49</w:t>
            </w:r>
          </w:p>
        </w:tc>
        <w:tc>
          <w:tcPr>
            <w:tcW w:type="dxa" w:w="1080"/>
          </w:tcPr>
          <w:p>
            <w:r>
              <w:t>学前现代教育技术学</w:t>
            </w:r>
          </w:p>
        </w:tc>
        <w:tc>
          <w:tcPr>
            <w:tcW w:type="dxa" w:w="1080"/>
          </w:tcPr>
          <w:p>
            <w:r>
              <w:t>2ED41219</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50</w:t>
            </w:r>
          </w:p>
        </w:tc>
        <w:tc>
          <w:tcPr>
            <w:tcW w:type="dxa" w:w="1080"/>
          </w:tcPr>
          <w:p>
            <w:r>
              <w:t>幼儿行为观察与指导</w:t>
            </w:r>
          </w:p>
        </w:tc>
        <w:tc>
          <w:tcPr>
            <w:tcW w:type="dxa" w:w="1080"/>
          </w:tcPr>
          <w:p>
            <w:r>
              <w:t>2ED41220</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51</w:t>
            </w:r>
          </w:p>
        </w:tc>
        <w:tc>
          <w:tcPr>
            <w:tcW w:type="dxa" w:w="1080"/>
          </w:tcPr>
          <w:p>
            <w:r>
              <w:t>学前儿童音乐教育</w:t>
            </w:r>
          </w:p>
        </w:tc>
        <w:tc>
          <w:tcPr>
            <w:tcW w:type="dxa" w:w="1080"/>
          </w:tcPr>
          <w:p>
            <w:r>
              <w:t>2ED41221</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52</w:t>
            </w:r>
          </w:p>
        </w:tc>
        <w:tc>
          <w:tcPr>
            <w:tcW w:type="dxa" w:w="1080"/>
          </w:tcPr>
          <w:p>
            <w:r>
              <w:t>幼儿园环境创设</w:t>
            </w:r>
          </w:p>
        </w:tc>
        <w:tc>
          <w:tcPr>
            <w:tcW w:type="dxa" w:w="1080"/>
          </w:tcPr>
          <w:p>
            <w:r>
              <w:t>2ED41222</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53</w:t>
            </w:r>
          </w:p>
        </w:tc>
        <w:tc>
          <w:tcPr>
            <w:tcW w:type="dxa" w:w="1080"/>
          </w:tcPr>
          <w:p>
            <w:r>
              <w:t>教育见习（三）</w:t>
            </w:r>
          </w:p>
        </w:tc>
        <w:tc>
          <w:tcPr>
            <w:tcW w:type="dxa" w:w="1080"/>
          </w:tcPr>
          <w:p>
            <w:r>
              <w:t>2ED41227</w:t>
            </w:r>
          </w:p>
        </w:tc>
        <w:tc>
          <w:tcPr>
            <w:tcW w:type="dxa" w:w="1080"/>
          </w:tcPr>
          <w:p>
            <w:r>
              <w:t>1</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54</w:t>
            </w:r>
          </w:p>
        </w:tc>
        <w:tc>
          <w:tcPr>
            <w:tcW w:type="dxa" w:w="1080"/>
          </w:tcPr>
          <w:p>
            <w:r>
              <w:t>幼儿舞蹈创作与编排</w:t>
            </w:r>
          </w:p>
        </w:tc>
        <w:tc>
          <w:tcPr>
            <w:tcW w:type="dxa" w:w="1080"/>
          </w:tcPr>
          <w:p>
            <w:r>
              <w:t>2MU21305</w:t>
            </w:r>
          </w:p>
        </w:tc>
        <w:tc>
          <w:tcPr>
            <w:tcW w:type="dxa" w:w="1080"/>
          </w:tcPr>
          <w:p>
            <w:r>
              <w:t>2</w:t>
            </w:r>
          </w:p>
        </w:tc>
        <w:tc>
          <w:tcPr>
            <w:tcW w:type="dxa" w:w="1080"/>
          </w:tcPr>
          <w:p>
            <w:r>
              <w:t>教师教育必修课</w:t>
            </w:r>
          </w:p>
        </w:tc>
        <w:tc>
          <w:tcPr>
            <w:tcW w:type="dxa" w:w="1080"/>
          </w:tcPr>
          <w:p>
            <w:r>
              <w:t>音乐学院</w:t>
            </w:r>
          </w:p>
        </w:tc>
        <w:tc>
          <w:tcPr>
            <w:tcW w:type="dxa" w:w="1080"/>
          </w:tcPr>
          <w:p>
            <w:r>
              <w:t>2025-2026</w:t>
            </w:r>
          </w:p>
        </w:tc>
        <w:tc>
          <w:tcPr>
            <w:tcW w:type="dxa" w:w="1080"/>
          </w:tcPr>
          <w:p>
            <w:r>
              <w:t>1</w:t>
            </w:r>
          </w:p>
        </w:tc>
      </w:tr>
      <w:tr>
        <w:tc>
          <w:tcPr>
            <w:tcW w:type="dxa" w:w="1080"/>
          </w:tcPr>
          <w:p>
            <w:r>
              <w:t>55</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56</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57</w:t>
            </w:r>
          </w:p>
        </w:tc>
        <w:tc>
          <w:tcPr>
            <w:tcW w:type="dxa" w:w="1080"/>
          </w:tcPr>
          <w:p>
            <w:r>
              <w:t>学前教育专业综合素质展示</w:t>
            </w:r>
          </w:p>
        </w:tc>
        <w:tc>
          <w:tcPr>
            <w:tcW w:type="dxa" w:w="1080"/>
          </w:tcPr>
          <w:p>
            <w:r>
              <w:t>2ED21226</w:t>
            </w:r>
          </w:p>
        </w:tc>
        <w:tc>
          <w:tcPr>
            <w:tcW w:type="dxa" w:w="1080"/>
          </w:tcPr>
          <w:p>
            <w:r>
              <w:t>1</w:t>
            </w:r>
          </w:p>
        </w:tc>
        <w:tc>
          <w:tcPr>
            <w:tcW w:type="dxa" w:w="1080"/>
          </w:tcPr>
          <w:p>
            <w:r>
              <w:t>专业必修课</w:t>
            </w:r>
          </w:p>
        </w:tc>
        <w:tc>
          <w:tcPr>
            <w:tcW w:type="dxa" w:w="1080"/>
          </w:tcPr>
          <w:p>
            <w:r>
              <w:t>教育学院</w:t>
            </w:r>
          </w:p>
        </w:tc>
        <w:tc>
          <w:tcPr>
            <w:tcW w:type="dxa" w:w="1080"/>
          </w:tcPr>
          <w:p>
            <w:r>
              <w:t>2025-2026</w:t>
            </w:r>
          </w:p>
        </w:tc>
        <w:tc>
          <w:tcPr>
            <w:tcW w:type="dxa" w:w="1080"/>
          </w:tcPr>
          <w:p>
            <w:r>
              <w:t>2</w:t>
            </w:r>
          </w:p>
        </w:tc>
      </w:tr>
      <w:tr>
        <w:tc>
          <w:tcPr>
            <w:tcW w:type="dxa" w:w="1080"/>
          </w:tcPr>
          <w:p>
            <w:r>
              <w:t>58</w:t>
            </w:r>
          </w:p>
        </w:tc>
        <w:tc>
          <w:tcPr>
            <w:tcW w:type="dxa" w:w="1080"/>
          </w:tcPr>
          <w:p>
            <w:r>
              <w:t>劳动教育实践</w:t>
            </w:r>
          </w:p>
        </w:tc>
        <w:tc>
          <w:tcPr>
            <w:tcW w:type="dxa" w:w="1080"/>
          </w:tcPr>
          <w:p>
            <w:r>
              <w:t>2ED21227</w:t>
            </w:r>
          </w:p>
        </w:tc>
        <w:tc>
          <w:tcPr>
            <w:tcW w:type="dxa" w:w="1080"/>
          </w:tcPr>
          <w:p>
            <w:r>
              <w:t>1</w:t>
            </w:r>
          </w:p>
        </w:tc>
        <w:tc>
          <w:tcPr>
            <w:tcW w:type="dxa" w:w="1080"/>
          </w:tcPr>
          <w:p>
            <w:r>
              <w:t>专业必修课</w:t>
            </w:r>
          </w:p>
        </w:tc>
        <w:tc>
          <w:tcPr>
            <w:tcW w:type="dxa" w:w="1080"/>
          </w:tcPr>
          <w:p>
            <w:r>
              <w:t>教育学院</w:t>
            </w:r>
          </w:p>
        </w:tc>
        <w:tc>
          <w:tcPr>
            <w:tcW w:type="dxa" w:w="1080"/>
          </w:tcPr>
          <w:p>
            <w:r>
              <w:t>2025-2026</w:t>
            </w:r>
          </w:p>
        </w:tc>
        <w:tc>
          <w:tcPr>
            <w:tcW w:type="dxa" w:w="1080"/>
          </w:tcPr>
          <w:p>
            <w:r>
              <w:t>2</w:t>
            </w:r>
          </w:p>
        </w:tc>
      </w:tr>
      <w:tr>
        <w:tc>
          <w:tcPr>
            <w:tcW w:type="dxa" w:w="1080"/>
          </w:tcPr>
          <w:p>
            <w:r>
              <w:t>59</w:t>
            </w:r>
          </w:p>
        </w:tc>
        <w:tc>
          <w:tcPr>
            <w:tcW w:type="dxa" w:w="1080"/>
          </w:tcPr>
          <w:p>
            <w:r>
              <w:t>幼儿园科研课题设计</w:t>
            </w:r>
          </w:p>
        </w:tc>
        <w:tc>
          <w:tcPr>
            <w:tcW w:type="dxa" w:w="1080"/>
          </w:tcPr>
          <w:p>
            <w:r>
              <w:t>2ED21228</w:t>
            </w:r>
          </w:p>
        </w:tc>
        <w:tc>
          <w:tcPr>
            <w:tcW w:type="dxa" w:w="1080"/>
          </w:tcPr>
          <w:p>
            <w:r>
              <w:t>1</w:t>
            </w:r>
          </w:p>
        </w:tc>
        <w:tc>
          <w:tcPr>
            <w:tcW w:type="dxa" w:w="1080"/>
          </w:tcPr>
          <w:p>
            <w:r>
              <w:t>专业必修课</w:t>
            </w:r>
          </w:p>
        </w:tc>
        <w:tc>
          <w:tcPr>
            <w:tcW w:type="dxa" w:w="1080"/>
          </w:tcPr>
          <w:p>
            <w:r>
              <w:t>教育学院</w:t>
            </w:r>
          </w:p>
        </w:tc>
        <w:tc>
          <w:tcPr>
            <w:tcW w:type="dxa" w:w="1080"/>
          </w:tcPr>
          <w:p>
            <w:r>
              <w:t>2025-2026</w:t>
            </w:r>
          </w:p>
        </w:tc>
        <w:tc>
          <w:tcPr>
            <w:tcW w:type="dxa" w:w="1080"/>
          </w:tcPr>
          <w:p>
            <w:r>
              <w:t>2</w:t>
            </w:r>
          </w:p>
        </w:tc>
      </w:tr>
      <w:tr>
        <w:tc>
          <w:tcPr>
            <w:tcW w:type="dxa" w:w="1080"/>
          </w:tcPr>
          <w:p>
            <w:r>
              <w:t>60</w:t>
            </w:r>
          </w:p>
        </w:tc>
        <w:tc>
          <w:tcPr>
            <w:tcW w:type="dxa" w:w="1080"/>
          </w:tcPr>
          <w:p>
            <w:r>
              <w:t>教育研习</w:t>
            </w:r>
          </w:p>
        </w:tc>
        <w:tc>
          <w:tcPr>
            <w:tcW w:type="dxa" w:w="1080"/>
          </w:tcPr>
          <w:p>
            <w:r>
              <w:t>2ED41228</w:t>
            </w:r>
          </w:p>
        </w:tc>
        <w:tc>
          <w:tcPr>
            <w:tcW w:type="dxa" w:w="1080"/>
          </w:tcPr>
          <w:p>
            <w:r>
              <w:t>1</w:t>
            </w:r>
          </w:p>
        </w:tc>
        <w:tc>
          <w:tcPr>
            <w:tcW w:type="dxa" w:w="1080"/>
          </w:tcPr>
          <w:p>
            <w:r>
              <w:t>教师教育必修课</w:t>
            </w:r>
          </w:p>
        </w:tc>
        <w:tc>
          <w:tcPr>
            <w:tcW w:type="dxa" w:w="1080"/>
          </w:tcPr>
          <w:p>
            <w:r>
              <w:t>教育学院</w:t>
            </w:r>
          </w:p>
        </w:tc>
        <w:tc>
          <w:tcPr>
            <w:tcW w:type="dxa" w:w="1080"/>
          </w:tcPr>
          <w:p>
            <w:r>
              <w:t>2025-2026</w:t>
            </w:r>
          </w:p>
        </w:tc>
        <w:tc>
          <w:tcPr>
            <w:tcW w:type="dxa" w:w="1080"/>
          </w:tcPr>
          <w:p>
            <w:r>
              <w:t>2</w:t>
            </w:r>
          </w:p>
        </w:tc>
      </w:tr>
      <w:tr>
        <w:tc>
          <w:tcPr>
            <w:tcW w:type="dxa" w:w="1080"/>
          </w:tcPr>
          <w:p>
            <w:r>
              <w:t>61</w:t>
            </w:r>
          </w:p>
        </w:tc>
        <w:tc>
          <w:tcPr>
            <w:tcW w:type="dxa" w:w="1080"/>
          </w:tcPr>
          <w:p>
            <w:r>
              <w:t>教育实习</w:t>
            </w:r>
          </w:p>
        </w:tc>
        <w:tc>
          <w:tcPr>
            <w:tcW w:type="dxa" w:w="1080"/>
          </w:tcPr>
          <w:p>
            <w:r>
              <w:t>2ED41229</w:t>
            </w:r>
          </w:p>
        </w:tc>
        <w:tc>
          <w:tcPr>
            <w:tcW w:type="dxa" w:w="1080"/>
          </w:tcPr>
          <w:p>
            <w:r>
              <w:t>6</w:t>
            </w:r>
          </w:p>
        </w:tc>
        <w:tc>
          <w:tcPr>
            <w:tcW w:type="dxa" w:w="1080"/>
          </w:tcPr>
          <w:p>
            <w:r>
              <w:t>教师教育必修课</w:t>
            </w:r>
          </w:p>
        </w:tc>
        <w:tc>
          <w:tcPr>
            <w:tcW w:type="dxa" w:w="1080"/>
          </w:tcPr>
          <w:p>
            <w:r>
              <w:t>教育学院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制表人（签字）：日期：2026年8月29日学院（公章）：</w:t>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苏州科技大学教育学院推荐2027年优秀应届本科毕业生免试攻读研究生课程清单（包括但不仅限于以下内容）</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应用心理学</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w:t>
            </w:r>
          </w:p>
        </w:tc>
        <w:tc>
          <w:tcPr>
            <w:tcW w:type="dxa" w:w="1080"/>
          </w:tcPr>
          <w:p>
            <w:r>
              <w:t>素质必修课</w:t>
            </w:r>
          </w:p>
        </w:tc>
        <w:tc>
          <w:tcPr>
            <w:tcW w:type="dxa" w:w="1080"/>
          </w:tcPr>
          <w:p>
            <w:r>
              <w:t>教育学院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普通心理学A</w:t>
            </w:r>
          </w:p>
        </w:tc>
        <w:tc>
          <w:tcPr>
            <w:tcW w:type="dxa" w:w="1080"/>
          </w:tcPr>
          <w:p>
            <w:r>
              <w:t>2ED21101</w:t>
            </w:r>
          </w:p>
        </w:tc>
        <w:tc>
          <w:tcPr>
            <w:tcW w:type="dxa" w:w="1080"/>
          </w:tcPr>
          <w:p>
            <w:r>
              <w:t>4</w:t>
            </w:r>
          </w:p>
        </w:tc>
        <w:tc>
          <w:tcPr>
            <w:tcW w:type="dxa" w:w="1080"/>
          </w:tcPr>
          <w:p>
            <w:r>
              <w:t>专业必修课</w:t>
            </w:r>
          </w:p>
        </w:tc>
        <w:tc>
          <w:tcPr>
            <w:tcW w:type="dxa" w:w="1080"/>
          </w:tcPr>
          <w:p>
            <w:r>
              <w:t>教育学院</w:t>
            </w:r>
          </w:p>
        </w:tc>
        <w:tc>
          <w:tcPr>
            <w:tcW w:type="dxa" w:w="1080"/>
          </w:tcPr>
          <w:p>
            <w:r>
              <w:t>2023-2024</w:t>
            </w:r>
          </w:p>
        </w:tc>
        <w:tc>
          <w:tcPr>
            <w:tcW w:type="dxa" w:w="1080"/>
          </w:tcPr>
          <w:p>
            <w:r>
              <w:t>1</w:t>
            </w:r>
          </w:p>
        </w:tc>
      </w:tr>
      <w:tr>
        <w:tc>
          <w:tcPr>
            <w:tcW w:type="dxa" w:w="1080"/>
          </w:tcPr>
          <w:p>
            <w:r>
              <w:t>6</w:t>
            </w:r>
          </w:p>
        </w:tc>
        <w:tc>
          <w:tcPr>
            <w:tcW w:type="dxa" w:w="1080"/>
          </w:tcPr>
          <w:p>
            <w:r>
              <w:t>专业导论与生涯发展</w:t>
            </w:r>
          </w:p>
        </w:tc>
        <w:tc>
          <w:tcPr>
            <w:tcW w:type="dxa" w:w="1080"/>
          </w:tcPr>
          <w:p>
            <w:r>
              <w:t>2ED21105</w:t>
            </w:r>
          </w:p>
        </w:tc>
        <w:tc>
          <w:tcPr>
            <w:tcW w:type="dxa" w:w="1080"/>
          </w:tcPr>
          <w:p>
            <w:r>
              <w:t>2</w:t>
            </w:r>
          </w:p>
        </w:tc>
        <w:tc>
          <w:tcPr>
            <w:tcW w:type="dxa" w:w="1080"/>
          </w:tcPr>
          <w:p>
            <w:r>
              <w:t>专业必修课</w:t>
            </w:r>
          </w:p>
        </w:tc>
        <w:tc>
          <w:tcPr>
            <w:tcW w:type="dxa" w:w="1080"/>
          </w:tcPr>
          <w:p>
            <w:r>
              <w:t>教育学院</w:t>
            </w:r>
          </w:p>
        </w:tc>
        <w:tc>
          <w:tcPr>
            <w:tcW w:type="dxa" w:w="1080"/>
          </w:tcPr>
          <w:p>
            <w:r>
              <w:t>2023-2024</w:t>
            </w:r>
          </w:p>
        </w:tc>
        <w:tc>
          <w:tcPr>
            <w:tcW w:type="dxa" w:w="1080"/>
          </w:tcPr>
          <w:p>
            <w:r>
              <w:t>1</w:t>
            </w:r>
          </w:p>
        </w:tc>
      </w:tr>
      <w:tr>
        <w:tc>
          <w:tcPr>
            <w:tcW w:type="dxa" w:w="1080"/>
          </w:tcPr>
          <w:p>
            <w:r>
              <w:t>7</w:t>
            </w:r>
          </w:p>
        </w:tc>
        <w:tc>
          <w:tcPr>
            <w:tcW w:type="dxa" w:w="1080"/>
          </w:tcPr>
          <w:p>
            <w:r>
              <w:t>程序设计语言Python(B)</w:t>
            </w:r>
          </w:p>
        </w:tc>
        <w:tc>
          <w:tcPr>
            <w:tcW w:type="dxa" w:w="1080"/>
          </w:tcPr>
          <w:p>
            <w:r>
              <w:t>2EI21003</w:t>
            </w:r>
          </w:p>
        </w:tc>
        <w:tc>
          <w:tcPr>
            <w:tcW w:type="dxa" w:w="1080"/>
          </w:tcPr>
          <w:p>
            <w:r>
              <w:t>3</w:t>
            </w:r>
          </w:p>
        </w:tc>
        <w:tc>
          <w:tcPr>
            <w:tcW w:type="dxa" w:w="1080"/>
          </w:tcPr>
          <w:p>
            <w:r>
              <w:t>专业必修课</w:t>
            </w:r>
          </w:p>
        </w:tc>
        <w:tc>
          <w:tcPr>
            <w:tcW w:type="dxa" w:w="1080"/>
          </w:tcPr>
          <w:p>
            <w:r>
              <w:t>电子与信息工程学院</w:t>
            </w:r>
          </w:p>
        </w:tc>
        <w:tc>
          <w:tcPr>
            <w:tcW w:type="dxa" w:w="1080"/>
          </w:tcPr>
          <w:p>
            <w:r>
              <w:t>2023-2024</w:t>
            </w:r>
          </w:p>
        </w:tc>
        <w:tc>
          <w:tcPr>
            <w:tcW w:type="dxa" w:w="1080"/>
          </w:tcPr>
          <w:p>
            <w:r>
              <w:t>1</w:t>
            </w:r>
          </w:p>
        </w:tc>
      </w:tr>
      <w:tr>
        <w:tc>
          <w:tcPr>
            <w:tcW w:type="dxa" w:w="1080"/>
          </w:tcPr>
          <w:p>
            <w:r>
              <w:t>8</w:t>
            </w:r>
          </w:p>
        </w:tc>
        <w:tc>
          <w:tcPr>
            <w:tcW w:type="dxa" w:w="1080"/>
          </w:tcPr>
          <w:p>
            <w:r>
              <w:t>高等数学C(一)</w:t>
            </w:r>
          </w:p>
        </w:tc>
        <w:tc>
          <w:tcPr>
            <w:tcW w:type="dxa" w:w="1080"/>
          </w:tcPr>
          <w:p>
            <w:r>
              <w:t>2MA11005</w:t>
            </w:r>
          </w:p>
        </w:tc>
        <w:tc>
          <w:tcPr>
            <w:tcW w:type="dxa" w:w="1080"/>
          </w:tcPr>
          <w:p>
            <w:r>
              <w:t>4</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9</w:t>
            </w:r>
          </w:p>
        </w:tc>
        <w:tc>
          <w:tcPr>
            <w:tcW w:type="dxa" w:w="1080"/>
          </w:tcPr>
          <w:p>
            <w:r>
              <w:t>思想道德与法治</w:t>
            </w:r>
          </w:p>
        </w:tc>
        <w:tc>
          <w:tcPr>
            <w:tcW w:type="dxa" w:w="1080"/>
          </w:tcPr>
          <w:p>
            <w:r>
              <w:t>2MX11001</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10</w:t>
            </w:r>
          </w:p>
        </w:tc>
        <w:tc>
          <w:tcPr>
            <w:tcW w:type="dxa" w:w="1080"/>
          </w:tcPr>
          <w:p>
            <w:r>
              <w:t>劳动教育理论</w:t>
            </w:r>
          </w:p>
        </w:tc>
        <w:tc>
          <w:tcPr>
            <w:tcW w:type="dxa" w:w="1080"/>
          </w:tcPr>
          <w:p>
            <w:r>
              <w:t>2SD11001</w:t>
            </w:r>
          </w:p>
        </w:tc>
        <w:tc>
          <w:tcPr>
            <w:tcW w:type="dxa" w:w="1080"/>
          </w:tcPr>
          <w:p>
            <w:r>
              <w:t>1</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11</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12</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13</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14</w:t>
            </w:r>
          </w:p>
        </w:tc>
        <w:tc>
          <w:tcPr>
            <w:tcW w:type="dxa" w:w="1080"/>
          </w:tcPr>
          <w:p>
            <w:r>
              <w:t>认知神经科学</w:t>
            </w:r>
          </w:p>
        </w:tc>
        <w:tc>
          <w:tcPr>
            <w:tcW w:type="dxa" w:w="1080"/>
          </w:tcPr>
          <w:p>
            <w:r>
              <w:t>2ED21102</w:t>
            </w:r>
          </w:p>
        </w:tc>
        <w:tc>
          <w:tcPr>
            <w:tcW w:type="dxa" w:w="1080"/>
          </w:tcPr>
          <w:p>
            <w:r>
              <w:t>4</w:t>
            </w:r>
          </w:p>
        </w:tc>
        <w:tc>
          <w:tcPr>
            <w:tcW w:type="dxa" w:w="1080"/>
          </w:tcPr>
          <w:p>
            <w:r>
              <w:t>专业必修课</w:t>
            </w:r>
          </w:p>
        </w:tc>
        <w:tc>
          <w:tcPr>
            <w:tcW w:type="dxa" w:w="1080"/>
          </w:tcPr>
          <w:p>
            <w:r>
              <w:t>教育学院</w:t>
            </w:r>
          </w:p>
        </w:tc>
        <w:tc>
          <w:tcPr>
            <w:tcW w:type="dxa" w:w="1080"/>
          </w:tcPr>
          <w:p>
            <w:r>
              <w:t>2023-2024</w:t>
            </w:r>
          </w:p>
        </w:tc>
        <w:tc>
          <w:tcPr>
            <w:tcW w:type="dxa" w:w="1080"/>
          </w:tcPr>
          <w:p>
            <w:r>
              <w:t>2</w:t>
            </w:r>
          </w:p>
        </w:tc>
      </w:tr>
      <w:tr>
        <w:tc>
          <w:tcPr>
            <w:tcW w:type="dxa" w:w="1080"/>
          </w:tcPr>
          <w:p>
            <w:r>
              <w:t>15</w:t>
            </w:r>
          </w:p>
        </w:tc>
        <w:tc>
          <w:tcPr>
            <w:tcW w:type="dxa" w:w="1080"/>
          </w:tcPr>
          <w:p>
            <w:r>
              <w:t>心理统计学(一)</w:t>
            </w:r>
          </w:p>
        </w:tc>
        <w:tc>
          <w:tcPr>
            <w:tcW w:type="dxa" w:w="1080"/>
          </w:tcPr>
          <w:p>
            <w:r>
              <w:t>2ED21103</w:t>
            </w:r>
          </w:p>
        </w:tc>
        <w:tc>
          <w:tcPr>
            <w:tcW w:type="dxa" w:w="1080"/>
          </w:tcPr>
          <w:p>
            <w:r>
              <w:t>3</w:t>
            </w:r>
          </w:p>
        </w:tc>
        <w:tc>
          <w:tcPr>
            <w:tcW w:type="dxa" w:w="1080"/>
          </w:tcPr>
          <w:p>
            <w:r>
              <w:t>专业必修课</w:t>
            </w:r>
          </w:p>
        </w:tc>
        <w:tc>
          <w:tcPr>
            <w:tcW w:type="dxa" w:w="1080"/>
          </w:tcPr>
          <w:p>
            <w:r>
              <w:t>教育学院</w:t>
            </w:r>
          </w:p>
        </w:tc>
        <w:tc>
          <w:tcPr>
            <w:tcW w:type="dxa" w:w="1080"/>
          </w:tcPr>
          <w:p>
            <w:r>
              <w:t>2023-2024</w:t>
            </w:r>
          </w:p>
        </w:tc>
        <w:tc>
          <w:tcPr>
            <w:tcW w:type="dxa" w:w="1080"/>
          </w:tcPr>
          <w:p>
            <w:r>
              <w:t>2</w:t>
            </w:r>
          </w:p>
        </w:tc>
      </w:tr>
      <w:tr>
        <w:tc>
          <w:tcPr>
            <w:tcW w:type="dxa" w:w="1080"/>
          </w:tcPr>
          <w:p>
            <w:r>
              <w:t>16</w:t>
            </w:r>
          </w:p>
        </w:tc>
        <w:tc>
          <w:tcPr>
            <w:tcW w:type="dxa" w:w="1080"/>
          </w:tcPr>
          <w:p>
            <w:r>
              <w:t>劳动教育实践</w:t>
            </w:r>
          </w:p>
        </w:tc>
        <w:tc>
          <w:tcPr>
            <w:tcW w:type="dxa" w:w="1080"/>
          </w:tcPr>
          <w:p>
            <w:r>
              <w:t>2ED21121</w:t>
            </w:r>
          </w:p>
        </w:tc>
        <w:tc>
          <w:tcPr>
            <w:tcW w:type="dxa" w:w="1080"/>
          </w:tcPr>
          <w:p>
            <w:r>
              <w:t>1</w:t>
            </w:r>
          </w:p>
        </w:tc>
        <w:tc>
          <w:tcPr>
            <w:tcW w:type="dxa" w:w="1080"/>
          </w:tcPr>
          <w:p>
            <w:r>
              <w:t>专业必修课</w:t>
            </w:r>
          </w:p>
        </w:tc>
        <w:tc>
          <w:tcPr>
            <w:tcW w:type="dxa" w:w="1080"/>
          </w:tcPr>
          <w:p>
            <w:r>
              <w:t>教育学院</w:t>
            </w:r>
          </w:p>
        </w:tc>
        <w:tc>
          <w:tcPr>
            <w:tcW w:type="dxa" w:w="1080"/>
          </w:tcPr>
          <w:p>
            <w:r>
              <w:t>2023-2024</w:t>
            </w:r>
          </w:p>
        </w:tc>
        <w:tc>
          <w:tcPr>
            <w:tcW w:type="dxa" w:w="1080"/>
          </w:tcPr>
          <w:p>
            <w:r>
              <w:t>2</w:t>
            </w:r>
          </w:p>
        </w:tc>
      </w:tr>
      <w:tr>
        <w:tc>
          <w:tcPr>
            <w:tcW w:type="dxa" w:w="1080"/>
          </w:tcPr>
          <w:p>
            <w:r>
              <w:t>17</w:t>
            </w:r>
          </w:p>
        </w:tc>
        <w:tc>
          <w:tcPr>
            <w:tcW w:type="dxa" w:w="1080"/>
          </w:tcPr>
          <w:p>
            <w:r>
              <w:t>心理学社会服务学习</w:t>
            </w:r>
          </w:p>
        </w:tc>
        <w:tc>
          <w:tcPr>
            <w:tcW w:type="dxa" w:w="1080"/>
          </w:tcPr>
          <w:p>
            <w:r>
              <w:t>2ED21122</w:t>
            </w:r>
          </w:p>
        </w:tc>
        <w:tc>
          <w:tcPr>
            <w:tcW w:type="dxa" w:w="1080"/>
          </w:tcPr>
          <w:p>
            <w:r>
              <w:t>2</w:t>
            </w:r>
          </w:p>
        </w:tc>
        <w:tc>
          <w:tcPr>
            <w:tcW w:type="dxa" w:w="1080"/>
          </w:tcPr>
          <w:p>
            <w:r>
              <w:t>专业必修课</w:t>
            </w:r>
          </w:p>
        </w:tc>
        <w:tc>
          <w:tcPr>
            <w:tcW w:type="dxa" w:w="1080"/>
          </w:tcPr>
          <w:p>
            <w:r>
              <w:t>教育学院</w:t>
            </w:r>
          </w:p>
        </w:tc>
        <w:tc>
          <w:tcPr>
            <w:tcW w:type="dxa" w:w="1080"/>
          </w:tcPr>
          <w:p>
            <w:r>
              <w:t>2023-2024</w:t>
            </w:r>
          </w:p>
        </w:tc>
        <w:tc>
          <w:tcPr>
            <w:tcW w:type="dxa" w:w="1080"/>
          </w:tcPr>
          <w:p>
            <w:r>
              <w:t>2</w:t>
            </w:r>
          </w:p>
        </w:tc>
      </w:tr>
      <w:tr>
        <w:tc>
          <w:tcPr>
            <w:tcW w:type="dxa" w:w="1080"/>
          </w:tcPr>
          <w:p>
            <w:r>
              <w:t>18</w:t>
            </w:r>
          </w:p>
        </w:tc>
        <w:tc>
          <w:tcPr>
            <w:tcW w:type="dxa" w:w="1080"/>
          </w:tcPr>
          <w:p>
            <w:r>
              <w:t>高等数学C(二)</w:t>
            </w:r>
          </w:p>
        </w:tc>
        <w:tc>
          <w:tcPr>
            <w:tcW w:type="dxa" w:w="1080"/>
          </w:tcPr>
          <w:p>
            <w:r>
              <w:t>2MA11006</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19</w:t>
            </w:r>
          </w:p>
        </w:tc>
        <w:tc>
          <w:tcPr>
            <w:tcW w:type="dxa" w:w="1080"/>
          </w:tcPr>
          <w:p>
            <w:r>
              <w:t>线性代数B</w:t>
            </w:r>
          </w:p>
        </w:tc>
        <w:tc>
          <w:tcPr>
            <w:tcW w:type="dxa" w:w="1080"/>
          </w:tcPr>
          <w:p>
            <w:r>
              <w:t>2MA11012</w:t>
            </w:r>
          </w:p>
        </w:tc>
        <w:tc>
          <w:tcPr>
            <w:tcW w:type="dxa" w:w="1080"/>
          </w:tcPr>
          <w:p>
            <w:r>
              <w:t>2</w:t>
            </w:r>
          </w:p>
        </w:tc>
        <w:tc>
          <w:tcPr>
            <w:tcW w:type="dxa" w:w="1080"/>
          </w:tcPr>
          <w:p>
            <w:r>
              <w:t>通识必修课</w:t>
            </w:r>
          </w:p>
        </w:tc>
        <w:tc>
          <w:tcPr>
            <w:tcW w:type="dxa" w:w="1080"/>
          </w:tcPr>
          <w:p>
            <w:r>
              <w:t>数学科学学院</w:t>
            </w:r>
          </w:p>
        </w:tc>
        <w:tc>
          <w:tcPr>
            <w:tcW w:type="dxa" w:w="1080"/>
          </w:tcPr>
          <w:p>
            <w:r>
              <w:t>2023-2024</w:t>
            </w:r>
          </w:p>
        </w:tc>
        <w:tc>
          <w:tcPr>
            <w:tcW w:type="dxa" w:w="1080"/>
          </w:tcPr>
          <w:p>
            <w:r>
              <w:t>2</w:t>
            </w:r>
          </w:p>
        </w:tc>
      </w:tr>
      <w:tr>
        <w:tc>
          <w:tcPr>
            <w:tcW w:type="dxa" w:w="1080"/>
          </w:tcPr>
          <w:p>
            <w:r>
              <w:t>20</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21</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22</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23</w:t>
            </w:r>
          </w:p>
        </w:tc>
        <w:tc>
          <w:tcPr>
            <w:tcW w:type="dxa" w:w="1080"/>
          </w:tcPr>
          <w:p>
            <w:r>
              <w:t>心理统计学(二)</w:t>
            </w:r>
          </w:p>
        </w:tc>
        <w:tc>
          <w:tcPr>
            <w:tcW w:type="dxa" w:w="1080"/>
          </w:tcPr>
          <w:p>
            <w:r>
              <w:t>2ED21104</w:t>
            </w:r>
          </w:p>
        </w:tc>
        <w:tc>
          <w:tcPr>
            <w:tcW w:type="dxa" w:w="1080"/>
          </w:tcPr>
          <w:p>
            <w:r>
              <w:t>2</w:t>
            </w:r>
          </w:p>
        </w:tc>
        <w:tc>
          <w:tcPr>
            <w:tcW w:type="dxa" w:w="1080"/>
          </w:tcPr>
          <w:p>
            <w:r>
              <w:t>专业必修课</w:t>
            </w:r>
          </w:p>
        </w:tc>
        <w:tc>
          <w:tcPr>
            <w:tcW w:type="dxa" w:w="1080"/>
          </w:tcPr>
          <w:p>
            <w:r>
              <w:t>教育学院</w:t>
            </w:r>
          </w:p>
        </w:tc>
        <w:tc>
          <w:tcPr>
            <w:tcW w:type="dxa" w:w="1080"/>
          </w:tcPr>
          <w:p>
            <w:r>
              <w:t>2024-2025</w:t>
            </w:r>
          </w:p>
        </w:tc>
        <w:tc>
          <w:tcPr>
            <w:tcW w:type="dxa" w:w="1080"/>
          </w:tcPr>
          <w:p>
            <w:r>
              <w:t>1</w:t>
            </w:r>
          </w:p>
        </w:tc>
      </w:tr>
      <w:tr>
        <w:tc>
          <w:tcPr>
            <w:tcW w:type="dxa" w:w="1080"/>
          </w:tcPr>
          <w:p>
            <w:r>
              <w:t>24</w:t>
            </w:r>
          </w:p>
        </w:tc>
        <w:tc>
          <w:tcPr>
            <w:tcW w:type="dxa" w:w="1080"/>
          </w:tcPr>
          <w:p>
            <w:r>
              <w:t>心理学史</w:t>
            </w:r>
          </w:p>
        </w:tc>
        <w:tc>
          <w:tcPr>
            <w:tcW w:type="dxa" w:w="1080"/>
          </w:tcPr>
          <w:p>
            <w:r>
              <w:t>2ED21106</w:t>
            </w:r>
          </w:p>
        </w:tc>
        <w:tc>
          <w:tcPr>
            <w:tcW w:type="dxa" w:w="1080"/>
          </w:tcPr>
          <w:p>
            <w:r>
              <w:t>2</w:t>
            </w:r>
          </w:p>
        </w:tc>
        <w:tc>
          <w:tcPr>
            <w:tcW w:type="dxa" w:w="1080"/>
          </w:tcPr>
          <w:p>
            <w:r>
              <w:t>专业必修课</w:t>
            </w:r>
          </w:p>
        </w:tc>
        <w:tc>
          <w:tcPr>
            <w:tcW w:type="dxa" w:w="1080"/>
          </w:tcPr>
          <w:p>
            <w:r>
              <w:t>教育学院</w:t>
            </w:r>
          </w:p>
        </w:tc>
        <w:tc>
          <w:tcPr>
            <w:tcW w:type="dxa" w:w="1080"/>
          </w:tcPr>
          <w:p>
            <w:r>
              <w:t>2024-2025</w:t>
            </w:r>
          </w:p>
        </w:tc>
        <w:tc>
          <w:tcPr>
            <w:tcW w:type="dxa" w:w="1080"/>
          </w:tcPr>
          <w:p>
            <w:r>
              <w:t>1</w:t>
            </w:r>
          </w:p>
        </w:tc>
      </w:tr>
      <w:tr>
        <w:tc>
          <w:tcPr>
            <w:tcW w:type="dxa" w:w="1080"/>
          </w:tcPr>
          <w:p>
            <w:r>
              <w:t>25</w:t>
            </w:r>
          </w:p>
        </w:tc>
        <w:tc>
          <w:tcPr>
            <w:tcW w:type="dxa" w:w="1080"/>
          </w:tcPr>
          <w:p>
            <w:r>
              <w:t>人格心理学</w:t>
            </w:r>
          </w:p>
        </w:tc>
        <w:tc>
          <w:tcPr>
            <w:tcW w:type="dxa" w:w="1080"/>
          </w:tcPr>
          <w:p>
            <w:r>
              <w:t>2ED21107</w:t>
            </w:r>
          </w:p>
        </w:tc>
        <w:tc>
          <w:tcPr>
            <w:tcW w:type="dxa" w:w="1080"/>
          </w:tcPr>
          <w:p>
            <w:r>
              <w:t>2</w:t>
            </w:r>
          </w:p>
        </w:tc>
        <w:tc>
          <w:tcPr>
            <w:tcW w:type="dxa" w:w="1080"/>
          </w:tcPr>
          <w:p>
            <w:r>
              <w:t>专业必修课</w:t>
            </w:r>
          </w:p>
        </w:tc>
        <w:tc>
          <w:tcPr>
            <w:tcW w:type="dxa" w:w="1080"/>
          </w:tcPr>
          <w:p>
            <w:r>
              <w:t>教育学院</w:t>
            </w:r>
          </w:p>
        </w:tc>
        <w:tc>
          <w:tcPr>
            <w:tcW w:type="dxa" w:w="1080"/>
          </w:tcPr>
          <w:p>
            <w:r>
              <w:t>2024-2025</w:t>
            </w:r>
          </w:p>
        </w:tc>
        <w:tc>
          <w:tcPr>
            <w:tcW w:type="dxa" w:w="1080"/>
          </w:tcPr>
          <w:p>
            <w:r>
              <w:t>1</w:t>
            </w:r>
          </w:p>
        </w:tc>
      </w:tr>
      <w:tr>
        <w:tc>
          <w:tcPr>
            <w:tcW w:type="dxa" w:w="1080"/>
          </w:tcPr>
          <w:p>
            <w:r>
              <w:t>26</w:t>
            </w:r>
          </w:p>
        </w:tc>
        <w:tc>
          <w:tcPr>
            <w:tcW w:type="dxa" w:w="1080"/>
          </w:tcPr>
          <w:p>
            <w:r>
              <w:t>社会心理学</w:t>
            </w:r>
          </w:p>
        </w:tc>
        <w:tc>
          <w:tcPr>
            <w:tcW w:type="dxa" w:w="1080"/>
          </w:tcPr>
          <w:p>
            <w:r>
              <w:t>2ED21108</w:t>
            </w:r>
          </w:p>
        </w:tc>
        <w:tc>
          <w:tcPr>
            <w:tcW w:type="dxa" w:w="1080"/>
          </w:tcPr>
          <w:p>
            <w:r>
              <w:t>3</w:t>
            </w:r>
          </w:p>
        </w:tc>
        <w:tc>
          <w:tcPr>
            <w:tcW w:type="dxa" w:w="1080"/>
          </w:tcPr>
          <w:p>
            <w:r>
              <w:t>专业必修课</w:t>
            </w:r>
          </w:p>
        </w:tc>
        <w:tc>
          <w:tcPr>
            <w:tcW w:type="dxa" w:w="1080"/>
          </w:tcPr>
          <w:p>
            <w:r>
              <w:t>教育学院</w:t>
            </w:r>
          </w:p>
        </w:tc>
        <w:tc>
          <w:tcPr>
            <w:tcW w:type="dxa" w:w="1080"/>
          </w:tcPr>
          <w:p>
            <w:r>
              <w:t>2024-2025</w:t>
            </w:r>
          </w:p>
        </w:tc>
        <w:tc>
          <w:tcPr>
            <w:tcW w:type="dxa" w:w="1080"/>
          </w:tcPr>
          <w:p>
            <w:r>
              <w:t>1</w:t>
            </w:r>
          </w:p>
        </w:tc>
      </w:tr>
      <w:tr>
        <w:tc>
          <w:tcPr>
            <w:tcW w:type="dxa" w:w="1080"/>
          </w:tcPr>
          <w:p>
            <w:r>
              <w:t>27</w:t>
            </w:r>
          </w:p>
        </w:tc>
        <w:tc>
          <w:tcPr>
            <w:tcW w:type="dxa" w:w="1080"/>
          </w:tcPr>
          <w:p>
            <w:r>
              <w:t>发展心理学</w:t>
            </w:r>
          </w:p>
        </w:tc>
        <w:tc>
          <w:tcPr>
            <w:tcW w:type="dxa" w:w="1080"/>
          </w:tcPr>
          <w:p>
            <w:r>
              <w:t>2ED21109</w:t>
            </w:r>
          </w:p>
        </w:tc>
        <w:tc>
          <w:tcPr>
            <w:tcW w:type="dxa" w:w="1080"/>
          </w:tcPr>
          <w:p>
            <w:r>
              <w:t>3</w:t>
            </w:r>
          </w:p>
        </w:tc>
        <w:tc>
          <w:tcPr>
            <w:tcW w:type="dxa" w:w="1080"/>
          </w:tcPr>
          <w:p>
            <w:r>
              <w:t>专业必修课</w:t>
            </w:r>
          </w:p>
        </w:tc>
        <w:tc>
          <w:tcPr>
            <w:tcW w:type="dxa" w:w="1080"/>
          </w:tcPr>
          <w:p>
            <w:r>
              <w:t>教育学院</w:t>
            </w:r>
          </w:p>
        </w:tc>
        <w:tc>
          <w:tcPr>
            <w:tcW w:type="dxa" w:w="1080"/>
          </w:tcPr>
          <w:p>
            <w:r>
              <w:t>2024-2025</w:t>
            </w:r>
          </w:p>
        </w:tc>
        <w:tc>
          <w:tcPr>
            <w:tcW w:type="dxa" w:w="1080"/>
          </w:tcPr>
          <w:p>
            <w:r>
              <w:t>1</w:t>
            </w:r>
          </w:p>
        </w:tc>
      </w:tr>
      <w:tr>
        <w:tc>
          <w:tcPr>
            <w:tcW w:type="dxa" w:w="1080"/>
          </w:tcPr>
          <w:p>
            <w:r>
              <w:t>28</w:t>
            </w:r>
          </w:p>
        </w:tc>
        <w:tc>
          <w:tcPr>
            <w:tcW w:type="dxa" w:w="1080"/>
          </w:tcPr>
          <w:p>
            <w:r>
              <w:t>实验心理学(一)</w:t>
            </w:r>
          </w:p>
        </w:tc>
        <w:tc>
          <w:tcPr>
            <w:tcW w:type="dxa" w:w="1080"/>
          </w:tcPr>
          <w:p>
            <w:r>
              <w:t>2ED21110</w:t>
            </w:r>
          </w:p>
        </w:tc>
        <w:tc>
          <w:tcPr>
            <w:tcW w:type="dxa" w:w="1080"/>
          </w:tcPr>
          <w:p>
            <w:r>
              <w:t>4</w:t>
            </w:r>
          </w:p>
        </w:tc>
        <w:tc>
          <w:tcPr>
            <w:tcW w:type="dxa" w:w="1080"/>
          </w:tcPr>
          <w:p>
            <w:r>
              <w:t>专业必修课</w:t>
            </w:r>
          </w:p>
        </w:tc>
        <w:tc>
          <w:tcPr>
            <w:tcW w:type="dxa" w:w="1080"/>
          </w:tcPr>
          <w:p>
            <w:r>
              <w:t>教育学院</w:t>
            </w:r>
          </w:p>
        </w:tc>
        <w:tc>
          <w:tcPr>
            <w:tcW w:type="dxa" w:w="1080"/>
          </w:tcPr>
          <w:p>
            <w:r>
              <w:t>2024-2025</w:t>
            </w:r>
          </w:p>
        </w:tc>
        <w:tc>
          <w:tcPr>
            <w:tcW w:type="dxa" w:w="1080"/>
          </w:tcPr>
          <w:p>
            <w:r>
              <w:t>1</w:t>
            </w:r>
          </w:p>
        </w:tc>
      </w:tr>
      <w:tr>
        <w:tc>
          <w:tcPr>
            <w:tcW w:type="dxa" w:w="1080"/>
          </w:tcPr>
          <w:p>
            <w:r>
              <w:t>29</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30</w:t>
            </w:r>
          </w:p>
        </w:tc>
        <w:tc>
          <w:tcPr>
            <w:tcW w:type="dxa" w:w="1080"/>
          </w:tcPr>
          <w:p>
            <w:r>
              <w:t>改革开放史</w:t>
            </w:r>
          </w:p>
        </w:tc>
        <w:tc>
          <w:tcPr>
            <w:tcW w:type="dxa" w:w="1080"/>
          </w:tcPr>
          <w:p>
            <w:r>
              <w:t>2MX11009</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31</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32</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33</w:t>
            </w:r>
          </w:p>
        </w:tc>
        <w:tc>
          <w:tcPr>
            <w:tcW w:type="dxa" w:w="1080"/>
          </w:tcPr>
          <w:p>
            <w:r>
              <w:t>实验心理学(二)</w:t>
            </w:r>
          </w:p>
        </w:tc>
        <w:tc>
          <w:tcPr>
            <w:tcW w:type="dxa" w:w="1080"/>
          </w:tcPr>
          <w:p>
            <w:r>
              <w:t>2ED21111</w:t>
            </w:r>
          </w:p>
        </w:tc>
        <w:tc>
          <w:tcPr>
            <w:tcW w:type="dxa" w:w="1080"/>
          </w:tcPr>
          <w:p>
            <w:r>
              <w:t>3</w:t>
            </w:r>
          </w:p>
        </w:tc>
        <w:tc>
          <w:tcPr>
            <w:tcW w:type="dxa" w:w="1080"/>
          </w:tcPr>
          <w:p>
            <w:r>
              <w:t>专业必修课</w:t>
            </w:r>
          </w:p>
        </w:tc>
        <w:tc>
          <w:tcPr>
            <w:tcW w:type="dxa" w:w="1080"/>
          </w:tcPr>
          <w:p>
            <w:r>
              <w:t>教育学院</w:t>
            </w:r>
          </w:p>
        </w:tc>
        <w:tc>
          <w:tcPr>
            <w:tcW w:type="dxa" w:w="1080"/>
          </w:tcPr>
          <w:p>
            <w:r>
              <w:t>2024-2025</w:t>
            </w:r>
          </w:p>
        </w:tc>
        <w:tc>
          <w:tcPr>
            <w:tcW w:type="dxa" w:w="1080"/>
          </w:tcPr>
          <w:p>
            <w:r>
              <w:t>2</w:t>
            </w:r>
          </w:p>
        </w:tc>
      </w:tr>
      <w:tr>
        <w:tc>
          <w:tcPr>
            <w:tcW w:type="dxa" w:w="1080"/>
          </w:tcPr>
          <w:p>
            <w:r>
              <w:t>34</w:t>
            </w:r>
          </w:p>
        </w:tc>
        <w:tc>
          <w:tcPr>
            <w:tcW w:type="dxa" w:w="1080"/>
          </w:tcPr>
          <w:p>
            <w:r>
              <w:t>认知心理学</w:t>
            </w:r>
          </w:p>
        </w:tc>
        <w:tc>
          <w:tcPr>
            <w:tcW w:type="dxa" w:w="1080"/>
          </w:tcPr>
          <w:p>
            <w:r>
              <w:t>2ED21112</w:t>
            </w:r>
          </w:p>
        </w:tc>
        <w:tc>
          <w:tcPr>
            <w:tcW w:type="dxa" w:w="1080"/>
          </w:tcPr>
          <w:p>
            <w:r>
              <w:t>2</w:t>
            </w:r>
          </w:p>
        </w:tc>
        <w:tc>
          <w:tcPr>
            <w:tcW w:type="dxa" w:w="1080"/>
          </w:tcPr>
          <w:p>
            <w:r>
              <w:t>专业必修课</w:t>
            </w:r>
          </w:p>
        </w:tc>
        <w:tc>
          <w:tcPr>
            <w:tcW w:type="dxa" w:w="1080"/>
          </w:tcPr>
          <w:p>
            <w:r>
              <w:t>教育学院</w:t>
            </w:r>
          </w:p>
        </w:tc>
        <w:tc>
          <w:tcPr>
            <w:tcW w:type="dxa" w:w="1080"/>
          </w:tcPr>
          <w:p>
            <w:r>
              <w:t>2024-2025</w:t>
            </w:r>
          </w:p>
        </w:tc>
        <w:tc>
          <w:tcPr>
            <w:tcW w:type="dxa" w:w="1080"/>
          </w:tcPr>
          <w:p>
            <w:r>
              <w:t>2</w:t>
            </w:r>
          </w:p>
        </w:tc>
      </w:tr>
      <w:tr>
        <w:tc>
          <w:tcPr>
            <w:tcW w:type="dxa" w:w="1080"/>
          </w:tcPr>
          <w:p>
            <w:r>
              <w:t>35</w:t>
            </w:r>
          </w:p>
        </w:tc>
        <w:tc>
          <w:tcPr>
            <w:tcW w:type="dxa" w:w="1080"/>
          </w:tcPr>
          <w:p>
            <w:r>
              <w:t>心理测量学</w:t>
            </w:r>
          </w:p>
        </w:tc>
        <w:tc>
          <w:tcPr>
            <w:tcW w:type="dxa" w:w="1080"/>
          </w:tcPr>
          <w:p>
            <w:r>
              <w:t>2ED21113</w:t>
            </w:r>
          </w:p>
        </w:tc>
        <w:tc>
          <w:tcPr>
            <w:tcW w:type="dxa" w:w="1080"/>
          </w:tcPr>
          <w:p>
            <w:r>
              <w:t>3</w:t>
            </w:r>
          </w:p>
        </w:tc>
        <w:tc>
          <w:tcPr>
            <w:tcW w:type="dxa" w:w="1080"/>
          </w:tcPr>
          <w:p>
            <w:r>
              <w:t>专业必修课</w:t>
            </w:r>
          </w:p>
        </w:tc>
        <w:tc>
          <w:tcPr>
            <w:tcW w:type="dxa" w:w="1080"/>
          </w:tcPr>
          <w:p>
            <w:r>
              <w:t>教育学院</w:t>
            </w:r>
          </w:p>
        </w:tc>
        <w:tc>
          <w:tcPr>
            <w:tcW w:type="dxa" w:w="1080"/>
          </w:tcPr>
          <w:p>
            <w:r>
              <w:t>2024-2025</w:t>
            </w:r>
          </w:p>
        </w:tc>
        <w:tc>
          <w:tcPr>
            <w:tcW w:type="dxa" w:w="1080"/>
          </w:tcPr>
          <w:p>
            <w:r>
              <w:t>2</w:t>
            </w:r>
          </w:p>
        </w:tc>
      </w:tr>
      <w:tr>
        <w:tc>
          <w:tcPr>
            <w:tcW w:type="dxa" w:w="1080"/>
          </w:tcPr>
          <w:p>
            <w:r>
              <w:t>36</w:t>
            </w:r>
          </w:p>
        </w:tc>
        <w:tc>
          <w:tcPr>
            <w:tcW w:type="dxa" w:w="1080"/>
          </w:tcPr>
          <w:p>
            <w:r>
              <w:t>异常心理学</w:t>
            </w:r>
          </w:p>
        </w:tc>
        <w:tc>
          <w:tcPr>
            <w:tcW w:type="dxa" w:w="1080"/>
          </w:tcPr>
          <w:p>
            <w:r>
              <w:t>2ED21114</w:t>
            </w:r>
          </w:p>
        </w:tc>
        <w:tc>
          <w:tcPr>
            <w:tcW w:type="dxa" w:w="1080"/>
          </w:tcPr>
          <w:p>
            <w:r>
              <w:t>3</w:t>
            </w:r>
          </w:p>
        </w:tc>
        <w:tc>
          <w:tcPr>
            <w:tcW w:type="dxa" w:w="1080"/>
          </w:tcPr>
          <w:p>
            <w:r>
              <w:t>专业必修课</w:t>
            </w:r>
          </w:p>
        </w:tc>
        <w:tc>
          <w:tcPr>
            <w:tcW w:type="dxa" w:w="1080"/>
          </w:tcPr>
          <w:p>
            <w:r>
              <w:t>教育学院</w:t>
            </w:r>
          </w:p>
        </w:tc>
        <w:tc>
          <w:tcPr>
            <w:tcW w:type="dxa" w:w="1080"/>
          </w:tcPr>
          <w:p>
            <w:r>
              <w:t>2024-2025</w:t>
            </w:r>
          </w:p>
        </w:tc>
        <w:tc>
          <w:tcPr>
            <w:tcW w:type="dxa" w:w="1080"/>
          </w:tcPr>
          <w:p>
            <w:r>
              <w:t>2</w:t>
            </w:r>
          </w:p>
        </w:tc>
      </w:tr>
      <w:tr>
        <w:tc>
          <w:tcPr>
            <w:tcW w:type="dxa" w:w="1080"/>
          </w:tcPr>
          <w:p>
            <w:r>
              <w:t>37</w:t>
            </w:r>
          </w:p>
        </w:tc>
        <w:tc>
          <w:tcPr>
            <w:tcW w:type="dxa" w:w="1080"/>
          </w:tcPr>
          <w:p>
            <w:r>
              <w:t>管理心理学</w:t>
            </w:r>
          </w:p>
        </w:tc>
        <w:tc>
          <w:tcPr>
            <w:tcW w:type="dxa" w:w="1080"/>
          </w:tcPr>
          <w:p>
            <w:r>
              <w:t>2ED21115</w:t>
            </w:r>
          </w:p>
        </w:tc>
        <w:tc>
          <w:tcPr>
            <w:tcW w:type="dxa" w:w="1080"/>
          </w:tcPr>
          <w:p>
            <w:r>
              <w:t>3</w:t>
            </w:r>
          </w:p>
        </w:tc>
        <w:tc>
          <w:tcPr>
            <w:tcW w:type="dxa" w:w="1080"/>
          </w:tcPr>
          <w:p>
            <w:r>
              <w:t>专业必修课</w:t>
            </w:r>
          </w:p>
        </w:tc>
        <w:tc>
          <w:tcPr>
            <w:tcW w:type="dxa" w:w="1080"/>
          </w:tcPr>
          <w:p>
            <w:r>
              <w:t>教育学院</w:t>
            </w:r>
          </w:p>
        </w:tc>
        <w:tc>
          <w:tcPr>
            <w:tcW w:type="dxa" w:w="1080"/>
          </w:tcPr>
          <w:p>
            <w:r>
              <w:t>2024-2025</w:t>
            </w:r>
          </w:p>
        </w:tc>
        <w:tc>
          <w:tcPr>
            <w:tcW w:type="dxa" w:w="1080"/>
          </w:tcPr>
          <w:p>
            <w:r>
              <w:t>2</w:t>
            </w:r>
          </w:p>
        </w:tc>
      </w:tr>
      <w:tr>
        <w:tc>
          <w:tcPr>
            <w:tcW w:type="dxa" w:w="1080"/>
          </w:tcPr>
          <w:p>
            <w:r>
              <w:t>38</w:t>
            </w:r>
          </w:p>
        </w:tc>
        <w:tc>
          <w:tcPr>
            <w:tcW w:type="dxa" w:w="1080"/>
          </w:tcPr>
          <w:p>
            <w:r>
              <w:t>心理学学术创新训练</w:t>
            </w:r>
          </w:p>
        </w:tc>
        <w:tc>
          <w:tcPr>
            <w:tcW w:type="dxa" w:w="1080"/>
          </w:tcPr>
          <w:p>
            <w:r>
              <w:t>2ED21123</w:t>
            </w:r>
          </w:p>
        </w:tc>
        <w:tc>
          <w:tcPr>
            <w:tcW w:type="dxa" w:w="1080"/>
          </w:tcPr>
          <w:p>
            <w:r>
              <w:t>2</w:t>
            </w:r>
          </w:p>
        </w:tc>
        <w:tc>
          <w:tcPr>
            <w:tcW w:type="dxa" w:w="1080"/>
          </w:tcPr>
          <w:p>
            <w:r>
              <w:t>专业必修课</w:t>
            </w:r>
          </w:p>
        </w:tc>
        <w:tc>
          <w:tcPr>
            <w:tcW w:type="dxa" w:w="1080"/>
          </w:tcPr>
          <w:p>
            <w:r>
              <w:t>教育学院</w:t>
            </w:r>
          </w:p>
        </w:tc>
        <w:tc>
          <w:tcPr>
            <w:tcW w:type="dxa" w:w="1080"/>
          </w:tcPr>
          <w:p>
            <w:r>
              <w:t>2024-2025</w:t>
            </w:r>
          </w:p>
        </w:tc>
        <w:tc>
          <w:tcPr>
            <w:tcW w:type="dxa" w:w="1080"/>
          </w:tcPr>
          <w:p>
            <w:r>
              <w:t>2</w:t>
            </w:r>
          </w:p>
        </w:tc>
      </w:tr>
      <w:tr>
        <w:tc>
          <w:tcPr>
            <w:tcW w:type="dxa" w:w="1080"/>
          </w:tcPr>
          <w:p>
            <w:r>
              <w:t>39</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40</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41</w:t>
            </w:r>
          </w:p>
        </w:tc>
        <w:tc>
          <w:tcPr>
            <w:tcW w:type="dxa" w:w="1080"/>
          </w:tcPr>
          <w:p>
            <w:r>
              <w:t>环境心理学</w:t>
            </w:r>
          </w:p>
        </w:tc>
        <w:tc>
          <w:tcPr>
            <w:tcW w:type="dxa" w:w="1080"/>
          </w:tcPr>
          <w:p>
            <w:r>
              <w:t>2ED21116</w:t>
            </w:r>
          </w:p>
        </w:tc>
        <w:tc>
          <w:tcPr>
            <w:tcW w:type="dxa" w:w="1080"/>
          </w:tcPr>
          <w:p>
            <w:r>
              <w:t>3</w:t>
            </w:r>
          </w:p>
        </w:tc>
        <w:tc>
          <w:tcPr>
            <w:tcW w:type="dxa" w:w="1080"/>
          </w:tcPr>
          <w:p>
            <w:r>
              <w:t>专业必修课</w:t>
            </w:r>
          </w:p>
        </w:tc>
        <w:tc>
          <w:tcPr>
            <w:tcW w:type="dxa" w:w="1080"/>
          </w:tcPr>
          <w:p>
            <w:r>
              <w:t>教育学院</w:t>
            </w:r>
          </w:p>
        </w:tc>
        <w:tc>
          <w:tcPr>
            <w:tcW w:type="dxa" w:w="1080"/>
          </w:tcPr>
          <w:p>
            <w:r>
              <w:t>2025-2026</w:t>
            </w:r>
          </w:p>
        </w:tc>
        <w:tc>
          <w:tcPr>
            <w:tcW w:type="dxa" w:w="1080"/>
          </w:tcPr>
          <w:p>
            <w:r>
              <w:t>1</w:t>
            </w:r>
          </w:p>
        </w:tc>
      </w:tr>
      <w:tr>
        <w:tc>
          <w:tcPr>
            <w:tcW w:type="dxa" w:w="1080"/>
          </w:tcPr>
          <w:p>
            <w:r>
              <w:t>42</w:t>
            </w:r>
          </w:p>
        </w:tc>
        <w:tc>
          <w:tcPr>
            <w:tcW w:type="dxa" w:w="1080"/>
          </w:tcPr>
          <w:p>
            <w:r>
              <w:t>教育心理学A</w:t>
            </w:r>
          </w:p>
        </w:tc>
        <w:tc>
          <w:tcPr>
            <w:tcW w:type="dxa" w:w="1080"/>
          </w:tcPr>
          <w:p>
            <w:r>
              <w:t>2ED21117</w:t>
            </w:r>
          </w:p>
        </w:tc>
        <w:tc>
          <w:tcPr>
            <w:tcW w:type="dxa" w:w="1080"/>
          </w:tcPr>
          <w:p>
            <w:r>
              <w:t>3</w:t>
            </w:r>
          </w:p>
        </w:tc>
        <w:tc>
          <w:tcPr>
            <w:tcW w:type="dxa" w:w="1080"/>
          </w:tcPr>
          <w:p>
            <w:r>
              <w:t>专业必修课</w:t>
            </w:r>
          </w:p>
        </w:tc>
        <w:tc>
          <w:tcPr>
            <w:tcW w:type="dxa" w:w="1080"/>
          </w:tcPr>
          <w:p>
            <w:r>
              <w:t>教育学院</w:t>
            </w:r>
          </w:p>
        </w:tc>
        <w:tc>
          <w:tcPr>
            <w:tcW w:type="dxa" w:w="1080"/>
          </w:tcPr>
          <w:p>
            <w:r>
              <w:t>2025-2026</w:t>
            </w:r>
          </w:p>
        </w:tc>
        <w:tc>
          <w:tcPr>
            <w:tcW w:type="dxa" w:w="1080"/>
          </w:tcPr>
          <w:p>
            <w:r>
              <w:t>1</w:t>
            </w:r>
          </w:p>
        </w:tc>
      </w:tr>
      <w:tr>
        <w:tc>
          <w:tcPr>
            <w:tcW w:type="dxa" w:w="1080"/>
          </w:tcPr>
          <w:p>
            <w:r>
              <w:t>43</w:t>
            </w:r>
          </w:p>
        </w:tc>
        <w:tc>
          <w:tcPr>
            <w:tcW w:type="dxa" w:w="1080"/>
          </w:tcPr>
          <w:p>
            <w:r>
              <w:t>心理学经典与前沿</w:t>
            </w:r>
          </w:p>
        </w:tc>
        <w:tc>
          <w:tcPr>
            <w:tcW w:type="dxa" w:w="1080"/>
          </w:tcPr>
          <w:p>
            <w:r>
              <w:t>2ED21118</w:t>
            </w:r>
          </w:p>
        </w:tc>
        <w:tc>
          <w:tcPr>
            <w:tcW w:type="dxa" w:w="1080"/>
          </w:tcPr>
          <w:p>
            <w:r>
              <w:t>2</w:t>
            </w:r>
          </w:p>
        </w:tc>
        <w:tc>
          <w:tcPr>
            <w:tcW w:type="dxa" w:w="1080"/>
          </w:tcPr>
          <w:p>
            <w:r>
              <w:t>专业必修课</w:t>
            </w:r>
          </w:p>
        </w:tc>
        <w:tc>
          <w:tcPr>
            <w:tcW w:type="dxa" w:w="1080"/>
          </w:tcPr>
          <w:p>
            <w:r>
              <w:t>教育学院</w:t>
            </w:r>
          </w:p>
        </w:tc>
        <w:tc>
          <w:tcPr>
            <w:tcW w:type="dxa" w:w="1080"/>
          </w:tcPr>
          <w:p>
            <w:r>
              <w:t>2025-2026</w:t>
            </w:r>
          </w:p>
        </w:tc>
        <w:tc>
          <w:tcPr>
            <w:tcW w:type="dxa" w:w="1080"/>
          </w:tcPr>
          <w:p>
            <w:r>
              <w:t>1</w:t>
            </w:r>
          </w:p>
        </w:tc>
      </w:tr>
      <w:tr>
        <w:tc>
          <w:tcPr>
            <w:tcW w:type="dxa" w:w="1080"/>
          </w:tcPr>
          <w:p>
            <w:r>
              <w:t>44</w:t>
            </w:r>
          </w:p>
        </w:tc>
        <w:tc>
          <w:tcPr>
            <w:tcW w:type="dxa" w:w="1080"/>
          </w:tcPr>
          <w:p>
            <w:r>
              <w:t>心理咨询学</w:t>
            </w:r>
          </w:p>
        </w:tc>
        <w:tc>
          <w:tcPr>
            <w:tcW w:type="dxa" w:w="1080"/>
          </w:tcPr>
          <w:p>
            <w:r>
              <w:t>2ED22101</w:t>
            </w:r>
          </w:p>
        </w:tc>
        <w:tc>
          <w:tcPr>
            <w:tcW w:type="dxa" w:w="1080"/>
          </w:tcPr>
          <w:p>
            <w:r>
              <w:t>2</w:t>
            </w:r>
          </w:p>
        </w:tc>
        <w:tc>
          <w:tcPr>
            <w:tcW w:type="dxa" w:w="1080"/>
          </w:tcPr>
          <w:p>
            <w:r>
              <w:t>专业限选课</w:t>
            </w:r>
          </w:p>
        </w:tc>
        <w:tc>
          <w:tcPr>
            <w:tcW w:type="dxa" w:w="1080"/>
          </w:tcPr>
          <w:p>
            <w:r>
              <w:t>教育学院</w:t>
            </w:r>
          </w:p>
        </w:tc>
        <w:tc>
          <w:tcPr>
            <w:tcW w:type="dxa" w:w="1080"/>
          </w:tcPr>
          <w:p>
            <w:r>
              <w:t>2025-2026</w:t>
            </w:r>
          </w:p>
        </w:tc>
        <w:tc>
          <w:tcPr>
            <w:tcW w:type="dxa" w:w="1080"/>
          </w:tcPr>
          <w:p>
            <w:r>
              <w:t>1</w:t>
            </w:r>
          </w:p>
        </w:tc>
      </w:tr>
      <w:tr>
        <w:tc>
          <w:tcPr>
            <w:tcW w:type="dxa" w:w="1080"/>
          </w:tcPr>
          <w:p>
            <w:r>
              <w:t>45</w:t>
            </w:r>
          </w:p>
        </w:tc>
        <w:tc>
          <w:tcPr>
            <w:tcW w:type="dxa" w:w="1080"/>
          </w:tcPr>
          <w:p>
            <w:r>
              <w:t>学校心理健康教育</w:t>
            </w:r>
          </w:p>
        </w:tc>
        <w:tc>
          <w:tcPr>
            <w:tcW w:type="dxa" w:w="1080"/>
          </w:tcPr>
          <w:p>
            <w:r>
              <w:t>2ED22102</w:t>
            </w:r>
          </w:p>
        </w:tc>
        <w:tc>
          <w:tcPr>
            <w:tcW w:type="dxa" w:w="1080"/>
          </w:tcPr>
          <w:p>
            <w:r>
              <w:t>2</w:t>
            </w:r>
          </w:p>
        </w:tc>
        <w:tc>
          <w:tcPr>
            <w:tcW w:type="dxa" w:w="1080"/>
          </w:tcPr>
          <w:p>
            <w:r>
              <w:t>专业限选课</w:t>
            </w:r>
          </w:p>
        </w:tc>
        <w:tc>
          <w:tcPr>
            <w:tcW w:type="dxa" w:w="1080"/>
          </w:tcPr>
          <w:p>
            <w:r>
              <w:t>教育学院</w:t>
            </w:r>
          </w:p>
        </w:tc>
        <w:tc>
          <w:tcPr>
            <w:tcW w:type="dxa" w:w="1080"/>
          </w:tcPr>
          <w:p>
            <w:r>
              <w:t>2025-2026</w:t>
            </w:r>
          </w:p>
        </w:tc>
        <w:tc>
          <w:tcPr>
            <w:tcW w:type="dxa" w:w="1080"/>
          </w:tcPr>
          <w:p>
            <w:r>
              <w:t>1</w:t>
            </w:r>
          </w:p>
        </w:tc>
      </w:tr>
      <w:tr>
        <w:tc>
          <w:tcPr>
            <w:tcW w:type="dxa" w:w="1080"/>
          </w:tcPr>
          <w:p>
            <w:r>
              <w:t>46</w:t>
            </w:r>
          </w:p>
        </w:tc>
        <w:tc>
          <w:tcPr>
            <w:tcW w:type="dxa" w:w="1080"/>
          </w:tcPr>
          <w:p>
            <w:r>
              <w:t>人事心理学</w:t>
            </w:r>
          </w:p>
        </w:tc>
        <w:tc>
          <w:tcPr>
            <w:tcW w:type="dxa" w:w="1080"/>
          </w:tcPr>
          <w:p>
            <w:r>
              <w:t>2ED22105</w:t>
            </w:r>
          </w:p>
        </w:tc>
        <w:tc>
          <w:tcPr>
            <w:tcW w:type="dxa" w:w="1080"/>
          </w:tcPr>
          <w:p>
            <w:r>
              <w:t>2</w:t>
            </w:r>
          </w:p>
        </w:tc>
        <w:tc>
          <w:tcPr>
            <w:tcW w:type="dxa" w:w="1080"/>
          </w:tcPr>
          <w:p>
            <w:r>
              <w:t>专业限选课</w:t>
            </w:r>
          </w:p>
        </w:tc>
        <w:tc>
          <w:tcPr>
            <w:tcW w:type="dxa" w:w="1080"/>
          </w:tcPr>
          <w:p>
            <w:r>
              <w:t>教育学院</w:t>
            </w:r>
          </w:p>
        </w:tc>
        <w:tc>
          <w:tcPr>
            <w:tcW w:type="dxa" w:w="1080"/>
          </w:tcPr>
          <w:p>
            <w:r>
              <w:t>2025-2026</w:t>
            </w:r>
          </w:p>
        </w:tc>
        <w:tc>
          <w:tcPr>
            <w:tcW w:type="dxa" w:w="1080"/>
          </w:tcPr>
          <w:p>
            <w:r>
              <w:t>1</w:t>
            </w:r>
          </w:p>
        </w:tc>
      </w:tr>
      <w:tr>
        <w:tc>
          <w:tcPr>
            <w:tcW w:type="dxa" w:w="1080"/>
          </w:tcPr>
          <w:p>
            <w:r>
              <w:t>47</w:t>
            </w:r>
          </w:p>
        </w:tc>
        <w:tc>
          <w:tcPr>
            <w:tcW w:type="dxa" w:w="1080"/>
          </w:tcPr>
          <w:p>
            <w:r>
              <w:t>设计学概论</w:t>
            </w:r>
          </w:p>
        </w:tc>
        <w:tc>
          <w:tcPr>
            <w:tcW w:type="dxa" w:w="1080"/>
          </w:tcPr>
          <w:p>
            <w:r>
              <w:t>2ED22106</w:t>
            </w:r>
          </w:p>
        </w:tc>
        <w:tc>
          <w:tcPr>
            <w:tcW w:type="dxa" w:w="1080"/>
          </w:tcPr>
          <w:p>
            <w:r>
              <w:t>2</w:t>
            </w:r>
          </w:p>
        </w:tc>
        <w:tc>
          <w:tcPr>
            <w:tcW w:type="dxa" w:w="1080"/>
          </w:tcPr>
          <w:p>
            <w:r>
              <w:t>专业限选课</w:t>
            </w:r>
          </w:p>
        </w:tc>
        <w:tc>
          <w:tcPr>
            <w:tcW w:type="dxa" w:w="1080"/>
          </w:tcPr>
          <w:p>
            <w:r>
              <w:t>教育学院</w:t>
            </w:r>
          </w:p>
        </w:tc>
        <w:tc>
          <w:tcPr>
            <w:tcW w:type="dxa" w:w="1080"/>
          </w:tcPr>
          <w:p>
            <w:r>
              <w:t>2025-2026</w:t>
            </w:r>
          </w:p>
        </w:tc>
        <w:tc>
          <w:tcPr>
            <w:tcW w:type="dxa" w:w="1080"/>
          </w:tcPr>
          <w:p>
            <w:r>
              <w:t>1</w:t>
            </w:r>
          </w:p>
        </w:tc>
      </w:tr>
      <w:tr>
        <w:tc>
          <w:tcPr>
            <w:tcW w:type="dxa" w:w="1080"/>
          </w:tcPr>
          <w:p>
            <w:r>
              <w:t>48</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49</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50</w:t>
            </w:r>
          </w:p>
        </w:tc>
        <w:tc>
          <w:tcPr>
            <w:tcW w:type="dxa" w:w="1080"/>
          </w:tcPr>
          <w:p>
            <w:r>
              <w:t>心理学论文阅读与写作</w:t>
            </w:r>
          </w:p>
        </w:tc>
        <w:tc>
          <w:tcPr>
            <w:tcW w:type="dxa" w:w="1080"/>
          </w:tcPr>
          <w:p>
            <w:r>
              <w:t>2ED21119</w:t>
            </w:r>
          </w:p>
        </w:tc>
        <w:tc>
          <w:tcPr>
            <w:tcW w:type="dxa" w:w="1080"/>
          </w:tcPr>
          <w:p>
            <w:r>
              <w:t>2</w:t>
            </w:r>
          </w:p>
        </w:tc>
        <w:tc>
          <w:tcPr>
            <w:tcW w:type="dxa" w:w="1080"/>
          </w:tcPr>
          <w:p>
            <w:r>
              <w:t>专业必修课</w:t>
            </w:r>
          </w:p>
        </w:tc>
        <w:tc>
          <w:tcPr>
            <w:tcW w:type="dxa" w:w="1080"/>
          </w:tcPr>
          <w:p>
            <w:r>
              <w:t>教育学院</w:t>
            </w:r>
          </w:p>
        </w:tc>
        <w:tc>
          <w:tcPr>
            <w:tcW w:type="dxa" w:w="1080"/>
          </w:tcPr>
          <w:p>
            <w:r>
              <w:t>2025-2026</w:t>
            </w:r>
          </w:p>
        </w:tc>
        <w:tc>
          <w:tcPr>
            <w:tcW w:type="dxa" w:w="1080"/>
          </w:tcPr>
          <w:p>
            <w:r>
              <w:t>2</w:t>
            </w:r>
          </w:p>
        </w:tc>
      </w:tr>
      <w:tr>
        <w:tc>
          <w:tcPr>
            <w:tcW w:type="dxa" w:w="1080"/>
          </w:tcPr>
          <w:p>
            <w:r>
              <w:t>51</w:t>
            </w:r>
          </w:p>
        </w:tc>
        <w:tc>
          <w:tcPr>
            <w:tcW w:type="dxa" w:w="1080"/>
          </w:tcPr>
          <w:p>
            <w:r>
              <w:t>心理学研究方法</w:t>
            </w:r>
          </w:p>
        </w:tc>
        <w:tc>
          <w:tcPr>
            <w:tcW w:type="dxa" w:w="1080"/>
          </w:tcPr>
          <w:p>
            <w:r>
              <w:t>2ED21120</w:t>
            </w:r>
          </w:p>
        </w:tc>
        <w:tc>
          <w:tcPr>
            <w:tcW w:type="dxa" w:w="1080"/>
          </w:tcPr>
          <w:p>
            <w:r>
              <w:t>3</w:t>
            </w:r>
          </w:p>
        </w:tc>
        <w:tc>
          <w:tcPr>
            <w:tcW w:type="dxa" w:w="1080"/>
          </w:tcPr>
          <w:p>
            <w:r>
              <w:t>专业必修课</w:t>
            </w:r>
          </w:p>
        </w:tc>
        <w:tc>
          <w:tcPr>
            <w:tcW w:type="dxa" w:w="1080"/>
          </w:tcPr>
          <w:p>
            <w:r>
              <w:t>教育学院</w:t>
            </w:r>
          </w:p>
        </w:tc>
        <w:tc>
          <w:tcPr>
            <w:tcW w:type="dxa" w:w="1080"/>
          </w:tcPr>
          <w:p>
            <w:r>
              <w:t>2025-2026</w:t>
            </w:r>
          </w:p>
        </w:tc>
        <w:tc>
          <w:tcPr>
            <w:tcW w:type="dxa" w:w="1080"/>
          </w:tcPr>
          <w:p>
            <w:r>
              <w:t>2</w:t>
            </w:r>
          </w:p>
        </w:tc>
      </w:tr>
      <w:tr>
        <w:tc>
          <w:tcPr>
            <w:tcW w:type="dxa" w:w="1080"/>
          </w:tcPr>
          <w:p>
            <w:r>
              <w:t>52</w:t>
            </w:r>
          </w:p>
        </w:tc>
        <w:tc>
          <w:tcPr>
            <w:tcW w:type="dxa" w:w="1080"/>
          </w:tcPr>
          <w:p>
            <w:r>
              <w:t>心理学专业综合训练</w:t>
            </w:r>
          </w:p>
        </w:tc>
        <w:tc>
          <w:tcPr>
            <w:tcW w:type="dxa" w:w="1080"/>
          </w:tcPr>
          <w:p>
            <w:r>
              <w:t>2ED21124</w:t>
            </w:r>
          </w:p>
        </w:tc>
        <w:tc>
          <w:tcPr>
            <w:tcW w:type="dxa" w:w="1080"/>
          </w:tcPr>
          <w:p>
            <w:r>
              <w:t>2</w:t>
            </w:r>
          </w:p>
        </w:tc>
        <w:tc>
          <w:tcPr>
            <w:tcW w:type="dxa" w:w="1080"/>
          </w:tcPr>
          <w:p>
            <w:r>
              <w:t>专业必修课</w:t>
            </w:r>
          </w:p>
        </w:tc>
        <w:tc>
          <w:tcPr>
            <w:tcW w:type="dxa" w:w="1080"/>
          </w:tcPr>
          <w:p>
            <w:r>
              <w:t>教育学院</w:t>
            </w:r>
          </w:p>
        </w:tc>
        <w:tc>
          <w:tcPr>
            <w:tcW w:type="dxa" w:w="1080"/>
          </w:tcPr>
          <w:p>
            <w:r>
              <w:t>2025-2026</w:t>
            </w:r>
          </w:p>
        </w:tc>
        <w:tc>
          <w:tcPr>
            <w:tcW w:type="dxa" w:w="1080"/>
          </w:tcPr>
          <w:p>
            <w:r>
              <w:t>2</w:t>
            </w:r>
          </w:p>
        </w:tc>
      </w:tr>
      <w:tr>
        <w:tc>
          <w:tcPr>
            <w:tcW w:type="dxa" w:w="1080"/>
          </w:tcPr>
          <w:p>
            <w:r>
              <w:t>53</w:t>
            </w:r>
          </w:p>
        </w:tc>
        <w:tc>
          <w:tcPr>
            <w:tcW w:type="dxa" w:w="1080"/>
          </w:tcPr>
          <w:p>
            <w:r>
              <w:t>团体心理咨询</w:t>
            </w:r>
          </w:p>
        </w:tc>
        <w:tc>
          <w:tcPr>
            <w:tcW w:type="dxa" w:w="1080"/>
          </w:tcPr>
          <w:p>
            <w:r>
              <w:t>2ED22103</w:t>
            </w:r>
          </w:p>
        </w:tc>
        <w:tc>
          <w:tcPr>
            <w:tcW w:type="dxa" w:w="1080"/>
          </w:tcPr>
          <w:p>
            <w:r>
              <w:t>2</w:t>
            </w:r>
          </w:p>
        </w:tc>
        <w:tc>
          <w:tcPr>
            <w:tcW w:type="dxa" w:w="1080"/>
          </w:tcPr>
          <w:p>
            <w:r>
              <w:t>专业限选课</w:t>
            </w:r>
          </w:p>
        </w:tc>
        <w:tc>
          <w:tcPr>
            <w:tcW w:type="dxa" w:w="1080"/>
          </w:tcPr>
          <w:p>
            <w:r>
              <w:t>教育学院</w:t>
            </w:r>
          </w:p>
        </w:tc>
        <w:tc>
          <w:tcPr>
            <w:tcW w:type="dxa" w:w="1080"/>
          </w:tcPr>
          <w:p>
            <w:r>
              <w:t>2025-2026</w:t>
            </w:r>
          </w:p>
        </w:tc>
        <w:tc>
          <w:tcPr>
            <w:tcW w:type="dxa" w:w="1080"/>
          </w:tcPr>
          <w:p>
            <w:r>
              <w:t>2</w:t>
            </w:r>
          </w:p>
        </w:tc>
      </w:tr>
      <w:tr>
        <w:tc>
          <w:tcPr>
            <w:tcW w:type="dxa" w:w="1080"/>
          </w:tcPr>
          <w:p>
            <w:r>
              <w:t>54</w:t>
            </w:r>
          </w:p>
        </w:tc>
        <w:tc>
          <w:tcPr>
            <w:tcW w:type="dxa" w:w="1080"/>
          </w:tcPr>
          <w:p>
            <w:r>
              <w:t>家庭心理学</w:t>
            </w:r>
          </w:p>
        </w:tc>
        <w:tc>
          <w:tcPr>
            <w:tcW w:type="dxa" w:w="1080"/>
          </w:tcPr>
          <w:p>
            <w:r>
              <w:t>2ED22104</w:t>
            </w:r>
          </w:p>
        </w:tc>
        <w:tc>
          <w:tcPr>
            <w:tcW w:type="dxa" w:w="1080"/>
          </w:tcPr>
          <w:p>
            <w:r>
              <w:t>2</w:t>
            </w:r>
          </w:p>
        </w:tc>
        <w:tc>
          <w:tcPr>
            <w:tcW w:type="dxa" w:w="1080"/>
          </w:tcPr>
          <w:p>
            <w:r>
              <w:t>专业限选课</w:t>
            </w:r>
          </w:p>
        </w:tc>
        <w:tc>
          <w:tcPr>
            <w:tcW w:type="dxa" w:w="1080"/>
          </w:tcPr>
          <w:p>
            <w:r>
              <w:t>教育学院</w:t>
            </w:r>
          </w:p>
        </w:tc>
        <w:tc>
          <w:tcPr>
            <w:tcW w:type="dxa" w:w="1080"/>
          </w:tcPr>
          <w:p>
            <w:r>
              <w:t>2025-2026</w:t>
            </w:r>
          </w:p>
        </w:tc>
        <w:tc>
          <w:tcPr>
            <w:tcW w:type="dxa" w:w="1080"/>
          </w:tcPr>
          <w:p>
            <w:r>
              <w:t>2</w:t>
            </w:r>
          </w:p>
        </w:tc>
      </w:tr>
      <w:tr>
        <w:tc>
          <w:tcPr>
            <w:tcW w:type="dxa" w:w="1080"/>
          </w:tcPr>
          <w:p>
            <w:r>
              <w:t>55</w:t>
            </w:r>
          </w:p>
        </w:tc>
        <w:tc>
          <w:tcPr>
            <w:tcW w:type="dxa" w:w="1080"/>
          </w:tcPr>
          <w:p>
            <w:r>
              <w:t>经济心理学</w:t>
            </w:r>
          </w:p>
        </w:tc>
        <w:tc>
          <w:tcPr>
            <w:tcW w:type="dxa" w:w="1080"/>
          </w:tcPr>
          <w:p>
            <w:r>
              <w:t>2ED22107</w:t>
            </w:r>
          </w:p>
        </w:tc>
        <w:tc>
          <w:tcPr>
            <w:tcW w:type="dxa" w:w="1080"/>
          </w:tcPr>
          <w:p>
            <w:r>
              <w:t>2</w:t>
            </w:r>
          </w:p>
        </w:tc>
        <w:tc>
          <w:tcPr>
            <w:tcW w:type="dxa" w:w="1080"/>
          </w:tcPr>
          <w:p>
            <w:r>
              <w:t>专业限选课</w:t>
            </w:r>
          </w:p>
        </w:tc>
        <w:tc>
          <w:tcPr>
            <w:tcW w:type="dxa" w:w="1080"/>
          </w:tcPr>
          <w:p>
            <w:r>
              <w:t>教育学院</w:t>
            </w:r>
          </w:p>
        </w:tc>
        <w:tc>
          <w:tcPr>
            <w:tcW w:type="dxa" w:w="1080"/>
          </w:tcPr>
          <w:p>
            <w:r>
              <w:t>2025-2026</w:t>
            </w:r>
          </w:p>
        </w:tc>
        <w:tc>
          <w:tcPr>
            <w:tcW w:type="dxa" w:w="1080"/>
          </w:tcPr>
          <w:p>
            <w:r>
              <w:t>2</w:t>
            </w:r>
          </w:p>
        </w:tc>
      </w:tr>
      <w:tr>
        <w:tc>
          <w:tcPr>
            <w:tcW w:type="dxa" w:w="1080"/>
          </w:tcPr>
          <w:p>
            <w:r>
              <w:t>56</w:t>
            </w:r>
          </w:p>
        </w:tc>
        <w:tc>
          <w:tcPr>
            <w:tcW w:type="dxa" w:w="1080"/>
          </w:tcPr>
          <w:p>
            <w:r>
              <w:t>工程心理学</w:t>
            </w:r>
          </w:p>
        </w:tc>
        <w:tc>
          <w:tcPr>
            <w:tcW w:type="dxa" w:w="1080"/>
          </w:tcPr>
          <w:p>
            <w:r>
              <w:t>2ED22108</w:t>
            </w:r>
          </w:p>
        </w:tc>
        <w:tc>
          <w:tcPr>
            <w:tcW w:type="dxa" w:w="1080"/>
          </w:tcPr>
          <w:p>
            <w:r>
              <w:t>2</w:t>
            </w:r>
          </w:p>
        </w:tc>
        <w:tc>
          <w:tcPr>
            <w:tcW w:type="dxa" w:w="1080"/>
          </w:tcPr>
          <w:p>
            <w:r>
              <w:t>专业限选课</w:t>
            </w:r>
          </w:p>
        </w:tc>
        <w:tc>
          <w:tcPr>
            <w:tcW w:type="dxa" w:w="1080"/>
          </w:tcPr>
          <w:p>
            <w:r>
              <w:t>教育学院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制表人（签字）：日期：2026年8月29日学院（公章）：</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