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苏州科技大学材料科学与工程学院推荐2027年优秀应届本科毕业生免试攻读研究生工作细则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组长：郭春显、和洁</w:t>
      </w:r>
    </w:p>
    <w:p>
      <w:r>
        <w:t>成员：杨晓刚、叶常青、卢长彤、陈硕然、吴小帅</w:t>
      </w:r>
    </w:p>
    <w:p>
      <w:r>
        <w:t>咨询电话：0512-68230156申诉电话：0512-68230203邮箱：2483@usts.edu.cn</w:t>
      </w:r>
    </w:p>
    <w:p>
      <w:r>
        <w:t>二、名额分配</w:t>
      </w:r>
    </w:p>
    <w:p>
      <w:r>
        <w:t>总名额：10名</w:t>
      </w:r>
    </w:p>
    <w:p>
      <w:r>
        <w:t>名额分配如下：功能材料专业6名；新能源材料与器件专业4名。</w:t>
      </w:r>
    </w:p>
    <w:p>
      <w:r>
        <w:t>三、申请报名条件</w:t>
      </w:r>
    </w:p>
    <w:p>
      <w:r>
        <w:t>申请者须满足学校规定的遴选基本条件。</w:t>
      </w:r>
    </w:p>
    <w:p>
      <w:r>
        <w:t>四、申请受理时间、地点</w:t>
      </w:r>
    </w:p>
    <w:p>
      <w:r>
        <w:t>截止时间：9月1日17:00之前，提交报名申请及相关材料。</w:t>
      </w:r>
    </w:p>
    <w:p>
      <w:r>
        <w:t>受理地点：石湖校区院士楼202室</w:t>
      </w:r>
    </w:p>
    <w:p>
      <w:r>
        <w:t>受理人员：郭璐老师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推免相关工作人员有直系亲属或利益相关人员报名参加本单位推免招生的须主动申请回避，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材料科学与工程学院</w:t>
      </w:r>
    </w:p>
    <w:p>
      <w:r>
        <w:t>日期：2026年8月30日</w:t>
      </w:r>
    </w:p>
    <w:p>
      <w:r>
        <w:t>附件1:材料科学与工程学院推免生综合素质单项分值设置表</w:t>
      </w:r>
    </w:p>
    <w:p>
      <w:r>
        <w:t>附件2：材料科学与工程学院2027届优秀应届本科毕业生推荐免试攻读研究生课程清单</w:t>
      </w:r>
    </w:p>
    <w:p>
      <w:r>
        <w:t>苏州科技大学推免生综合素质单项分值设置表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类别</w:t>
            </w:r>
          </w:p>
        </w:tc>
        <w:tc>
          <w:tcPr>
            <w:tcW w:type="dxa" w:w="1234"/>
          </w:tcPr>
          <w:p>
            <w:r>
              <w:t>项目等级</w:t>
            </w:r>
          </w:p>
        </w:tc>
        <w:tc>
          <w:tcPr>
            <w:tcW w:type="dxa" w:w="1234"/>
          </w:tcPr>
          <w:p>
            <w:r>
              <w:t>第一等次</w:t>
            </w:r>
          </w:p>
        </w:tc>
        <w:tc>
          <w:tcPr>
            <w:tcW w:type="dxa" w:w="1234"/>
          </w:tcPr>
          <w:p>
            <w:r>
              <w:t>第二等次</w:t>
            </w:r>
          </w:p>
        </w:tc>
        <w:tc>
          <w:tcPr>
            <w:tcW w:type="dxa" w:w="1234"/>
          </w:tcPr>
          <w:p>
            <w:r>
              <w:t>第三等次</w:t>
            </w:r>
          </w:p>
        </w:tc>
        <w:tc>
          <w:tcPr>
            <w:tcW w:type="dxa" w:w="1234"/>
          </w:tcPr>
          <w:p>
            <w:r>
              <w:t>第四等次</w:t>
            </w:r>
          </w:p>
        </w:tc>
        <w:tc>
          <w:tcPr>
            <w:tcW w:type="dxa" w:w="1234"/>
          </w:tcPr>
          <w:p>
            <w:r>
              <w:t>备注</w:t>
            </w:r>
          </w:p>
        </w:tc>
      </w:tr>
      <w:tr>
        <w:tc>
          <w:tcPr>
            <w:tcW w:type="dxa" w:w="1234"/>
          </w:tcPr>
          <w:p>
            <w:r>
              <w:t>学科竞赛(不超过40分)</w:t>
            </w:r>
          </w:p>
        </w:tc>
        <w:tc>
          <w:tcPr>
            <w:tcW w:type="dxa" w:w="1234"/>
          </w:tcPr>
          <w:p>
            <w:r>
              <w:t>I甲</w:t>
            </w:r>
          </w:p>
        </w:tc>
        <w:tc>
          <w:tcPr>
            <w:tcW w:type="dxa" w:w="1234"/>
          </w:tcPr>
          <w:p>
            <w:r>
              <w:t>40</w:t>
            </w:r>
          </w:p>
        </w:tc>
        <w:tc>
          <w:tcPr>
            <w:tcW w:type="dxa" w:w="1234"/>
          </w:tcPr>
          <w:p>
            <w:r>
              <w:t>30</w:t>
            </w:r>
          </w:p>
        </w:tc>
        <w:tc>
          <w:tcPr>
            <w:tcW w:type="dxa" w:w="1234"/>
          </w:tcPr>
          <w:p>
            <w:r>
              <w:t>15</w:t>
            </w:r>
          </w:p>
        </w:tc>
        <w:tc>
          <w:tcPr>
            <w:tcW w:type="dxa" w:w="1234"/>
          </w:tcPr>
          <w:p>
            <w:r>
              <w:t>5</w:t>
            </w:r>
          </w:p>
        </w:tc>
        <w:tc>
          <w:tcPr>
            <w:tcW w:type="dxa" w:w="1234"/>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r>
      <w:tr>
        <w:tc>
          <w:tcPr>
            <w:tcW w:type="dxa" w:w="1234"/>
          </w:tcPr>
          <w:p>
            <w:r>
              <w:t>I乙</w:t>
            </w:r>
          </w:p>
        </w:tc>
        <w:tc>
          <w:tcPr>
            <w:tcW w:type="dxa" w:w="1234"/>
          </w:tcPr>
          <w:p>
            <w:r>
              <w:t>15</w:t>
            </w:r>
          </w:p>
        </w:tc>
        <w:tc>
          <w:tcPr>
            <w:tcW w:type="dxa" w:w="1234"/>
          </w:tcPr>
          <w:p>
            <w:r>
              <w:t>10</w:t>
            </w:r>
          </w:p>
        </w:tc>
        <w:tc>
          <w:tcPr>
            <w:tcW w:type="dxa" w:w="1234"/>
          </w:tcPr>
          <w:p>
            <w:r>
              <w:t>3</w:t>
            </w:r>
          </w:p>
        </w:tc>
        <w:tc>
          <w:tcPr>
            <w:tcW w:type="dxa" w:w="1234"/>
          </w:tcPr>
          <w:p>
            <w:r>
              <w:t>1</w:t>
            </w:r>
          </w:p>
        </w:tc>
        <w:tc>
          <w:tcPr>
            <w:tcW w:type="dxa" w:w="1234"/>
          </w:tcPr>
          <w:p/>
        </w:tc>
        <w:tc>
          <w:tcPr>
            <w:tcW w:type="dxa" w:w="1234"/>
          </w:tcPr>
          <w:p/>
        </w:tc>
      </w:tr>
      <w:tr>
        <w:tc>
          <w:tcPr>
            <w:tcW w:type="dxa" w:w="1234"/>
          </w:tcPr>
          <w:p>
            <w:r>
              <w:t>科研成果(不超过40分)</w:t>
            </w:r>
          </w:p>
        </w:tc>
        <w:tc>
          <w:tcPr>
            <w:tcW w:type="dxa" w:w="1234"/>
          </w:tcPr>
          <w:p>
            <w:r>
              <w:t>论文</w:t>
            </w:r>
          </w:p>
        </w:tc>
        <w:tc>
          <w:tcPr>
            <w:tcW w:type="dxa" w:w="1234"/>
          </w:tcPr>
          <w:p>
            <w:r>
              <w:t>中科院1区</w:t>
            </w:r>
          </w:p>
        </w:tc>
        <w:tc>
          <w:tcPr>
            <w:tcW w:type="dxa" w:w="1234"/>
          </w:tcPr>
          <w:p>
            <w:r>
              <w:t>40</w:t>
            </w:r>
          </w:p>
        </w:tc>
        <w:tc>
          <w:tcPr>
            <w:tcW w:type="dxa" w:w="1234"/>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论文分区沿用当年中科院分区确定，不在目录内由院学术委员会确定。（4）中文核心指上述分区之外的《中文核心期刊目录总览》和《中文社会科学引文索引》中的期刊。</w:t>
            </w:r>
          </w:p>
        </w:tc>
        <w:tc>
          <w:tcPr>
            <w:tcW w:type="dxa" w:w="1234"/>
          </w:tcPr>
          <w:p/>
        </w:tc>
        <w:tc>
          <w:tcPr>
            <w:tcW w:type="dxa" w:w="1234"/>
          </w:tcPr>
          <w:p/>
        </w:tc>
      </w:tr>
      <w:tr>
        <w:tc>
          <w:tcPr>
            <w:tcW w:type="dxa" w:w="1234"/>
          </w:tcPr>
          <w:p>
            <w:r>
              <w:t>中科院2区</w:t>
            </w:r>
          </w:p>
        </w:tc>
        <w:tc>
          <w:tcPr>
            <w:tcW w:type="dxa" w:w="1234"/>
          </w:tcPr>
          <w:p>
            <w:r>
              <w:t>30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中科院3区</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中科院4区</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中文核心</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专利</w:t>
            </w:r>
          </w:p>
        </w:tc>
        <w:tc>
          <w:tcPr>
            <w:tcW w:type="dxa" w:w="1234"/>
          </w:tcPr>
          <w:p>
            <w:r>
              <w:t>授权发明专利</w:t>
            </w:r>
          </w:p>
        </w:tc>
        <w:tc>
          <w:tcPr>
            <w:tcW w:type="dxa" w:w="1234"/>
          </w:tcPr>
          <w:p>
            <w:r>
              <w:t>10</w:t>
            </w:r>
          </w:p>
        </w:tc>
        <w:tc>
          <w:tcPr>
            <w:tcW w:type="dxa" w:w="1234"/>
          </w:tcPr>
          <w:p/>
        </w:tc>
        <w:tc>
          <w:tcPr>
            <w:tcW w:type="dxa" w:w="1234"/>
          </w:tcPr>
          <w:p/>
        </w:tc>
        <w:tc>
          <w:tcPr>
            <w:tcW w:type="dxa" w:w="1234"/>
          </w:tcPr>
          <w:p/>
        </w:tc>
        <w:tc>
          <w:tcPr>
            <w:tcW w:type="dxa" w:w="1234"/>
          </w:tcPr>
          <w:p/>
        </w:tc>
      </w:tr>
    </w:tbl>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志愿服务(不超过10分)</w:t>
            </w:r>
          </w:p>
        </w:tc>
        <w:tc>
          <w:tcPr>
            <w:tcW w:type="dxa" w:w="1440"/>
          </w:tcPr>
          <w:p>
            <w:r/>
          </w:p>
        </w:tc>
        <w:tc>
          <w:tcPr>
            <w:tcW w:type="dxa" w:w="1440"/>
          </w:tcPr>
          <w:p>
            <w:r>
              <w:t>第一等次</w:t>
            </w:r>
          </w:p>
        </w:tc>
        <w:tc>
          <w:tcPr>
            <w:tcW w:type="dxa" w:w="1440"/>
          </w:tcPr>
          <w:p>
            <w:r>
              <w:t>第二等次</w:t>
            </w:r>
          </w:p>
        </w:tc>
        <w:tc>
          <w:tcPr>
            <w:tcW w:type="dxa" w:w="1440"/>
          </w:tcPr>
          <w:p>
            <w:r>
              <w:t>第三等次</w:t>
            </w:r>
          </w:p>
        </w:tc>
        <w:tc>
          <w:tcPr>
            <w:tcW w:type="dxa" w:w="144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r>
      <w:tr>
        <w:tc>
          <w:tcPr>
            <w:tcW w:type="dxa" w:w="1440"/>
          </w:tcPr>
          <w:p>
            <w:r>
              <w:t>国家级</w:t>
            </w:r>
          </w:p>
        </w:tc>
        <w:tc>
          <w:tcPr>
            <w:tcW w:type="dxa" w:w="1440"/>
          </w:tcPr>
          <w:p>
            <w:r>
              <w:t>10</w:t>
            </w:r>
          </w:p>
        </w:tc>
        <w:tc>
          <w:tcPr>
            <w:tcW w:type="dxa" w:w="1440"/>
          </w:tcPr>
          <w:p>
            <w:r>
              <w:t>7</w:t>
            </w:r>
          </w:p>
        </w:tc>
        <w:tc>
          <w:tcPr>
            <w:tcW w:type="dxa" w:w="1440"/>
          </w:tcPr>
          <w:p>
            <w:r>
              <w:t>5</w:t>
            </w:r>
          </w:p>
        </w:tc>
        <w:tc>
          <w:tcPr>
            <w:tcW w:type="dxa" w:w="1440"/>
          </w:tcPr>
          <w:p/>
        </w:tc>
        <w:tc>
          <w:tcPr>
            <w:tcW w:type="dxa" w:w="1440"/>
          </w:tcPr>
          <w:p/>
        </w:tc>
      </w:tr>
      <w:tr>
        <w:tc>
          <w:tcPr>
            <w:tcW w:type="dxa" w:w="1440"/>
          </w:tcPr>
          <w:p>
            <w:r>
              <w:t>省部级</w:t>
            </w:r>
          </w:p>
        </w:tc>
        <w:tc>
          <w:tcPr>
            <w:tcW w:type="dxa" w:w="1440"/>
          </w:tcPr>
          <w:p>
            <w:r>
              <w:t>5</w:t>
            </w:r>
          </w:p>
        </w:tc>
        <w:tc>
          <w:tcPr>
            <w:tcW w:type="dxa" w:w="1440"/>
          </w:tcPr>
          <w:p>
            <w:r>
              <w:t>3</w:t>
            </w:r>
          </w:p>
        </w:tc>
        <w:tc>
          <w:tcPr>
            <w:tcW w:type="dxa" w:w="1440"/>
          </w:tcPr>
          <w:p>
            <w:r>
              <w:t>1</w:t>
            </w:r>
          </w:p>
        </w:tc>
        <w:tc>
          <w:tcPr>
            <w:tcW w:type="dxa" w:w="1440"/>
          </w:tcPr>
          <w:p/>
        </w:tc>
        <w:tc>
          <w:tcPr>
            <w:tcW w:type="dxa" w:w="1440"/>
          </w:tcPr>
          <w:p/>
        </w:tc>
      </w:tr>
      <w:tr>
        <w:tc>
          <w:tcPr>
            <w:tcW w:type="dxa" w:w="1440"/>
          </w:tcPr>
          <w:p>
            <w:r>
              <w:t>到国际组织实习（不超过5分）</w:t>
            </w:r>
          </w:p>
        </w:tc>
        <w:tc>
          <w:tcPr>
            <w:tcW w:type="dxa" w:w="144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1440"/>
          </w:tcPr>
          <w:p/>
        </w:tc>
        <w:tc>
          <w:tcPr>
            <w:tcW w:type="dxa" w:w="1440"/>
          </w:tcPr>
          <w:p/>
        </w:tc>
        <w:tc>
          <w:tcPr>
            <w:tcW w:type="dxa" w:w="1440"/>
          </w:tcPr>
          <w:p/>
        </w:tc>
        <w:tc>
          <w:tcPr>
            <w:tcW w:type="dxa" w:w="1440"/>
          </w:tcPr>
          <w:p/>
        </w:tc>
      </w:tr>
      <w:tr>
        <w:tc>
          <w:tcPr>
            <w:tcW w:type="dxa" w:w="1440"/>
          </w:tcPr>
          <w:p>
            <w:r>
              <w:t>参军入伍服兵役（不超过5分）</w:t>
            </w:r>
          </w:p>
        </w:tc>
        <w:tc>
          <w:tcPr>
            <w:tcW w:type="dxa" w:w="1440"/>
          </w:tcPr>
          <w:p>
            <w:r>
              <w:t>须提供入伍批准书及退出现役证。</w:t>
            </w:r>
          </w:p>
        </w:tc>
        <w:tc>
          <w:tcPr>
            <w:tcW w:type="dxa" w:w="1440"/>
          </w:tcPr>
          <w:p/>
        </w:tc>
        <w:tc>
          <w:tcPr>
            <w:tcW w:type="dxa" w:w="1440"/>
          </w:tcPr>
          <w:p/>
        </w:tc>
        <w:tc>
          <w:tcPr>
            <w:tcW w:type="dxa" w:w="1440"/>
          </w:tcPr>
          <w:p/>
        </w:tc>
        <w:tc>
          <w:tcPr>
            <w:tcW w:type="dxa" w:w="1440"/>
          </w:tcP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专业：功能材料</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军事理论</w:t>
            </w:r>
          </w:p>
        </w:tc>
        <w:tc>
          <w:tcPr>
            <w:tcW w:type="dxa" w:w="1080"/>
          </w:tcPr>
          <w:p>
            <w:r>
              <w:t>2AS11001</w:t>
            </w:r>
          </w:p>
        </w:tc>
        <w:tc>
          <w:tcPr>
            <w:tcW w:type="dxa" w:w="1080"/>
          </w:tcPr>
          <w:p>
            <w:r>
              <w:t>2.0</w:t>
            </w:r>
          </w:p>
        </w:tc>
        <w:tc>
          <w:tcPr>
            <w:tcW w:type="dxa" w:w="1080"/>
          </w:tcPr>
          <w:p>
            <w:r>
              <w:t>素质拓展必修课</w:t>
            </w:r>
          </w:p>
        </w:tc>
        <w:tc>
          <w:tcPr>
            <w:tcW w:type="dxa" w:w="1080"/>
          </w:tcPr>
          <w:p>
            <w:r>
              <w:t>武保处</w:t>
            </w:r>
          </w:p>
        </w:tc>
        <w:tc>
          <w:tcPr>
            <w:tcW w:type="dxa" w:w="1080"/>
          </w:tcPr>
          <w:p>
            <w:r>
              <w:t>2023-2024</w:t>
            </w:r>
          </w:p>
        </w:tc>
        <w:tc>
          <w:tcPr>
            <w:tcW w:type="dxa" w:w="1080"/>
          </w:tcPr>
          <w:p>
            <w:r>
              <w:t>1</w:t>
            </w:r>
          </w:p>
        </w:tc>
      </w:tr>
      <w:tr>
        <w:tc>
          <w:tcPr>
            <w:tcW w:type="dxa" w:w="1080"/>
          </w:tcPr>
          <w:p>
            <w:r>
              <w:t>2</w:t>
            </w:r>
          </w:p>
        </w:tc>
        <w:tc>
          <w:tcPr>
            <w:tcW w:type="dxa" w:w="1080"/>
          </w:tcPr>
          <w:p>
            <w:r>
              <w:t>军事技能</w:t>
            </w:r>
          </w:p>
        </w:tc>
        <w:tc>
          <w:tcPr>
            <w:tcW w:type="dxa" w:w="1080"/>
          </w:tcPr>
          <w:p>
            <w:r>
              <w:t>2AS11002</w:t>
            </w:r>
          </w:p>
        </w:tc>
        <w:tc>
          <w:tcPr>
            <w:tcW w:type="dxa" w:w="1080"/>
          </w:tcPr>
          <w:p>
            <w:r>
              <w:t>2.0</w:t>
            </w:r>
          </w:p>
        </w:tc>
        <w:tc>
          <w:tcPr>
            <w:tcW w:type="dxa" w:w="1080"/>
          </w:tcPr>
          <w:p>
            <w:r>
              <w:t>素质拓展必修课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无机及分析化学实验B（一）</w:t>
            </w:r>
          </w:p>
        </w:tc>
        <w:tc>
          <w:tcPr>
            <w:tcW w:type="dxa" w:w="1080"/>
          </w:tcPr>
          <w:p>
            <w:r>
              <w:t>2CB11901</w:t>
            </w:r>
          </w:p>
        </w:tc>
        <w:tc>
          <w:tcPr>
            <w:tcW w:type="dxa" w:w="1080"/>
          </w:tcPr>
          <w:p>
            <w:r>
              <w:t>1.0</w:t>
            </w:r>
          </w:p>
        </w:tc>
        <w:tc>
          <w:tcPr>
            <w:tcW w:type="dxa" w:w="1080"/>
          </w:tcPr>
          <w:p>
            <w:r>
              <w:t>通识教育必修课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集中实践必修课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高等数学B(一)</w:t>
            </w:r>
          </w:p>
        </w:tc>
        <w:tc>
          <w:tcPr>
            <w:tcW w:type="dxa" w:w="1080"/>
          </w:tcPr>
          <w:p>
            <w:r>
              <w:t>2MA11003</w:t>
            </w:r>
          </w:p>
        </w:tc>
        <w:tc>
          <w:tcPr>
            <w:tcW w:type="dxa" w:w="1080"/>
          </w:tcPr>
          <w:p>
            <w:r>
              <w:t>4.0</w:t>
            </w:r>
          </w:p>
        </w:tc>
        <w:tc>
          <w:tcPr>
            <w:tcW w:type="dxa" w:w="1080"/>
          </w:tcPr>
          <w:p>
            <w:r>
              <w:t>通识教育必修课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线性代数B</w:t>
            </w:r>
          </w:p>
        </w:tc>
        <w:tc>
          <w:tcPr>
            <w:tcW w:type="dxa" w:w="1080"/>
          </w:tcPr>
          <w:p>
            <w:r>
              <w:t>2MA11012</w:t>
            </w:r>
          </w:p>
        </w:tc>
        <w:tc>
          <w:tcPr>
            <w:tcW w:type="dxa" w:w="1080"/>
          </w:tcPr>
          <w:p>
            <w:r>
              <w:t>2.0</w:t>
            </w:r>
          </w:p>
        </w:tc>
        <w:tc>
          <w:tcPr>
            <w:tcW w:type="dxa" w:w="1080"/>
          </w:tcPr>
          <w:p>
            <w:r>
              <w:t>通识教育必修课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无机及分析化学B（一）</w:t>
            </w:r>
          </w:p>
        </w:tc>
        <w:tc>
          <w:tcPr>
            <w:tcW w:type="dxa" w:w="1080"/>
          </w:tcPr>
          <w:p>
            <w:r>
              <w:t>2MS11101</w:t>
            </w:r>
          </w:p>
        </w:tc>
        <w:tc>
          <w:tcPr>
            <w:tcW w:type="dxa" w:w="1080"/>
          </w:tcPr>
          <w:p>
            <w:r>
              <w:t>3.0</w:t>
            </w:r>
          </w:p>
        </w:tc>
        <w:tc>
          <w:tcPr>
            <w:tcW w:type="dxa" w:w="1080"/>
          </w:tcPr>
          <w:p>
            <w:r>
              <w:t>通识教育必修课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8</w:t>
            </w:r>
          </w:p>
        </w:tc>
        <w:tc>
          <w:tcPr>
            <w:tcW w:type="dxa" w:w="1080"/>
          </w:tcPr>
          <w:p>
            <w:r>
              <w:t>材料科学与艺术导论A</w:t>
            </w:r>
          </w:p>
        </w:tc>
        <w:tc>
          <w:tcPr>
            <w:tcW w:type="dxa" w:w="1080"/>
          </w:tcPr>
          <w:p>
            <w:r>
              <w:t>2MS11103</w:t>
            </w:r>
          </w:p>
        </w:tc>
        <w:tc>
          <w:tcPr>
            <w:tcW w:type="dxa" w:w="1080"/>
          </w:tcPr>
          <w:p>
            <w:r>
              <w:t>1.0</w:t>
            </w:r>
          </w:p>
        </w:tc>
        <w:tc>
          <w:tcPr>
            <w:tcW w:type="dxa" w:w="1080"/>
          </w:tcPr>
          <w:p>
            <w:r>
              <w:t>通识教育必修课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9</w:t>
            </w:r>
          </w:p>
        </w:tc>
        <w:tc>
          <w:tcPr>
            <w:tcW w:type="dxa" w:w="1080"/>
          </w:tcPr>
          <w:p>
            <w:r>
              <w:t>实验安全教育</w:t>
            </w:r>
          </w:p>
        </w:tc>
        <w:tc>
          <w:tcPr>
            <w:tcW w:type="dxa" w:w="1080"/>
          </w:tcPr>
          <w:p>
            <w:r>
              <w:t>2MS21120</w:t>
            </w:r>
          </w:p>
        </w:tc>
        <w:tc>
          <w:tcPr>
            <w:tcW w:type="dxa" w:w="1080"/>
          </w:tcPr>
          <w:p>
            <w:r>
              <w:t>0.5</w:t>
            </w:r>
          </w:p>
        </w:tc>
        <w:tc>
          <w:tcPr>
            <w:tcW w:type="dxa" w:w="1080"/>
          </w:tcPr>
          <w:p>
            <w:r>
              <w:t>集中实践必修课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通识教育必修课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通识教育必修课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1.0</w:t>
            </w:r>
          </w:p>
        </w:tc>
        <w:tc>
          <w:tcPr>
            <w:tcW w:type="dxa" w:w="1080"/>
          </w:tcPr>
          <w:p>
            <w:r>
              <w:t>通识教育必修课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通识教育必修课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无机及分析化学实验B（二）</w:t>
            </w:r>
          </w:p>
        </w:tc>
        <w:tc>
          <w:tcPr>
            <w:tcW w:type="dxa" w:w="1080"/>
          </w:tcPr>
          <w:p>
            <w:r>
              <w:t>2CB11902</w:t>
            </w:r>
          </w:p>
        </w:tc>
        <w:tc>
          <w:tcPr>
            <w:tcW w:type="dxa" w:w="1080"/>
          </w:tcPr>
          <w:p>
            <w:r>
              <w:t>2.0</w:t>
            </w:r>
          </w:p>
        </w:tc>
        <w:tc>
          <w:tcPr>
            <w:tcW w:type="dxa" w:w="1080"/>
          </w:tcPr>
          <w:p>
            <w:r>
              <w:t>专业教育必修课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1.0</w:t>
            </w:r>
          </w:p>
        </w:tc>
        <w:tc>
          <w:tcPr>
            <w:tcW w:type="dxa" w:w="1080"/>
          </w:tcPr>
          <w:p>
            <w:r>
              <w:t>通识教育必修课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程序设计语言Python(B)</w:t>
            </w:r>
          </w:p>
        </w:tc>
        <w:tc>
          <w:tcPr>
            <w:tcW w:type="dxa" w:w="1080"/>
          </w:tcPr>
          <w:p>
            <w:r>
              <w:t>2EI21003</w:t>
            </w:r>
          </w:p>
        </w:tc>
        <w:tc>
          <w:tcPr>
            <w:tcW w:type="dxa" w:w="1080"/>
          </w:tcPr>
          <w:p>
            <w:r>
              <w:t>3.0</w:t>
            </w:r>
          </w:p>
        </w:tc>
        <w:tc>
          <w:tcPr>
            <w:tcW w:type="dxa" w:w="1080"/>
          </w:tcPr>
          <w:p>
            <w:r>
              <w:t>学科基础必修课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17</w:t>
            </w:r>
          </w:p>
        </w:tc>
        <w:tc>
          <w:tcPr>
            <w:tcW w:type="dxa" w:w="1080"/>
          </w:tcPr>
          <w:p>
            <w:r>
              <w:t>高等数学B(二)</w:t>
            </w:r>
          </w:p>
        </w:tc>
        <w:tc>
          <w:tcPr>
            <w:tcW w:type="dxa" w:w="1080"/>
          </w:tcPr>
          <w:p>
            <w:r>
              <w:t>2MA11004</w:t>
            </w:r>
          </w:p>
        </w:tc>
        <w:tc>
          <w:tcPr>
            <w:tcW w:type="dxa" w:w="1080"/>
          </w:tcPr>
          <w:p>
            <w:r>
              <w:t>4.0</w:t>
            </w:r>
          </w:p>
        </w:tc>
        <w:tc>
          <w:tcPr>
            <w:tcW w:type="dxa" w:w="1080"/>
          </w:tcPr>
          <w:p>
            <w:r>
              <w:t>通识教育必修课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画法几何及工程制图</w:t>
            </w:r>
          </w:p>
        </w:tc>
        <w:tc>
          <w:tcPr>
            <w:tcW w:type="dxa" w:w="1080"/>
          </w:tcPr>
          <w:p>
            <w:r>
              <w:t>2ME21004</w:t>
            </w:r>
          </w:p>
        </w:tc>
        <w:tc>
          <w:tcPr>
            <w:tcW w:type="dxa" w:w="1080"/>
          </w:tcPr>
          <w:p>
            <w:r>
              <w:t>3.0</w:t>
            </w:r>
          </w:p>
        </w:tc>
        <w:tc>
          <w:tcPr>
            <w:tcW w:type="dxa" w:w="1080"/>
          </w:tcPr>
          <w:p>
            <w:r>
              <w:t>学科基础必修课</w:t>
            </w:r>
          </w:p>
        </w:tc>
        <w:tc>
          <w:tcPr>
            <w:tcW w:type="dxa" w:w="1080"/>
          </w:tcPr>
          <w:p>
            <w:r>
              <w:t>机械工程学院</w:t>
            </w:r>
          </w:p>
        </w:tc>
        <w:tc>
          <w:tcPr>
            <w:tcW w:type="dxa" w:w="1080"/>
          </w:tcPr>
          <w:p>
            <w:r>
              <w:t>2023-2024</w:t>
            </w:r>
          </w:p>
        </w:tc>
        <w:tc>
          <w:tcPr>
            <w:tcW w:type="dxa" w:w="1080"/>
          </w:tcPr>
          <w:p>
            <w:r>
              <w:t>2</w:t>
            </w:r>
          </w:p>
        </w:tc>
      </w:tr>
      <w:tr>
        <w:tc>
          <w:tcPr>
            <w:tcW w:type="dxa" w:w="1080"/>
          </w:tcPr>
          <w:p>
            <w:r>
              <w:t>19</w:t>
            </w:r>
          </w:p>
        </w:tc>
        <w:tc>
          <w:tcPr>
            <w:tcW w:type="dxa" w:w="1080"/>
          </w:tcPr>
          <w:p>
            <w:r>
              <w:t>无机及分析化学B（二）</w:t>
            </w:r>
          </w:p>
        </w:tc>
        <w:tc>
          <w:tcPr>
            <w:tcW w:type="dxa" w:w="1080"/>
          </w:tcPr>
          <w:p>
            <w:r>
              <w:t>2MS11102</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2023-2024</w:t>
            </w:r>
          </w:p>
        </w:tc>
        <w:tc>
          <w:tcPr>
            <w:tcW w:type="dxa" w:w="1080"/>
          </w:tcPr>
          <w:p>
            <w:r>
              <w:t>2</w:t>
            </w:r>
          </w:p>
        </w:tc>
      </w:tr>
      <w:tr>
        <w:tc>
          <w:tcPr>
            <w:tcW w:type="dxa" w:w="1080"/>
          </w:tcPr>
          <w:p>
            <w:r>
              <w:t>20</w:t>
            </w:r>
          </w:p>
        </w:tc>
        <w:tc>
          <w:tcPr>
            <w:tcW w:type="dxa" w:w="1080"/>
          </w:tcPr>
          <w:p>
            <w:r>
              <w:t>金工实习</w:t>
            </w:r>
          </w:p>
        </w:tc>
        <w:tc>
          <w:tcPr>
            <w:tcW w:type="dxa" w:w="1080"/>
          </w:tcPr>
          <w:p>
            <w:r>
              <w:t>2MS21121</w:t>
            </w:r>
          </w:p>
        </w:tc>
        <w:tc>
          <w:tcPr>
            <w:tcW w:type="dxa" w:w="1080"/>
          </w:tcPr>
          <w:p>
            <w:r>
              <w:t>1.0</w:t>
            </w:r>
          </w:p>
        </w:tc>
        <w:tc>
          <w:tcPr>
            <w:tcW w:type="dxa" w:w="1080"/>
          </w:tcPr>
          <w:p>
            <w:r>
              <w:t>集中实践必修课</w:t>
            </w:r>
          </w:p>
        </w:tc>
        <w:tc>
          <w:tcPr>
            <w:tcW w:type="dxa" w:w="1080"/>
          </w:tcPr>
          <w:p>
            <w:r>
              <w:t>材料科学与工程学院</w:t>
            </w:r>
          </w:p>
        </w:tc>
        <w:tc>
          <w:tcPr>
            <w:tcW w:type="dxa" w:w="1080"/>
          </w:tcPr>
          <w:p>
            <w:r>
              <w:t>2023-2024</w:t>
            </w:r>
          </w:p>
        </w:tc>
        <w:tc>
          <w:tcPr>
            <w:tcW w:type="dxa" w:w="1080"/>
          </w:tcPr>
          <w:p>
            <w:r>
              <w:t>2</w:t>
            </w:r>
          </w:p>
        </w:tc>
      </w:tr>
      <w:tr>
        <w:tc>
          <w:tcPr>
            <w:tcW w:type="dxa" w:w="1080"/>
          </w:tcPr>
          <w:p>
            <w:r>
              <w:t>21</w:t>
            </w:r>
          </w:p>
        </w:tc>
        <w:tc>
          <w:tcPr>
            <w:tcW w:type="dxa" w:w="1080"/>
          </w:tcPr>
          <w:p>
            <w:r>
              <w:t>企业安全、环保及法规培训</w:t>
            </w:r>
          </w:p>
        </w:tc>
        <w:tc>
          <w:tcPr>
            <w:tcW w:type="dxa" w:w="1080"/>
          </w:tcPr>
          <w:p>
            <w:r>
              <w:t>2MS21122</w:t>
            </w:r>
          </w:p>
        </w:tc>
        <w:tc>
          <w:tcPr>
            <w:tcW w:type="dxa" w:w="1080"/>
          </w:tcPr>
          <w:p>
            <w:r>
              <w:t>1.0</w:t>
            </w:r>
          </w:p>
        </w:tc>
        <w:tc>
          <w:tcPr>
            <w:tcW w:type="dxa" w:w="1080"/>
          </w:tcPr>
          <w:p>
            <w:r>
              <w:t>集中实践必修课</w:t>
            </w:r>
          </w:p>
        </w:tc>
        <w:tc>
          <w:tcPr>
            <w:tcW w:type="dxa" w:w="1080"/>
          </w:tcPr>
          <w:p>
            <w:r>
              <w:t>材料科学与工程学院</w:t>
            </w:r>
          </w:p>
        </w:tc>
        <w:tc>
          <w:tcPr>
            <w:tcW w:type="dxa" w:w="1080"/>
          </w:tcPr>
          <w:p>
            <w:r>
              <w:t>2023-2024</w:t>
            </w:r>
          </w:p>
        </w:tc>
        <w:tc>
          <w:tcPr>
            <w:tcW w:type="dxa" w:w="1080"/>
          </w:tcPr>
          <w:p>
            <w:r>
              <w:t>2</w:t>
            </w:r>
          </w:p>
        </w:tc>
      </w:tr>
      <w:tr>
        <w:tc>
          <w:tcPr>
            <w:tcW w:type="dxa" w:w="1080"/>
          </w:tcPr>
          <w:p>
            <w:r>
              <w:t>22</w:t>
            </w:r>
          </w:p>
        </w:tc>
        <w:tc>
          <w:tcPr>
            <w:tcW w:type="dxa" w:w="1080"/>
          </w:tcPr>
          <w:p>
            <w:r>
              <w:t>中国近现代史纲要</w:t>
            </w:r>
          </w:p>
        </w:tc>
        <w:tc>
          <w:tcPr>
            <w:tcW w:type="dxa" w:w="1080"/>
          </w:tcPr>
          <w:p>
            <w:r>
              <w:t>2MX11002</w:t>
            </w:r>
          </w:p>
        </w:tc>
        <w:tc>
          <w:tcPr>
            <w:tcW w:type="dxa" w:w="1080"/>
          </w:tcPr>
          <w:p>
            <w:r>
              <w:t>3.0</w:t>
            </w:r>
          </w:p>
        </w:tc>
        <w:tc>
          <w:tcPr>
            <w:tcW w:type="dxa" w:w="1080"/>
          </w:tcPr>
          <w:p>
            <w:r>
              <w:t>通识教育必修课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大学物理B(一)</w:t>
            </w:r>
          </w:p>
        </w:tc>
        <w:tc>
          <w:tcPr>
            <w:tcW w:type="dxa" w:w="1080"/>
          </w:tcPr>
          <w:p>
            <w:r>
              <w:t>2PS11006</w:t>
            </w:r>
          </w:p>
        </w:tc>
        <w:tc>
          <w:tcPr>
            <w:tcW w:type="dxa" w:w="1080"/>
          </w:tcPr>
          <w:p>
            <w:r>
              <w:t>3.0</w:t>
            </w:r>
          </w:p>
        </w:tc>
        <w:tc>
          <w:tcPr>
            <w:tcW w:type="dxa" w:w="1080"/>
          </w:tcPr>
          <w:p>
            <w:r>
              <w:t>学科基础必修课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24</w:t>
            </w:r>
          </w:p>
        </w:tc>
        <w:tc>
          <w:tcPr>
            <w:tcW w:type="dxa" w:w="1080"/>
          </w:tcPr>
          <w:p>
            <w:r>
              <w:t>职业生涯规划</w:t>
            </w:r>
          </w:p>
        </w:tc>
        <w:tc>
          <w:tcPr>
            <w:tcW w:type="dxa" w:w="1080"/>
          </w:tcPr>
          <w:p>
            <w:r>
              <w:t>2SA11001</w:t>
            </w:r>
          </w:p>
        </w:tc>
        <w:tc>
          <w:tcPr>
            <w:tcW w:type="dxa" w:w="1080"/>
          </w:tcPr>
          <w:p>
            <w:r>
              <w:t>0.5</w:t>
            </w:r>
          </w:p>
        </w:tc>
        <w:tc>
          <w:tcPr>
            <w:tcW w:type="dxa" w:w="1080"/>
          </w:tcPr>
          <w:p>
            <w:r>
              <w:t>通识教育必修课</w:t>
            </w:r>
          </w:p>
        </w:tc>
        <w:tc>
          <w:tcPr>
            <w:tcW w:type="dxa" w:w="1080"/>
          </w:tcPr>
          <w:p>
            <w:r>
              <w:t>学生工作处</w:t>
            </w:r>
          </w:p>
        </w:tc>
        <w:tc>
          <w:tcPr>
            <w:tcW w:type="dxa" w:w="1080"/>
          </w:tcPr>
          <w:p>
            <w:r>
              <w:t>2023-2024</w:t>
            </w:r>
          </w:p>
        </w:tc>
        <w:tc>
          <w:tcPr>
            <w:tcW w:type="dxa" w:w="1080"/>
          </w:tcPr>
          <w:p>
            <w:r>
              <w:t>2</w:t>
            </w:r>
          </w:p>
        </w:tc>
      </w:tr>
      <w:tr>
        <w:tc>
          <w:tcPr>
            <w:tcW w:type="dxa" w:w="1080"/>
          </w:tcPr>
          <w:p>
            <w:r>
              <w:t>25</w:t>
            </w:r>
          </w:p>
        </w:tc>
        <w:tc>
          <w:tcPr>
            <w:tcW w:type="dxa" w:w="1080"/>
          </w:tcPr>
          <w:p>
            <w:r>
              <w:t>体育(二)</w:t>
            </w:r>
          </w:p>
        </w:tc>
        <w:tc>
          <w:tcPr>
            <w:tcW w:type="dxa" w:w="1080"/>
          </w:tcPr>
          <w:p>
            <w:r>
              <w:t>2SP11002</w:t>
            </w:r>
          </w:p>
        </w:tc>
        <w:tc>
          <w:tcPr>
            <w:tcW w:type="dxa" w:w="1080"/>
          </w:tcPr>
          <w:p>
            <w:r>
              <w:t>1.0</w:t>
            </w:r>
          </w:p>
        </w:tc>
        <w:tc>
          <w:tcPr>
            <w:tcW w:type="dxa" w:w="1080"/>
          </w:tcPr>
          <w:p>
            <w:r>
              <w:t>通识教育必修课</w:t>
            </w:r>
          </w:p>
        </w:tc>
        <w:tc>
          <w:tcPr>
            <w:tcW w:type="dxa" w:w="1080"/>
          </w:tcPr>
          <w:p>
            <w:r>
              <w:t>体育部</w:t>
            </w:r>
          </w:p>
        </w:tc>
        <w:tc>
          <w:tcPr>
            <w:tcW w:type="dxa" w:w="1080"/>
          </w:tcPr>
          <w:p>
            <w:r>
              <w:t>2023-2024</w:t>
            </w:r>
          </w:p>
        </w:tc>
        <w:tc>
          <w:tcPr>
            <w:tcW w:type="dxa" w:w="1080"/>
          </w:tcPr>
          <w:p>
            <w:r>
              <w:t>2</w:t>
            </w:r>
          </w:p>
        </w:tc>
      </w:tr>
      <w:tr>
        <w:tc>
          <w:tcPr>
            <w:tcW w:type="dxa" w:w="1080"/>
          </w:tcPr>
          <w:p>
            <w:r>
              <w:t>26</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27</w:t>
            </w:r>
          </w:p>
        </w:tc>
        <w:tc>
          <w:tcPr>
            <w:tcW w:type="dxa" w:w="1080"/>
          </w:tcPr>
          <w:p>
            <w:r>
              <w:t>物理化学实验（一）</w:t>
            </w:r>
          </w:p>
        </w:tc>
        <w:tc>
          <w:tcPr>
            <w:tcW w:type="dxa" w:w="1080"/>
          </w:tcPr>
          <w:p>
            <w:r>
              <w:t>2CB21901</w:t>
            </w:r>
          </w:p>
        </w:tc>
        <w:tc>
          <w:tcPr>
            <w:tcW w:type="dxa" w:w="1080"/>
          </w:tcPr>
          <w:p>
            <w:r>
              <w:t>1.0</w:t>
            </w:r>
          </w:p>
        </w:tc>
        <w:tc>
          <w:tcPr>
            <w:tcW w:type="dxa" w:w="1080"/>
          </w:tcPr>
          <w:p>
            <w:r>
              <w:t>集中实践必修课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电工电子技术C</w:t>
            </w:r>
          </w:p>
        </w:tc>
        <w:tc>
          <w:tcPr>
            <w:tcW w:type="dxa" w:w="1080"/>
          </w:tcPr>
          <w:p>
            <w:r>
              <w:t>2EI21014</w:t>
            </w:r>
          </w:p>
        </w:tc>
        <w:tc>
          <w:tcPr>
            <w:tcW w:type="dxa" w:w="1080"/>
          </w:tcPr>
          <w:p>
            <w:r>
              <w:t>3.0</w:t>
            </w:r>
          </w:p>
        </w:tc>
        <w:tc>
          <w:tcPr>
            <w:tcW w:type="dxa" w:w="1080"/>
          </w:tcPr>
          <w:p>
            <w:r>
              <w:t>学科基础必修课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29</w:t>
            </w:r>
          </w:p>
        </w:tc>
        <w:tc>
          <w:tcPr>
            <w:tcW w:type="dxa" w:w="1080"/>
          </w:tcPr>
          <w:p>
            <w:r>
              <w:t>物理化学A（一）</w:t>
            </w:r>
          </w:p>
        </w:tc>
        <w:tc>
          <w:tcPr>
            <w:tcW w:type="dxa" w:w="1080"/>
          </w:tcPr>
          <w:p>
            <w:r>
              <w:t>2MS21101</w:t>
            </w:r>
          </w:p>
        </w:tc>
        <w:tc>
          <w:tcPr>
            <w:tcW w:type="dxa" w:w="1080"/>
          </w:tcPr>
          <w:p>
            <w:r>
              <w:t>3.0</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1</w:t>
            </w:r>
          </w:p>
        </w:tc>
      </w:tr>
      <w:tr>
        <w:tc>
          <w:tcPr>
            <w:tcW w:type="dxa" w:w="1080"/>
          </w:tcPr>
          <w:p>
            <w:r>
              <w:t>30</w:t>
            </w:r>
          </w:p>
        </w:tc>
        <w:tc>
          <w:tcPr>
            <w:tcW w:type="dxa" w:w="1080"/>
          </w:tcPr>
          <w:p>
            <w:r>
              <w:t>材料制备原理与加工工艺</w:t>
            </w:r>
          </w:p>
        </w:tc>
        <w:tc>
          <w:tcPr>
            <w:tcW w:type="dxa" w:w="1080"/>
          </w:tcPr>
          <w:p>
            <w:r>
              <w:t>2MS21111</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1</w:t>
            </w:r>
          </w:p>
        </w:tc>
      </w:tr>
      <w:tr>
        <w:tc>
          <w:tcPr>
            <w:tcW w:type="dxa" w:w="1080"/>
          </w:tcPr>
          <w:p>
            <w:r>
              <w:t>31</w:t>
            </w:r>
          </w:p>
        </w:tc>
        <w:tc>
          <w:tcPr>
            <w:tcW w:type="dxa" w:w="1080"/>
          </w:tcPr>
          <w:p>
            <w:r>
              <w:t>功能材料劳动教育实践</w:t>
            </w:r>
          </w:p>
        </w:tc>
        <w:tc>
          <w:tcPr>
            <w:tcW w:type="dxa" w:w="1080"/>
          </w:tcPr>
          <w:p>
            <w:r>
              <w:t>2MS21123</w:t>
            </w:r>
          </w:p>
        </w:tc>
        <w:tc>
          <w:tcPr>
            <w:tcW w:type="dxa" w:w="1080"/>
          </w:tcPr>
          <w:p>
            <w:r>
              <w:t>1.0</w:t>
            </w:r>
          </w:p>
        </w:tc>
        <w:tc>
          <w:tcPr>
            <w:tcW w:type="dxa" w:w="1080"/>
          </w:tcPr>
          <w:p>
            <w:r>
              <w:t>集中实践必修课</w:t>
            </w:r>
          </w:p>
        </w:tc>
        <w:tc>
          <w:tcPr>
            <w:tcW w:type="dxa" w:w="1080"/>
          </w:tcPr>
          <w:p>
            <w:r>
              <w:t>材料科学与工程学院</w:t>
            </w:r>
          </w:p>
        </w:tc>
        <w:tc>
          <w:tcPr>
            <w:tcW w:type="dxa" w:w="1080"/>
          </w:tcPr>
          <w:p>
            <w:r>
              <w:t>2024-2025</w:t>
            </w:r>
          </w:p>
        </w:tc>
        <w:tc>
          <w:tcPr>
            <w:tcW w:type="dxa" w:w="1080"/>
          </w:tcPr>
          <w:p>
            <w:r>
              <w:t>1</w:t>
            </w:r>
          </w:p>
        </w:tc>
      </w:tr>
      <w:tr>
        <w:tc>
          <w:tcPr>
            <w:tcW w:type="dxa" w:w="1080"/>
          </w:tcPr>
          <w:p>
            <w:r>
              <w:t>32</w:t>
            </w:r>
          </w:p>
        </w:tc>
        <w:tc>
          <w:tcPr>
            <w:tcW w:type="dxa" w:w="1080"/>
          </w:tcPr>
          <w:p>
            <w:r>
              <w:t>马克思主义基本原理</w:t>
            </w:r>
          </w:p>
        </w:tc>
        <w:tc>
          <w:tcPr>
            <w:tcW w:type="dxa" w:w="1080"/>
          </w:tcPr>
          <w:p>
            <w:r>
              <w:t>2MX11003</w:t>
            </w:r>
          </w:p>
        </w:tc>
        <w:tc>
          <w:tcPr>
            <w:tcW w:type="dxa" w:w="1080"/>
          </w:tcPr>
          <w:p>
            <w:r>
              <w:t>3.0</w:t>
            </w:r>
          </w:p>
        </w:tc>
        <w:tc>
          <w:tcPr>
            <w:tcW w:type="dxa" w:w="1080"/>
          </w:tcPr>
          <w:p>
            <w:r>
              <w:t>通识教育必修课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33</w:t>
            </w:r>
          </w:p>
        </w:tc>
        <w:tc>
          <w:tcPr>
            <w:tcW w:type="dxa" w:w="1080"/>
          </w:tcPr>
          <w:p>
            <w:r>
              <w:t>改革开放史</w:t>
            </w:r>
          </w:p>
        </w:tc>
        <w:tc>
          <w:tcPr>
            <w:tcW w:type="dxa" w:w="1080"/>
          </w:tcPr>
          <w:p>
            <w:r>
              <w:t>2MX11009</w:t>
            </w:r>
          </w:p>
        </w:tc>
        <w:tc>
          <w:tcPr>
            <w:tcW w:type="dxa" w:w="1080"/>
          </w:tcPr>
          <w:p>
            <w:r>
              <w:t>1.0</w:t>
            </w:r>
          </w:p>
        </w:tc>
        <w:tc>
          <w:tcPr>
            <w:tcW w:type="dxa" w:w="1080"/>
          </w:tcPr>
          <w:p>
            <w:r>
              <w:t>通识教育限选课</w:t>
            </w:r>
          </w:p>
        </w:tc>
        <w:tc>
          <w:tcPr>
            <w:tcW w:type="dxa" w:w="1080"/>
          </w:tcPr>
          <w:p>
            <w:r>
              <w:t>马克思主义学院</w:t>
            </w:r>
          </w:p>
        </w:tc>
        <w:tc>
          <w:tcPr>
            <w:tcW w:type="dxa" w:w="1080"/>
          </w:tcPr>
          <w:p>
            <w:r>
              <w:t>2024-2025</w:t>
            </w:r>
          </w:p>
        </w:tc>
        <w:tc>
          <w:tcPr>
            <w:tcW w:type="dxa" w:w="1080"/>
          </w:tcPr>
          <w:p>
            <w:r>
              <w:t>1</w:t>
            </w:r>
          </w:p>
        </w:tc>
      </w:tr>
      <w:tr>
        <w:tc>
          <w:tcPr>
            <w:tcW w:type="dxa" w:w="1080"/>
          </w:tcPr>
          <w:p>
            <w:r>
              <w:t>34</w:t>
            </w:r>
          </w:p>
        </w:tc>
        <w:tc>
          <w:tcPr>
            <w:tcW w:type="dxa" w:w="1080"/>
          </w:tcPr>
          <w:p>
            <w:r>
              <w:t>国家安全教育</w:t>
            </w:r>
          </w:p>
        </w:tc>
        <w:tc>
          <w:tcPr>
            <w:tcW w:type="dxa" w:w="1080"/>
          </w:tcPr>
          <w:p>
            <w:r>
              <w:t>2MX11012</w:t>
            </w:r>
          </w:p>
        </w:tc>
        <w:tc>
          <w:tcPr>
            <w:tcW w:type="dxa" w:w="1080"/>
          </w:tcPr>
          <w:p>
            <w:r>
              <w:t>1.0</w:t>
            </w:r>
          </w:p>
        </w:tc>
        <w:tc>
          <w:tcPr>
            <w:tcW w:type="dxa" w:w="1080"/>
          </w:tcPr>
          <w:p>
            <w:r>
              <w:t>通识教育必修课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物理实验B</w:t>
            </w:r>
          </w:p>
        </w:tc>
        <w:tc>
          <w:tcPr>
            <w:tcW w:type="dxa" w:w="1080"/>
          </w:tcPr>
          <w:p>
            <w:r>
              <w:t>2PS11003</w:t>
            </w:r>
          </w:p>
        </w:tc>
        <w:tc>
          <w:tcPr>
            <w:tcW w:type="dxa" w:w="1080"/>
          </w:tcPr>
          <w:p>
            <w:r>
              <w:t>1.0</w:t>
            </w:r>
          </w:p>
        </w:tc>
        <w:tc>
          <w:tcPr>
            <w:tcW w:type="dxa" w:w="1080"/>
          </w:tcPr>
          <w:p>
            <w:r>
              <w:t>学科基础必修课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36</w:t>
            </w:r>
          </w:p>
        </w:tc>
        <w:tc>
          <w:tcPr>
            <w:tcW w:type="dxa" w:w="1080"/>
          </w:tcPr>
          <w:p>
            <w:r>
              <w:t>大学物理B(二)</w:t>
            </w:r>
          </w:p>
        </w:tc>
        <w:tc>
          <w:tcPr>
            <w:tcW w:type="dxa" w:w="1080"/>
          </w:tcPr>
          <w:p>
            <w:r>
              <w:t>2PS11007</w:t>
            </w:r>
          </w:p>
        </w:tc>
        <w:tc>
          <w:tcPr>
            <w:tcW w:type="dxa" w:w="1080"/>
          </w:tcPr>
          <w:p>
            <w:r>
              <w:t>2.0</w:t>
            </w:r>
          </w:p>
        </w:tc>
        <w:tc>
          <w:tcPr>
            <w:tcW w:type="dxa" w:w="1080"/>
          </w:tcPr>
          <w:p>
            <w:r>
              <w:t>学科基础必修课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1.0</w:t>
            </w:r>
          </w:p>
        </w:tc>
        <w:tc>
          <w:tcPr>
            <w:tcW w:type="dxa" w:w="1080"/>
          </w:tcPr>
          <w:p>
            <w:r>
              <w:t>通识教育限选课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物理化学实验（二）</w:t>
            </w:r>
          </w:p>
        </w:tc>
        <w:tc>
          <w:tcPr>
            <w:tcW w:type="dxa" w:w="1080"/>
          </w:tcPr>
          <w:p>
            <w:r>
              <w:t>2CB21902</w:t>
            </w:r>
          </w:p>
        </w:tc>
        <w:tc>
          <w:tcPr>
            <w:tcW w:type="dxa" w:w="1080"/>
          </w:tcPr>
          <w:p>
            <w:r>
              <w:t>1.0</w:t>
            </w:r>
          </w:p>
        </w:tc>
        <w:tc>
          <w:tcPr>
            <w:tcW w:type="dxa" w:w="1080"/>
          </w:tcPr>
          <w:p>
            <w:r>
              <w:t>专业教育必修课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39</w:t>
            </w:r>
          </w:p>
        </w:tc>
        <w:tc>
          <w:tcPr>
            <w:tcW w:type="dxa" w:w="1080"/>
          </w:tcPr>
          <w:p>
            <w:r>
              <w:t>有机化学实验（一）</w:t>
            </w:r>
          </w:p>
        </w:tc>
        <w:tc>
          <w:tcPr>
            <w:tcW w:type="dxa" w:w="1080"/>
          </w:tcPr>
          <w:p>
            <w:r>
              <w:t>2CB21904</w:t>
            </w:r>
          </w:p>
        </w:tc>
        <w:tc>
          <w:tcPr>
            <w:tcW w:type="dxa" w:w="1080"/>
          </w:tcPr>
          <w:p>
            <w:r>
              <w:t>1.0</w:t>
            </w:r>
          </w:p>
        </w:tc>
        <w:tc>
          <w:tcPr>
            <w:tcW w:type="dxa" w:w="1080"/>
          </w:tcPr>
          <w:p>
            <w:r>
              <w:t>专业教育必修课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40</w:t>
            </w:r>
          </w:p>
        </w:tc>
        <w:tc>
          <w:tcPr>
            <w:tcW w:type="dxa" w:w="1080"/>
          </w:tcPr>
          <w:p>
            <w:r>
              <w:t>物理化学A（二）</w:t>
            </w:r>
          </w:p>
        </w:tc>
        <w:tc>
          <w:tcPr>
            <w:tcW w:type="dxa" w:w="1080"/>
          </w:tcPr>
          <w:p>
            <w:r>
              <w:t>2MS21102</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41</w:t>
            </w:r>
          </w:p>
        </w:tc>
        <w:tc>
          <w:tcPr>
            <w:tcW w:type="dxa" w:w="1080"/>
          </w:tcPr>
          <w:p>
            <w:r>
              <w:t>材料科学基础A</w:t>
            </w:r>
          </w:p>
        </w:tc>
        <w:tc>
          <w:tcPr>
            <w:tcW w:type="dxa" w:w="1080"/>
          </w:tcPr>
          <w:p>
            <w:r>
              <w:t>2MS21103</w:t>
            </w:r>
          </w:p>
        </w:tc>
        <w:tc>
          <w:tcPr>
            <w:tcW w:type="dxa" w:w="1080"/>
          </w:tcPr>
          <w:p>
            <w:r>
              <w:t>4.0</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42</w:t>
            </w:r>
          </w:p>
        </w:tc>
        <w:tc>
          <w:tcPr>
            <w:tcW w:type="dxa" w:w="1080"/>
          </w:tcPr>
          <w:p>
            <w:r>
              <w:t>有机化学B(一)</w:t>
            </w:r>
          </w:p>
        </w:tc>
        <w:tc>
          <w:tcPr>
            <w:tcW w:type="dxa" w:w="1080"/>
          </w:tcPr>
          <w:p>
            <w:r>
              <w:t>2MS21104</w:t>
            </w:r>
          </w:p>
        </w:tc>
        <w:tc>
          <w:tcPr>
            <w:tcW w:type="dxa" w:w="1080"/>
          </w:tcPr>
          <w:p>
            <w:r>
              <w:t>3.0</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43</w:t>
            </w:r>
          </w:p>
        </w:tc>
        <w:tc>
          <w:tcPr>
            <w:tcW w:type="dxa" w:w="1080"/>
          </w:tcPr>
          <w:p>
            <w:r>
              <w:t>材料物理A</w:t>
            </w:r>
          </w:p>
        </w:tc>
        <w:tc>
          <w:tcPr>
            <w:tcW w:type="dxa" w:w="1080"/>
          </w:tcPr>
          <w:p>
            <w:r>
              <w:t>2MS21106</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44</w:t>
            </w:r>
          </w:p>
        </w:tc>
        <w:tc>
          <w:tcPr>
            <w:tcW w:type="dxa" w:w="1080"/>
          </w:tcPr>
          <w:p>
            <w:r>
              <w:t>实验优化与设计</w:t>
            </w:r>
          </w:p>
        </w:tc>
        <w:tc>
          <w:tcPr>
            <w:tcW w:type="dxa" w:w="1080"/>
          </w:tcPr>
          <w:p>
            <w:r>
              <w:t>2MS21112</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45</w:t>
            </w:r>
          </w:p>
        </w:tc>
        <w:tc>
          <w:tcPr>
            <w:tcW w:type="dxa" w:w="1080"/>
          </w:tcPr>
          <w:p>
            <w:r>
              <w:t>认识实习</w:t>
            </w:r>
          </w:p>
        </w:tc>
        <w:tc>
          <w:tcPr>
            <w:tcW w:type="dxa" w:w="1080"/>
          </w:tcPr>
          <w:p>
            <w:r>
              <w:t>2MS21124</w:t>
            </w:r>
          </w:p>
        </w:tc>
        <w:tc>
          <w:tcPr>
            <w:tcW w:type="dxa" w:w="1080"/>
          </w:tcPr>
          <w:p>
            <w:r>
              <w:t>1.0</w:t>
            </w:r>
          </w:p>
        </w:tc>
        <w:tc>
          <w:tcPr>
            <w:tcW w:type="dxa" w:w="1080"/>
          </w:tcPr>
          <w:p>
            <w:r>
              <w:t>集中实践必修课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46</w:t>
            </w:r>
          </w:p>
        </w:tc>
        <w:tc>
          <w:tcPr>
            <w:tcW w:type="dxa" w:w="1080"/>
          </w:tcPr>
          <w:p>
            <w:r>
              <w:t>机械设计基础</w:t>
            </w:r>
          </w:p>
        </w:tc>
        <w:tc>
          <w:tcPr>
            <w:tcW w:type="dxa" w:w="1080"/>
          </w:tcPr>
          <w:p>
            <w:r>
              <w:t>2MS21125</w:t>
            </w:r>
          </w:p>
        </w:tc>
        <w:tc>
          <w:tcPr>
            <w:tcW w:type="dxa" w:w="1080"/>
          </w:tcPr>
          <w:p>
            <w:r>
              <w:t>1.0</w:t>
            </w:r>
          </w:p>
        </w:tc>
        <w:tc>
          <w:tcPr>
            <w:tcW w:type="dxa" w:w="1080"/>
          </w:tcPr>
          <w:p>
            <w:r>
              <w:t>集中实践必修课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47</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通识教育必修课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48</w:t>
            </w:r>
          </w:p>
        </w:tc>
        <w:tc>
          <w:tcPr>
            <w:tcW w:type="dxa" w:w="1080"/>
          </w:tcPr>
          <w:p>
            <w:r>
              <w:t>体育(四)</w:t>
            </w:r>
          </w:p>
        </w:tc>
        <w:tc>
          <w:tcPr>
            <w:tcW w:type="dxa" w:w="1080"/>
          </w:tcPr>
          <w:p>
            <w:r>
              <w:t>2SP11004</w:t>
            </w:r>
          </w:p>
        </w:tc>
        <w:tc>
          <w:tcPr>
            <w:tcW w:type="dxa" w:w="1080"/>
          </w:tcPr>
          <w:p>
            <w:r>
              <w:t>1.0</w:t>
            </w:r>
          </w:p>
        </w:tc>
        <w:tc>
          <w:tcPr>
            <w:tcW w:type="dxa" w:w="1080"/>
          </w:tcPr>
          <w:p>
            <w:r>
              <w:t>通识教育限选课</w:t>
            </w:r>
          </w:p>
        </w:tc>
        <w:tc>
          <w:tcPr>
            <w:tcW w:type="dxa" w:w="1080"/>
          </w:tcPr>
          <w:p>
            <w:r>
              <w:t>体育部</w:t>
            </w:r>
          </w:p>
        </w:tc>
        <w:tc>
          <w:tcPr>
            <w:tcW w:type="dxa" w:w="1080"/>
          </w:tcPr>
          <w:p>
            <w:r>
              <w:t>2024-2025</w:t>
            </w:r>
          </w:p>
        </w:tc>
        <w:tc>
          <w:tcPr>
            <w:tcW w:type="dxa" w:w="1080"/>
          </w:tcPr>
          <w:p>
            <w:r>
              <w:t>2</w:t>
            </w:r>
          </w:p>
        </w:tc>
      </w:tr>
      <w:tr>
        <w:tc>
          <w:tcPr>
            <w:tcW w:type="dxa" w:w="1080"/>
          </w:tcPr>
          <w:p>
            <w:r>
              <w:t>49</w:t>
            </w:r>
          </w:p>
        </w:tc>
        <w:tc>
          <w:tcPr>
            <w:tcW w:type="dxa" w:w="1080"/>
          </w:tcPr>
          <w:p>
            <w:r>
              <w:t>有机化学实验（二）</w:t>
            </w:r>
          </w:p>
        </w:tc>
        <w:tc>
          <w:tcPr>
            <w:tcW w:type="dxa" w:w="1080"/>
          </w:tcPr>
          <w:p>
            <w:r>
              <w:t>2CB21905</w:t>
            </w:r>
          </w:p>
        </w:tc>
        <w:tc>
          <w:tcPr>
            <w:tcW w:type="dxa" w:w="1080"/>
          </w:tcPr>
          <w:p>
            <w:r>
              <w:t>1.0</w:t>
            </w:r>
          </w:p>
        </w:tc>
        <w:tc>
          <w:tcPr>
            <w:tcW w:type="dxa" w:w="1080"/>
          </w:tcPr>
          <w:p>
            <w:r>
              <w:t>专业教育必修课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50</w:t>
            </w:r>
          </w:p>
        </w:tc>
        <w:tc>
          <w:tcPr>
            <w:tcW w:type="dxa" w:w="1080"/>
          </w:tcPr>
          <w:p>
            <w:r>
              <w:t>有机化学B（二）</w:t>
            </w:r>
          </w:p>
        </w:tc>
        <w:tc>
          <w:tcPr>
            <w:tcW w:type="dxa" w:w="1080"/>
          </w:tcPr>
          <w:p>
            <w:r>
              <w:t>2MS21105</w:t>
            </w:r>
          </w:p>
        </w:tc>
        <w:tc>
          <w:tcPr>
            <w:tcW w:type="dxa" w:w="1080"/>
          </w:tcPr>
          <w:p>
            <w:r>
              <w:t>2.0</w:t>
            </w:r>
          </w:p>
        </w:tc>
        <w:tc>
          <w:tcPr>
            <w:tcW w:type="dxa" w:w="1080"/>
          </w:tcPr>
          <w:p>
            <w:r>
              <w:t>学科基础必修课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51</w:t>
            </w:r>
          </w:p>
        </w:tc>
        <w:tc>
          <w:tcPr>
            <w:tcW w:type="dxa" w:w="1080"/>
          </w:tcPr>
          <w:p>
            <w:r>
              <w:t>仪器分析A</w:t>
            </w:r>
          </w:p>
        </w:tc>
        <w:tc>
          <w:tcPr>
            <w:tcW w:type="dxa" w:w="1080"/>
          </w:tcPr>
          <w:p>
            <w:r>
              <w:t>2MS21107</w:t>
            </w:r>
          </w:p>
        </w:tc>
        <w:tc>
          <w:tcPr>
            <w:tcW w:type="dxa" w:w="1080"/>
          </w:tcPr>
          <w:p>
            <w:r>
              <w:t>3.0</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52</w:t>
            </w:r>
          </w:p>
        </w:tc>
        <w:tc>
          <w:tcPr>
            <w:tcW w:type="dxa" w:w="1080"/>
          </w:tcPr>
          <w:p>
            <w:r>
              <w:t>功能材料基础实验</w:t>
            </w:r>
          </w:p>
        </w:tc>
        <w:tc>
          <w:tcPr>
            <w:tcW w:type="dxa" w:w="1080"/>
          </w:tcPr>
          <w:p>
            <w:r>
              <w:t>2MS21113</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53</w:t>
            </w:r>
          </w:p>
        </w:tc>
        <w:tc>
          <w:tcPr>
            <w:tcW w:type="dxa" w:w="1080"/>
          </w:tcPr>
          <w:p>
            <w:r>
              <w:t>材料分析方法</w:t>
            </w:r>
          </w:p>
        </w:tc>
        <w:tc>
          <w:tcPr>
            <w:tcW w:type="dxa" w:w="1080"/>
          </w:tcPr>
          <w:p>
            <w:r>
              <w:t>2MS21114</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54</w:t>
            </w:r>
          </w:p>
        </w:tc>
        <w:tc>
          <w:tcPr>
            <w:tcW w:type="dxa" w:w="1080"/>
          </w:tcPr>
          <w:p>
            <w:r>
              <w:t>材料科技英语与文献导读</w:t>
            </w:r>
          </w:p>
        </w:tc>
        <w:tc>
          <w:tcPr>
            <w:tcW w:type="dxa" w:w="1080"/>
          </w:tcPr>
          <w:p>
            <w:r>
              <w:t>2MS21115</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55</w:t>
            </w:r>
          </w:p>
        </w:tc>
        <w:tc>
          <w:tcPr>
            <w:tcW w:type="dxa" w:w="1080"/>
          </w:tcPr>
          <w:p>
            <w:r>
              <w:t>有机光电材料与器件A</w:t>
            </w:r>
          </w:p>
        </w:tc>
        <w:tc>
          <w:tcPr>
            <w:tcW w:type="dxa" w:w="1080"/>
          </w:tcPr>
          <w:p>
            <w:r>
              <w:t>2MS21116</w:t>
            </w:r>
          </w:p>
        </w:tc>
        <w:tc>
          <w:tcPr>
            <w:tcW w:type="dxa" w:w="1080"/>
          </w:tcPr>
          <w:p>
            <w:r>
              <w:t>3.0</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56</w:t>
            </w:r>
          </w:p>
        </w:tc>
        <w:tc>
          <w:tcPr>
            <w:tcW w:type="dxa" w:w="1080"/>
          </w:tcPr>
          <w:p>
            <w:r>
              <w:t>半导体材料学</w:t>
            </w:r>
          </w:p>
        </w:tc>
        <w:tc>
          <w:tcPr>
            <w:tcW w:type="dxa" w:w="1080"/>
          </w:tcPr>
          <w:p>
            <w:r>
              <w:t>2MS21117</w:t>
            </w:r>
          </w:p>
        </w:tc>
        <w:tc>
          <w:tcPr>
            <w:tcW w:type="dxa" w:w="1080"/>
          </w:tcPr>
          <w:p>
            <w:r>
              <w:t>2.5</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57</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通识教育必修课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58</w:t>
            </w:r>
          </w:p>
        </w:tc>
        <w:tc>
          <w:tcPr>
            <w:tcW w:type="dxa" w:w="1080"/>
          </w:tcPr>
          <w:p>
            <w:r>
              <w:t>就业指导</w:t>
            </w:r>
          </w:p>
        </w:tc>
        <w:tc>
          <w:tcPr>
            <w:tcW w:type="dxa" w:w="1080"/>
          </w:tcPr>
          <w:p>
            <w:r>
              <w:t>2SA11002</w:t>
            </w:r>
          </w:p>
        </w:tc>
        <w:tc>
          <w:tcPr>
            <w:tcW w:type="dxa" w:w="1080"/>
          </w:tcPr>
          <w:p>
            <w:r>
              <w:t>0.5</w:t>
            </w:r>
          </w:p>
        </w:tc>
        <w:tc>
          <w:tcPr>
            <w:tcW w:type="dxa" w:w="1080"/>
          </w:tcPr>
          <w:p>
            <w:r>
              <w:t>通识教育必修课</w:t>
            </w:r>
          </w:p>
        </w:tc>
        <w:tc>
          <w:tcPr>
            <w:tcW w:type="dxa" w:w="1080"/>
          </w:tcPr>
          <w:p>
            <w:r>
              <w:t>学生工作处</w:t>
            </w:r>
          </w:p>
        </w:tc>
        <w:tc>
          <w:tcPr>
            <w:tcW w:type="dxa" w:w="1080"/>
          </w:tcPr>
          <w:p>
            <w:r>
              <w:t>2025-2026</w:t>
            </w:r>
          </w:p>
        </w:tc>
        <w:tc>
          <w:tcPr>
            <w:tcW w:type="dxa" w:w="1080"/>
          </w:tcPr>
          <w:p>
            <w:r>
              <w:t>1</w:t>
            </w:r>
          </w:p>
        </w:tc>
      </w:tr>
      <w:tr>
        <w:tc>
          <w:tcPr>
            <w:tcW w:type="dxa" w:w="1080"/>
          </w:tcPr>
          <w:p>
            <w:r>
              <w:t>59</w:t>
            </w:r>
          </w:p>
        </w:tc>
        <w:tc>
          <w:tcPr>
            <w:tcW w:type="dxa" w:w="1080"/>
          </w:tcPr>
          <w:p>
            <w:r>
              <w:t>材料工程基础A</w:t>
            </w:r>
          </w:p>
        </w:tc>
        <w:tc>
          <w:tcPr>
            <w:tcW w:type="dxa" w:w="1080"/>
          </w:tcPr>
          <w:p>
            <w:r>
              <w:t>2MS21108</w:t>
            </w:r>
          </w:p>
        </w:tc>
        <w:tc>
          <w:tcPr>
            <w:tcW w:type="dxa" w:w="1080"/>
          </w:tcPr>
          <w:p>
            <w:r>
              <w:t>2.0</w:t>
            </w:r>
          </w:p>
        </w:tc>
        <w:tc>
          <w:tcPr>
            <w:tcW w:type="dxa" w:w="1080"/>
          </w:tcPr>
          <w:p>
            <w:r>
              <w:t>学科基础必修课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60</w:t>
            </w:r>
          </w:p>
        </w:tc>
        <w:tc>
          <w:tcPr>
            <w:tcW w:type="dxa" w:w="1080"/>
          </w:tcPr>
          <w:p>
            <w:r>
              <w:t>材料经济与管理A</w:t>
            </w:r>
          </w:p>
        </w:tc>
        <w:tc>
          <w:tcPr>
            <w:tcW w:type="dxa" w:w="1080"/>
          </w:tcPr>
          <w:p>
            <w:r>
              <w:t>2MS21109</w:t>
            </w:r>
          </w:p>
        </w:tc>
        <w:tc>
          <w:tcPr>
            <w:tcW w:type="dxa" w:w="1080"/>
          </w:tcPr>
          <w:p>
            <w:r>
              <w:t>1.0</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61</w:t>
            </w:r>
          </w:p>
        </w:tc>
        <w:tc>
          <w:tcPr>
            <w:tcW w:type="dxa" w:w="1080"/>
          </w:tcPr>
          <w:p>
            <w:r>
              <w:t>粉体材料工程</w:t>
            </w:r>
          </w:p>
        </w:tc>
        <w:tc>
          <w:tcPr>
            <w:tcW w:type="dxa" w:w="1080"/>
          </w:tcPr>
          <w:p>
            <w:r>
              <w:t>2MS21110</w:t>
            </w:r>
          </w:p>
        </w:tc>
        <w:tc>
          <w:tcPr>
            <w:tcW w:type="dxa" w:w="1080"/>
          </w:tcPr>
          <w:p>
            <w:r>
              <w:t>2.0</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62</w:t>
            </w:r>
          </w:p>
        </w:tc>
        <w:tc>
          <w:tcPr>
            <w:tcW w:type="dxa" w:w="1080"/>
          </w:tcPr>
          <w:p>
            <w:r>
              <w:t>环境功能材料</w:t>
            </w:r>
          </w:p>
        </w:tc>
        <w:tc>
          <w:tcPr>
            <w:tcW w:type="dxa" w:w="1080"/>
          </w:tcPr>
          <w:p>
            <w:r>
              <w:t>2MS21118</w:t>
            </w:r>
          </w:p>
        </w:tc>
        <w:tc>
          <w:tcPr>
            <w:tcW w:type="dxa" w:w="1080"/>
          </w:tcPr>
          <w:p>
            <w:r>
              <w:t>2.5</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63</w:t>
            </w:r>
          </w:p>
        </w:tc>
        <w:tc>
          <w:tcPr>
            <w:tcW w:type="dxa" w:w="1080"/>
          </w:tcPr>
          <w:p>
            <w:r>
              <w:t>材料工程实践</w:t>
            </w:r>
          </w:p>
        </w:tc>
        <w:tc>
          <w:tcPr>
            <w:tcW w:type="dxa" w:w="1080"/>
          </w:tcPr>
          <w:p>
            <w:r>
              <w:t>2MS21126</w:t>
            </w:r>
          </w:p>
        </w:tc>
        <w:tc>
          <w:tcPr>
            <w:tcW w:type="dxa" w:w="1080"/>
          </w:tcPr>
          <w:p>
            <w:r>
              <w:t>2.0</w:t>
            </w:r>
          </w:p>
        </w:tc>
        <w:tc>
          <w:tcPr>
            <w:tcW w:type="dxa" w:w="1080"/>
          </w:tcPr>
          <w:p>
            <w:r>
              <w:t>集中实践必修课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64</w:t>
            </w:r>
          </w:p>
        </w:tc>
        <w:tc>
          <w:tcPr>
            <w:tcW w:type="dxa" w:w="1080"/>
          </w:tcPr>
          <w:p>
            <w:r>
              <w:t>水处理材料与技术（环境功能材料方向）</w:t>
            </w:r>
          </w:p>
        </w:tc>
        <w:tc>
          <w:tcPr>
            <w:tcW w:type="dxa" w:w="1080"/>
          </w:tcPr>
          <w:p>
            <w:r>
              <w:t>2MS22101</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65</w:t>
            </w:r>
          </w:p>
        </w:tc>
        <w:tc>
          <w:tcPr>
            <w:tcW w:type="dxa" w:w="1080"/>
          </w:tcPr>
          <w:p>
            <w:r>
              <w:t>双碳目标下的材料应用技术（环境功能材料方向）</w:t>
            </w:r>
          </w:p>
        </w:tc>
        <w:tc>
          <w:tcPr>
            <w:tcW w:type="dxa" w:w="1080"/>
          </w:tcPr>
          <w:p>
            <w:r>
              <w:t>2MS22102</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66</w:t>
            </w:r>
          </w:p>
        </w:tc>
        <w:tc>
          <w:tcPr>
            <w:tcW w:type="dxa" w:w="1080"/>
          </w:tcPr>
          <w:p>
            <w:r>
              <w:t>光子晶体与绿色印刷技术（绿色光电材料方向）</w:t>
            </w:r>
          </w:p>
        </w:tc>
        <w:tc>
          <w:tcPr>
            <w:tcW w:type="dxa" w:w="1080"/>
          </w:tcPr>
          <w:p>
            <w:r>
              <w:t>2MS22103</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67</w:t>
            </w:r>
          </w:p>
        </w:tc>
        <w:tc>
          <w:tcPr>
            <w:tcW w:type="dxa" w:w="1080"/>
          </w:tcPr>
          <w:p>
            <w:r>
              <w:t>柔性显示材料与器件（绿色光电材料方向）</w:t>
            </w:r>
          </w:p>
        </w:tc>
        <w:tc>
          <w:tcPr>
            <w:tcW w:type="dxa" w:w="1080"/>
          </w:tcPr>
          <w:p>
            <w:r>
              <w:t>2MS22104</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68</w:t>
            </w:r>
          </w:p>
        </w:tc>
        <w:tc>
          <w:tcPr>
            <w:tcW w:type="dxa" w:w="1080"/>
          </w:tcPr>
          <w:p>
            <w:r>
              <w:t>智能传感材料与技术（半导体与传感材料方向）</w:t>
            </w:r>
          </w:p>
        </w:tc>
        <w:tc>
          <w:tcPr>
            <w:tcW w:type="dxa" w:w="1080"/>
          </w:tcPr>
          <w:p>
            <w:r>
              <w:t>2MS22105</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69</w:t>
            </w:r>
          </w:p>
        </w:tc>
        <w:tc>
          <w:tcPr>
            <w:tcW w:type="dxa" w:w="1080"/>
          </w:tcPr>
          <w:p>
            <w:r>
              <w:t>半导体器件与工艺（半导体与传感材料方向）</w:t>
            </w:r>
          </w:p>
        </w:tc>
        <w:tc>
          <w:tcPr>
            <w:tcW w:type="dxa" w:w="1080"/>
          </w:tcPr>
          <w:p>
            <w:r>
              <w:t>2MS22106</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t>新能源材料与器件</w:t>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思想道德与法治</w:t>
            </w:r>
          </w:p>
        </w:tc>
        <w:tc>
          <w:tcPr>
            <w:tcW w:type="dxa" w:w="1080"/>
          </w:tcPr>
          <w:p>
            <w:r>
              <w:t>2MX11001</w:t>
            </w:r>
          </w:p>
        </w:tc>
        <w:tc>
          <w:tcPr>
            <w:tcW w:type="dxa" w:w="1080"/>
          </w:tcPr>
          <w:p>
            <w:r>
              <w:t>3</w:t>
            </w:r>
          </w:p>
        </w:tc>
        <w:tc>
          <w:tcPr>
            <w:tcW w:type="dxa" w:w="1080"/>
          </w:tcPr>
          <w:p>
            <w:r>
              <w:t>通识教育必修课</w:t>
            </w:r>
          </w:p>
        </w:tc>
        <w:tc>
          <w:tcPr>
            <w:tcW w:type="dxa" w:w="1080"/>
          </w:tcPr>
          <w:p>
            <w:r>
              <w:t>马克思主义学院</w:t>
            </w:r>
          </w:p>
        </w:tc>
        <w:tc>
          <w:tcPr>
            <w:tcW w:type="dxa" w:w="1080"/>
          </w:tcPr>
          <w:p>
            <w:r>
              <w:t>2023-2024</w:t>
            </w:r>
          </w:p>
        </w:tc>
        <w:tc>
          <w:tcPr>
            <w:tcW w:type="dxa" w:w="1080"/>
          </w:tcPr>
          <w:p>
            <w:r>
              <w:t>1</w:t>
            </w:r>
          </w:p>
        </w:tc>
      </w:tr>
      <w:tr>
        <w:tc>
          <w:tcPr>
            <w:tcW w:type="dxa" w:w="1080"/>
          </w:tcPr>
          <w:p>
            <w:r>
              <w:t>2</w:t>
            </w:r>
          </w:p>
        </w:tc>
        <w:tc>
          <w:tcPr>
            <w:tcW w:type="dxa" w:w="1080"/>
          </w:tcPr>
          <w:p>
            <w:r>
              <w:t>体育（一）</w:t>
            </w:r>
          </w:p>
        </w:tc>
        <w:tc>
          <w:tcPr>
            <w:tcW w:type="dxa" w:w="1080"/>
          </w:tcPr>
          <w:p>
            <w:r>
              <w:t>2SP11001</w:t>
            </w:r>
          </w:p>
        </w:tc>
        <w:tc>
          <w:tcPr>
            <w:tcW w:type="dxa" w:w="1080"/>
          </w:tcPr>
          <w:p>
            <w:r>
              <w:t>1</w:t>
            </w:r>
          </w:p>
        </w:tc>
        <w:tc>
          <w:tcPr>
            <w:tcW w:type="dxa" w:w="1080"/>
          </w:tcPr>
          <w:p>
            <w:r>
              <w:t>通识教育必修课</w:t>
            </w:r>
          </w:p>
        </w:tc>
        <w:tc>
          <w:tcPr>
            <w:tcW w:type="dxa" w:w="1080"/>
          </w:tcPr>
          <w:p>
            <w:r>
              <w:t>体育部</w:t>
            </w:r>
          </w:p>
        </w:tc>
        <w:tc>
          <w:tcPr>
            <w:tcW w:type="dxa" w:w="1080"/>
          </w:tcPr>
          <w:p>
            <w:r>
              <w:t>2023-2024</w:t>
            </w:r>
          </w:p>
        </w:tc>
        <w:tc>
          <w:tcPr>
            <w:tcW w:type="dxa" w:w="1080"/>
          </w:tcPr>
          <w:p>
            <w:r>
              <w:t>1</w:t>
            </w:r>
          </w:p>
        </w:tc>
      </w:tr>
      <w:tr>
        <w:tc>
          <w:tcPr>
            <w:tcW w:type="dxa" w:w="1080"/>
          </w:tcPr>
          <w:p>
            <w:r>
              <w:t>3</w:t>
            </w:r>
          </w:p>
        </w:tc>
        <w:tc>
          <w:tcPr>
            <w:tcW w:type="dxa" w:w="1080"/>
          </w:tcPr>
          <w:p>
            <w:r>
              <w:t>高等数学B（一）</w:t>
            </w:r>
          </w:p>
        </w:tc>
        <w:tc>
          <w:tcPr>
            <w:tcW w:type="dxa" w:w="1080"/>
          </w:tcPr>
          <w:p>
            <w:r>
              <w:t>2MA11003</w:t>
            </w:r>
          </w:p>
        </w:tc>
        <w:tc>
          <w:tcPr>
            <w:tcW w:type="dxa" w:w="1080"/>
          </w:tcPr>
          <w:p>
            <w:r>
              <w:t>4</w:t>
            </w:r>
          </w:p>
        </w:tc>
        <w:tc>
          <w:tcPr>
            <w:tcW w:type="dxa" w:w="1080"/>
          </w:tcPr>
          <w:p>
            <w:r>
              <w:t>通识教育必修课</w:t>
            </w:r>
          </w:p>
        </w:tc>
        <w:tc>
          <w:tcPr>
            <w:tcW w:type="dxa" w:w="1080"/>
          </w:tcPr>
          <w:p>
            <w:r>
              <w:t>数学科学学院</w:t>
            </w:r>
          </w:p>
        </w:tc>
        <w:tc>
          <w:tcPr>
            <w:tcW w:type="dxa" w:w="1080"/>
          </w:tcPr>
          <w:p>
            <w:r>
              <w:t>2023-2024</w:t>
            </w:r>
          </w:p>
        </w:tc>
        <w:tc>
          <w:tcPr>
            <w:tcW w:type="dxa" w:w="1080"/>
          </w:tcPr>
          <w:p>
            <w:r>
              <w:t>1</w:t>
            </w:r>
          </w:p>
        </w:tc>
      </w:tr>
      <w:tr>
        <w:tc>
          <w:tcPr>
            <w:tcW w:type="dxa" w:w="1080"/>
          </w:tcPr>
          <w:p>
            <w:r>
              <w:t>4</w:t>
            </w:r>
          </w:p>
        </w:tc>
        <w:tc>
          <w:tcPr>
            <w:tcW w:type="dxa" w:w="1080"/>
          </w:tcPr>
          <w:p>
            <w:r>
              <w:t>新能源无机及分析化学（一）</w:t>
            </w:r>
          </w:p>
        </w:tc>
        <w:tc>
          <w:tcPr>
            <w:tcW w:type="dxa" w:w="1080"/>
          </w:tcPr>
          <w:p>
            <w:r>
              <w:t>2MS11201</w:t>
            </w:r>
          </w:p>
        </w:tc>
        <w:tc>
          <w:tcPr>
            <w:tcW w:type="dxa" w:w="1080"/>
          </w:tcPr>
          <w:p>
            <w:r>
              <w:t>3</w:t>
            </w:r>
          </w:p>
        </w:tc>
        <w:tc>
          <w:tcPr>
            <w:tcW w:type="dxa" w:w="1080"/>
          </w:tcPr>
          <w:p>
            <w:r>
              <w:t>通识教育必修课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5</w:t>
            </w:r>
          </w:p>
        </w:tc>
        <w:tc>
          <w:tcPr>
            <w:tcW w:type="dxa" w:w="1080"/>
          </w:tcPr>
          <w:p>
            <w:r>
              <w:t>线性代数B</w:t>
            </w:r>
          </w:p>
        </w:tc>
        <w:tc>
          <w:tcPr>
            <w:tcW w:type="dxa" w:w="1080"/>
          </w:tcPr>
          <w:p>
            <w:r>
              <w:t>2MA11012</w:t>
            </w:r>
          </w:p>
        </w:tc>
        <w:tc>
          <w:tcPr>
            <w:tcW w:type="dxa" w:w="1080"/>
          </w:tcPr>
          <w:p>
            <w:r>
              <w:t>2</w:t>
            </w:r>
          </w:p>
        </w:tc>
        <w:tc>
          <w:tcPr>
            <w:tcW w:type="dxa" w:w="1080"/>
          </w:tcPr>
          <w:p>
            <w:r>
              <w:t>通识教育必修课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无机及分析化学实验B（一）</w:t>
            </w:r>
          </w:p>
        </w:tc>
        <w:tc>
          <w:tcPr>
            <w:tcW w:type="dxa" w:w="1080"/>
          </w:tcPr>
          <w:p>
            <w:r>
              <w:t>2CB11901</w:t>
            </w:r>
          </w:p>
        </w:tc>
        <w:tc>
          <w:tcPr>
            <w:tcW w:type="dxa" w:w="1080"/>
          </w:tcPr>
          <w:p>
            <w:r>
              <w:t>1</w:t>
            </w:r>
          </w:p>
        </w:tc>
        <w:tc>
          <w:tcPr>
            <w:tcW w:type="dxa" w:w="1080"/>
          </w:tcPr>
          <w:p>
            <w:r>
              <w:t>通识教育必修课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7</w:t>
            </w:r>
          </w:p>
        </w:tc>
        <w:tc>
          <w:tcPr>
            <w:tcW w:type="dxa" w:w="1080"/>
          </w:tcPr>
          <w:p>
            <w:r>
              <w:t>材料科学与艺术导论B</w:t>
            </w:r>
          </w:p>
        </w:tc>
        <w:tc>
          <w:tcPr>
            <w:tcW w:type="dxa" w:w="1080"/>
          </w:tcPr>
          <w:p>
            <w:r>
              <w:t>2MS11205</w:t>
            </w:r>
          </w:p>
        </w:tc>
        <w:tc>
          <w:tcPr>
            <w:tcW w:type="dxa" w:w="1080"/>
          </w:tcPr>
          <w:p>
            <w:r>
              <w:t>1</w:t>
            </w:r>
          </w:p>
        </w:tc>
        <w:tc>
          <w:tcPr>
            <w:tcW w:type="dxa" w:w="1080"/>
          </w:tcPr>
          <w:p>
            <w:r>
              <w:t>通识教育必修课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8</w:t>
            </w:r>
          </w:p>
        </w:tc>
        <w:tc>
          <w:tcPr>
            <w:tcW w:type="dxa" w:w="1080"/>
          </w:tcPr>
          <w:p>
            <w:r>
              <w:t>大学生心理健康实践</w:t>
            </w:r>
          </w:p>
        </w:tc>
        <w:tc>
          <w:tcPr>
            <w:tcW w:type="dxa" w:w="1080"/>
          </w:tcPr>
          <w:p>
            <w:r>
              <w:t>2ED11002</w:t>
            </w:r>
          </w:p>
        </w:tc>
        <w:tc>
          <w:tcPr>
            <w:tcW w:type="dxa" w:w="1080"/>
          </w:tcPr>
          <w:p>
            <w:r>
              <w:t>1</w:t>
            </w:r>
          </w:p>
        </w:tc>
        <w:tc>
          <w:tcPr>
            <w:tcW w:type="dxa" w:w="1080"/>
          </w:tcPr>
          <w:p>
            <w:r>
              <w:t>通识教育必修课</w:t>
            </w:r>
          </w:p>
        </w:tc>
        <w:tc>
          <w:tcPr>
            <w:tcW w:type="dxa" w:w="1080"/>
          </w:tcPr>
          <w:p>
            <w:r>
              <w:t>教育学院</w:t>
            </w:r>
          </w:p>
        </w:tc>
        <w:tc>
          <w:tcPr>
            <w:tcW w:type="dxa" w:w="1080"/>
          </w:tcPr>
          <w:p>
            <w:r>
              <w:t>2023-2024</w:t>
            </w:r>
          </w:p>
        </w:tc>
        <w:tc>
          <w:tcPr>
            <w:tcW w:type="dxa" w:w="1080"/>
          </w:tcPr>
          <w:p>
            <w:r>
              <w:t>1</w:t>
            </w:r>
          </w:p>
        </w:tc>
      </w:tr>
      <w:tr>
        <w:tc>
          <w:tcPr>
            <w:tcW w:type="dxa" w:w="1080"/>
          </w:tcPr>
          <w:p>
            <w:r>
              <w:t>9</w:t>
            </w:r>
          </w:p>
        </w:tc>
        <w:tc>
          <w:tcPr>
            <w:tcW w:type="dxa" w:w="1080"/>
          </w:tcPr>
          <w:p>
            <w:r>
              <w:t>实验安全教育</w:t>
            </w:r>
          </w:p>
        </w:tc>
        <w:tc>
          <w:tcPr>
            <w:tcW w:type="dxa" w:w="1080"/>
          </w:tcPr>
          <w:p>
            <w:r>
              <w:t>2MS21224</w:t>
            </w:r>
          </w:p>
        </w:tc>
        <w:tc>
          <w:tcPr>
            <w:tcW w:type="dxa" w:w="1080"/>
          </w:tcPr>
          <w:p>
            <w:r>
              <w:t>0.5</w:t>
            </w:r>
          </w:p>
        </w:tc>
        <w:tc>
          <w:tcPr>
            <w:tcW w:type="dxa" w:w="1080"/>
          </w:tcPr>
          <w:p>
            <w:r>
              <w:t>专业教育必修课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10</w:t>
            </w:r>
          </w:p>
        </w:tc>
        <w:tc>
          <w:tcPr>
            <w:tcW w:type="dxa" w:w="1080"/>
          </w:tcPr>
          <w:p>
            <w:r>
              <w:t>军事理论</w:t>
            </w:r>
          </w:p>
        </w:tc>
        <w:tc>
          <w:tcPr>
            <w:tcW w:type="dxa" w:w="1080"/>
          </w:tcPr>
          <w:p>
            <w:r>
              <w:t>2AS11001</w:t>
            </w:r>
          </w:p>
        </w:tc>
        <w:tc>
          <w:tcPr>
            <w:tcW w:type="dxa" w:w="1080"/>
          </w:tcPr>
          <w:p>
            <w:r>
              <w:t>2</w:t>
            </w:r>
          </w:p>
        </w:tc>
        <w:tc>
          <w:tcPr>
            <w:tcW w:type="dxa" w:w="1080"/>
          </w:tcPr>
          <w:p>
            <w:r>
              <w:t>通识教育必修课</w:t>
            </w:r>
          </w:p>
        </w:tc>
        <w:tc>
          <w:tcPr>
            <w:tcW w:type="dxa" w:w="1080"/>
          </w:tcPr>
          <w:p>
            <w:r>
              <w:t>武保处</w:t>
            </w:r>
          </w:p>
        </w:tc>
        <w:tc>
          <w:tcPr>
            <w:tcW w:type="dxa" w:w="1080"/>
          </w:tcPr>
          <w:p>
            <w:r>
              <w:t>2023-2024</w:t>
            </w:r>
          </w:p>
        </w:tc>
        <w:tc>
          <w:tcPr>
            <w:tcW w:type="dxa" w:w="1080"/>
          </w:tcPr>
          <w:p>
            <w:r>
              <w:t>1</w:t>
            </w:r>
          </w:p>
        </w:tc>
      </w:tr>
      <w:tr>
        <w:tc>
          <w:tcPr>
            <w:tcW w:type="dxa" w:w="1080"/>
          </w:tcPr>
          <w:p>
            <w:r>
              <w:t>11</w:t>
            </w:r>
          </w:p>
        </w:tc>
        <w:tc>
          <w:tcPr>
            <w:tcW w:type="dxa" w:w="1080"/>
          </w:tcPr>
          <w:p>
            <w:r>
              <w:t>军事技能</w:t>
            </w:r>
          </w:p>
        </w:tc>
        <w:tc>
          <w:tcPr>
            <w:tcW w:type="dxa" w:w="1080"/>
          </w:tcPr>
          <w:p>
            <w:r>
              <w:t>2AS11002</w:t>
            </w:r>
          </w:p>
        </w:tc>
        <w:tc>
          <w:tcPr>
            <w:tcW w:type="dxa" w:w="1080"/>
          </w:tcPr>
          <w:p>
            <w:r>
              <w:t>2</w:t>
            </w:r>
          </w:p>
        </w:tc>
        <w:tc>
          <w:tcPr>
            <w:tcW w:type="dxa" w:w="1080"/>
          </w:tcPr>
          <w:p>
            <w:r>
              <w:t>通识教育必修课</w:t>
            </w:r>
          </w:p>
        </w:tc>
        <w:tc>
          <w:tcPr>
            <w:tcW w:type="dxa" w:w="1080"/>
          </w:tcPr>
          <w:p>
            <w:r>
              <w:t>武保处</w:t>
            </w:r>
          </w:p>
        </w:tc>
        <w:tc>
          <w:tcPr>
            <w:tcW w:type="dxa" w:w="1080"/>
          </w:tcPr>
          <w:p>
            <w:r>
              <w:t>2023-2024</w:t>
            </w:r>
          </w:p>
        </w:tc>
        <w:tc>
          <w:tcPr>
            <w:tcW w:type="dxa" w:w="1080"/>
          </w:tcPr>
          <w:p>
            <w:r>
              <w:t>1</w:t>
            </w:r>
          </w:p>
        </w:tc>
      </w:tr>
      <w:tr>
        <w:tc>
          <w:tcPr>
            <w:tcW w:type="dxa" w:w="1080"/>
          </w:tcPr>
          <w:p>
            <w:r>
              <w:t>12</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材料科学与工程学院</w:t>
            </w:r>
          </w:p>
        </w:tc>
        <w:tc>
          <w:tcPr>
            <w:tcW w:type="dxa" w:w="1080"/>
          </w:tcPr>
          <w:p>
            <w:r>
              <w:t>2023-2024</w:t>
            </w:r>
          </w:p>
        </w:tc>
        <w:tc>
          <w:tcPr>
            <w:tcW w:type="dxa" w:w="1080"/>
          </w:tcPr>
          <w:p>
            <w:r>
              <w:t>1</w:t>
            </w:r>
          </w:p>
        </w:tc>
      </w:tr>
      <w:tr>
        <w:tc>
          <w:tcPr>
            <w:tcW w:type="dxa" w:w="1080"/>
          </w:tcPr>
          <w:p>
            <w:r>
              <w:t>13</w:t>
            </w:r>
          </w:p>
        </w:tc>
        <w:tc>
          <w:tcPr>
            <w:tcW w:type="dxa" w:w="1080"/>
          </w:tcPr>
          <w:p>
            <w:r>
              <w:t>劳动教育理论</w:t>
            </w:r>
          </w:p>
        </w:tc>
        <w:tc>
          <w:tcPr>
            <w:tcW w:type="dxa" w:w="1080"/>
          </w:tcPr>
          <w:p>
            <w:r>
              <w:t>2SD11001</w:t>
            </w:r>
          </w:p>
        </w:tc>
        <w:tc>
          <w:tcPr>
            <w:tcW w:type="dxa" w:w="1080"/>
          </w:tcPr>
          <w:p>
            <w:r>
              <w:t>1</w:t>
            </w:r>
          </w:p>
        </w:tc>
        <w:tc>
          <w:tcPr>
            <w:tcW w:type="dxa" w:w="1080"/>
          </w:tcPr>
          <w:p>
            <w:r>
              <w:t>通识教育必修课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14</w:t>
            </w:r>
          </w:p>
        </w:tc>
        <w:tc>
          <w:tcPr>
            <w:tcW w:type="dxa" w:w="1080"/>
          </w:tcPr>
          <w:p>
            <w:r>
              <w:t>中国近现代史纲要</w:t>
            </w:r>
          </w:p>
        </w:tc>
        <w:tc>
          <w:tcPr>
            <w:tcW w:type="dxa" w:w="1080"/>
          </w:tcPr>
          <w:p>
            <w:r>
              <w:t>2MX11002</w:t>
            </w:r>
          </w:p>
        </w:tc>
        <w:tc>
          <w:tcPr>
            <w:tcW w:type="dxa" w:w="1080"/>
          </w:tcPr>
          <w:p>
            <w:r>
              <w:t>3</w:t>
            </w:r>
          </w:p>
        </w:tc>
        <w:tc>
          <w:tcPr>
            <w:tcW w:type="dxa" w:w="1080"/>
          </w:tcPr>
          <w:p>
            <w:r>
              <w:t>通识教育必修课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15</w:t>
            </w:r>
          </w:p>
        </w:tc>
        <w:tc>
          <w:tcPr>
            <w:tcW w:type="dxa" w:w="1080"/>
          </w:tcPr>
          <w:p>
            <w:r>
              <w:t>体育（二）</w:t>
            </w:r>
          </w:p>
        </w:tc>
        <w:tc>
          <w:tcPr>
            <w:tcW w:type="dxa" w:w="1080"/>
          </w:tcPr>
          <w:p>
            <w:r>
              <w:t>2SP11002</w:t>
            </w:r>
          </w:p>
        </w:tc>
        <w:tc>
          <w:tcPr>
            <w:tcW w:type="dxa" w:w="1080"/>
          </w:tcPr>
          <w:p>
            <w:r>
              <w:t>1</w:t>
            </w:r>
          </w:p>
        </w:tc>
        <w:tc>
          <w:tcPr>
            <w:tcW w:type="dxa" w:w="1080"/>
          </w:tcPr>
          <w:p>
            <w:r>
              <w:t>通识教育必修课</w:t>
            </w:r>
          </w:p>
        </w:tc>
        <w:tc>
          <w:tcPr>
            <w:tcW w:type="dxa" w:w="1080"/>
          </w:tcPr>
          <w:p>
            <w:r>
              <w:t>体育部</w:t>
            </w:r>
          </w:p>
        </w:tc>
        <w:tc>
          <w:tcPr>
            <w:tcW w:type="dxa" w:w="1080"/>
          </w:tcPr>
          <w:p>
            <w:r>
              <w:t>2023-2024</w:t>
            </w:r>
          </w:p>
        </w:tc>
        <w:tc>
          <w:tcPr>
            <w:tcW w:type="dxa" w:w="1080"/>
          </w:tcPr>
          <w:p>
            <w:r>
              <w:t>2</w:t>
            </w:r>
          </w:p>
        </w:tc>
      </w:tr>
      <w:tr>
        <w:tc>
          <w:tcPr>
            <w:tcW w:type="dxa" w:w="1080"/>
          </w:tcPr>
          <w:p>
            <w:r>
              <w:t>16</w:t>
            </w:r>
          </w:p>
        </w:tc>
        <w:tc>
          <w:tcPr>
            <w:tcW w:type="dxa" w:w="1080"/>
          </w:tcPr>
          <w:p>
            <w:r>
              <w:t>大学生心理健康教育</w:t>
            </w:r>
          </w:p>
        </w:tc>
        <w:tc>
          <w:tcPr>
            <w:tcW w:type="dxa" w:w="1080"/>
          </w:tcPr>
          <w:p>
            <w:r>
              <w:t>2ED11001</w:t>
            </w:r>
          </w:p>
        </w:tc>
        <w:tc>
          <w:tcPr>
            <w:tcW w:type="dxa" w:w="1080"/>
          </w:tcPr>
          <w:p>
            <w:r>
              <w:t>1</w:t>
            </w:r>
          </w:p>
        </w:tc>
        <w:tc>
          <w:tcPr>
            <w:tcW w:type="dxa" w:w="1080"/>
          </w:tcPr>
          <w:p>
            <w:r>
              <w:t>通识教育必修课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创新创业教育基础</w:t>
            </w:r>
          </w:p>
        </w:tc>
        <w:tc>
          <w:tcPr>
            <w:tcW w:type="dxa" w:w="1080"/>
          </w:tcPr>
          <w:p>
            <w:r>
              <w:t>2BU11001</w:t>
            </w:r>
          </w:p>
        </w:tc>
        <w:tc>
          <w:tcPr>
            <w:tcW w:type="dxa" w:w="1080"/>
          </w:tcPr>
          <w:p>
            <w:r>
              <w:t>1</w:t>
            </w:r>
          </w:p>
        </w:tc>
        <w:tc>
          <w:tcPr>
            <w:tcW w:type="dxa" w:w="1080"/>
          </w:tcPr>
          <w:p>
            <w:r>
              <w:t>通识教育必修课</w:t>
            </w:r>
          </w:p>
        </w:tc>
        <w:tc>
          <w:tcPr>
            <w:tcW w:type="dxa" w:w="1080"/>
          </w:tcPr>
          <w:p>
            <w:r>
              <w:t>材料科学与工程学院</w:t>
            </w:r>
          </w:p>
        </w:tc>
        <w:tc>
          <w:tcPr>
            <w:tcW w:type="dxa" w:w="1080"/>
          </w:tcPr>
          <w:p>
            <w:r>
              <w:t>2023-2024</w:t>
            </w:r>
          </w:p>
        </w:tc>
        <w:tc>
          <w:tcPr>
            <w:tcW w:type="dxa" w:w="1080"/>
          </w:tcPr>
          <w:p>
            <w:r>
              <w:t>2</w:t>
            </w:r>
          </w:p>
        </w:tc>
      </w:tr>
      <w:tr>
        <w:tc>
          <w:tcPr>
            <w:tcW w:type="dxa" w:w="1080"/>
          </w:tcPr>
          <w:p>
            <w:r>
              <w:t>18</w:t>
            </w:r>
          </w:p>
        </w:tc>
        <w:tc>
          <w:tcPr>
            <w:tcW w:type="dxa" w:w="1080"/>
          </w:tcPr>
          <w:p>
            <w:r>
              <w:t>职业生涯规划</w:t>
            </w:r>
          </w:p>
        </w:tc>
        <w:tc>
          <w:tcPr>
            <w:tcW w:type="dxa" w:w="1080"/>
          </w:tcPr>
          <w:p>
            <w:r>
              <w:t>2SA11001</w:t>
            </w:r>
          </w:p>
        </w:tc>
        <w:tc>
          <w:tcPr>
            <w:tcW w:type="dxa" w:w="1080"/>
          </w:tcPr>
          <w:p>
            <w:r>
              <w:t>0.5</w:t>
            </w:r>
          </w:p>
        </w:tc>
        <w:tc>
          <w:tcPr>
            <w:tcW w:type="dxa" w:w="1080"/>
          </w:tcPr>
          <w:p>
            <w:r>
              <w:t>通识教育必修课</w:t>
            </w:r>
          </w:p>
        </w:tc>
        <w:tc>
          <w:tcPr>
            <w:tcW w:type="dxa" w:w="1080"/>
          </w:tcPr>
          <w:p>
            <w:r>
              <w:t>材料科学与工程学院</w:t>
            </w:r>
          </w:p>
        </w:tc>
        <w:tc>
          <w:tcPr>
            <w:tcW w:type="dxa" w:w="1080"/>
          </w:tcPr>
          <w:p>
            <w:r>
              <w:t>2023-2024</w:t>
            </w:r>
          </w:p>
        </w:tc>
        <w:tc>
          <w:tcPr>
            <w:tcW w:type="dxa" w:w="1080"/>
          </w:tcPr>
          <w:p>
            <w:r>
              <w:t>2</w:t>
            </w:r>
          </w:p>
        </w:tc>
      </w:tr>
      <w:tr>
        <w:tc>
          <w:tcPr>
            <w:tcW w:type="dxa" w:w="1080"/>
          </w:tcPr>
          <w:p>
            <w:r>
              <w:t>19</w:t>
            </w:r>
          </w:p>
        </w:tc>
        <w:tc>
          <w:tcPr>
            <w:tcW w:type="dxa" w:w="1080"/>
          </w:tcPr>
          <w:p>
            <w:r>
              <w:t>高等数学B（二）</w:t>
            </w:r>
          </w:p>
        </w:tc>
        <w:tc>
          <w:tcPr>
            <w:tcW w:type="dxa" w:w="1080"/>
          </w:tcPr>
          <w:p>
            <w:r>
              <w:t>2MA11004</w:t>
            </w:r>
          </w:p>
        </w:tc>
        <w:tc>
          <w:tcPr>
            <w:tcW w:type="dxa" w:w="1080"/>
          </w:tcPr>
          <w:p>
            <w:r>
              <w:t>4</w:t>
            </w:r>
          </w:p>
        </w:tc>
        <w:tc>
          <w:tcPr>
            <w:tcW w:type="dxa" w:w="1080"/>
          </w:tcPr>
          <w:p>
            <w:r>
              <w:t>通识教育必修课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程序设计语言Python(B)</w:t>
            </w:r>
          </w:p>
        </w:tc>
        <w:tc>
          <w:tcPr>
            <w:tcW w:type="dxa" w:w="1080"/>
          </w:tcPr>
          <w:p>
            <w:r>
              <w:t>2EI21003</w:t>
            </w:r>
          </w:p>
        </w:tc>
        <w:tc>
          <w:tcPr>
            <w:tcW w:type="dxa" w:w="1080"/>
          </w:tcPr>
          <w:p>
            <w:r>
              <w:t>3</w:t>
            </w:r>
          </w:p>
        </w:tc>
        <w:tc>
          <w:tcPr>
            <w:tcW w:type="dxa" w:w="1080"/>
          </w:tcPr>
          <w:p>
            <w:r>
              <w:t>专业教育必修课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21</w:t>
            </w:r>
          </w:p>
        </w:tc>
        <w:tc>
          <w:tcPr>
            <w:tcW w:type="dxa" w:w="1080"/>
          </w:tcPr>
          <w:p>
            <w:r>
              <w:t>大学物理B（一）</w:t>
            </w:r>
          </w:p>
        </w:tc>
        <w:tc>
          <w:tcPr>
            <w:tcW w:type="dxa" w:w="1080"/>
          </w:tcPr>
          <w:p>
            <w:r>
              <w:t>2PS11006</w:t>
            </w:r>
          </w:p>
        </w:tc>
        <w:tc>
          <w:tcPr>
            <w:tcW w:type="dxa" w:w="1080"/>
          </w:tcPr>
          <w:p>
            <w:r>
              <w:t>3</w:t>
            </w:r>
          </w:p>
        </w:tc>
        <w:tc>
          <w:tcPr>
            <w:tcW w:type="dxa" w:w="1080"/>
          </w:tcPr>
          <w:p>
            <w:r>
              <w:t>通识教育必修课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22</w:t>
            </w:r>
          </w:p>
        </w:tc>
        <w:tc>
          <w:tcPr>
            <w:tcW w:type="dxa" w:w="1080"/>
          </w:tcPr>
          <w:p>
            <w:r>
              <w:t>新能源无机及分析化学（二）</w:t>
            </w:r>
          </w:p>
        </w:tc>
        <w:tc>
          <w:tcPr>
            <w:tcW w:type="dxa" w:w="1080"/>
          </w:tcPr>
          <w:p>
            <w:r>
              <w:t>2MS11203</w:t>
            </w:r>
          </w:p>
        </w:tc>
        <w:tc>
          <w:tcPr>
            <w:tcW w:type="dxa" w:w="1080"/>
          </w:tcPr>
          <w:p>
            <w:r>
              <w:t>2</w:t>
            </w:r>
          </w:p>
        </w:tc>
        <w:tc>
          <w:tcPr>
            <w:tcW w:type="dxa" w:w="1080"/>
          </w:tcPr>
          <w:p>
            <w:r>
              <w:t>通识教育必修课</w:t>
            </w:r>
          </w:p>
        </w:tc>
        <w:tc>
          <w:tcPr>
            <w:tcW w:type="dxa" w:w="1080"/>
          </w:tcPr>
          <w:p>
            <w:r>
              <w:t>材料科学与工程学院</w:t>
            </w:r>
          </w:p>
        </w:tc>
        <w:tc>
          <w:tcPr>
            <w:tcW w:type="dxa" w:w="1080"/>
          </w:tcPr>
          <w:p>
            <w:r>
              <w:t>2023-2024</w:t>
            </w:r>
          </w:p>
        </w:tc>
        <w:tc>
          <w:tcPr>
            <w:tcW w:type="dxa" w:w="1080"/>
          </w:tcPr>
          <w:p>
            <w:r>
              <w:t>2</w:t>
            </w:r>
          </w:p>
        </w:tc>
      </w:tr>
      <w:tr>
        <w:tc>
          <w:tcPr>
            <w:tcW w:type="dxa" w:w="1080"/>
          </w:tcPr>
          <w:p>
            <w:r>
              <w:t>23</w:t>
            </w:r>
          </w:p>
        </w:tc>
        <w:tc>
          <w:tcPr>
            <w:tcW w:type="dxa" w:w="1080"/>
          </w:tcPr>
          <w:p>
            <w:r>
              <w:t>画法几何及工程制图</w:t>
            </w:r>
          </w:p>
        </w:tc>
        <w:tc>
          <w:tcPr>
            <w:tcW w:type="dxa" w:w="1080"/>
          </w:tcPr>
          <w:p>
            <w:r>
              <w:t>2ME21004</w:t>
            </w:r>
          </w:p>
        </w:tc>
        <w:tc>
          <w:tcPr>
            <w:tcW w:type="dxa" w:w="1080"/>
          </w:tcPr>
          <w:p>
            <w:r>
              <w:t>3</w:t>
            </w:r>
          </w:p>
        </w:tc>
        <w:tc>
          <w:tcPr>
            <w:tcW w:type="dxa" w:w="1080"/>
          </w:tcPr>
          <w:p>
            <w:r>
              <w:t>专业教育必修课</w:t>
            </w:r>
          </w:p>
        </w:tc>
        <w:tc>
          <w:tcPr>
            <w:tcW w:type="dxa" w:w="1080"/>
          </w:tcPr>
          <w:p>
            <w:r>
              <w:t>机械学院</w:t>
            </w:r>
          </w:p>
        </w:tc>
        <w:tc>
          <w:tcPr>
            <w:tcW w:type="dxa" w:w="1080"/>
          </w:tcPr>
          <w:p>
            <w:r>
              <w:t>2023-2024</w:t>
            </w:r>
          </w:p>
        </w:tc>
        <w:tc>
          <w:tcPr>
            <w:tcW w:type="dxa" w:w="1080"/>
          </w:tcPr>
          <w:p>
            <w:r>
              <w:t>2</w:t>
            </w:r>
          </w:p>
        </w:tc>
      </w:tr>
      <w:tr>
        <w:tc>
          <w:tcPr>
            <w:tcW w:type="dxa" w:w="1080"/>
          </w:tcPr>
          <w:p>
            <w:r>
              <w:t>24</w:t>
            </w:r>
          </w:p>
        </w:tc>
        <w:tc>
          <w:tcPr>
            <w:tcW w:type="dxa" w:w="1080"/>
          </w:tcPr>
          <w:p>
            <w:r>
              <w:t>无机及分析化学实验B（二）</w:t>
            </w:r>
          </w:p>
        </w:tc>
        <w:tc>
          <w:tcPr>
            <w:tcW w:type="dxa" w:w="1080"/>
          </w:tcPr>
          <w:p>
            <w:r>
              <w:t>2CB11902</w:t>
            </w:r>
          </w:p>
        </w:tc>
        <w:tc>
          <w:tcPr>
            <w:tcW w:type="dxa" w:w="1080"/>
          </w:tcPr>
          <w:p>
            <w:r>
              <w:t>2</w:t>
            </w:r>
          </w:p>
        </w:tc>
        <w:tc>
          <w:tcPr>
            <w:tcW w:type="dxa" w:w="1080"/>
          </w:tcPr>
          <w:p>
            <w:r>
              <w:t>通识教育必修课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25</w:t>
            </w:r>
          </w:p>
        </w:tc>
        <w:tc>
          <w:tcPr>
            <w:tcW w:type="dxa" w:w="1080"/>
          </w:tcPr>
          <w:p>
            <w:r>
              <w:t>金工实习</w:t>
            </w:r>
          </w:p>
        </w:tc>
        <w:tc>
          <w:tcPr>
            <w:tcW w:type="dxa" w:w="1080"/>
          </w:tcPr>
          <w:p>
            <w:r>
              <w:t>2MS21227</w:t>
            </w:r>
          </w:p>
        </w:tc>
        <w:tc>
          <w:tcPr>
            <w:tcW w:type="dxa" w:w="1080"/>
          </w:tcPr>
          <w:p>
            <w:r>
              <w:t>1</w:t>
            </w:r>
          </w:p>
        </w:tc>
        <w:tc>
          <w:tcPr>
            <w:tcW w:type="dxa" w:w="1080"/>
          </w:tcPr>
          <w:p>
            <w:r>
              <w:t>专业教育必修课</w:t>
            </w:r>
          </w:p>
        </w:tc>
        <w:tc>
          <w:tcPr>
            <w:tcW w:type="dxa" w:w="1080"/>
          </w:tcPr>
          <w:p>
            <w:r>
              <w:t>材料科学与工程学院</w:t>
            </w:r>
          </w:p>
        </w:tc>
        <w:tc>
          <w:tcPr>
            <w:tcW w:type="dxa" w:w="1080"/>
          </w:tcPr>
          <w:p>
            <w:r>
              <w:t>2023-2024</w:t>
            </w:r>
          </w:p>
        </w:tc>
        <w:tc>
          <w:tcPr>
            <w:tcW w:type="dxa" w:w="1080"/>
          </w:tcPr>
          <w:p>
            <w:r>
              <w:t>2</w:t>
            </w:r>
          </w:p>
        </w:tc>
      </w:tr>
      <w:tr>
        <w:tc>
          <w:tcPr>
            <w:tcW w:type="dxa" w:w="1080"/>
          </w:tcPr>
          <w:p>
            <w:r>
              <w:t>26</w:t>
            </w:r>
          </w:p>
        </w:tc>
        <w:tc>
          <w:tcPr>
            <w:tcW w:type="dxa" w:w="1080"/>
          </w:tcPr>
          <w:p>
            <w:r>
              <w:t>企业安全、环保及法规培训</w:t>
            </w:r>
          </w:p>
        </w:tc>
        <w:tc>
          <w:tcPr>
            <w:tcW w:type="dxa" w:w="1080"/>
          </w:tcPr>
          <w:p>
            <w:r>
              <w:t>2MS21225</w:t>
            </w:r>
          </w:p>
        </w:tc>
        <w:tc>
          <w:tcPr>
            <w:tcW w:type="dxa" w:w="1080"/>
          </w:tcPr>
          <w:p>
            <w:r>
              <w:t>1</w:t>
            </w:r>
          </w:p>
        </w:tc>
        <w:tc>
          <w:tcPr>
            <w:tcW w:type="dxa" w:w="1080"/>
          </w:tcPr>
          <w:p>
            <w:r>
              <w:t>专业教育必修课</w:t>
            </w:r>
          </w:p>
        </w:tc>
        <w:tc>
          <w:tcPr>
            <w:tcW w:type="dxa" w:w="1080"/>
          </w:tcPr>
          <w:p>
            <w:r>
              <w:t>材料科学与工程学院</w:t>
            </w:r>
          </w:p>
        </w:tc>
        <w:tc>
          <w:tcPr>
            <w:tcW w:type="dxa" w:w="1080"/>
          </w:tcPr>
          <w:p>
            <w:r>
              <w:t>2023-2024</w:t>
            </w:r>
          </w:p>
        </w:tc>
        <w:tc>
          <w:tcPr>
            <w:tcW w:type="dxa" w:w="1080"/>
          </w:tcPr>
          <w:p>
            <w:r>
              <w:t>2</w:t>
            </w:r>
          </w:p>
        </w:tc>
      </w:tr>
      <w:tr>
        <w:tc>
          <w:tcPr>
            <w:tcW w:type="dxa" w:w="1080"/>
          </w:tcPr>
          <w:p>
            <w:r>
              <w:t>27</w:t>
            </w:r>
          </w:p>
        </w:tc>
        <w:tc>
          <w:tcPr>
            <w:tcW w:type="dxa" w:w="1080"/>
          </w:tcPr>
          <w:p>
            <w:r>
              <w:t>马克思主义基本原理</w:t>
            </w:r>
          </w:p>
        </w:tc>
        <w:tc>
          <w:tcPr>
            <w:tcW w:type="dxa" w:w="1080"/>
          </w:tcPr>
          <w:p>
            <w:r>
              <w:t>2MX11003</w:t>
            </w:r>
          </w:p>
        </w:tc>
        <w:tc>
          <w:tcPr>
            <w:tcW w:type="dxa" w:w="1080"/>
          </w:tcPr>
          <w:p>
            <w:r>
              <w:t>3</w:t>
            </w:r>
          </w:p>
        </w:tc>
        <w:tc>
          <w:tcPr>
            <w:tcW w:type="dxa" w:w="1080"/>
          </w:tcPr>
          <w:p>
            <w:r>
              <w:t>通识教育必修课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改革开放史</w:t>
            </w:r>
          </w:p>
        </w:tc>
        <w:tc>
          <w:tcPr>
            <w:tcW w:type="dxa" w:w="1080"/>
          </w:tcPr>
          <w:p>
            <w:r>
              <w:t>2MX11009</w:t>
            </w:r>
          </w:p>
        </w:tc>
        <w:tc>
          <w:tcPr>
            <w:tcW w:type="dxa" w:w="1080"/>
          </w:tcPr>
          <w:p>
            <w:r>
              <w:t>1</w:t>
            </w:r>
          </w:p>
        </w:tc>
        <w:tc>
          <w:tcPr>
            <w:tcW w:type="dxa" w:w="1080"/>
          </w:tcPr>
          <w:p>
            <w:r>
              <w:t>通识教育必修课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体育（三）</w:t>
            </w:r>
          </w:p>
        </w:tc>
        <w:tc>
          <w:tcPr>
            <w:tcW w:type="dxa" w:w="1080"/>
          </w:tcPr>
          <w:p>
            <w:r>
              <w:t>2SP11003</w:t>
            </w:r>
          </w:p>
        </w:tc>
        <w:tc>
          <w:tcPr>
            <w:tcW w:type="dxa" w:w="1080"/>
          </w:tcPr>
          <w:p>
            <w:r>
              <w:t>1</w:t>
            </w:r>
          </w:p>
        </w:tc>
        <w:tc>
          <w:tcPr>
            <w:tcW w:type="dxa" w:w="1080"/>
          </w:tcPr>
          <w:p>
            <w:r>
              <w:t>通识教育必修课</w:t>
            </w:r>
          </w:p>
        </w:tc>
        <w:tc>
          <w:tcPr>
            <w:tcW w:type="dxa" w:w="1080"/>
          </w:tcPr>
          <w:p>
            <w:r>
              <w:t>体育部</w:t>
            </w:r>
          </w:p>
        </w:tc>
        <w:tc>
          <w:tcPr>
            <w:tcW w:type="dxa" w:w="1080"/>
          </w:tcPr>
          <w:p>
            <w:r>
              <w:t>2024-2025</w:t>
            </w:r>
          </w:p>
        </w:tc>
        <w:tc>
          <w:tcPr>
            <w:tcW w:type="dxa" w:w="1080"/>
          </w:tcPr>
          <w:p>
            <w:r>
              <w:t>1</w:t>
            </w:r>
          </w:p>
        </w:tc>
      </w:tr>
      <w:tr>
        <w:tc>
          <w:tcPr>
            <w:tcW w:type="dxa" w:w="1080"/>
          </w:tcPr>
          <w:p>
            <w:r>
              <w:t>30</w:t>
            </w:r>
          </w:p>
        </w:tc>
        <w:tc>
          <w:tcPr>
            <w:tcW w:type="dxa" w:w="1080"/>
          </w:tcPr>
          <w:p>
            <w:r>
              <w:t>大学物理B（二）</w:t>
            </w:r>
          </w:p>
        </w:tc>
        <w:tc>
          <w:tcPr>
            <w:tcW w:type="dxa" w:w="1080"/>
          </w:tcPr>
          <w:p>
            <w:r>
              <w:t>2PS11007</w:t>
            </w:r>
          </w:p>
        </w:tc>
        <w:tc>
          <w:tcPr>
            <w:tcW w:type="dxa" w:w="1080"/>
          </w:tcPr>
          <w:p>
            <w:r>
              <w:t>2</w:t>
            </w:r>
          </w:p>
        </w:tc>
        <w:tc>
          <w:tcPr>
            <w:tcW w:type="dxa" w:w="1080"/>
          </w:tcPr>
          <w:p>
            <w:r>
              <w:t>通识教育必修课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电工电子技术C</w:t>
            </w:r>
          </w:p>
        </w:tc>
        <w:tc>
          <w:tcPr>
            <w:tcW w:type="dxa" w:w="1080"/>
          </w:tcPr>
          <w:p>
            <w:r>
              <w:t>2EI21014</w:t>
            </w:r>
          </w:p>
        </w:tc>
        <w:tc>
          <w:tcPr>
            <w:tcW w:type="dxa" w:w="1080"/>
          </w:tcPr>
          <w:p>
            <w:r>
              <w:t>3</w:t>
            </w:r>
          </w:p>
        </w:tc>
        <w:tc>
          <w:tcPr>
            <w:tcW w:type="dxa" w:w="1080"/>
          </w:tcPr>
          <w:p>
            <w:r>
              <w:t>专业教育必修课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32</w:t>
            </w:r>
          </w:p>
        </w:tc>
        <w:tc>
          <w:tcPr>
            <w:tcW w:type="dxa" w:w="1080"/>
          </w:tcPr>
          <w:p>
            <w:r>
              <w:t>有机化学实验（一）</w:t>
            </w:r>
          </w:p>
        </w:tc>
        <w:tc>
          <w:tcPr>
            <w:tcW w:type="dxa" w:w="1080"/>
          </w:tcPr>
          <w:p>
            <w:r>
              <w:t>2CB21904</w:t>
            </w:r>
          </w:p>
        </w:tc>
        <w:tc>
          <w:tcPr>
            <w:tcW w:type="dxa" w:w="1080"/>
          </w:tcPr>
          <w:p>
            <w:r>
              <w:t>1</w:t>
            </w:r>
          </w:p>
        </w:tc>
        <w:tc>
          <w:tcPr>
            <w:tcW w:type="dxa" w:w="1080"/>
          </w:tcPr>
          <w:p>
            <w:r>
              <w:t>专业教育必修课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33</w:t>
            </w:r>
          </w:p>
        </w:tc>
        <w:tc>
          <w:tcPr>
            <w:tcW w:type="dxa" w:w="1080"/>
          </w:tcPr>
          <w:p>
            <w:r>
              <w:t>能源有机化学</w:t>
            </w:r>
          </w:p>
        </w:tc>
        <w:tc>
          <w:tcPr>
            <w:tcW w:type="dxa" w:w="1080"/>
          </w:tcPr>
          <w:p>
            <w:r>
              <w:t>2MS21204</w:t>
            </w:r>
          </w:p>
        </w:tc>
        <w:tc>
          <w:tcPr>
            <w:tcW w:type="dxa" w:w="1080"/>
          </w:tcPr>
          <w:p>
            <w:r>
              <w:t>3</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1</w:t>
            </w:r>
          </w:p>
        </w:tc>
      </w:tr>
      <w:tr>
        <w:tc>
          <w:tcPr>
            <w:tcW w:type="dxa" w:w="1080"/>
          </w:tcPr>
          <w:p>
            <w:r>
              <w:t>34</w:t>
            </w:r>
          </w:p>
        </w:tc>
        <w:tc>
          <w:tcPr>
            <w:tcW w:type="dxa" w:w="1080"/>
          </w:tcPr>
          <w:p>
            <w:r>
              <w:t>物理化学</w:t>
            </w:r>
          </w:p>
        </w:tc>
        <w:tc>
          <w:tcPr>
            <w:tcW w:type="dxa" w:w="1080"/>
          </w:tcPr>
          <w:p>
            <w:r>
              <w:t>2MS21201</w:t>
            </w:r>
          </w:p>
        </w:tc>
        <w:tc>
          <w:tcPr>
            <w:tcW w:type="dxa" w:w="1080"/>
          </w:tcPr>
          <w:p>
            <w:r>
              <w:t>3</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1</w:t>
            </w:r>
          </w:p>
        </w:tc>
      </w:tr>
      <w:tr>
        <w:tc>
          <w:tcPr>
            <w:tcW w:type="dxa" w:w="1080"/>
          </w:tcPr>
          <w:p>
            <w:r>
              <w:t>35</w:t>
            </w:r>
          </w:p>
        </w:tc>
        <w:tc>
          <w:tcPr>
            <w:tcW w:type="dxa" w:w="1080"/>
          </w:tcPr>
          <w:p>
            <w:r>
              <w:t>物理实验B</w:t>
            </w:r>
          </w:p>
        </w:tc>
        <w:tc>
          <w:tcPr>
            <w:tcW w:type="dxa" w:w="1080"/>
          </w:tcPr>
          <w:p>
            <w:r>
              <w:t>2PS11003</w:t>
            </w:r>
          </w:p>
        </w:tc>
        <w:tc>
          <w:tcPr>
            <w:tcW w:type="dxa" w:w="1080"/>
          </w:tcPr>
          <w:p>
            <w:r>
              <w:t>1</w:t>
            </w:r>
          </w:p>
        </w:tc>
        <w:tc>
          <w:tcPr>
            <w:tcW w:type="dxa" w:w="1080"/>
          </w:tcPr>
          <w:p>
            <w:r>
              <w:t>通识教育必修课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36</w:t>
            </w:r>
          </w:p>
        </w:tc>
        <w:tc>
          <w:tcPr>
            <w:tcW w:type="dxa" w:w="1080"/>
          </w:tcPr>
          <w:p>
            <w:r>
              <w:t>物理化学实验（一）</w:t>
            </w:r>
          </w:p>
        </w:tc>
        <w:tc>
          <w:tcPr>
            <w:tcW w:type="dxa" w:w="1080"/>
          </w:tcPr>
          <w:p>
            <w:r>
              <w:t>2CB21901</w:t>
            </w:r>
          </w:p>
        </w:tc>
        <w:tc>
          <w:tcPr>
            <w:tcW w:type="dxa" w:w="1080"/>
          </w:tcPr>
          <w:p>
            <w:r>
              <w:t>1</w:t>
            </w:r>
          </w:p>
        </w:tc>
        <w:tc>
          <w:tcPr>
            <w:tcW w:type="dxa" w:w="1080"/>
          </w:tcPr>
          <w:p>
            <w:r>
              <w:t>专业教育必修课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通识教育必修课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体育（四）</w:t>
            </w:r>
          </w:p>
        </w:tc>
        <w:tc>
          <w:tcPr>
            <w:tcW w:type="dxa" w:w="1080"/>
          </w:tcPr>
          <w:p>
            <w:r>
              <w:t>2SP11004</w:t>
            </w:r>
          </w:p>
        </w:tc>
        <w:tc>
          <w:tcPr>
            <w:tcW w:type="dxa" w:w="1080"/>
          </w:tcPr>
          <w:p>
            <w:r>
              <w:t>1</w:t>
            </w:r>
          </w:p>
        </w:tc>
        <w:tc>
          <w:tcPr>
            <w:tcW w:type="dxa" w:w="1080"/>
          </w:tcPr>
          <w:p>
            <w:r>
              <w:t>通识教育必修课</w:t>
            </w:r>
          </w:p>
        </w:tc>
        <w:tc>
          <w:tcPr>
            <w:tcW w:type="dxa" w:w="1080"/>
          </w:tcPr>
          <w:p>
            <w:r>
              <w:t>体育部</w:t>
            </w:r>
          </w:p>
        </w:tc>
        <w:tc>
          <w:tcPr>
            <w:tcW w:type="dxa" w:w="1080"/>
          </w:tcPr>
          <w:p>
            <w:r>
              <w:t>2024-2025</w:t>
            </w:r>
          </w:p>
        </w:tc>
        <w:tc>
          <w:tcPr>
            <w:tcW w:type="dxa" w:w="1080"/>
          </w:tcPr>
          <w:p>
            <w:r>
              <w:t>2</w:t>
            </w:r>
          </w:p>
        </w:tc>
      </w:tr>
      <w:tr>
        <w:tc>
          <w:tcPr>
            <w:tcW w:type="dxa" w:w="1080"/>
          </w:tcPr>
          <w:p>
            <w:r>
              <w:t>39</w:t>
            </w:r>
          </w:p>
        </w:tc>
        <w:tc>
          <w:tcPr>
            <w:tcW w:type="dxa" w:w="1080"/>
          </w:tcPr>
          <w:p>
            <w:r>
              <w:t>材料制备科学与技术</w:t>
            </w:r>
          </w:p>
        </w:tc>
        <w:tc>
          <w:tcPr>
            <w:tcW w:type="dxa" w:w="1080"/>
          </w:tcPr>
          <w:p>
            <w:r>
              <w:t>2MS21203</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40</w:t>
            </w:r>
          </w:p>
        </w:tc>
        <w:tc>
          <w:tcPr>
            <w:tcW w:type="dxa" w:w="1080"/>
          </w:tcPr>
          <w:p>
            <w:r>
              <w:t>材料科学基础B</w:t>
            </w:r>
          </w:p>
        </w:tc>
        <w:tc>
          <w:tcPr>
            <w:tcW w:type="dxa" w:w="1080"/>
          </w:tcPr>
          <w:p>
            <w:r>
              <w:t>2MS21205</w:t>
            </w:r>
          </w:p>
        </w:tc>
        <w:tc>
          <w:tcPr>
            <w:tcW w:type="dxa" w:w="1080"/>
          </w:tcPr>
          <w:p>
            <w:r>
              <w:t>4</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41</w:t>
            </w:r>
          </w:p>
        </w:tc>
        <w:tc>
          <w:tcPr>
            <w:tcW w:type="dxa" w:w="1080"/>
          </w:tcPr>
          <w:p>
            <w:r>
              <w:t>能源电化学原理和应用</w:t>
            </w:r>
          </w:p>
        </w:tc>
        <w:tc>
          <w:tcPr>
            <w:tcW w:type="dxa" w:w="1080"/>
          </w:tcPr>
          <w:p>
            <w:r>
              <w:t>2MS21218</w:t>
            </w:r>
          </w:p>
        </w:tc>
        <w:tc>
          <w:tcPr>
            <w:tcW w:type="dxa" w:w="1080"/>
          </w:tcPr>
          <w:p>
            <w:r>
              <w:t>3</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42</w:t>
            </w:r>
          </w:p>
        </w:tc>
        <w:tc>
          <w:tcPr>
            <w:tcW w:type="dxa" w:w="1080"/>
          </w:tcPr>
          <w:p>
            <w:r>
              <w:t>新能源材料与器件劳动教育实践</w:t>
            </w:r>
          </w:p>
        </w:tc>
        <w:tc>
          <w:tcPr>
            <w:tcW w:type="dxa" w:w="1080"/>
          </w:tcPr>
          <w:p>
            <w:r>
              <w:t>2MS21226</w:t>
            </w:r>
          </w:p>
        </w:tc>
        <w:tc>
          <w:tcPr>
            <w:tcW w:type="dxa" w:w="1080"/>
          </w:tcPr>
          <w:p>
            <w:r>
              <w:t>1</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43</w:t>
            </w:r>
          </w:p>
        </w:tc>
        <w:tc>
          <w:tcPr>
            <w:tcW w:type="dxa" w:w="1080"/>
          </w:tcPr>
          <w:p>
            <w:r>
              <w:t>有机化学实验（二）</w:t>
            </w:r>
          </w:p>
        </w:tc>
        <w:tc>
          <w:tcPr>
            <w:tcW w:type="dxa" w:w="1080"/>
          </w:tcPr>
          <w:p>
            <w:r>
              <w:t>2CB21905</w:t>
            </w:r>
          </w:p>
        </w:tc>
        <w:tc>
          <w:tcPr>
            <w:tcW w:type="dxa" w:w="1080"/>
          </w:tcPr>
          <w:p>
            <w:r>
              <w:t>1</w:t>
            </w:r>
          </w:p>
        </w:tc>
        <w:tc>
          <w:tcPr>
            <w:tcW w:type="dxa" w:w="1080"/>
          </w:tcPr>
          <w:p>
            <w:r>
              <w:t>专业教育必修课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44</w:t>
            </w:r>
          </w:p>
        </w:tc>
        <w:tc>
          <w:tcPr>
            <w:tcW w:type="dxa" w:w="1080"/>
          </w:tcPr>
          <w:p>
            <w:r>
              <w:t>物理化学实验（二）</w:t>
            </w:r>
          </w:p>
        </w:tc>
        <w:tc>
          <w:tcPr>
            <w:tcW w:type="dxa" w:w="1080"/>
          </w:tcPr>
          <w:p>
            <w:r>
              <w:t>2CB21902</w:t>
            </w:r>
          </w:p>
        </w:tc>
        <w:tc>
          <w:tcPr>
            <w:tcW w:type="dxa" w:w="1080"/>
          </w:tcPr>
          <w:p>
            <w:r>
              <w:t>1</w:t>
            </w:r>
          </w:p>
        </w:tc>
        <w:tc>
          <w:tcPr>
            <w:tcW w:type="dxa" w:w="1080"/>
          </w:tcPr>
          <w:p>
            <w:r>
              <w:t>专业教育必修课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45</w:t>
            </w:r>
          </w:p>
        </w:tc>
        <w:tc>
          <w:tcPr>
            <w:tcW w:type="dxa" w:w="1080"/>
          </w:tcPr>
          <w:p>
            <w:r>
              <w:t>能源材料加工技术</w:t>
            </w:r>
          </w:p>
        </w:tc>
        <w:tc>
          <w:tcPr>
            <w:tcW w:type="dxa" w:w="1080"/>
          </w:tcPr>
          <w:p>
            <w:r>
              <w:t>2MS21211</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46</w:t>
            </w:r>
          </w:p>
        </w:tc>
        <w:tc>
          <w:tcPr>
            <w:tcW w:type="dxa" w:w="1080"/>
          </w:tcPr>
          <w:p>
            <w:r>
              <w:t>材料科技创新设计</w:t>
            </w:r>
          </w:p>
        </w:tc>
        <w:tc>
          <w:tcPr>
            <w:tcW w:type="dxa" w:w="1080"/>
          </w:tcPr>
          <w:p>
            <w:r>
              <w:t>2MS21207</w:t>
            </w:r>
          </w:p>
        </w:tc>
        <w:tc>
          <w:tcPr>
            <w:tcW w:type="dxa" w:w="1080"/>
          </w:tcPr>
          <w:p>
            <w:r>
              <w:t>1</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47</w:t>
            </w:r>
          </w:p>
        </w:tc>
        <w:tc>
          <w:tcPr>
            <w:tcW w:type="dxa" w:w="1080"/>
          </w:tcPr>
          <w:p>
            <w:r>
              <w:t>认识实习</w:t>
            </w:r>
          </w:p>
        </w:tc>
        <w:tc>
          <w:tcPr>
            <w:tcW w:type="dxa" w:w="1080"/>
          </w:tcPr>
          <w:p>
            <w:r>
              <w:t>2MS21228</w:t>
            </w:r>
          </w:p>
        </w:tc>
        <w:tc>
          <w:tcPr>
            <w:tcW w:type="dxa" w:w="1080"/>
          </w:tcPr>
          <w:p>
            <w:r>
              <w:t>1</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48</w:t>
            </w:r>
          </w:p>
        </w:tc>
        <w:tc>
          <w:tcPr>
            <w:tcW w:type="dxa" w:w="1080"/>
          </w:tcPr>
          <w:p>
            <w:r>
              <w:t>机械设计基础</w:t>
            </w:r>
          </w:p>
        </w:tc>
        <w:tc>
          <w:tcPr>
            <w:tcW w:type="dxa" w:w="1080"/>
          </w:tcPr>
          <w:p>
            <w:r>
              <w:t>2MS21229</w:t>
            </w:r>
          </w:p>
        </w:tc>
        <w:tc>
          <w:tcPr>
            <w:tcW w:type="dxa" w:w="1080"/>
          </w:tcPr>
          <w:p>
            <w:r>
              <w:t>1</w:t>
            </w:r>
          </w:p>
        </w:tc>
        <w:tc>
          <w:tcPr>
            <w:tcW w:type="dxa" w:w="1080"/>
          </w:tcPr>
          <w:p>
            <w:r>
              <w:t>专业教育必修课</w:t>
            </w:r>
          </w:p>
        </w:tc>
        <w:tc>
          <w:tcPr>
            <w:tcW w:type="dxa" w:w="1080"/>
          </w:tcPr>
          <w:p>
            <w:r>
              <w:t>材料科学与工程学院</w:t>
            </w:r>
          </w:p>
        </w:tc>
        <w:tc>
          <w:tcPr>
            <w:tcW w:type="dxa" w:w="1080"/>
          </w:tcPr>
          <w:p>
            <w:r>
              <w:t>2024-2025</w:t>
            </w:r>
          </w:p>
        </w:tc>
        <w:tc>
          <w:tcPr>
            <w:tcW w:type="dxa" w:w="1080"/>
          </w:tcPr>
          <w:p>
            <w:r>
              <w:t>2</w:t>
            </w:r>
          </w:p>
        </w:tc>
      </w:tr>
      <w:tr>
        <w:tc>
          <w:tcPr>
            <w:tcW w:type="dxa" w:w="1080"/>
          </w:tcPr>
          <w:p>
            <w:r>
              <w:t>49</w:t>
            </w:r>
          </w:p>
        </w:tc>
        <w:tc>
          <w:tcPr>
            <w:tcW w:type="dxa" w:w="1080"/>
          </w:tcPr>
          <w:p>
            <w:r>
              <w:t>国家安全教育</w:t>
            </w:r>
          </w:p>
        </w:tc>
        <w:tc>
          <w:tcPr>
            <w:tcW w:type="dxa" w:w="1080"/>
          </w:tcPr>
          <w:p>
            <w:r>
              <w:t>2MX11012</w:t>
            </w:r>
          </w:p>
        </w:tc>
        <w:tc>
          <w:tcPr>
            <w:tcW w:type="dxa" w:w="1080"/>
          </w:tcPr>
          <w:p>
            <w:r>
              <w:t>1</w:t>
            </w:r>
          </w:p>
        </w:tc>
        <w:tc>
          <w:tcPr>
            <w:tcW w:type="dxa" w:w="1080"/>
          </w:tcPr>
          <w:p>
            <w:r>
              <w:t>通识教育必修课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50</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通识教育必修课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51</w:t>
            </w:r>
          </w:p>
        </w:tc>
        <w:tc>
          <w:tcPr>
            <w:tcW w:type="dxa" w:w="1080"/>
          </w:tcPr>
          <w:p>
            <w:r>
              <w:t>新能源仪器分析</w:t>
            </w:r>
          </w:p>
        </w:tc>
        <w:tc>
          <w:tcPr>
            <w:tcW w:type="dxa" w:w="1080"/>
          </w:tcPr>
          <w:p>
            <w:r>
              <w:t>2MS21208</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52</w:t>
            </w:r>
          </w:p>
        </w:tc>
        <w:tc>
          <w:tcPr>
            <w:tcW w:type="dxa" w:w="1080"/>
          </w:tcPr>
          <w:p>
            <w:r>
              <w:t>新能源材料现代分析</w:t>
            </w:r>
          </w:p>
        </w:tc>
        <w:tc>
          <w:tcPr>
            <w:tcW w:type="dxa" w:w="1080"/>
          </w:tcPr>
          <w:p>
            <w:r>
              <w:t>2MS21210</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53</w:t>
            </w:r>
          </w:p>
        </w:tc>
        <w:tc>
          <w:tcPr>
            <w:tcW w:type="dxa" w:w="1080"/>
          </w:tcPr>
          <w:p>
            <w:r>
              <w:t>材料物理B</w:t>
            </w:r>
          </w:p>
        </w:tc>
        <w:tc>
          <w:tcPr>
            <w:tcW w:type="dxa" w:w="1080"/>
          </w:tcPr>
          <w:p>
            <w:r>
              <w:t>2MS21209</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54</w:t>
            </w:r>
          </w:p>
        </w:tc>
        <w:tc>
          <w:tcPr>
            <w:tcW w:type="dxa" w:w="1080"/>
          </w:tcPr>
          <w:p>
            <w:r>
              <w:t>新能源实验设计与数据处理</w:t>
            </w:r>
          </w:p>
        </w:tc>
        <w:tc>
          <w:tcPr>
            <w:tcW w:type="dxa" w:w="1080"/>
          </w:tcPr>
          <w:p>
            <w:r>
              <w:t>2MS21212</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55</w:t>
            </w:r>
          </w:p>
        </w:tc>
        <w:tc>
          <w:tcPr>
            <w:tcW w:type="dxa" w:w="1080"/>
          </w:tcPr>
          <w:p>
            <w:r>
              <w:t>新能源材料与器件专业英语</w:t>
            </w:r>
          </w:p>
        </w:tc>
        <w:tc>
          <w:tcPr>
            <w:tcW w:type="dxa" w:w="1080"/>
          </w:tcPr>
          <w:p>
            <w:r>
              <w:t>2MS21219</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56</w:t>
            </w:r>
          </w:p>
        </w:tc>
        <w:tc>
          <w:tcPr>
            <w:tcW w:type="dxa" w:w="1080"/>
          </w:tcPr>
          <w:p>
            <w:r>
              <w:t>新能源材料与器件基础实验</w:t>
            </w:r>
          </w:p>
        </w:tc>
        <w:tc>
          <w:tcPr>
            <w:tcW w:type="dxa" w:w="1080"/>
          </w:tcPr>
          <w:p>
            <w:r>
              <w:t>2MS21221</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57</w:t>
            </w:r>
          </w:p>
        </w:tc>
        <w:tc>
          <w:tcPr>
            <w:tcW w:type="dxa" w:w="1080"/>
          </w:tcPr>
          <w:p>
            <w:r>
              <w:t>应用电化学实验</w:t>
            </w:r>
          </w:p>
        </w:tc>
        <w:tc>
          <w:tcPr>
            <w:tcW w:type="dxa" w:w="1080"/>
          </w:tcPr>
          <w:p>
            <w:r>
              <w:t>2MS21222</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58</w:t>
            </w:r>
          </w:p>
        </w:tc>
        <w:tc>
          <w:tcPr>
            <w:tcW w:type="dxa" w:w="1080"/>
          </w:tcPr>
          <w:p>
            <w:r>
              <w:t>材料科技创新实训</w:t>
            </w:r>
          </w:p>
        </w:tc>
        <w:tc>
          <w:tcPr>
            <w:tcW w:type="dxa" w:w="1080"/>
          </w:tcPr>
          <w:p>
            <w:r>
              <w:t>2MS21213</w:t>
            </w:r>
          </w:p>
        </w:tc>
        <w:tc>
          <w:tcPr>
            <w:tcW w:type="dxa" w:w="1080"/>
          </w:tcPr>
          <w:p>
            <w:r>
              <w:t>1</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1</w:t>
            </w:r>
          </w:p>
        </w:tc>
      </w:tr>
      <w:tr>
        <w:tc>
          <w:tcPr>
            <w:tcW w:type="dxa" w:w="1080"/>
          </w:tcPr>
          <w:p>
            <w:r>
              <w:t>59</w:t>
            </w:r>
          </w:p>
        </w:tc>
        <w:tc>
          <w:tcPr>
            <w:tcW w:type="dxa" w:w="1080"/>
          </w:tcPr>
          <w:p>
            <w:r>
              <w:t>就业指导</w:t>
            </w:r>
          </w:p>
        </w:tc>
        <w:tc>
          <w:tcPr>
            <w:tcW w:type="dxa" w:w="1080"/>
          </w:tcPr>
          <w:p>
            <w:r>
              <w:t>2SA11002</w:t>
            </w:r>
          </w:p>
        </w:tc>
        <w:tc>
          <w:tcPr>
            <w:tcW w:type="dxa" w:w="1080"/>
          </w:tcPr>
          <w:p>
            <w:r>
              <w:t>0.5</w:t>
            </w:r>
          </w:p>
        </w:tc>
        <w:tc>
          <w:tcPr>
            <w:tcW w:type="dxa" w:w="1080"/>
          </w:tcPr>
          <w:p>
            <w:r>
              <w:t>通识教育必修课</w:t>
            </w:r>
          </w:p>
        </w:tc>
        <w:tc>
          <w:tcPr>
            <w:tcW w:type="dxa" w:w="1080"/>
          </w:tcPr>
          <w:p>
            <w:r>
              <w:t>学生工作处</w:t>
            </w:r>
          </w:p>
        </w:tc>
        <w:tc>
          <w:tcPr>
            <w:tcW w:type="dxa" w:w="1080"/>
          </w:tcPr>
          <w:p>
            <w:r>
              <w:t>2025-2026</w:t>
            </w:r>
          </w:p>
        </w:tc>
        <w:tc>
          <w:tcPr>
            <w:tcW w:type="dxa" w:w="1080"/>
          </w:tcPr>
          <w:p>
            <w:r>
              <w:t>1</w:t>
            </w:r>
          </w:p>
        </w:tc>
      </w:tr>
      <w:tr>
        <w:tc>
          <w:tcPr>
            <w:tcW w:type="dxa" w:w="1080"/>
          </w:tcPr>
          <w:p>
            <w:r>
              <w:t>60</w:t>
            </w:r>
          </w:p>
        </w:tc>
        <w:tc>
          <w:tcPr>
            <w:tcW w:type="dxa" w:w="1080"/>
          </w:tcPr>
          <w:p>
            <w:r>
              <w:t>材料工程基础B</w:t>
            </w:r>
          </w:p>
        </w:tc>
        <w:tc>
          <w:tcPr>
            <w:tcW w:type="dxa" w:w="1080"/>
          </w:tcPr>
          <w:p>
            <w:r>
              <w:t>2MS21214</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61</w:t>
            </w:r>
          </w:p>
        </w:tc>
        <w:tc>
          <w:tcPr>
            <w:tcW w:type="dxa" w:w="1080"/>
          </w:tcPr>
          <w:p>
            <w:r>
              <w:t>新能源材料与器件A</w:t>
            </w:r>
          </w:p>
        </w:tc>
        <w:tc>
          <w:tcPr>
            <w:tcW w:type="dxa" w:w="1080"/>
          </w:tcPr>
          <w:p>
            <w:r>
              <w:t>2MS21220</w:t>
            </w:r>
          </w:p>
        </w:tc>
        <w:tc>
          <w:tcPr>
            <w:tcW w:type="dxa" w:w="1080"/>
          </w:tcPr>
          <w:p>
            <w:r>
              <w:t>3</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62</w:t>
            </w:r>
          </w:p>
        </w:tc>
        <w:tc>
          <w:tcPr>
            <w:tcW w:type="dxa" w:w="1080"/>
          </w:tcPr>
          <w:p>
            <w:r>
              <w:t>科技论文写作与欣赏A</w:t>
            </w:r>
          </w:p>
        </w:tc>
        <w:tc>
          <w:tcPr>
            <w:tcW w:type="dxa" w:w="1080"/>
          </w:tcPr>
          <w:p>
            <w:r>
              <w:t>2MS21217</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63</w:t>
            </w:r>
          </w:p>
        </w:tc>
        <w:tc>
          <w:tcPr>
            <w:tcW w:type="dxa" w:w="1080"/>
          </w:tcPr>
          <w:p>
            <w:r>
              <w:t>材料经济与管理B</w:t>
            </w:r>
          </w:p>
        </w:tc>
        <w:tc>
          <w:tcPr>
            <w:tcW w:type="dxa" w:w="1080"/>
          </w:tcPr>
          <w:p>
            <w:r>
              <w:t>2MS21215</w:t>
            </w:r>
          </w:p>
        </w:tc>
        <w:tc>
          <w:tcPr>
            <w:tcW w:type="dxa" w:w="1080"/>
          </w:tcPr>
          <w:p>
            <w:r>
              <w:t>1</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64</w:t>
            </w:r>
          </w:p>
        </w:tc>
        <w:tc>
          <w:tcPr>
            <w:tcW w:type="dxa" w:w="1080"/>
          </w:tcPr>
          <w:p>
            <w:r>
              <w:t>材料科技文献检索与导读</w:t>
            </w:r>
          </w:p>
        </w:tc>
        <w:tc>
          <w:tcPr>
            <w:tcW w:type="dxa" w:w="1080"/>
          </w:tcPr>
          <w:p>
            <w:r>
              <w:t>2MS21216</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65</w:t>
            </w:r>
          </w:p>
        </w:tc>
        <w:tc>
          <w:tcPr>
            <w:tcW w:type="dxa" w:w="1080"/>
          </w:tcPr>
          <w:p>
            <w:r>
              <w:t>化学电源基础与应用（二次电池方向）</w:t>
            </w:r>
          </w:p>
        </w:tc>
        <w:tc>
          <w:tcPr>
            <w:tcW w:type="dxa" w:w="1080"/>
          </w:tcPr>
          <w:p>
            <w:r>
              <w:t>2MS22201</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66</w:t>
            </w:r>
          </w:p>
        </w:tc>
        <w:tc>
          <w:tcPr>
            <w:tcW w:type="dxa" w:w="1080"/>
          </w:tcPr>
          <w:p>
            <w:r>
              <w:t>储能材料与技术（二次电池方向）</w:t>
            </w:r>
          </w:p>
        </w:tc>
        <w:tc>
          <w:tcPr>
            <w:tcW w:type="dxa" w:w="1080"/>
          </w:tcPr>
          <w:p>
            <w:r>
              <w:t>2MS22202</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67</w:t>
            </w:r>
          </w:p>
        </w:tc>
        <w:tc>
          <w:tcPr>
            <w:tcW w:type="dxa" w:w="1080"/>
          </w:tcPr>
          <w:p>
            <w:r>
              <w:t>催化原理与应用（氢能材料方向）</w:t>
            </w:r>
          </w:p>
        </w:tc>
        <w:tc>
          <w:tcPr>
            <w:tcW w:type="dxa" w:w="1080"/>
          </w:tcPr>
          <w:p>
            <w:r>
              <w:t>2MS22203</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68</w:t>
            </w:r>
          </w:p>
        </w:tc>
        <w:tc>
          <w:tcPr>
            <w:tcW w:type="dxa" w:w="1080"/>
          </w:tcPr>
          <w:p>
            <w:r>
              <w:t>氢能材料与技术（氢能材料方向）</w:t>
            </w:r>
          </w:p>
        </w:tc>
        <w:tc>
          <w:tcPr>
            <w:tcW w:type="dxa" w:w="1080"/>
          </w:tcPr>
          <w:p>
            <w:r>
              <w:t>2MS22204</w:t>
            </w:r>
          </w:p>
        </w:tc>
        <w:tc>
          <w:tcPr>
            <w:tcW w:type="dxa" w:w="1080"/>
          </w:tcPr>
          <w:p>
            <w:r>
              <w:t>2</w:t>
            </w:r>
          </w:p>
        </w:tc>
        <w:tc>
          <w:tcPr>
            <w:tcW w:type="dxa" w:w="1080"/>
          </w:tcPr>
          <w:p>
            <w:r>
              <w:t>专业教育限选课</w:t>
            </w:r>
          </w:p>
        </w:tc>
        <w:tc>
          <w:tcPr>
            <w:tcW w:type="dxa" w:w="1080"/>
          </w:tcPr>
          <w:p>
            <w:r>
              <w:t>材料科学与工程学院</w:t>
            </w:r>
          </w:p>
        </w:tc>
        <w:tc>
          <w:tcPr>
            <w:tcW w:type="dxa" w:w="1080"/>
          </w:tcPr>
          <w:p>
            <w:r>
              <w:t>2025-2026</w:t>
            </w:r>
          </w:p>
        </w:tc>
        <w:tc>
          <w:tcPr>
            <w:tcW w:type="dxa" w:w="1080"/>
          </w:tcPr>
          <w:p>
            <w:r>
              <w:t>2</w:t>
            </w:r>
          </w:p>
        </w:tc>
      </w:tr>
      <w:tr>
        <w:tc>
          <w:tcPr>
            <w:tcW w:type="dxa" w:w="1080"/>
          </w:tcPr>
          <w:p>
            <w:r>
              <w:t>69</w:t>
            </w:r>
          </w:p>
        </w:tc>
        <w:tc>
          <w:tcPr>
            <w:tcW w:type="dxa" w:w="1080"/>
          </w:tcPr>
          <w:p>
            <w:r>
              <w:t>材料工程实践</w:t>
            </w:r>
          </w:p>
        </w:tc>
        <w:tc>
          <w:tcPr>
            <w:tcW w:type="dxa" w:w="1080"/>
          </w:tcPr>
          <w:p>
            <w:r>
              <w:t>2MS21230</w:t>
            </w:r>
          </w:p>
        </w:tc>
        <w:tc>
          <w:tcPr>
            <w:tcW w:type="dxa" w:w="1080"/>
          </w:tcPr>
          <w:p>
            <w:r>
              <w:t>2</w:t>
            </w:r>
          </w:p>
        </w:tc>
        <w:tc>
          <w:tcPr>
            <w:tcW w:type="dxa" w:w="1080"/>
          </w:tcPr>
          <w:p>
            <w:r>
              <w:t>专业教育必修课</w:t>
            </w:r>
          </w:p>
        </w:tc>
        <w:tc>
          <w:tcPr>
            <w:tcW w:type="dxa" w:w="1080"/>
          </w:tcPr>
          <w:p>
            <w:r>
              <w:t>材料科学与工程学院</w:t>
            </w:r>
          </w:p>
        </w:tc>
        <w:tc>
          <w:tcPr>
            <w:tcW w:type="dxa" w:w="1080"/>
          </w:tcPr>
          <w:p>
            <w:r>
              <w:t>2025-2026</w:t>
            </w:r>
          </w:p>
        </w:tc>
        <w:tc>
          <w:tcPr>
            <w:tcW w:type="dxa" w:w="1080"/>
          </w:tcPr>
          <w:p>
            <w:r>
              <w:t>2</w:t>
            </w:r>
          </w:p>
        </w:tc>
      </w:tr>
      <w:tr>
        <w:tc>
          <w:tcPr>
            <w:tcW w:type="dxa" w:w="1080"/>
          </w:tcPr>
          <w:p>
            <w:r>
              <w:t>制表人（签字）：日期：学院（公章）：</w:t>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