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苏州科技大学机械工程学院推荐2027年优秀应届本科毕业生免试攻读研究生工作细则</w:t>
      </w:r>
    </w:p>
    <w:p>
      <w:r>
        <w:t>苏州科技大学机械工程学院</w:t>
      </w:r>
    </w:p>
    <w:p>
      <w:r>
        <w:t>推荐2027年优秀应届本科毕业生免试攻读研究生工作细则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组长：朱其新、周刚</w:t>
      </w:r>
    </w:p>
    <w:p>
      <w:r>
        <w:t>成员：蒋全胜、吴娱、曹自洋、沈晔湖、吴石磊、谢鸥、刘威、陈浩、周碧晋</w:t>
      </w:r>
    </w:p>
    <w:p>
      <w:r>
        <w:t>咨询电话：0512-68782526</w:t>
      </w:r>
    </w:p>
    <w:p>
      <w:r>
        <w:t>申诉电话：0512-68321761</w:t>
      </w:r>
    </w:p>
    <w:p>
      <w:r>
        <w:t>邮箱：wusl@usts.edu.cn</w:t>
      </w:r>
    </w:p>
    <w:p>
      <w:r>
        <w:t>二、名额分配</w:t>
      </w:r>
    </w:p>
    <w:p>
      <w:r>
        <w:t>总名额：15名</w:t>
      </w:r>
    </w:p>
    <w:p>
      <w:r>
        <w:t>名额分配如下：机械设计制造及其自动化专业7名；机械电子工程专业5名；材料成型及控制工程专业3名。</w:t>
      </w:r>
    </w:p>
    <w:p>
      <w:r>
        <w:t>三、申请报名条件</w:t>
      </w:r>
    </w:p>
    <w:p>
      <w:r>
        <w:t>申请者须满足学校规定的遴选基本条件。</w:t>
      </w:r>
    </w:p>
    <w:p>
      <w:r>
        <w:t>四、申请受理时间、地点</w:t>
      </w:r>
    </w:p>
    <w:p>
      <w:r>
        <w:t>截止时间：9月1日17:00之前，提交报名申请及相关材料。</w:t>
      </w:r>
    </w:p>
    <w:p>
      <w:r>
        <w:t>受理地点：天平校区机械工程楼301室</w:t>
      </w:r>
    </w:p>
    <w:p>
      <w:r>
        <w:t>受理人员：朱淑梅老师</w:t>
      </w:r>
    </w:p>
    <w:p>
      <w:r>
        <w:t>申请材料：申请表（附件3），综合素质加分申请表（附件4），学科竞赛、科研成果、参加志愿服务、到国际组织实习、参军入伍服兵役等综合素质相关材料的复印件2份。</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也应主动报备声明。回避报备应于9月2日前完成，并由学院汇总后报教务处备案。</w:t>
      </w:r>
    </w:p>
    <w:p>
      <w:r>
        <w:t>2、其他事项按照教育部和学校相关规定执行。</w:t>
      </w:r>
    </w:p>
    <w:p>
      <w:r>
        <w:t>3、本细则由学院推免生遴选工作小组负责解释。</w:t>
      </w:r>
    </w:p>
    <w:p>
      <w:r>
        <w:t>机械工程学院</w:t>
      </w:r>
    </w:p>
    <w:p>
      <w:r>
        <w:t>2026年8月30日</w:t>
      </w:r>
    </w:p>
    <w:p>
      <w:r>
        <w:t>附件1:苏州科技大学机械工程学院推免生综合素质单项分值设置表</w:t>
      </w:r>
    </w:p>
    <w:p>
      <w:r>
        <w:t>附件2:苏州科技大学推荐2027年优秀应届本科毕业生免试攻读研究生课程清单</w:t>
      </w:r>
    </w:p>
    <w:p>
      <w:r>
        <w:t>附件3:2027届优秀应届本科毕业生推荐免试攻读研究生申请表</w:t>
      </w:r>
    </w:p>
    <w:p>
      <w:r>
        <w:t>附件4:推免综合素质加分申请表</w:t>
      </w:r>
    </w:p>
    <w:p>
      <w:r>
        <w:t>苏州科技大学推免生综合素质单项分值设置表</w:t>
      </w:r>
    </w:p>
    <w:tbl>
      <w:tblPr>
        <w:tblStyle w:val="TableGrid"/>
        <w:tblW w:type="auto" w:w="0"/>
        <w:tblLook w:firstColumn="1" w:firstRow="1" w:lastColumn="0" w:lastRow="0" w:noHBand="0" w:noVBand="1" w:val="04A0"/>
      </w:tblPr>
      <w:tblGrid>
        <w:gridCol w:w="864"/>
        <w:gridCol w:w="864"/>
        <w:gridCol w:w="864"/>
        <w:gridCol w:w="864"/>
        <w:gridCol w:w="864"/>
        <w:gridCol w:w="864"/>
        <w:gridCol w:w="864"/>
        <w:gridCol w:w="864"/>
        <w:gridCol w:w="864"/>
        <w:gridCol w:w="864"/>
      </w:tblGrid>
      <w:tr>
        <w:tc>
          <w:tcPr>
            <w:tcW w:type="dxa" w:w="864"/>
          </w:tcPr>
          <w:p>
            <w:r>
              <w:t>类别</w:t>
            </w:r>
          </w:p>
        </w:tc>
        <w:tc>
          <w:tcPr>
            <w:tcW w:type="dxa" w:w="864"/>
          </w:tcPr>
          <w:p>
            <w:r>
              <w:t>项目等级</w:t>
            </w:r>
          </w:p>
        </w:tc>
        <w:tc>
          <w:tcPr>
            <w:tcW w:type="dxa" w:w="864"/>
          </w:tcPr>
          <w:p>
            <w:r>
              <w:t>第一等次</w:t>
            </w:r>
          </w:p>
        </w:tc>
        <w:tc>
          <w:tcPr>
            <w:tcW w:type="dxa" w:w="864"/>
          </w:tcPr>
          <w:p>
            <w:r>
              <w:t>第二等次</w:t>
            </w:r>
          </w:p>
        </w:tc>
        <w:tc>
          <w:tcPr>
            <w:tcW w:type="dxa" w:w="864"/>
          </w:tcPr>
          <w:p>
            <w:r>
              <w:t>第三等次</w:t>
            </w:r>
          </w:p>
        </w:tc>
        <w:tc>
          <w:tcPr>
            <w:tcW w:type="dxa" w:w="864"/>
          </w:tcPr>
          <w:p>
            <w:r>
              <w:t>第四等次</w:t>
            </w:r>
          </w:p>
        </w:tc>
        <w:tc>
          <w:tcPr>
            <w:tcW w:type="dxa" w:w="864"/>
          </w:tcPr>
          <w:p>
            <w:r>
              <w:t>备注</w:t>
            </w:r>
          </w:p>
        </w:tc>
        <w:tc>
          <w:tcPr>
            <w:tcW w:type="dxa" w:w="864"/>
          </w:tcPr>
          <w:p/>
        </w:tc>
        <w:tc>
          <w:tcPr>
            <w:tcW w:type="dxa" w:w="864"/>
          </w:tcPr>
          <w:p/>
        </w:tc>
        <w:tc>
          <w:tcPr>
            <w:tcW w:type="dxa" w:w="864"/>
          </w:tcPr>
          <w:p/>
        </w:tc>
      </w:tr>
      <w:tr>
        <w:tc>
          <w:tcPr>
            <w:tcW w:type="dxa" w:w="864"/>
          </w:tcPr>
          <w:p>
            <w:r>
              <w:t>学科竞赛(不超过40分)</w:t>
            </w:r>
          </w:p>
        </w:tc>
        <w:tc>
          <w:tcPr>
            <w:tcW w:type="dxa" w:w="864"/>
          </w:tcPr>
          <w:p>
            <w:r>
              <w:t>I甲</w:t>
            </w:r>
          </w:p>
        </w:tc>
        <w:tc>
          <w:tcPr>
            <w:tcW w:type="dxa" w:w="864"/>
          </w:tcPr>
          <w:p>
            <w:r>
              <w:t>40</w:t>
            </w:r>
          </w:p>
        </w:tc>
        <w:tc>
          <w:tcPr>
            <w:tcW w:type="dxa" w:w="864"/>
          </w:tcPr>
          <w:p>
            <w:r>
              <w:t>30</w:t>
            </w:r>
          </w:p>
        </w:tc>
        <w:tc>
          <w:tcPr>
            <w:tcW w:type="dxa" w:w="864"/>
          </w:tcPr>
          <w:p>
            <w:r>
              <w:t>15</w:t>
            </w:r>
          </w:p>
        </w:tc>
        <w:tc>
          <w:tcPr>
            <w:tcW w:type="dxa" w:w="864"/>
          </w:tcPr>
          <w:p>
            <w:r>
              <w:t>5</w:t>
            </w:r>
          </w:p>
        </w:tc>
        <w:tc>
          <w:tcPr>
            <w:tcW w:type="dxa" w:w="864"/>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c>
          <w:tcPr>
            <w:tcW w:type="dxa" w:w="864"/>
          </w:tcPr>
          <w:p/>
        </w:tc>
        <w:tc>
          <w:tcPr>
            <w:tcW w:type="dxa" w:w="864"/>
          </w:tcPr>
          <w:p/>
        </w:tc>
        <w:tc>
          <w:tcPr>
            <w:tcW w:type="dxa" w:w="864"/>
          </w:tcPr>
          <w:p/>
        </w:tc>
      </w:tr>
      <w:tr>
        <w:tc>
          <w:tcPr>
            <w:tcW w:type="dxa" w:w="864"/>
          </w:tcPr>
          <w:p>
            <w:r>
              <w:t>I乙</w:t>
            </w:r>
          </w:p>
        </w:tc>
        <w:tc>
          <w:tcPr>
            <w:tcW w:type="dxa" w:w="864"/>
          </w:tcPr>
          <w:p>
            <w:r>
              <w:t>15</w:t>
            </w:r>
          </w:p>
        </w:tc>
        <w:tc>
          <w:tcPr>
            <w:tcW w:type="dxa" w:w="864"/>
          </w:tcPr>
          <w:p>
            <w:r>
              <w:t>10</w:t>
            </w:r>
          </w:p>
        </w:tc>
        <w:tc>
          <w:tcPr>
            <w:tcW w:type="dxa" w:w="864"/>
          </w:tcPr>
          <w:p>
            <w:r>
              <w:t>3</w:t>
            </w:r>
          </w:p>
        </w:tc>
        <w:tc>
          <w:tcPr>
            <w:tcW w:type="dxa" w:w="864"/>
          </w:tcPr>
          <w:p>
            <w:r>
              <w:t>1</w:t>
            </w:r>
          </w:p>
        </w:tc>
        <w:tc>
          <w:tcPr>
            <w:tcW w:type="dxa" w:w="864"/>
          </w:tcPr>
          <w:p/>
        </w:tc>
        <w:tc>
          <w:tcPr>
            <w:tcW w:type="dxa" w:w="864"/>
          </w:tcPr>
          <w:p/>
        </w:tc>
        <w:tc>
          <w:tcPr>
            <w:tcW w:type="dxa" w:w="864"/>
          </w:tcPr>
          <w:p/>
        </w:tc>
        <w:tc>
          <w:tcPr>
            <w:tcW w:type="dxa" w:w="864"/>
          </w:tcPr>
          <w:p/>
        </w:tc>
        <w:tc>
          <w:tcPr>
            <w:tcW w:type="dxa" w:w="864"/>
          </w:tcPr>
          <w:p/>
        </w:tc>
      </w:tr>
      <w:tr>
        <w:tc>
          <w:tcPr>
            <w:tcW w:type="dxa" w:w="864"/>
          </w:tcPr>
          <w:p>
            <w:r>
              <w:t>科研成果(不超过40分)</w:t>
            </w:r>
          </w:p>
        </w:tc>
        <w:tc>
          <w:tcPr>
            <w:tcW w:type="dxa" w:w="864"/>
          </w:tcPr>
          <w:p>
            <w:r>
              <w:t>科研论文（不超过30分）</w:t>
            </w:r>
          </w:p>
        </w:tc>
        <w:tc>
          <w:tcPr>
            <w:tcW w:type="dxa" w:w="864"/>
          </w:tcPr>
          <w:p>
            <w:r>
              <w:t>TOP期刊30分；一类权威核心期刊25分；一类核心期刊20分；二类核心期刊15分；三类核心期刊10分；四类核心期刊5分；北京大学《中文核心期刊要目总览》期刊2分</w:t>
            </w:r>
          </w:p>
        </w:tc>
        <w:tc>
          <w:tcPr>
            <w:tcW w:type="dxa" w:w="864"/>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2）发明专利不得超过10分。须提供相关专利授权书。（3）学生在某一项有多个加分情况时，取最高项加分。（4）TOP期刊及期刊分类以《苏州科技大学核心期刊目录（2021修订）》为准。</w:t>
            </w: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发明专利（不超过10分）</w:t>
            </w:r>
          </w:p>
        </w:tc>
        <w:tc>
          <w:tcPr>
            <w:tcW w:type="dxa" w:w="864"/>
          </w:tcPr>
          <w:p>
            <w:r>
              <w:t>发达国家发明专利10分（美、英、日、法、德）；中国发明专利8分</w:t>
            </w: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志愿服务(不超过10分)</w:t>
            </w:r>
          </w:p>
        </w:tc>
        <w:tc>
          <w:tcPr>
            <w:tcW w:type="dxa" w:w="864"/>
          </w:tcPr>
          <w:p>
            <w:r/>
          </w:p>
        </w:tc>
        <w:tc>
          <w:tcPr>
            <w:tcW w:type="dxa" w:w="864"/>
          </w:tcPr>
          <w:p>
            <w:r>
              <w:t>第一等次</w:t>
            </w:r>
          </w:p>
        </w:tc>
        <w:tc>
          <w:tcPr>
            <w:tcW w:type="dxa" w:w="864"/>
          </w:tcPr>
          <w:p>
            <w:r>
              <w:t>第二等次</w:t>
            </w:r>
          </w:p>
        </w:tc>
        <w:tc>
          <w:tcPr>
            <w:tcW w:type="dxa" w:w="864"/>
          </w:tcPr>
          <w:p>
            <w:r>
              <w:t>第三等次</w:t>
            </w:r>
          </w:p>
        </w:tc>
        <w:tc>
          <w:tcPr>
            <w:tcW w:type="dxa" w:w="864"/>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864"/>
          </w:tcPr>
          <w:p/>
        </w:tc>
        <w:tc>
          <w:tcPr>
            <w:tcW w:type="dxa" w:w="864"/>
          </w:tcPr>
          <w:p/>
        </w:tc>
        <w:tc>
          <w:tcPr>
            <w:tcW w:type="dxa" w:w="864"/>
          </w:tcPr>
          <w:p/>
        </w:tc>
        <w:tc>
          <w:tcPr>
            <w:tcW w:type="dxa" w:w="864"/>
          </w:tcPr>
          <w:p/>
        </w:tc>
      </w:tr>
      <w:tr>
        <w:tc>
          <w:tcPr>
            <w:tcW w:type="dxa" w:w="864"/>
          </w:tcPr>
          <w:p>
            <w:r>
              <w:t>国家级</w:t>
            </w:r>
          </w:p>
        </w:tc>
        <w:tc>
          <w:tcPr>
            <w:tcW w:type="dxa" w:w="864"/>
          </w:tcPr>
          <w:p>
            <w:r>
              <w:t>10</w:t>
            </w:r>
          </w:p>
        </w:tc>
        <w:tc>
          <w:tcPr>
            <w:tcW w:type="dxa" w:w="864"/>
          </w:tcPr>
          <w:p>
            <w:r>
              <w:t>7</w:t>
            </w:r>
          </w:p>
        </w:tc>
        <w:tc>
          <w:tcPr>
            <w:tcW w:type="dxa" w:w="864"/>
          </w:tcPr>
          <w:p>
            <w:r>
              <w:t>5</w:t>
            </w: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省部级</w:t>
            </w:r>
          </w:p>
        </w:tc>
        <w:tc>
          <w:tcPr>
            <w:tcW w:type="dxa" w:w="864"/>
          </w:tcPr>
          <w:p>
            <w:r>
              <w:t>5</w:t>
            </w:r>
          </w:p>
        </w:tc>
        <w:tc>
          <w:tcPr>
            <w:tcW w:type="dxa" w:w="864"/>
          </w:tcPr>
          <w:p>
            <w:r>
              <w:t>3</w:t>
            </w:r>
          </w:p>
        </w:tc>
        <w:tc>
          <w:tcPr>
            <w:tcW w:type="dxa" w:w="864"/>
          </w:tcPr>
          <w:p>
            <w:r>
              <w:t>1</w:t>
            </w: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到国际组织实习（不超过5分）</w:t>
            </w:r>
          </w:p>
        </w:tc>
        <w:tc>
          <w:tcPr>
            <w:tcW w:type="dxa" w:w="864"/>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参军入伍服兵役（不超过5分）</w:t>
            </w:r>
          </w:p>
        </w:tc>
        <w:tc>
          <w:tcPr>
            <w:tcW w:type="dxa" w:w="864"/>
          </w:tcPr>
          <w:p>
            <w:r>
              <w:t>须提供入伍批准书及退出现役证。</w:t>
            </w: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c>
          <w:tcPr>
            <w:tcW w:type="dxa" w:w="864"/>
          </w:tcPr>
          <w:p>
            <w:r/>
          </w:p>
        </w:tc>
      </w:tr>
    </w:tbl>
    <w:p>
      <w:r>
        <w:t>注：（1）成果所列第一单位须为“苏州科技大学”。</w:t>
      </w:r>
    </w:p>
    <w:p>
      <w:r>
        <w:t>（2）成果或活动认定依据记载日期须在2026年8月31日前。</w:t>
      </w:r>
    </w:p>
    <w:tbl>
      <w:tblPr>
        <w:tblStyle w:val="TableGrid"/>
        <w:tblW w:type="auto" w:w="0"/>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t>苏州科技大学推荐2027年优秀应届本科毕业生免试攻读研究生课程清单</w:t>
            </w:r>
          </w:p>
        </w:tc>
        <w:tc>
          <w:tcPr>
            <w:tcW w:type="dxa" w:w="960"/>
          </w:tcPr>
          <w:p>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年级：</w:t>
            </w:r>
          </w:p>
        </w:tc>
        <w:tc>
          <w:tcPr>
            <w:tcW w:type="dxa" w:w="960"/>
          </w:tcPr>
          <w:p>
            <w:r>
              <w:t>2023级</w:t>
            </w:r>
          </w:p>
        </w:tc>
        <w:tc>
          <w:tcPr>
            <w:tcW w:type="dxa" w:w="960"/>
          </w:tcPr>
          <w:p>
            <w:r>
              <w:t>专业：</w:t>
            </w:r>
          </w:p>
        </w:tc>
        <w:tc>
          <w:tcPr>
            <w:tcW w:type="dxa" w:w="960"/>
          </w:tcPr>
          <w:p>
            <w:r>
              <w:t>机械设计制造及其自动化</w:t>
            </w:r>
          </w:p>
        </w:tc>
        <w:tc>
          <w:tcPr>
            <w:tcW w:type="dxa" w:w="960"/>
          </w:tcPr>
          <w:p>
            <w:r/>
          </w:p>
        </w:tc>
        <w:tc>
          <w:tcPr>
            <w:tcW w:type="dxa" w:w="960"/>
          </w:tcPr>
          <w:p/>
        </w:tc>
        <w:tc>
          <w:tcPr>
            <w:tcW w:type="dxa" w:w="960"/>
          </w:tcPr>
          <w:p/>
        </w:tc>
        <w:tc>
          <w:tcPr>
            <w:tcW w:type="dxa" w:w="960"/>
          </w:tcPr>
          <w:p/>
        </w:tc>
        <w:tc>
          <w:tcPr>
            <w:tcW w:type="dxa" w:w="960"/>
          </w:tcPr>
          <w:p/>
        </w:tc>
      </w:tr>
      <w:tr>
        <w:tc>
          <w:tcPr>
            <w:tcW w:type="dxa" w:w="960"/>
          </w:tcPr>
          <w:p>
            <w:r>
              <w:t>序号</w:t>
            </w:r>
          </w:p>
        </w:tc>
        <w:tc>
          <w:tcPr>
            <w:tcW w:type="dxa" w:w="960"/>
          </w:tcPr>
          <w:p>
            <w:r>
              <w:t>课程名称</w:t>
            </w:r>
          </w:p>
        </w:tc>
        <w:tc>
          <w:tcPr>
            <w:tcW w:type="dxa" w:w="960"/>
          </w:tcPr>
          <w:p>
            <w:r>
              <w:t>课程代码</w:t>
            </w:r>
          </w:p>
        </w:tc>
        <w:tc>
          <w:tcPr>
            <w:tcW w:type="dxa" w:w="960"/>
          </w:tcPr>
          <w:p>
            <w:r>
              <w:t>学分</w:t>
            </w:r>
          </w:p>
        </w:tc>
        <w:tc>
          <w:tcPr>
            <w:tcW w:type="dxa" w:w="960"/>
          </w:tcPr>
          <w:p>
            <w:r>
              <w:t>课程性质</w:t>
            </w:r>
          </w:p>
        </w:tc>
        <w:tc>
          <w:tcPr>
            <w:tcW w:type="dxa" w:w="960"/>
          </w:tcPr>
          <w:p>
            <w:r>
              <w:t>开课部门</w:t>
            </w:r>
          </w:p>
        </w:tc>
        <w:tc>
          <w:tcPr>
            <w:tcW w:type="dxa" w:w="960"/>
          </w:tcPr>
          <w:p>
            <w:r>
              <w:t>建议修读学年</w:t>
            </w:r>
          </w:p>
        </w:tc>
        <w:tc>
          <w:tcPr>
            <w:tcW w:type="dxa" w:w="960"/>
          </w:tcPr>
          <w:p>
            <w:r>
              <w:t>建议修读学期</w:t>
            </w:r>
          </w:p>
        </w:tc>
        <w:tc>
          <w:tcPr>
            <w:tcW w:type="dxa" w:w="960"/>
          </w:tcPr>
          <w:p>
            <w:r/>
          </w:p>
        </w:tc>
      </w:tr>
      <w:tr>
        <w:tc>
          <w:tcPr>
            <w:tcW w:type="dxa" w:w="960"/>
          </w:tcPr>
          <w:p>
            <w:r>
              <w:t>1</w:t>
            </w:r>
          </w:p>
        </w:tc>
        <w:tc>
          <w:tcPr>
            <w:tcW w:type="dxa" w:w="960"/>
          </w:tcPr>
          <w:p>
            <w:r>
              <w:t>入学教育</w:t>
            </w:r>
          </w:p>
        </w:tc>
        <w:tc>
          <w:tcPr>
            <w:tcW w:type="dxa" w:w="960"/>
          </w:tcPr>
          <w:p>
            <w:r>
              <w:t>2AA31001</w:t>
            </w:r>
          </w:p>
        </w:tc>
        <w:tc>
          <w:tcPr>
            <w:tcW w:type="dxa" w:w="960"/>
          </w:tcPr>
          <w:p>
            <w:r>
              <w:t>0.0</w:t>
            </w:r>
          </w:p>
        </w:tc>
        <w:tc>
          <w:tcPr>
            <w:tcW w:type="dxa" w:w="960"/>
          </w:tcPr>
          <w:p>
            <w:r>
              <w:t>素质必修课</w:t>
            </w:r>
          </w:p>
        </w:tc>
        <w:tc>
          <w:tcPr>
            <w:tcW w:type="dxa" w:w="960"/>
          </w:tcPr>
          <w:p>
            <w:r>
              <w:t>教务处</w:t>
            </w:r>
          </w:p>
        </w:tc>
        <w:tc>
          <w:tcPr>
            <w:tcW w:type="dxa" w:w="960"/>
          </w:tcPr>
          <w:p>
            <w:r>
              <w:t>2023-2024</w:t>
            </w:r>
          </w:p>
        </w:tc>
        <w:tc>
          <w:tcPr>
            <w:tcW w:type="dxa" w:w="960"/>
          </w:tcPr>
          <w:p>
            <w:r>
              <w:t>1</w:t>
            </w:r>
          </w:p>
        </w:tc>
        <w:tc>
          <w:tcPr>
            <w:tcW w:type="dxa" w:w="960"/>
          </w:tcPr>
          <w:p>
            <w:r/>
          </w:p>
        </w:tc>
      </w:tr>
      <w:tr>
        <w:tc>
          <w:tcPr>
            <w:tcW w:type="dxa" w:w="960"/>
          </w:tcPr>
          <w:p>
            <w:r>
              <w:t>2</w:t>
            </w:r>
          </w:p>
        </w:tc>
        <w:tc>
          <w:tcPr>
            <w:tcW w:type="dxa" w:w="960"/>
          </w:tcPr>
          <w:p>
            <w:r>
              <w:t>军事理论</w:t>
            </w:r>
          </w:p>
        </w:tc>
        <w:tc>
          <w:tcPr>
            <w:tcW w:type="dxa" w:w="960"/>
          </w:tcPr>
          <w:p>
            <w:r>
              <w:t>2AS11001</w:t>
            </w:r>
          </w:p>
        </w:tc>
        <w:tc>
          <w:tcPr>
            <w:tcW w:type="dxa" w:w="960"/>
          </w:tcPr>
          <w:p>
            <w:r>
              <w:t>2.0</w:t>
            </w:r>
          </w:p>
        </w:tc>
        <w:tc>
          <w:tcPr>
            <w:tcW w:type="dxa" w:w="960"/>
          </w:tcPr>
          <w:p>
            <w:r>
              <w:t>通识必修课</w:t>
            </w:r>
          </w:p>
        </w:tc>
        <w:tc>
          <w:tcPr>
            <w:tcW w:type="dxa" w:w="960"/>
          </w:tcPr>
          <w:p>
            <w:r>
              <w:t>武保处</w:t>
            </w:r>
          </w:p>
        </w:tc>
        <w:tc>
          <w:tcPr>
            <w:tcW w:type="dxa" w:w="960"/>
          </w:tcPr>
          <w:p>
            <w:r>
              <w:t>2023-2024</w:t>
            </w:r>
          </w:p>
        </w:tc>
        <w:tc>
          <w:tcPr>
            <w:tcW w:type="dxa" w:w="960"/>
          </w:tcPr>
          <w:p>
            <w:r>
              <w:t>1</w:t>
            </w:r>
          </w:p>
        </w:tc>
        <w:tc>
          <w:tcPr>
            <w:tcW w:type="dxa" w:w="960"/>
          </w:tcPr>
          <w:p>
            <w:r/>
          </w:p>
        </w:tc>
      </w:tr>
      <w:tr>
        <w:tc>
          <w:tcPr>
            <w:tcW w:type="dxa" w:w="960"/>
          </w:tcPr>
          <w:p>
            <w:r>
              <w:t>3</w:t>
            </w:r>
          </w:p>
        </w:tc>
        <w:tc>
          <w:tcPr>
            <w:tcW w:type="dxa" w:w="960"/>
          </w:tcPr>
          <w:p>
            <w:r>
              <w:t>军事技能</w:t>
            </w:r>
          </w:p>
        </w:tc>
        <w:tc>
          <w:tcPr>
            <w:tcW w:type="dxa" w:w="960"/>
          </w:tcPr>
          <w:p>
            <w:r>
              <w:t>2AS11002</w:t>
            </w:r>
          </w:p>
        </w:tc>
        <w:tc>
          <w:tcPr>
            <w:tcW w:type="dxa" w:w="960"/>
          </w:tcPr>
          <w:p>
            <w:r>
              <w:t>2.0</w:t>
            </w:r>
          </w:p>
        </w:tc>
        <w:tc>
          <w:tcPr>
            <w:tcW w:type="dxa" w:w="960"/>
          </w:tcPr>
          <w:p>
            <w:r>
              <w:t>通识必修课</w:t>
            </w:r>
          </w:p>
        </w:tc>
        <w:tc>
          <w:tcPr>
            <w:tcW w:type="dxa" w:w="960"/>
          </w:tcPr>
          <w:p>
            <w:r>
              <w:t>武保处</w:t>
            </w:r>
          </w:p>
        </w:tc>
        <w:tc>
          <w:tcPr>
            <w:tcW w:type="dxa" w:w="960"/>
          </w:tcPr>
          <w:p>
            <w:r>
              <w:t>2023-2024</w:t>
            </w:r>
          </w:p>
        </w:tc>
        <w:tc>
          <w:tcPr>
            <w:tcW w:type="dxa" w:w="960"/>
          </w:tcPr>
          <w:p>
            <w:r>
              <w:t>1</w:t>
            </w:r>
          </w:p>
        </w:tc>
        <w:tc>
          <w:tcPr>
            <w:tcW w:type="dxa" w:w="960"/>
          </w:tcPr>
          <w:p>
            <w:r/>
          </w:p>
        </w:tc>
      </w:tr>
      <w:tr>
        <w:tc>
          <w:tcPr>
            <w:tcW w:type="dxa" w:w="960"/>
          </w:tcPr>
          <w:p>
            <w:r>
              <w:t>4</w:t>
            </w:r>
          </w:p>
        </w:tc>
        <w:tc>
          <w:tcPr>
            <w:tcW w:type="dxa" w:w="960"/>
          </w:tcPr>
          <w:p>
            <w:r>
              <w:t>工程化学</w:t>
            </w:r>
          </w:p>
        </w:tc>
        <w:tc>
          <w:tcPr>
            <w:tcW w:type="dxa" w:w="960"/>
          </w:tcPr>
          <w:p>
            <w:r>
              <w:t>2CB11001</w:t>
            </w:r>
          </w:p>
        </w:tc>
        <w:tc>
          <w:tcPr>
            <w:tcW w:type="dxa" w:w="960"/>
          </w:tcPr>
          <w:p>
            <w:r>
              <w:t>2.0</w:t>
            </w:r>
          </w:p>
        </w:tc>
        <w:tc>
          <w:tcPr>
            <w:tcW w:type="dxa" w:w="960"/>
          </w:tcPr>
          <w:p>
            <w:r>
              <w:t>通识必修课</w:t>
            </w:r>
          </w:p>
        </w:tc>
        <w:tc>
          <w:tcPr>
            <w:tcW w:type="dxa" w:w="960"/>
          </w:tcPr>
          <w:p>
            <w:r>
              <w:t>化学与生命科学学院</w:t>
            </w:r>
          </w:p>
        </w:tc>
        <w:tc>
          <w:tcPr>
            <w:tcW w:type="dxa" w:w="960"/>
          </w:tcPr>
          <w:p>
            <w:r>
              <w:t>2023-2024</w:t>
            </w:r>
          </w:p>
        </w:tc>
        <w:tc>
          <w:tcPr>
            <w:tcW w:type="dxa" w:w="960"/>
          </w:tcPr>
          <w:p>
            <w:r>
              <w:t>1</w:t>
            </w:r>
          </w:p>
        </w:tc>
        <w:tc>
          <w:tcPr>
            <w:tcW w:type="dxa" w:w="960"/>
          </w:tcPr>
          <w:p>
            <w:r/>
          </w:p>
        </w:tc>
      </w:tr>
      <w:tr>
        <w:tc>
          <w:tcPr>
            <w:tcW w:type="dxa" w:w="960"/>
          </w:tcPr>
          <w:p>
            <w:r>
              <w:t>5</w:t>
            </w:r>
          </w:p>
        </w:tc>
        <w:tc>
          <w:tcPr>
            <w:tcW w:type="dxa" w:w="960"/>
          </w:tcPr>
          <w:p>
            <w:r>
              <w:t>大学生心理健康实践</w:t>
            </w:r>
          </w:p>
        </w:tc>
        <w:tc>
          <w:tcPr>
            <w:tcW w:type="dxa" w:w="960"/>
          </w:tcPr>
          <w:p>
            <w:r>
              <w:t>2ED11002</w:t>
            </w:r>
          </w:p>
        </w:tc>
        <w:tc>
          <w:tcPr>
            <w:tcW w:type="dxa" w:w="960"/>
          </w:tcPr>
          <w:p>
            <w:r>
              <w:t>1.0</w:t>
            </w:r>
          </w:p>
        </w:tc>
        <w:tc>
          <w:tcPr>
            <w:tcW w:type="dxa" w:w="960"/>
          </w:tcPr>
          <w:p>
            <w:r>
              <w:t>通识必修课</w:t>
            </w:r>
          </w:p>
        </w:tc>
        <w:tc>
          <w:tcPr>
            <w:tcW w:type="dxa" w:w="960"/>
          </w:tcPr>
          <w:p>
            <w:r>
              <w:t>教育学院</w:t>
            </w:r>
          </w:p>
        </w:tc>
        <w:tc>
          <w:tcPr>
            <w:tcW w:type="dxa" w:w="960"/>
          </w:tcPr>
          <w:p>
            <w:r>
              <w:t>2023-2024</w:t>
            </w:r>
          </w:p>
        </w:tc>
        <w:tc>
          <w:tcPr>
            <w:tcW w:type="dxa" w:w="960"/>
          </w:tcPr>
          <w:p>
            <w:r>
              <w:t>1</w:t>
            </w:r>
          </w:p>
        </w:tc>
        <w:tc>
          <w:tcPr>
            <w:tcW w:type="dxa" w:w="960"/>
          </w:tcPr>
          <w:p>
            <w:r/>
          </w:p>
        </w:tc>
      </w:tr>
      <w:tr>
        <w:tc>
          <w:tcPr>
            <w:tcW w:type="dxa" w:w="960"/>
          </w:tcPr>
          <w:p>
            <w:r>
              <w:t>6</w:t>
            </w:r>
          </w:p>
        </w:tc>
        <w:tc>
          <w:tcPr>
            <w:tcW w:type="dxa" w:w="960"/>
          </w:tcPr>
          <w:p>
            <w:r>
              <w:t>高等数学B(一)</w:t>
            </w:r>
          </w:p>
        </w:tc>
        <w:tc>
          <w:tcPr>
            <w:tcW w:type="dxa" w:w="960"/>
          </w:tcPr>
          <w:p>
            <w:r>
              <w:t>2MA11003</w:t>
            </w:r>
          </w:p>
        </w:tc>
        <w:tc>
          <w:tcPr>
            <w:tcW w:type="dxa" w:w="960"/>
          </w:tcPr>
          <w:p>
            <w:r>
              <w:t>4</w:t>
            </w:r>
          </w:p>
        </w:tc>
        <w:tc>
          <w:tcPr>
            <w:tcW w:type="dxa" w:w="960"/>
          </w:tcPr>
          <w:p>
            <w:r>
              <w:t>通识必修课</w:t>
            </w:r>
          </w:p>
        </w:tc>
        <w:tc>
          <w:tcPr>
            <w:tcW w:type="dxa" w:w="960"/>
          </w:tcPr>
          <w:p>
            <w:r>
              <w:t>数学科学学院</w:t>
            </w:r>
          </w:p>
        </w:tc>
        <w:tc>
          <w:tcPr>
            <w:tcW w:type="dxa" w:w="960"/>
          </w:tcPr>
          <w:p>
            <w:r>
              <w:t>2023-2024</w:t>
            </w:r>
          </w:p>
        </w:tc>
        <w:tc>
          <w:tcPr>
            <w:tcW w:type="dxa" w:w="960"/>
          </w:tcPr>
          <w:p>
            <w:r>
              <w:t>1</w:t>
            </w:r>
          </w:p>
        </w:tc>
        <w:tc>
          <w:tcPr>
            <w:tcW w:type="dxa" w:w="960"/>
          </w:tcPr>
          <w:p>
            <w:r/>
          </w:p>
        </w:tc>
      </w:tr>
      <w:tr>
        <w:tc>
          <w:tcPr>
            <w:tcW w:type="dxa" w:w="960"/>
          </w:tcPr>
          <w:p>
            <w:r>
              <w:t>7</w:t>
            </w:r>
          </w:p>
        </w:tc>
        <w:tc>
          <w:tcPr>
            <w:tcW w:type="dxa" w:w="960"/>
          </w:tcPr>
          <w:p>
            <w:r>
              <w:t>机械制图(一)</w:t>
            </w:r>
          </w:p>
        </w:tc>
        <w:tc>
          <w:tcPr>
            <w:tcW w:type="dxa" w:w="960"/>
          </w:tcPr>
          <w:p>
            <w:r>
              <w:t>2ME21001</w:t>
            </w:r>
          </w:p>
        </w:tc>
        <w:tc>
          <w:tcPr>
            <w:tcW w:type="dxa" w:w="960"/>
          </w:tcPr>
          <w:p>
            <w:r>
              <w:t>3</w:t>
            </w:r>
          </w:p>
        </w:tc>
        <w:tc>
          <w:tcPr>
            <w:tcW w:type="dxa" w:w="960"/>
          </w:tcPr>
          <w:p>
            <w:r>
              <w:t>专业必修课</w:t>
            </w:r>
          </w:p>
        </w:tc>
        <w:tc>
          <w:tcPr>
            <w:tcW w:type="dxa" w:w="960"/>
          </w:tcPr>
          <w:p>
            <w:r>
              <w:t>机械工程学院</w:t>
            </w:r>
          </w:p>
        </w:tc>
        <w:tc>
          <w:tcPr>
            <w:tcW w:type="dxa" w:w="960"/>
          </w:tcPr>
          <w:p>
            <w:r>
              <w:t>2023-2024</w:t>
            </w:r>
          </w:p>
        </w:tc>
        <w:tc>
          <w:tcPr>
            <w:tcW w:type="dxa" w:w="960"/>
          </w:tcPr>
          <w:p>
            <w:r>
              <w:t>1</w:t>
            </w:r>
          </w:p>
        </w:tc>
        <w:tc>
          <w:tcPr>
            <w:tcW w:type="dxa" w:w="960"/>
          </w:tcPr>
          <w:p>
            <w:r/>
          </w:p>
        </w:tc>
      </w:tr>
      <w:tr>
        <w:tc>
          <w:tcPr>
            <w:tcW w:type="dxa" w:w="960"/>
          </w:tcPr>
          <w:p>
            <w:r>
              <w:t>8</w:t>
            </w:r>
          </w:p>
        </w:tc>
        <w:tc>
          <w:tcPr>
            <w:tcW w:type="dxa" w:w="960"/>
          </w:tcPr>
          <w:p>
            <w:r>
              <w:t>机械工程导论</w:t>
            </w:r>
          </w:p>
        </w:tc>
        <w:tc>
          <w:tcPr>
            <w:tcW w:type="dxa" w:w="960"/>
          </w:tcPr>
          <w:p>
            <w:r>
              <w:t>2ME21011</w:t>
            </w:r>
          </w:p>
        </w:tc>
        <w:tc>
          <w:tcPr>
            <w:tcW w:type="dxa" w:w="960"/>
          </w:tcPr>
          <w:p>
            <w:r>
              <w:t>1</w:t>
            </w:r>
          </w:p>
        </w:tc>
        <w:tc>
          <w:tcPr>
            <w:tcW w:type="dxa" w:w="960"/>
          </w:tcPr>
          <w:p>
            <w:r>
              <w:t>专业必修课</w:t>
            </w:r>
          </w:p>
        </w:tc>
        <w:tc>
          <w:tcPr>
            <w:tcW w:type="dxa" w:w="960"/>
          </w:tcPr>
          <w:p>
            <w:r>
              <w:t>机械工程学院</w:t>
            </w:r>
          </w:p>
        </w:tc>
        <w:tc>
          <w:tcPr>
            <w:tcW w:type="dxa" w:w="960"/>
          </w:tcPr>
          <w:p>
            <w:r>
              <w:t>2023-2024</w:t>
            </w:r>
          </w:p>
        </w:tc>
        <w:tc>
          <w:tcPr>
            <w:tcW w:type="dxa" w:w="960"/>
          </w:tcPr>
          <w:p>
            <w:r>
              <w:t>1</w:t>
            </w:r>
          </w:p>
        </w:tc>
        <w:tc>
          <w:tcPr>
            <w:tcW w:type="dxa" w:w="960"/>
          </w:tcPr>
          <w:p>
            <w:r/>
          </w:p>
        </w:tc>
      </w:tr>
      <w:tr>
        <w:tc>
          <w:tcPr>
            <w:tcW w:type="dxa" w:w="960"/>
          </w:tcPr>
          <w:p>
            <w:r>
              <w:t>9</w:t>
            </w:r>
          </w:p>
        </w:tc>
        <w:tc>
          <w:tcPr>
            <w:tcW w:type="dxa" w:w="960"/>
          </w:tcPr>
          <w:p>
            <w:r>
              <w:t>劳动教育实践</w:t>
            </w:r>
          </w:p>
        </w:tc>
        <w:tc>
          <w:tcPr>
            <w:tcW w:type="dxa" w:w="960"/>
          </w:tcPr>
          <w:p>
            <w:r>
              <w:t>2ME21133</w:t>
            </w:r>
          </w:p>
        </w:tc>
        <w:tc>
          <w:tcPr>
            <w:tcW w:type="dxa" w:w="960"/>
          </w:tcPr>
          <w:p>
            <w:r>
              <w:t>1.0</w:t>
            </w:r>
          </w:p>
        </w:tc>
        <w:tc>
          <w:tcPr>
            <w:tcW w:type="dxa" w:w="960"/>
          </w:tcPr>
          <w:p>
            <w:r>
              <w:t>专业必修课</w:t>
            </w:r>
          </w:p>
        </w:tc>
        <w:tc>
          <w:tcPr>
            <w:tcW w:type="dxa" w:w="960"/>
          </w:tcPr>
          <w:p>
            <w:r>
              <w:t>机械工程学院</w:t>
            </w:r>
          </w:p>
        </w:tc>
        <w:tc>
          <w:tcPr>
            <w:tcW w:type="dxa" w:w="960"/>
          </w:tcPr>
          <w:p>
            <w:r>
              <w:t>2023-2024</w:t>
            </w:r>
          </w:p>
        </w:tc>
        <w:tc>
          <w:tcPr>
            <w:tcW w:type="dxa" w:w="960"/>
          </w:tcPr>
          <w:p>
            <w:r>
              <w:t>1</w:t>
            </w:r>
          </w:p>
        </w:tc>
        <w:tc>
          <w:tcPr>
            <w:tcW w:type="dxa" w:w="960"/>
          </w:tcPr>
          <w:p>
            <w:r/>
          </w:p>
        </w:tc>
      </w:tr>
      <w:tr>
        <w:tc>
          <w:tcPr>
            <w:tcW w:type="dxa" w:w="960"/>
          </w:tcPr>
          <w:p>
            <w:r>
              <w:t>10</w:t>
            </w:r>
          </w:p>
        </w:tc>
        <w:tc>
          <w:tcPr>
            <w:tcW w:type="dxa" w:w="960"/>
          </w:tcPr>
          <w:p>
            <w:r>
              <w:t>思想道德与法治</w:t>
            </w:r>
          </w:p>
        </w:tc>
        <w:tc>
          <w:tcPr>
            <w:tcW w:type="dxa" w:w="960"/>
          </w:tcPr>
          <w:p>
            <w:r>
              <w:t>2MX11001</w:t>
            </w:r>
          </w:p>
        </w:tc>
        <w:tc>
          <w:tcPr>
            <w:tcW w:type="dxa" w:w="960"/>
          </w:tcPr>
          <w:p>
            <w:r>
              <w:t>3.0</w:t>
            </w:r>
          </w:p>
        </w:tc>
        <w:tc>
          <w:tcPr>
            <w:tcW w:type="dxa" w:w="960"/>
          </w:tcPr>
          <w:p>
            <w:r>
              <w:t>通识必修课</w:t>
            </w:r>
          </w:p>
        </w:tc>
        <w:tc>
          <w:tcPr>
            <w:tcW w:type="dxa" w:w="960"/>
          </w:tcPr>
          <w:p>
            <w:r>
              <w:t>马克思主义学院</w:t>
            </w:r>
          </w:p>
        </w:tc>
        <w:tc>
          <w:tcPr>
            <w:tcW w:type="dxa" w:w="960"/>
          </w:tcPr>
          <w:p>
            <w:r>
              <w:t>2023-2024</w:t>
            </w:r>
          </w:p>
        </w:tc>
        <w:tc>
          <w:tcPr>
            <w:tcW w:type="dxa" w:w="960"/>
          </w:tcPr>
          <w:p>
            <w:r>
              <w:t>1</w:t>
            </w:r>
          </w:p>
        </w:tc>
        <w:tc>
          <w:tcPr>
            <w:tcW w:type="dxa" w:w="960"/>
          </w:tcPr>
          <w:p>
            <w:r/>
          </w:p>
        </w:tc>
      </w:tr>
      <w:tr>
        <w:tc>
          <w:tcPr>
            <w:tcW w:type="dxa" w:w="960"/>
          </w:tcPr>
          <w:p>
            <w:r>
              <w:t>11</w:t>
            </w:r>
          </w:p>
        </w:tc>
        <w:tc>
          <w:tcPr>
            <w:tcW w:type="dxa" w:w="960"/>
          </w:tcPr>
          <w:p>
            <w:r>
              <w:t>劳动教育理论</w:t>
            </w:r>
          </w:p>
        </w:tc>
        <w:tc>
          <w:tcPr>
            <w:tcW w:type="dxa" w:w="960"/>
          </w:tcPr>
          <w:p>
            <w:r>
              <w:t>2SD11001</w:t>
            </w:r>
          </w:p>
        </w:tc>
        <w:tc>
          <w:tcPr>
            <w:tcW w:type="dxa" w:w="960"/>
          </w:tcPr>
          <w:p>
            <w:r>
              <w:t>1.0</w:t>
            </w:r>
          </w:p>
        </w:tc>
        <w:tc>
          <w:tcPr>
            <w:tcW w:type="dxa" w:w="960"/>
          </w:tcPr>
          <w:p>
            <w:r>
              <w:t>通识必修课</w:t>
            </w:r>
          </w:p>
        </w:tc>
        <w:tc>
          <w:tcPr>
            <w:tcW w:type="dxa" w:w="960"/>
          </w:tcPr>
          <w:p>
            <w:r>
              <w:t>社会发展与公共管理学院</w:t>
            </w:r>
          </w:p>
        </w:tc>
        <w:tc>
          <w:tcPr>
            <w:tcW w:type="dxa" w:w="960"/>
          </w:tcPr>
          <w:p>
            <w:r>
              <w:t>2023-2024</w:t>
            </w:r>
          </w:p>
        </w:tc>
        <w:tc>
          <w:tcPr>
            <w:tcW w:type="dxa" w:w="960"/>
          </w:tcPr>
          <w:p>
            <w:r>
              <w:t>1</w:t>
            </w:r>
          </w:p>
        </w:tc>
        <w:tc>
          <w:tcPr>
            <w:tcW w:type="dxa" w:w="960"/>
          </w:tcPr>
          <w:p>
            <w:r/>
          </w:p>
        </w:tc>
      </w:tr>
      <w:tr>
        <w:tc>
          <w:tcPr>
            <w:tcW w:type="dxa" w:w="960"/>
          </w:tcPr>
          <w:p>
            <w:r>
              <w:t>12</w:t>
            </w:r>
          </w:p>
        </w:tc>
        <w:tc>
          <w:tcPr>
            <w:tcW w:type="dxa" w:w="960"/>
          </w:tcPr>
          <w:p>
            <w:r>
              <w:t>体育(一)</w:t>
            </w:r>
          </w:p>
        </w:tc>
        <w:tc>
          <w:tcPr>
            <w:tcW w:type="dxa" w:w="960"/>
          </w:tcPr>
          <w:p>
            <w:r>
              <w:t>2SP11001</w:t>
            </w:r>
          </w:p>
        </w:tc>
        <w:tc>
          <w:tcPr>
            <w:tcW w:type="dxa" w:w="960"/>
          </w:tcPr>
          <w:p>
            <w:r>
              <w:t>1</w:t>
            </w:r>
          </w:p>
        </w:tc>
        <w:tc>
          <w:tcPr>
            <w:tcW w:type="dxa" w:w="960"/>
          </w:tcPr>
          <w:p>
            <w:r>
              <w:t>通识必修课</w:t>
            </w:r>
          </w:p>
        </w:tc>
        <w:tc>
          <w:tcPr>
            <w:tcW w:type="dxa" w:w="960"/>
          </w:tcPr>
          <w:p>
            <w:r>
              <w:t>体育部</w:t>
            </w:r>
          </w:p>
        </w:tc>
        <w:tc>
          <w:tcPr>
            <w:tcW w:type="dxa" w:w="960"/>
          </w:tcPr>
          <w:p>
            <w:r>
              <w:t>2023-2024</w:t>
            </w:r>
          </w:p>
        </w:tc>
        <w:tc>
          <w:tcPr>
            <w:tcW w:type="dxa" w:w="960"/>
          </w:tcPr>
          <w:p>
            <w:r>
              <w:t>1</w:t>
            </w:r>
          </w:p>
        </w:tc>
        <w:tc>
          <w:tcPr>
            <w:tcW w:type="dxa" w:w="960"/>
          </w:tcPr>
          <w:p>
            <w:r/>
          </w:p>
        </w:tc>
      </w:tr>
      <w:tr>
        <w:tc>
          <w:tcPr>
            <w:tcW w:type="dxa" w:w="960"/>
          </w:tcPr>
          <w:p>
            <w:r>
              <w:t>13</w:t>
            </w:r>
          </w:p>
        </w:tc>
        <w:tc>
          <w:tcPr>
            <w:tcW w:type="dxa" w:w="960"/>
          </w:tcPr>
          <w:p>
            <w:r>
              <w:t>创新创业教育基础</w:t>
            </w:r>
          </w:p>
        </w:tc>
        <w:tc>
          <w:tcPr>
            <w:tcW w:type="dxa" w:w="960"/>
          </w:tcPr>
          <w:p>
            <w:r>
              <w:t>2BU11001</w:t>
            </w:r>
          </w:p>
        </w:tc>
        <w:tc>
          <w:tcPr>
            <w:tcW w:type="dxa" w:w="960"/>
          </w:tcPr>
          <w:p>
            <w:r>
              <w:t>1</w:t>
            </w:r>
          </w:p>
        </w:tc>
        <w:tc>
          <w:tcPr>
            <w:tcW w:type="dxa" w:w="960"/>
          </w:tcPr>
          <w:p>
            <w:r>
              <w:t>通识必修课</w:t>
            </w:r>
          </w:p>
        </w:tc>
        <w:tc>
          <w:tcPr>
            <w:tcW w:type="dxa" w:w="960"/>
          </w:tcPr>
          <w:p>
            <w:r>
              <w:t>商学院</w:t>
            </w:r>
          </w:p>
        </w:tc>
        <w:tc>
          <w:tcPr>
            <w:tcW w:type="dxa" w:w="960"/>
          </w:tcPr>
          <w:p>
            <w:r>
              <w:t>2023-2024</w:t>
            </w:r>
          </w:p>
        </w:tc>
        <w:tc>
          <w:tcPr>
            <w:tcW w:type="dxa" w:w="960"/>
          </w:tcPr>
          <w:p>
            <w:r>
              <w:t>2</w:t>
            </w:r>
          </w:p>
        </w:tc>
        <w:tc>
          <w:tcPr>
            <w:tcW w:type="dxa" w:w="960"/>
          </w:tcPr>
          <w:p>
            <w:r/>
          </w:p>
        </w:tc>
      </w:tr>
      <w:tr>
        <w:tc>
          <w:tcPr>
            <w:tcW w:type="dxa" w:w="960"/>
          </w:tcPr>
          <w:p>
            <w:r>
              <w:t>14</w:t>
            </w:r>
          </w:p>
        </w:tc>
        <w:tc>
          <w:tcPr>
            <w:tcW w:type="dxa" w:w="960"/>
          </w:tcPr>
          <w:p>
            <w:r>
              <w:t>大学生心理健康教育</w:t>
            </w:r>
          </w:p>
        </w:tc>
        <w:tc>
          <w:tcPr>
            <w:tcW w:type="dxa" w:w="960"/>
          </w:tcPr>
          <w:p>
            <w:r>
              <w:t>2ED11001</w:t>
            </w:r>
          </w:p>
        </w:tc>
        <w:tc>
          <w:tcPr>
            <w:tcW w:type="dxa" w:w="960"/>
          </w:tcPr>
          <w:p>
            <w:r>
              <w:t>1</w:t>
            </w:r>
          </w:p>
        </w:tc>
        <w:tc>
          <w:tcPr>
            <w:tcW w:type="dxa" w:w="960"/>
          </w:tcPr>
          <w:p>
            <w:r>
              <w:t>通识必修课</w:t>
            </w:r>
          </w:p>
        </w:tc>
        <w:tc>
          <w:tcPr>
            <w:tcW w:type="dxa" w:w="960"/>
          </w:tcPr>
          <w:p>
            <w:r>
              <w:t>教育学院</w:t>
            </w:r>
          </w:p>
        </w:tc>
        <w:tc>
          <w:tcPr>
            <w:tcW w:type="dxa" w:w="960"/>
          </w:tcPr>
          <w:p>
            <w:r>
              <w:t>2023-2024</w:t>
            </w:r>
          </w:p>
        </w:tc>
        <w:tc>
          <w:tcPr>
            <w:tcW w:type="dxa" w:w="960"/>
          </w:tcPr>
          <w:p>
            <w:r>
              <w:t>2</w:t>
            </w:r>
          </w:p>
        </w:tc>
        <w:tc>
          <w:tcPr>
            <w:tcW w:type="dxa" w:w="960"/>
          </w:tcPr>
          <w:p>
            <w:r/>
          </w:p>
        </w:tc>
      </w:tr>
      <w:tr>
        <w:tc>
          <w:tcPr>
            <w:tcW w:type="dxa" w:w="960"/>
          </w:tcPr>
          <w:p>
            <w:r>
              <w:t>15</w:t>
            </w:r>
          </w:p>
        </w:tc>
        <w:tc>
          <w:tcPr>
            <w:tcW w:type="dxa" w:w="960"/>
          </w:tcPr>
          <w:p>
            <w:r>
              <w:t>程序设计语言C++</w:t>
            </w:r>
          </w:p>
        </w:tc>
        <w:tc>
          <w:tcPr>
            <w:tcW w:type="dxa" w:w="960"/>
          </w:tcPr>
          <w:p>
            <w:r>
              <w:t>2EI21001</w:t>
            </w:r>
          </w:p>
        </w:tc>
        <w:tc>
          <w:tcPr>
            <w:tcW w:type="dxa" w:w="960"/>
          </w:tcPr>
          <w:p>
            <w:r>
              <w:t>3.5</w:t>
            </w:r>
          </w:p>
        </w:tc>
        <w:tc>
          <w:tcPr>
            <w:tcW w:type="dxa" w:w="960"/>
          </w:tcPr>
          <w:p>
            <w:r>
              <w:t>专业必修课</w:t>
            </w:r>
          </w:p>
        </w:tc>
        <w:tc>
          <w:tcPr>
            <w:tcW w:type="dxa" w:w="960"/>
          </w:tcPr>
          <w:p>
            <w:r>
              <w:t>电子与信息工程学院</w:t>
            </w:r>
          </w:p>
        </w:tc>
        <w:tc>
          <w:tcPr>
            <w:tcW w:type="dxa" w:w="960"/>
          </w:tcPr>
          <w:p>
            <w:r>
              <w:t>2023-2024</w:t>
            </w:r>
          </w:p>
        </w:tc>
        <w:tc>
          <w:tcPr>
            <w:tcW w:type="dxa" w:w="960"/>
          </w:tcPr>
          <w:p>
            <w:r>
              <w:t>2</w:t>
            </w:r>
          </w:p>
        </w:tc>
        <w:tc>
          <w:tcPr>
            <w:tcW w:type="dxa" w:w="960"/>
          </w:tcPr>
          <w:p>
            <w:r/>
          </w:p>
        </w:tc>
      </w:tr>
      <w:tr>
        <w:tc>
          <w:tcPr>
            <w:tcW w:type="dxa" w:w="960"/>
          </w:tcPr>
          <w:p>
            <w:r>
              <w:t>16</w:t>
            </w:r>
          </w:p>
        </w:tc>
        <w:tc>
          <w:tcPr>
            <w:tcW w:type="dxa" w:w="960"/>
          </w:tcPr>
          <w:p>
            <w:r>
              <w:t>高等数学B(二)</w:t>
            </w:r>
          </w:p>
        </w:tc>
        <w:tc>
          <w:tcPr>
            <w:tcW w:type="dxa" w:w="960"/>
          </w:tcPr>
          <w:p>
            <w:r>
              <w:t>2MA11004</w:t>
            </w:r>
          </w:p>
        </w:tc>
        <w:tc>
          <w:tcPr>
            <w:tcW w:type="dxa" w:w="960"/>
          </w:tcPr>
          <w:p>
            <w:r>
              <w:t>4</w:t>
            </w:r>
          </w:p>
        </w:tc>
        <w:tc>
          <w:tcPr>
            <w:tcW w:type="dxa" w:w="960"/>
          </w:tcPr>
          <w:p>
            <w:r>
              <w:t>通识必修课</w:t>
            </w:r>
          </w:p>
        </w:tc>
        <w:tc>
          <w:tcPr>
            <w:tcW w:type="dxa" w:w="960"/>
          </w:tcPr>
          <w:p>
            <w:r>
              <w:t>数学科学学院</w:t>
            </w:r>
          </w:p>
        </w:tc>
        <w:tc>
          <w:tcPr>
            <w:tcW w:type="dxa" w:w="960"/>
          </w:tcPr>
          <w:p>
            <w:r>
              <w:t>2023-2024</w:t>
            </w:r>
          </w:p>
        </w:tc>
        <w:tc>
          <w:tcPr>
            <w:tcW w:type="dxa" w:w="960"/>
          </w:tcPr>
          <w:p>
            <w:r>
              <w:t>2</w:t>
            </w:r>
          </w:p>
        </w:tc>
        <w:tc>
          <w:tcPr>
            <w:tcW w:type="dxa" w:w="960"/>
          </w:tcPr>
          <w:p>
            <w:r/>
          </w:p>
        </w:tc>
      </w:tr>
      <w:tr>
        <w:tc>
          <w:tcPr>
            <w:tcW w:type="dxa" w:w="960"/>
          </w:tcPr>
          <w:p>
            <w:r>
              <w:t>17</w:t>
            </w:r>
          </w:p>
        </w:tc>
        <w:tc>
          <w:tcPr>
            <w:tcW w:type="dxa" w:w="960"/>
          </w:tcPr>
          <w:p>
            <w:r>
              <w:t>线性代数A</w:t>
            </w:r>
          </w:p>
        </w:tc>
        <w:tc>
          <w:tcPr>
            <w:tcW w:type="dxa" w:w="960"/>
          </w:tcPr>
          <w:p>
            <w:r>
              <w:t>2MA11011</w:t>
            </w:r>
          </w:p>
        </w:tc>
        <w:tc>
          <w:tcPr>
            <w:tcW w:type="dxa" w:w="960"/>
          </w:tcPr>
          <w:p>
            <w:r>
              <w:t>3</w:t>
            </w:r>
          </w:p>
        </w:tc>
        <w:tc>
          <w:tcPr>
            <w:tcW w:type="dxa" w:w="960"/>
          </w:tcPr>
          <w:p>
            <w:r>
              <w:t>通识必修课</w:t>
            </w:r>
          </w:p>
        </w:tc>
        <w:tc>
          <w:tcPr>
            <w:tcW w:type="dxa" w:w="960"/>
          </w:tcPr>
          <w:p>
            <w:r>
              <w:t>数学科学学院</w:t>
            </w:r>
          </w:p>
        </w:tc>
        <w:tc>
          <w:tcPr>
            <w:tcW w:type="dxa" w:w="960"/>
          </w:tcPr>
          <w:p>
            <w:r>
              <w:t>2023-2024</w:t>
            </w:r>
          </w:p>
        </w:tc>
        <w:tc>
          <w:tcPr>
            <w:tcW w:type="dxa" w:w="960"/>
          </w:tcPr>
          <w:p>
            <w:r>
              <w:t>2</w:t>
            </w:r>
          </w:p>
        </w:tc>
        <w:tc>
          <w:tcPr>
            <w:tcW w:type="dxa" w:w="960"/>
          </w:tcPr>
          <w:p>
            <w:r/>
          </w:p>
        </w:tc>
      </w:tr>
      <w:tr>
        <w:tc>
          <w:tcPr>
            <w:tcW w:type="dxa" w:w="960"/>
          </w:tcPr>
          <w:p>
            <w:r>
              <w:t>18</w:t>
            </w:r>
          </w:p>
        </w:tc>
        <w:tc>
          <w:tcPr>
            <w:tcW w:type="dxa" w:w="960"/>
          </w:tcPr>
          <w:p>
            <w:r>
              <w:t>机械制图(二)</w:t>
            </w:r>
          </w:p>
        </w:tc>
        <w:tc>
          <w:tcPr>
            <w:tcW w:type="dxa" w:w="960"/>
          </w:tcPr>
          <w:p>
            <w:r>
              <w:t>2ME21002</w:t>
            </w:r>
          </w:p>
        </w:tc>
        <w:tc>
          <w:tcPr>
            <w:tcW w:type="dxa" w:w="960"/>
          </w:tcPr>
          <w:p>
            <w:r>
              <w:t>3.0</w:t>
            </w:r>
          </w:p>
        </w:tc>
        <w:tc>
          <w:tcPr>
            <w:tcW w:type="dxa" w:w="960"/>
          </w:tcPr>
          <w:p>
            <w:r>
              <w:t>专业必修课</w:t>
            </w:r>
          </w:p>
        </w:tc>
        <w:tc>
          <w:tcPr>
            <w:tcW w:type="dxa" w:w="960"/>
          </w:tcPr>
          <w:p>
            <w:r>
              <w:t>机械工程学院</w:t>
            </w:r>
          </w:p>
        </w:tc>
        <w:tc>
          <w:tcPr>
            <w:tcW w:type="dxa" w:w="960"/>
          </w:tcPr>
          <w:p>
            <w:r>
              <w:t>2023-2024</w:t>
            </w:r>
          </w:p>
        </w:tc>
        <w:tc>
          <w:tcPr>
            <w:tcW w:type="dxa" w:w="960"/>
          </w:tcPr>
          <w:p>
            <w:r>
              <w:t>2</w:t>
            </w:r>
          </w:p>
        </w:tc>
        <w:tc>
          <w:tcPr>
            <w:tcW w:type="dxa" w:w="960"/>
          </w:tcPr>
          <w:p>
            <w:r/>
          </w:p>
        </w:tc>
      </w:tr>
      <w:tr>
        <w:tc>
          <w:tcPr>
            <w:tcW w:type="dxa" w:w="960"/>
          </w:tcPr>
          <w:p>
            <w:r>
              <w:t>19</w:t>
            </w:r>
          </w:p>
        </w:tc>
        <w:tc>
          <w:tcPr>
            <w:tcW w:type="dxa" w:w="960"/>
          </w:tcPr>
          <w:p>
            <w:r>
              <w:t>机械制图实践</w:t>
            </w:r>
          </w:p>
        </w:tc>
        <w:tc>
          <w:tcPr>
            <w:tcW w:type="dxa" w:w="960"/>
          </w:tcPr>
          <w:p>
            <w:r>
              <w:t>2ME21006</w:t>
            </w:r>
          </w:p>
        </w:tc>
        <w:tc>
          <w:tcPr>
            <w:tcW w:type="dxa" w:w="960"/>
          </w:tcPr>
          <w:p>
            <w:r>
              <w:t>1.0</w:t>
            </w:r>
          </w:p>
        </w:tc>
        <w:tc>
          <w:tcPr>
            <w:tcW w:type="dxa" w:w="960"/>
          </w:tcPr>
          <w:p>
            <w:r>
              <w:t>专业必修课</w:t>
            </w:r>
          </w:p>
        </w:tc>
        <w:tc>
          <w:tcPr>
            <w:tcW w:type="dxa" w:w="960"/>
          </w:tcPr>
          <w:p>
            <w:r>
              <w:t>机械工程学院</w:t>
            </w:r>
          </w:p>
        </w:tc>
        <w:tc>
          <w:tcPr>
            <w:tcW w:type="dxa" w:w="960"/>
          </w:tcPr>
          <w:p>
            <w:r>
              <w:t>2023-2024</w:t>
            </w:r>
          </w:p>
        </w:tc>
        <w:tc>
          <w:tcPr>
            <w:tcW w:type="dxa" w:w="960"/>
          </w:tcPr>
          <w:p>
            <w:r>
              <w:t>2</w:t>
            </w:r>
          </w:p>
        </w:tc>
        <w:tc>
          <w:tcPr>
            <w:tcW w:type="dxa" w:w="960"/>
          </w:tcPr>
          <w:p>
            <w:r/>
          </w:p>
        </w:tc>
      </w:tr>
      <w:tr>
        <w:tc>
          <w:tcPr>
            <w:tcW w:type="dxa" w:w="960"/>
          </w:tcPr>
          <w:p>
            <w:r>
              <w:t>20</w:t>
            </w:r>
          </w:p>
        </w:tc>
        <w:tc>
          <w:tcPr>
            <w:tcW w:type="dxa" w:w="960"/>
          </w:tcPr>
          <w:p>
            <w:r>
              <w:t>中国近现代史纲要</w:t>
            </w:r>
          </w:p>
        </w:tc>
        <w:tc>
          <w:tcPr>
            <w:tcW w:type="dxa" w:w="960"/>
          </w:tcPr>
          <w:p>
            <w:r>
              <w:t>2MX11002</w:t>
            </w:r>
          </w:p>
        </w:tc>
        <w:tc>
          <w:tcPr>
            <w:tcW w:type="dxa" w:w="960"/>
          </w:tcPr>
          <w:p>
            <w:r>
              <w:t>3</w:t>
            </w:r>
          </w:p>
        </w:tc>
        <w:tc>
          <w:tcPr>
            <w:tcW w:type="dxa" w:w="960"/>
          </w:tcPr>
          <w:p>
            <w:r>
              <w:t>通识必修课</w:t>
            </w:r>
          </w:p>
        </w:tc>
        <w:tc>
          <w:tcPr>
            <w:tcW w:type="dxa" w:w="960"/>
          </w:tcPr>
          <w:p>
            <w:r>
              <w:t>马克思主义学院</w:t>
            </w:r>
          </w:p>
        </w:tc>
        <w:tc>
          <w:tcPr>
            <w:tcW w:type="dxa" w:w="960"/>
          </w:tcPr>
          <w:p>
            <w:r>
              <w:t>2023-2024</w:t>
            </w:r>
          </w:p>
        </w:tc>
        <w:tc>
          <w:tcPr>
            <w:tcW w:type="dxa" w:w="960"/>
          </w:tcPr>
          <w:p>
            <w:r>
              <w:t>2</w:t>
            </w:r>
          </w:p>
        </w:tc>
        <w:tc>
          <w:tcPr>
            <w:tcW w:type="dxa" w:w="960"/>
          </w:tcPr>
          <w:p>
            <w:r/>
          </w:p>
        </w:tc>
      </w:tr>
      <w:tr>
        <w:tc>
          <w:tcPr>
            <w:tcW w:type="dxa" w:w="960"/>
          </w:tcPr>
          <w:p>
            <w:r>
              <w:t>21</w:t>
            </w:r>
          </w:p>
        </w:tc>
        <w:tc>
          <w:tcPr>
            <w:tcW w:type="dxa" w:w="960"/>
          </w:tcPr>
          <w:p>
            <w:r>
              <w:t>大学物理B(一)</w:t>
            </w:r>
          </w:p>
        </w:tc>
        <w:tc>
          <w:tcPr>
            <w:tcW w:type="dxa" w:w="960"/>
          </w:tcPr>
          <w:p>
            <w:r>
              <w:t>2PS11006</w:t>
            </w:r>
          </w:p>
        </w:tc>
        <w:tc>
          <w:tcPr>
            <w:tcW w:type="dxa" w:w="960"/>
          </w:tcPr>
          <w:p>
            <w:r>
              <w:t>3</w:t>
            </w:r>
          </w:p>
        </w:tc>
        <w:tc>
          <w:tcPr>
            <w:tcW w:type="dxa" w:w="960"/>
          </w:tcPr>
          <w:p>
            <w:r>
              <w:t>通识必修课</w:t>
            </w:r>
          </w:p>
        </w:tc>
        <w:tc>
          <w:tcPr>
            <w:tcW w:type="dxa" w:w="960"/>
          </w:tcPr>
          <w:p>
            <w:r>
              <w:t>物理科学与技术学院</w:t>
            </w:r>
          </w:p>
        </w:tc>
        <w:tc>
          <w:tcPr>
            <w:tcW w:type="dxa" w:w="960"/>
          </w:tcPr>
          <w:p>
            <w:r>
              <w:t>2023-2024</w:t>
            </w:r>
          </w:p>
        </w:tc>
        <w:tc>
          <w:tcPr>
            <w:tcW w:type="dxa" w:w="960"/>
          </w:tcPr>
          <w:p>
            <w:r>
              <w:t>2</w:t>
            </w:r>
          </w:p>
        </w:tc>
        <w:tc>
          <w:tcPr>
            <w:tcW w:type="dxa" w:w="960"/>
          </w:tcPr>
          <w:p>
            <w:r/>
          </w:p>
        </w:tc>
      </w:tr>
      <w:tr>
        <w:tc>
          <w:tcPr>
            <w:tcW w:type="dxa" w:w="960"/>
          </w:tcPr>
          <w:p>
            <w:r>
              <w:t>22</w:t>
            </w:r>
          </w:p>
        </w:tc>
        <w:tc>
          <w:tcPr>
            <w:tcW w:type="dxa" w:w="960"/>
          </w:tcPr>
          <w:p>
            <w:r>
              <w:t>职业生涯规划</w:t>
            </w:r>
          </w:p>
        </w:tc>
        <w:tc>
          <w:tcPr>
            <w:tcW w:type="dxa" w:w="960"/>
          </w:tcPr>
          <w:p>
            <w:r>
              <w:t>2SA11001</w:t>
            </w:r>
          </w:p>
        </w:tc>
        <w:tc>
          <w:tcPr>
            <w:tcW w:type="dxa" w:w="960"/>
          </w:tcPr>
          <w:p>
            <w:r>
              <w:t>0.5</w:t>
            </w:r>
          </w:p>
        </w:tc>
        <w:tc>
          <w:tcPr>
            <w:tcW w:type="dxa" w:w="960"/>
          </w:tcPr>
          <w:p>
            <w:r>
              <w:t>通识必修课</w:t>
            </w:r>
          </w:p>
        </w:tc>
        <w:tc>
          <w:tcPr>
            <w:tcW w:type="dxa" w:w="960"/>
          </w:tcPr>
          <w:p>
            <w:r>
              <w:t>学生工作处</w:t>
            </w:r>
          </w:p>
        </w:tc>
        <w:tc>
          <w:tcPr>
            <w:tcW w:type="dxa" w:w="960"/>
          </w:tcPr>
          <w:p>
            <w:r>
              <w:t>2023-2024</w:t>
            </w:r>
          </w:p>
        </w:tc>
        <w:tc>
          <w:tcPr>
            <w:tcW w:type="dxa" w:w="960"/>
          </w:tcPr>
          <w:p>
            <w:r>
              <w:t>2</w:t>
            </w:r>
          </w:p>
        </w:tc>
        <w:tc>
          <w:tcPr>
            <w:tcW w:type="dxa" w:w="960"/>
          </w:tcPr>
          <w:p>
            <w:r/>
          </w:p>
        </w:tc>
      </w:tr>
      <w:tr>
        <w:tc>
          <w:tcPr>
            <w:tcW w:type="dxa" w:w="960"/>
          </w:tcPr>
          <w:p>
            <w:r>
              <w:t>23</w:t>
            </w:r>
          </w:p>
        </w:tc>
        <w:tc>
          <w:tcPr>
            <w:tcW w:type="dxa" w:w="960"/>
          </w:tcPr>
          <w:p>
            <w:r>
              <w:t>体育(二)</w:t>
            </w:r>
          </w:p>
        </w:tc>
        <w:tc>
          <w:tcPr>
            <w:tcW w:type="dxa" w:w="960"/>
          </w:tcPr>
          <w:p>
            <w:r>
              <w:t>2SP11002</w:t>
            </w:r>
          </w:p>
        </w:tc>
        <w:tc>
          <w:tcPr>
            <w:tcW w:type="dxa" w:w="960"/>
          </w:tcPr>
          <w:p>
            <w:r>
              <w:t>1</w:t>
            </w:r>
          </w:p>
        </w:tc>
        <w:tc>
          <w:tcPr>
            <w:tcW w:type="dxa" w:w="960"/>
          </w:tcPr>
          <w:p>
            <w:r>
              <w:t>通识必修课</w:t>
            </w:r>
          </w:p>
        </w:tc>
        <w:tc>
          <w:tcPr>
            <w:tcW w:type="dxa" w:w="960"/>
          </w:tcPr>
          <w:p>
            <w:r>
              <w:t>体育部</w:t>
            </w:r>
          </w:p>
        </w:tc>
        <w:tc>
          <w:tcPr>
            <w:tcW w:type="dxa" w:w="960"/>
          </w:tcPr>
          <w:p>
            <w:r>
              <w:t>2023-2024</w:t>
            </w:r>
          </w:p>
        </w:tc>
        <w:tc>
          <w:tcPr>
            <w:tcW w:type="dxa" w:w="960"/>
          </w:tcPr>
          <w:p>
            <w:r>
              <w:t>2</w:t>
            </w:r>
          </w:p>
        </w:tc>
        <w:tc>
          <w:tcPr>
            <w:tcW w:type="dxa" w:w="960"/>
          </w:tcPr>
          <w:p>
            <w:r/>
          </w:p>
        </w:tc>
      </w:tr>
      <w:tr>
        <w:tc>
          <w:tcPr>
            <w:tcW w:type="dxa" w:w="960"/>
          </w:tcPr>
          <w:p>
            <w:r>
              <w:t>24</w:t>
            </w:r>
          </w:p>
        </w:tc>
        <w:tc>
          <w:tcPr>
            <w:tcW w:type="dxa" w:w="960"/>
          </w:tcPr>
          <w:p>
            <w:r>
              <w:t>理论力学C</w:t>
            </w:r>
          </w:p>
        </w:tc>
        <w:tc>
          <w:tcPr>
            <w:tcW w:type="dxa" w:w="960"/>
          </w:tcPr>
          <w:p>
            <w:r>
              <w:t>2CE21016</w:t>
            </w:r>
          </w:p>
        </w:tc>
        <w:tc>
          <w:tcPr>
            <w:tcW w:type="dxa" w:w="960"/>
          </w:tcPr>
          <w:p>
            <w:r>
              <w:t>3.0</w:t>
            </w:r>
          </w:p>
        </w:tc>
        <w:tc>
          <w:tcPr>
            <w:tcW w:type="dxa" w:w="960"/>
          </w:tcPr>
          <w:p>
            <w:r>
              <w:t>专业必修课</w:t>
            </w:r>
          </w:p>
        </w:tc>
        <w:tc>
          <w:tcPr>
            <w:tcW w:type="dxa" w:w="960"/>
          </w:tcPr>
          <w:p>
            <w:r>
              <w:t>土木工程学院</w:t>
            </w:r>
          </w:p>
        </w:tc>
        <w:tc>
          <w:tcPr>
            <w:tcW w:type="dxa" w:w="960"/>
          </w:tcPr>
          <w:p>
            <w:r>
              <w:t>2024-2025</w:t>
            </w:r>
          </w:p>
        </w:tc>
        <w:tc>
          <w:tcPr>
            <w:tcW w:type="dxa" w:w="960"/>
          </w:tcPr>
          <w:p>
            <w:r>
              <w:t>3</w:t>
            </w:r>
          </w:p>
        </w:tc>
        <w:tc>
          <w:tcPr>
            <w:tcW w:type="dxa" w:w="960"/>
          </w:tcPr>
          <w:p>
            <w:r/>
          </w:p>
        </w:tc>
      </w:tr>
      <w:tr>
        <w:tc>
          <w:tcPr>
            <w:tcW w:type="dxa" w:w="960"/>
          </w:tcPr>
          <w:p>
            <w:r>
              <w:t>25</w:t>
            </w:r>
          </w:p>
        </w:tc>
        <w:tc>
          <w:tcPr>
            <w:tcW w:type="dxa" w:w="960"/>
          </w:tcPr>
          <w:p>
            <w:r>
              <w:t>电工电子技术C</w:t>
            </w:r>
          </w:p>
        </w:tc>
        <w:tc>
          <w:tcPr>
            <w:tcW w:type="dxa" w:w="960"/>
          </w:tcPr>
          <w:p>
            <w:r>
              <w:t>2EI21014</w:t>
            </w:r>
          </w:p>
        </w:tc>
        <w:tc>
          <w:tcPr>
            <w:tcW w:type="dxa" w:w="960"/>
          </w:tcPr>
          <w:p>
            <w:r>
              <w:t>3.0</w:t>
            </w:r>
          </w:p>
        </w:tc>
        <w:tc>
          <w:tcPr>
            <w:tcW w:type="dxa" w:w="960"/>
          </w:tcPr>
          <w:p>
            <w:r>
              <w:t>专业必修课</w:t>
            </w:r>
          </w:p>
        </w:tc>
        <w:tc>
          <w:tcPr>
            <w:tcW w:type="dxa" w:w="960"/>
          </w:tcPr>
          <w:p>
            <w:r>
              <w:t>电子与信息工程学院</w:t>
            </w:r>
          </w:p>
        </w:tc>
        <w:tc>
          <w:tcPr>
            <w:tcW w:type="dxa" w:w="960"/>
          </w:tcPr>
          <w:p>
            <w:r>
              <w:t>2024-2025</w:t>
            </w:r>
          </w:p>
        </w:tc>
        <w:tc>
          <w:tcPr>
            <w:tcW w:type="dxa" w:w="960"/>
          </w:tcPr>
          <w:p>
            <w:r>
              <w:t>3</w:t>
            </w:r>
          </w:p>
        </w:tc>
        <w:tc>
          <w:tcPr>
            <w:tcW w:type="dxa" w:w="960"/>
          </w:tcPr>
          <w:p>
            <w:r/>
          </w:p>
        </w:tc>
      </w:tr>
      <w:tr>
        <w:tc>
          <w:tcPr>
            <w:tcW w:type="dxa" w:w="960"/>
          </w:tcPr>
          <w:p>
            <w:r>
              <w:t>26</w:t>
            </w:r>
          </w:p>
        </w:tc>
        <w:tc>
          <w:tcPr>
            <w:tcW w:type="dxa" w:w="960"/>
          </w:tcPr>
          <w:p>
            <w:r>
              <w:t>概率论与数理统计B</w:t>
            </w:r>
          </w:p>
        </w:tc>
        <w:tc>
          <w:tcPr>
            <w:tcW w:type="dxa" w:w="960"/>
          </w:tcPr>
          <w:p>
            <w:r>
              <w:t>2MA11014</w:t>
            </w:r>
          </w:p>
        </w:tc>
        <w:tc>
          <w:tcPr>
            <w:tcW w:type="dxa" w:w="960"/>
          </w:tcPr>
          <w:p>
            <w:r>
              <w:t>3</w:t>
            </w:r>
          </w:p>
        </w:tc>
        <w:tc>
          <w:tcPr>
            <w:tcW w:type="dxa" w:w="960"/>
          </w:tcPr>
          <w:p>
            <w:r>
              <w:t>通识必修课</w:t>
            </w:r>
          </w:p>
        </w:tc>
        <w:tc>
          <w:tcPr>
            <w:tcW w:type="dxa" w:w="960"/>
          </w:tcPr>
          <w:p>
            <w:r>
              <w:t>数学科学学院</w:t>
            </w:r>
          </w:p>
        </w:tc>
        <w:tc>
          <w:tcPr>
            <w:tcW w:type="dxa" w:w="960"/>
          </w:tcPr>
          <w:p>
            <w:r>
              <w:t>2024-2025</w:t>
            </w:r>
          </w:p>
        </w:tc>
        <w:tc>
          <w:tcPr>
            <w:tcW w:type="dxa" w:w="960"/>
          </w:tcPr>
          <w:p>
            <w:r>
              <w:t>3</w:t>
            </w:r>
          </w:p>
        </w:tc>
        <w:tc>
          <w:tcPr>
            <w:tcW w:type="dxa" w:w="960"/>
          </w:tcPr>
          <w:p>
            <w:r/>
          </w:p>
        </w:tc>
      </w:tr>
      <w:tr>
        <w:tc>
          <w:tcPr>
            <w:tcW w:type="dxa" w:w="960"/>
          </w:tcPr>
          <w:p>
            <w:r>
              <w:t>27</w:t>
            </w:r>
          </w:p>
        </w:tc>
        <w:tc>
          <w:tcPr>
            <w:tcW w:type="dxa" w:w="960"/>
          </w:tcPr>
          <w:p>
            <w:r>
              <w:t>复变函数与积分变换</w:t>
            </w:r>
          </w:p>
        </w:tc>
        <w:tc>
          <w:tcPr>
            <w:tcW w:type="dxa" w:w="960"/>
          </w:tcPr>
          <w:p>
            <w:r>
              <w:t>2MA11016</w:t>
            </w:r>
          </w:p>
        </w:tc>
        <w:tc>
          <w:tcPr>
            <w:tcW w:type="dxa" w:w="960"/>
          </w:tcPr>
          <w:p>
            <w:r>
              <w:t>3</w:t>
            </w:r>
          </w:p>
        </w:tc>
        <w:tc>
          <w:tcPr>
            <w:tcW w:type="dxa" w:w="960"/>
          </w:tcPr>
          <w:p>
            <w:r>
              <w:t>通识必修课</w:t>
            </w:r>
          </w:p>
        </w:tc>
        <w:tc>
          <w:tcPr>
            <w:tcW w:type="dxa" w:w="960"/>
          </w:tcPr>
          <w:p>
            <w:r>
              <w:t>数学科学学院</w:t>
            </w:r>
          </w:p>
        </w:tc>
        <w:tc>
          <w:tcPr>
            <w:tcW w:type="dxa" w:w="960"/>
          </w:tcPr>
          <w:p>
            <w:r>
              <w:t>2024-2025</w:t>
            </w:r>
          </w:p>
        </w:tc>
        <w:tc>
          <w:tcPr>
            <w:tcW w:type="dxa" w:w="960"/>
          </w:tcPr>
          <w:p>
            <w:r>
              <w:t>3</w:t>
            </w:r>
          </w:p>
        </w:tc>
        <w:tc>
          <w:tcPr>
            <w:tcW w:type="dxa" w:w="960"/>
          </w:tcPr>
          <w:p>
            <w:r/>
          </w:p>
        </w:tc>
      </w:tr>
      <w:tr>
        <w:tc>
          <w:tcPr>
            <w:tcW w:type="dxa" w:w="960"/>
          </w:tcPr>
          <w:p>
            <w:r>
              <w:t>28</w:t>
            </w:r>
          </w:p>
        </w:tc>
        <w:tc>
          <w:tcPr>
            <w:tcW w:type="dxa" w:w="960"/>
          </w:tcPr>
          <w:p>
            <w:r>
              <w:t>金工实习A</w:t>
            </w:r>
          </w:p>
        </w:tc>
        <w:tc>
          <w:tcPr>
            <w:tcW w:type="dxa" w:w="960"/>
          </w:tcPr>
          <w:p>
            <w:r>
              <w:t>2ME21108</w:t>
            </w:r>
          </w:p>
        </w:tc>
        <w:tc>
          <w:tcPr>
            <w:tcW w:type="dxa" w:w="960"/>
          </w:tcPr>
          <w:p>
            <w:r>
              <w:t>2</w:t>
            </w:r>
          </w:p>
        </w:tc>
        <w:tc>
          <w:tcPr>
            <w:tcW w:type="dxa" w:w="960"/>
          </w:tcPr>
          <w:p>
            <w:r>
              <w:t>专业必修课</w:t>
            </w:r>
          </w:p>
        </w:tc>
        <w:tc>
          <w:tcPr>
            <w:tcW w:type="dxa" w:w="960"/>
          </w:tcPr>
          <w:p>
            <w:r>
              <w:t>机械工程学院</w:t>
            </w:r>
          </w:p>
        </w:tc>
        <w:tc>
          <w:tcPr>
            <w:tcW w:type="dxa" w:w="960"/>
          </w:tcPr>
          <w:p>
            <w:r>
              <w:t>2024-2025</w:t>
            </w:r>
          </w:p>
        </w:tc>
        <w:tc>
          <w:tcPr>
            <w:tcW w:type="dxa" w:w="960"/>
          </w:tcPr>
          <w:p>
            <w:r>
              <w:t>3</w:t>
            </w:r>
          </w:p>
        </w:tc>
        <w:tc>
          <w:tcPr>
            <w:tcW w:type="dxa" w:w="960"/>
          </w:tcPr>
          <w:p>
            <w:r/>
          </w:p>
        </w:tc>
      </w:tr>
      <w:tr>
        <w:tc>
          <w:tcPr>
            <w:tcW w:type="dxa" w:w="960"/>
          </w:tcPr>
          <w:p>
            <w:r>
              <w:t>29</w:t>
            </w:r>
          </w:p>
        </w:tc>
        <w:tc>
          <w:tcPr>
            <w:tcW w:type="dxa" w:w="960"/>
          </w:tcPr>
          <w:p>
            <w:r>
              <w:t>认识实习</w:t>
            </w:r>
          </w:p>
        </w:tc>
        <w:tc>
          <w:tcPr>
            <w:tcW w:type="dxa" w:w="960"/>
          </w:tcPr>
          <w:p>
            <w:r>
              <w:t>2ME21109</w:t>
            </w:r>
          </w:p>
        </w:tc>
        <w:tc>
          <w:tcPr>
            <w:tcW w:type="dxa" w:w="960"/>
          </w:tcPr>
          <w:p>
            <w:r>
              <w:t>1</w:t>
            </w:r>
          </w:p>
        </w:tc>
        <w:tc>
          <w:tcPr>
            <w:tcW w:type="dxa" w:w="960"/>
          </w:tcPr>
          <w:p>
            <w:r>
              <w:t>专业必修课</w:t>
            </w:r>
          </w:p>
        </w:tc>
        <w:tc>
          <w:tcPr>
            <w:tcW w:type="dxa" w:w="960"/>
          </w:tcPr>
          <w:p>
            <w:r>
              <w:t>机械工程学院</w:t>
            </w:r>
          </w:p>
        </w:tc>
        <w:tc>
          <w:tcPr>
            <w:tcW w:type="dxa" w:w="960"/>
          </w:tcPr>
          <w:p>
            <w:r>
              <w:t>2024-2025</w:t>
            </w:r>
          </w:p>
        </w:tc>
        <w:tc>
          <w:tcPr>
            <w:tcW w:type="dxa" w:w="960"/>
          </w:tcPr>
          <w:p>
            <w:r>
              <w:t>3</w:t>
            </w:r>
          </w:p>
        </w:tc>
        <w:tc>
          <w:tcPr>
            <w:tcW w:type="dxa" w:w="960"/>
          </w:tcPr>
          <w:p>
            <w:r/>
          </w:p>
        </w:tc>
      </w:tr>
      <w:tr>
        <w:tc>
          <w:tcPr>
            <w:tcW w:type="dxa" w:w="960"/>
          </w:tcPr>
          <w:p>
            <w:r>
              <w:t>30</w:t>
            </w:r>
          </w:p>
        </w:tc>
        <w:tc>
          <w:tcPr>
            <w:tcW w:type="dxa" w:w="960"/>
          </w:tcPr>
          <w:p>
            <w:r>
              <w:t>马克思主义基本原理</w:t>
            </w:r>
          </w:p>
        </w:tc>
        <w:tc>
          <w:tcPr>
            <w:tcW w:type="dxa" w:w="960"/>
          </w:tcPr>
          <w:p>
            <w:r>
              <w:t>2MX11003</w:t>
            </w:r>
          </w:p>
        </w:tc>
        <w:tc>
          <w:tcPr>
            <w:tcW w:type="dxa" w:w="960"/>
          </w:tcPr>
          <w:p>
            <w:r>
              <w:t>3</w:t>
            </w:r>
          </w:p>
        </w:tc>
        <w:tc>
          <w:tcPr>
            <w:tcW w:type="dxa" w:w="960"/>
          </w:tcPr>
          <w:p>
            <w:r>
              <w:t>通识必修课</w:t>
            </w:r>
          </w:p>
        </w:tc>
        <w:tc>
          <w:tcPr>
            <w:tcW w:type="dxa" w:w="960"/>
          </w:tcPr>
          <w:p>
            <w:r>
              <w:t>马克思主义学院</w:t>
            </w:r>
          </w:p>
        </w:tc>
        <w:tc>
          <w:tcPr>
            <w:tcW w:type="dxa" w:w="960"/>
          </w:tcPr>
          <w:p>
            <w:r>
              <w:t>2024-2025</w:t>
            </w:r>
          </w:p>
        </w:tc>
        <w:tc>
          <w:tcPr>
            <w:tcW w:type="dxa" w:w="960"/>
          </w:tcPr>
          <w:p>
            <w:r>
              <w:t>3</w:t>
            </w:r>
          </w:p>
        </w:tc>
        <w:tc>
          <w:tcPr>
            <w:tcW w:type="dxa" w:w="960"/>
          </w:tcPr>
          <w:p>
            <w:r/>
          </w:p>
        </w:tc>
      </w:tr>
      <w:tr>
        <w:tc>
          <w:tcPr>
            <w:tcW w:type="dxa" w:w="960"/>
          </w:tcPr>
          <w:p>
            <w:r>
              <w:t>31</w:t>
            </w:r>
          </w:p>
        </w:tc>
        <w:tc>
          <w:tcPr>
            <w:tcW w:type="dxa" w:w="960"/>
          </w:tcPr>
          <w:p>
            <w:r>
              <w:t>改革开放史</w:t>
            </w:r>
          </w:p>
        </w:tc>
        <w:tc>
          <w:tcPr>
            <w:tcW w:type="dxa" w:w="960"/>
          </w:tcPr>
          <w:p>
            <w:r>
              <w:t>2MX11009</w:t>
            </w:r>
          </w:p>
        </w:tc>
        <w:tc>
          <w:tcPr>
            <w:tcW w:type="dxa" w:w="960"/>
          </w:tcPr>
          <w:p>
            <w:r>
              <w:t>1.0</w:t>
            </w:r>
          </w:p>
        </w:tc>
        <w:tc>
          <w:tcPr>
            <w:tcW w:type="dxa" w:w="960"/>
          </w:tcPr>
          <w:p>
            <w:r>
              <w:t>通识必修课</w:t>
            </w:r>
          </w:p>
        </w:tc>
        <w:tc>
          <w:tcPr>
            <w:tcW w:type="dxa" w:w="960"/>
          </w:tcPr>
          <w:p>
            <w:r>
              <w:t>马克思主义学院</w:t>
            </w:r>
          </w:p>
        </w:tc>
        <w:tc>
          <w:tcPr>
            <w:tcW w:type="dxa" w:w="960"/>
          </w:tcPr>
          <w:p>
            <w:r>
              <w:t>2024-2025</w:t>
            </w:r>
          </w:p>
        </w:tc>
        <w:tc>
          <w:tcPr>
            <w:tcW w:type="dxa" w:w="960"/>
          </w:tcPr>
          <w:p>
            <w:r>
              <w:t>3</w:t>
            </w:r>
          </w:p>
        </w:tc>
        <w:tc>
          <w:tcPr>
            <w:tcW w:type="dxa" w:w="960"/>
          </w:tcPr>
          <w:p>
            <w:r/>
          </w:p>
        </w:tc>
      </w:tr>
      <w:tr>
        <w:tc>
          <w:tcPr>
            <w:tcW w:type="dxa" w:w="960"/>
          </w:tcPr>
          <w:p>
            <w:r>
              <w:t>32</w:t>
            </w:r>
          </w:p>
        </w:tc>
        <w:tc>
          <w:tcPr>
            <w:tcW w:type="dxa" w:w="960"/>
          </w:tcPr>
          <w:p>
            <w:r>
              <w:t>物理实验B</w:t>
            </w:r>
          </w:p>
        </w:tc>
        <w:tc>
          <w:tcPr>
            <w:tcW w:type="dxa" w:w="960"/>
          </w:tcPr>
          <w:p>
            <w:r>
              <w:t>2PS11003</w:t>
            </w:r>
          </w:p>
        </w:tc>
        <w:tc>
          <w:tcPr>
            <w:tcW w:type="dxa" w:w="960"/>
          </w:tcPr>
          <w:p>
            <w:r>
              <w:t>1.0</w:t>
            </w:r>
          </w:p>
        </w:tc>
        <w:tc>
          <w:tcPr>
            <w:tcW w:type="dxa" w:w="960"/>
          </w:tcPr>
          <w:p>
            <w:r>
              <w:t>通识必修课</w:t>
            </w:r>
          </w:p>
        </w:tc>
        <w:tc>
          <w:tcPr>
            <w:tcW w:type="dxa" w:w="960"/>
          </w:tcPr>
          <w:p>
            <w:r>
              <w:t>物理科学与技术学院</w:t>
            </w:r>
          </w:p>
        </w:tc>
        <w:tc>
          <w:tcPr>
            <w:tcW w:type="dxa" w:w="960"/>
          </w:tcPr>
          <w:p>
            <w:r>
              <w:t>2024-2025</w:t>
            </w:r>
          </w:p>
        </w:tc>
        <w:tc>
          <w:tcPr>
            <w:tcW w:type="dxa" w:w="960"/>
          </w:tcPr>
          <w:p>
            <w:r>
              <w:t>3</w:t>
            </w:r>
          </w:p>
        </w:tc>
        <w:tc>
          <w:tcPr>
            <w:tcW w:type="dxa" w:w="960"/>
          </w:tcPr>
          <w:p>
            <w:r/>
          </w:p>
        </w:tc>
      </w:tr>
      <w:tr>
        <w:tc>
          <w:tcPr>
            <w:tcW w:type="dxa" w:w="960"/>
          </w:tcPr>
          <w:p>
            <w:r>
              <w:t>33</w:t>
            </w:r>
          </w:p>
        </w:tc>
        <w:tc>
          <w:tcPr>
            <w:tcW w:type="dxa" w:w="960"/>
          </w:tcPr>
          <w:p>
            <w:r>
              <w:t>大学物理B(二)</w:t>
            </w:r>
          </w:p>
        </w:tc>
        <w:tc>
          <w:tcPr>
            <w:tcW w:type="dxa" w:w="960"/>
          </w:tcPr>
          <w:p>
            <w:r>
              <w:t>2PS11007</w:t>
            </w:r>
          </w:p>
        </w:tc>
        <w:tc>
          <w:tcPr>
            <w:tcW w:type="dxa" w:w="960"/>
          </w:tcPr>
          <w:p>
            <w:r>
              <w:t>2</w:t>
            </w:r>
          </w:p>
        </w:tc>
        <w:tc>
          <w:tcPr>
            <w:tcW w:type="dxa" w:w="960"/>
          </w:tcPr>
          <w:p>
            <w:r>
              <w:t>通识必修课</w:t>
            </w:r>
          </w:p>
        </w:tc>
        <w:tc>
          <w:tcPr>
            <w:tcW w:type="dxa" w:w="960"/>
          </w:tcPr>
          <w:p>
            <w:r>
              <w:t>物理科学与技术学院</w:t>
            </w:r>
          </w:p>
        </w:tc>
        <w:tc>
          <w:tcPr>
            <w:tcW w:type="dxa" w:w="960"/>
          </w:tcPr>
          <w:p>
            <w:r>
              <w:t>2024-2025</w:t>
            </w:r>
          </w:p>
        </w:tc>
        <w:tc>
          <w:tcPr>
            <w:tcW w:type="dxa" w:w="960"/>
          </w:tcPr>
          <w:p>
            <w:r>
              <w:t>3</w:t>
            </w:r>
          </w:p>
        </w:tc>
        <w:tc>
          <w:tcPr>
            <w:tcW w:type="dxa" w:w="960"/>
          </w:tcPr>
          <w:p>
            <w:r/>
          </w:p>
        </w:tc>
      </w:tr>
      <w:tr>
        <w:tc>
          <w:tcPr>
            <w:tcW w:type="dxa" w:w="960"/>
          </w:tcPr>
          <w:p>
            <w:r>
              <w:t>34</w:t>
            </w:r>
          </w:p>
        </w:tc>
        <w:tc>
          <w:tcPr>
            <w:tcW w:type="dxa" w:w="960"/>
          </w:tcPr>
          <w:p>
            <w:r>
              <w:t>体育(三)</w:t>
            </w:r>
          </w:p>
        </w:tc>
        <w:tc>
          <w:tcPr>
            <w:tcW w:type="dxa" w:w="960"/>
          </w:tcPr>
          <w:p>
            <w:r>
              <w:t>2SP11003</w:t>
            </w:r>
          </w:p>
        </w:tc>
        <w:tc>
          <w:tcPr>
            <w:tcW w:type="dxa" w:w="960"/>
          </w:tcPr>
          <w:p>
            <w:r>
              <w:t>1</w:t>
            </w:r>
          </w:p>
        </w:tc>
        <w:tc>
          <w:tcPr>
            <w:tcW w:type="dxa" w:w="960"/>
          </w:tcPr>
          <w:p>
            <w:r>
              <w:t>通识必修课</w:t>
            </w:r>
          </w:p>
        </w:tc>
        <w:tc>
          <w:tcPr>
            <w:tcW w:type="dxa" w:w="960"/>
          </w:tcPr>
          <w:p>
            <w:r>
              <w:t>体育部</w:t>
            </w:r>
          </w:p>
        </w:tc>
        <w:tc>
          <w:tcPr>
            <w:tcW w:type="dxa" w:w="960"/>
          </w:tcPr>
          <w:p>
            <w:r>
              <w:t>2024-2025</w:t>
            </w:r>
          </w:p>
        </w:tc>
        <w:tc>
          <w:tcPr>
            <w:tcW w:type="dxa" w:w="960"/>
          </w:tcPr>
          <w:p>
            <w:r>
              <w:t>3</w:t>
            </w:r>
          </w:p>
        </w:tc>
        <w:tc>
          <w:tcPr>
            <w:tcW w:type="dxa" w:w="960"/>
          </w:tcPr>
          <w:p>
            <w:r/>
          </w:p>
        </w:tc>
      </w:tr>
      <w:tr>
        <w:tc>
          <w:tcPr>
            <w:tcW w:type="dxa" w:w="960"/>
          </w:tcPr>
          <w:p>
            <w:r>
              <w:t>35</w:t>
            </w:r>
          </w:p>
        </w:tc>
        <w:tc>
          <w:tcPr>
            <w:tcW w:type="dxa" w:w="960"/>
          </w:tcPr>
          <w:p>
            <w:r>
              <w:t>材料力学C</w:t>
            </w:r>
          </w:p>
        </w:tc>
        <w:tc>
          <w:tcPr>
            <w:tcW w:type="dxa" w:w="960"/>
          </w:tcPr>
          <w:p>
            <w:r>
              <w:t>2CE21017</w:t>
            </w:r>
          </w:p>
        </w:tc>
        <w:tc>
          <w:tcPr>
            <w:tcW w:type="dxa" w:w="960"/>
          </w:tcPr>
          <w:p>
            <w:r>
              <w:t>3.0</w:t>
            </w:r>
          </w:p>
        </w:tc>
        <w:tc>
          <w:tcPr>
            <w:tcW w:type="dxa" w:w="960"/>
          </w:tcPr>
          <w:p>
            <w:r>
              <w:t>专业必修课</w:t>
            </w:r>
          </w:p>
        </w:tc>
        <w:tc>
          <w:tcPr>
            <w:tcW w:type="dxa" w:w="960"/>
          </w:tcPr>
          <w:p>
            <w:r>
              <w:t>土木工程学院</w:t>
            </w:r>
          </w:p>
        </w:tc>
        <w:tc>
          <w:tcPr>
            <w:tcW w:type="dxa" w:w="960"/>
          </w:tcPr>
          <w:p>
            <w:r>
              <w:t>2024-2025</w:t>
            </w:r>
          </w:p>
        </w:tc>
        <w:tc>
          <w:tcPr>
            <w:tcW w:type="dxa" w:w="960"/>
          </w:tcPr>
          <w:p>
            <w:r>
              <w:t>4</w:t>
            </w:r>
          </w:p>
        </w:tc>
        <w:tc>
          <w:tcPr>
            <w:tcW w:type="dxa" w:w="960"/>
          </w:tcPr>
          <w:p>
            <w:r/>
          </w:p>
        </w:tc>
      </w:tr>
      <w:tr>
        <w:tc>
          <w:tcPr>
            <w:tcW w:type="dxa" w:w="960"/>
          </w:tcPr>
          <w:p>
            <w:r>
              <w:t>36</w:t>
            </w:r>
          </w:p>
        </w:tc>
        <w:tc>
          <w:tcPr>
            <w:tcW w:type="dxa" w:w="960"/>
          </w:tcPr>
          <w:p>
            <w:r>
              <w:t>热工学基础</w:t>
            </w:r>
          </w:p>
        </w:tc>
        <w:tc>
          <w:tcPr>
            <w:tcW w:type="dxa" w:w="960"/>
          </w:tcPr>
          <w:p>
            <w:r>
              <w:t>2ME21008</w:t>
            </w:r>
          </w:p>
        </w:tc>
        <w:tc>
          <w:tcPr>
            <w:tcW w:type="dxa" w:w="960"/>
          </w:tcPr>
          <w:p>
            <w:r>
              <w:t>1.5</w:t>
            </w:r>
          </w:p>
        </w:tc>
        <w:tc>
          <w:tcPr>
            <w:tcW w:type="dxa" w:w="960"/>
          </w:tcPr>
          <w:p>
            <w:r>
              <w:t>专业必修课</w:t>
            </w:r>
          </w:p>
        </w:tc>
        <w:tc>
          <w:tcPr>
            <w:tcW w:type="dxa" w:w="960"/>
          </w:tcPr>
          <w:p>
            <w:r>
              <w:t>机械工程学院</w:t>
            </w:r>
          </w:p>
        </w:tc>
        <w:tc>
          <w:tcPr>
            <w:tcW w:type="dxa" w:w="960"/>
          </w:tcPr>
          <w:p>
            <w:r>
              <w:t>2024-2025</w:t>
            </w:r>
          </w:p>
        </w:tc>
        <w:tc>
          <w:tcPr>
            <w:tcW w:type="dxa" w:w="960"/>
          </w:tcPr>
          <w:p>
            <w:r>
              <w:t>4</w:t>
            </w:r>
          </w:p>
        </w:tc>
        <w:tc>
          <w:tcPr>
            <w:tcW w:type="dxa" w:w="960"/>
          </w:tcPr>
          <w:p>
            <w:r/>
          </w:p>
        </w:tc>
      </w:tr>
      <w:tr>
        <w:tc>
          <w:tcPr>
            <w:tcW w:type="dxa" w:w="960"/>
          </w:tcPr>
          <w:p>
            <w:r>
              <w:t>37</w:t>
            </w:r>
          </w:p>
        </w:tc>
        <w:tc>
          <w:tcPr>
            <w:tcW w:type="dxa" w:w="960"/>
          </w:tcPr>
          <w:p>
            <w:r>
              <w:t>机械精度与检测A</w:t>
            </w:r>
          </w:p>
        </w:tc>
        <w:tc>
          <w:tcPr>
            <w:tcW w:type="dxa" w:w="960"/>
          </w:tcPr>
          <w:p>
            <w:r>
              <w:t>2ME21101</w:t>
            </w:r>
          </w:p>
        </w:tc>
        <w:tc>
          <w:tcPr>
            <w:tcW w:type="dxa" w:w="960"/>
          </w:tcPr>
          <w:p>
            <w:r>
              <w:t>2</w:t>
            </w:r>
          </w:p>
        </w:tc>
        <w:tc>
          <w:tcPr>
            <w:tcW w:type="dxa" w:w="960"/>
          </w:tcPr>
          <w:p>
            <w:r>
              <w:t>专业必修课</w:t>
            </w:r>
          </w:p>
        </w:tc>
        <w:tc>
          <w:tcPr>
            <w:tcW w:type="dxa" w:w="960"/>
          </w:tcPr>
          <w:p>
            <w:r>
              <w:t>机械工程学院</w:t>
            </w:r>
          </w:p>
        </w:tc>
        <w:tc>
          <w:tcPr>
            <w:tcW w:type="dxa" w:w="960"/>
          </w:tcPr>
          <w:p>
            <w:r>
              <w:t>2024-2025</w:t>
            </w:r>
          </w:p>
        </w:tc>
        <w:tc>
          <w:tcPr>
            <w:tcW w:type="dxa" w:w="960"/>
          </w:tcPr>
          <w:p>
            <w:r>
              <w:t>4</w:t>
            </w:r>
          </w:p>
        </w:tc>
        <w:tc>
          <w:tcPr>
            <w:tcW w:type="dxa" w:w="960"/>
          </w:tcPr>
          <w:p>
            <w:r/>
          </w:p>
        </w:tc>
      </w:tr>
      <w:tr>
        <w:tc>
          <w:tcPr>
            <w:tcW w:type="dxa" w:w="960"/>
          </w:tcPr>
          <w:p>
            <w:r>
              <w:t>38</w:t>
            </w:r>
          </w:p>
        </w:tc>
        <w:tc>
          <w:tcPr>
            <w:tcW w:type="dxa" w:w="960"/>
          </w:tcPr>
          <w:p>
            <w:r>
              <w:t>机械原理</w:t>
            </w:r>
          </w:p>
        </w:tc>
        <w:tc>
          <w:tcPr>
            <w:tcW w:type="dxa" w:w="960"/>
          </w:tcPr>
          <w:p>
            <w:r>
              <w:t>2ME21102</w:t>
            </w:r>
          </w:p>
        </w:tc>
        <w:tc>
          <w:tcPr>
            <w:tcW w:type="dxa" w:w="960"/>
          </w:tcPr>
          <w:p>
            <w:r>
              <w:t>3</w:t>
            </w:r>
          </w:p>
        </w:tc>
        <w:tc>
          <w:tcPr>
            <w:tcW w:type="dxa" w:w="960"/>
          </w:tcPr>
          <w:p>
            <w:r>
              <w:t>专业必修课</w:t>
            </w:r>
          </w:p>
        </w:tc>
        <w:tc>
          <w:tcPr>
            <w:tcW w:type="dxa" w:w="960"/>
          </w:tcPr>
          <w:p>
            <w:r>
              <w:t>机械工程学院</w:t>
            </w:r>
          </w:p>
        </w:tc>
        <w:tc>
          <w:tcPr>
            <w:tcW w:type="dxa" w:w="960"/>
          </w:tcPr>
          <w:p>
            <w:r>
              <w:t>2024-2025</w:t>
            </w:r>
          </w:p>
        </w:tc>
        <w:tc>
          <w:tcPr>
            <w:tcW w:type="dxa" w:w="960"/>
          </w:tcPr>
          <w:p>
            <w:r>
              <w:t>4</w:t>
            </w:r>
          </w:p>
        </w:tc>
        <w:tc>
          <w:tcPr>
            <w:tcW w:type="dxa" w:w="960"/>
          </w:tcPr>
          <w:p>
            <w:r/>
          </w:p>
        </w:tc>
      </w:tr>
      <w:tr>
        <w:tc>
          <w:tcPr>
            <w:tcW w:type="dxa" w:w="960"/>
          </w:tcPr>
          <w:p>
            <w:r>
              <w:t>39</w:t>
            </w:r>
          </w:p>
        </w:tc>
        <w:tc>
          <w:tcPr>
            <w:tcW w:type="dxa" w:w="960"/>
          </w:tcPr>
          <w:p>
            <w:r>
              <w:t>金工实习(机械加工基础)</w:t>
            </w:r>
          </w:p>
        </w:tc>
        <w:tc>
          <w:tcPr>
            <w:tcW w:type="dxa" w:w="960"/>
          </w:tcPr>
          <w:p>
            <w:r>
              <w:t>2ME21110</w:t>
            </w:r>
          </w:p>
        </w:tc>
        <w:tc>
          <w:tcPr>
            <w:tcW w:type="dxa" w:w="960"/>
          </w:tcPr>
          <w:p>
            <w:r>
              <w:t>2</w:t>
            </w:r>
          </w:p>
        </w:tc>
        <w:tc>
          <w:tcPr>
            <w:tcW w:type="dxa" w:w="960"/>
          </w:tcPr>
          <w:p>
            <w:r>
              <w:t>专业必修课</w:t>
            </w:r>
          </w:p>
        </w:tc>
        <w:tc>
          <w:tcPr>
            <w:tcW w:type="dxa" w:w="960"/>
          </w:tcPr>
          <w:p>
            <w:r>
              <w:t>机械工程学院</w:t>
            </w:r>
          </w:p>
        </w:tc>
        <w:tc>
          <w:tcPr>
            <w:tcW w:type="dxa" w:w="960"/>
          </w:tcPr>
          <w:p>
            <w:r>
              <w:t>2024-2025</w:t>
            </w:r>
          </w:p>
        </w:tc>
        <w:tc>
          <w:tcPr>
            <w:tcW w:type="dxa" w:w="960"/>
          </w:tcPr>
          <w:p>
            <w:r>
              <w:t>4</w:t>
            </w:r>
          </w:p>
        </w:tc>
        <w:tc>
          <w:tcPr>
            <w:tcW w:type="dxa" w:w="960"/>
          </w:tcPr>
          <w:p>
            <w:r/>
          </w:p>
        </w:tc>
      </w:tr>
      <w:tr>
        <w:tc>
          <w:tcPr>
            <w:tcW w:type="dxa" w:w="960"/>
          </w:tcPr>
          <w:p>
            <w:r>
              <w:t>40</w:t>
            </w:r>
          </w:p>
        </w:tc>
        <w:tc>
          <w:tcPr>
            <w:tcW w:type="dxa" w:w="960"/>
          </w:tcPr>
          <w:p>
            <w:r>
              <w:t>机械原理课程设计</w:t>
            </w:r>
          </w:p>
        </w:tc>
        <w:tc>
          <w:tcPr>
            <w:tcW w:type="dxa" w:w="960"/>
          </w:tcPr>
          <w:p>
            <w:r>
              <w:t>2ME21113</w:t>
            </w:r>
          </w:p>
        </w:tc>
        <w:tc>
          <w:tcPr>
            <w:tcW w:type="dxa" w:w="960"/>
          </w:tcPr>
          <w:p>
            <w:r>
              <w:t>1</w:t>
            </w:r>
          </w:p>
        </w:tc>
        <w:tc>
          <w:tcPr>
            <w:tcW w:type="dxa" w:w="960"/>
          </w:tcPr>
          <w:p>
            <w:r>
              <w:t>专业必修课</w:t>
            </w:r>
          </w:p>
        </w:tc>
        <w:tc>
          <w:tcPr>
            <w:tcW w:type="dxa" w:w="960"/>
          </w:tcPr>
          <w:p>
            <w:r>
              <w:t>机械工程学院</w:t>
            </w:r>
          </w:p>
        </w:tc>
        <w:tc>
          <w:tcPr>
            <w:tcW w:type="dxa" w:w="960"/>
          </w:tcPr>
          <w:p>
            <w:r>
              <w:t>2024-2025</w:t>
            </w:r>
          </w:p>
        </w:tc>
        <w:tc>
          <w:tcPr>
            <w:tcW w:type="dxa" w:w="960"/>
          </w:tcPr>
          <w:p>
            <w:r>
              <w:t>4</w:t>
            </w:r>
          </w:p>
        </w:tc>
        <w:tc>
          <w:tcPr>
            <w:tcW w:type="dxa" w:w="960"/>
          </w:tcPr>
          <w:p>
            <w:r/>
          </w:p>
        </w:tc>
      </w:tr>
      <w:tr>
        <w:tc>
          <w:tcPr>
            <w:tcW w:type="dxa" w:w="960"/>
          </w:tcPr>
          <w:p>
            <w:r>
              <w:t>41</w:t>
            </w:r>
          </w:p>
        </w:tc>
        <w:tc>
          <w:tcPr>
            <w:tcW w:type="dxa" w:w="960"/>
          </w:tcPr>
          <w:p>
            <w:r>
              <w:t>电工电子工艺实习B</w:t>
            </w:r>
          </w:p>
        </w:tc>
        <w:tc>
          <w:tcPr>
            <w:tcW w:type="dxa" w:w="960"/>
          </w:tcPr>
          <w:p>
            <w:r>
              <w:t>2ME21207</w:t>
            </w:r>
          </w:p>
        </w:tc>
        <w:tc>
          <w:tcPr>
            <w:tcW w:type="dxa" w:w="960"/>
          </w:tcPr>
          <w:p>
            <w:r>
              <w:t>1</w:t>
            </w:r>
          </w:p>
        </w:tc>
        <w:tc>
          <w:tcPr>
            <w:tcW w:type="dxa" w:w="960"/>
          </w:tcPr>
          <w:p>
            <w:r>
              <w:t>专业必修课</w:t>
            </w:r>
          </w:p>
        </w:tc>
        <w:tc>
          <w:tcPr>
            <w:tcW w:type="dxa" w:w="960"/>
          </w:tcPr>
          <w:p>
            <w:r>
              <w:t>机械工程学院</w:t>
            </w:r>
          </w:p>
        </w:tc>
        <w:tc>
          <w:tcPr>
            <w:tcW w:type="dxa" w:w="960"/>
          </w:tcPr>
          <w:p>
            <w:r>
              <w:t>2024-2025</w:t>
            </w:r>
          </w:p>
        </w:tc>
        <w:tc>
          <w:tcPr>
            <w:tcW w:type="dxa" w:w="960"/>
          </w:tcPr>
          <w:p>
            <w:r>
              <w:t>4</w:t>
            </w:r>
          </w:p>
        </w:tc>
        <w:tc>
          <w:tcPr>
            <w:tcW w:type="dxa" w:w="960"/>
          </w:tcPr>
          <w:p>
            <w:r/>
          </w:p>
        </w:tc>
      </w:tr>
      <w:tr>
        <w:tc>
          <w:tcPr>
            <w:tcW w:type="dxa" w:w="960"/>
          </w:tcPr>
          <w:p>
            <w:r>
              <w:t>42</w:t>
            </w:r>
          </w:p>
        </w:tc>
        <w:tc>
          <w:tcPr>
            <w:tcW w:type="dxa" w:w="960"/>
          </w:tcPr>
          <w:p>
            <w:r>
              <w:t>工程材料及成型技术基础</w:t>
            </w:r>
          </w:p>
        </w:tc>
        <w:tc>
          <w:tcPr>
            <w:tcW w:type="dxa" w:w="960"/>
          </w:tcPr>
          <w:p>
            <w:r>
              <w:t>2ME21316</w:t>
            </w:r>
          </w:p>
        </w:tc>
        <w:tc>
          <w:tcPr>
            <w:tcW w:type="dxa" w:w="960"/>
          </w:tcPr>
          <w:p>
            <w:r>
              <w:t>2.5</w:t>
            </w:r>
          </w:p>
        </w:tc>
        <w:tc>
          <w:tcPr>
            <w:tcW w:type="dxa" w:w="960"/>
          </w:tcPr>
          <w:p>
            <w:r>
              <w:t>专业必修课</w:t>
            </w:r>
          </w:p>
        </w:tc>
        <w:tc>
          <w:tcPr>
            <w:tcW w:type="dxa" w:w="960"/>
          </w:tcPr>
          <w:p>
            <w:r>
              <w:t>机械工程学院</w:t>
            </w:r>
          </w:p>
        </w:tc>
        <w:tc>
          <w:tcPr>
            <w:tcW w:type="dxa" w:w="960"/>
          </w:tcPr>
          <w:p>
            <w:r>
              <w:t>2024-2025</w:t>
            </w:r>
          </w:p>
        </w:tc>
        <w:tc>
          <w:tcPr>
            <w:tcW w:type="dxa" w:w="960"/>
          </w:tcPr>
          <w:p>
            <w:r>
              <w:t>4</w:t>
            </w:r>
          </w:p>
        </w:tc>
        <w:tc>
          <w:tcPr>
            <w:tcW w:type="dxa" w:w="960"/>
          </w:tcPr>
          <w:p>
            <w:r/>
          </w:p>
        </w:tc>
      </w:tr>
      <w:tr>
        <w:tc>
          <w:tcPr>
            <w:tcW w:type="dxa" w:w="960"/>
          </w:tcPr>
          <w:p>
            <w:r>
              <w:t>43</w:t>
            </w:r>
          </w:p>
        </w:tc>
        <w:tc>
          <w:tcPr>
            <w:tcW w:type="dxa" w:w="960"/>
          </w:tcPr>
          <w:p>
            <w:r>
              <w:t>机械基础实验</w:t>
            </w:r>
          </w:p>
        </w:tc>
        <w:tc>
          <w:tcPr>
            <w:tcW w:type="dxa" w:w="960"/>
          </w:tcPr>
          <w:p>
            <w:r>
              <w:t>2ME21317</w:t>
            </w:r>
          </w:p>
        </w:tc>
        <w:tc>
          <w:tcPr>
            <w:tcW w:type="dxa" w:w="960"/>
          </w:tcPr>
          <w:p>
            <w:r>
              <w:t>1.0</w:t>
            </w:r>
          </w:p>
        </w:tc>
        <w:tc>
          <w:tcPr>
            <w:tcW w:type="dxa" w:w="960"/>
          </w:tcPr>
          <w:p>
            <w:r>
              <w:t>专业必修课</w:t>
            </w:r>
          </w:p>
        </w:tc>
        <w:tc>
          <w:tcPr>
            <w:tcW w:type="dxa" w:w="960"/>
          </w:tcPr>
          <w:p>
            <w:r>
              <w:t>机械工程学院</w:t>
            </w:r>
          </w:p>
        </w:tc>
        <w:tc>
          <w:tcPr>
            <w:tcW w:type="dxa" w:w="960"/>
          </w:tcPr>
          <w:p>
            <w:r>
              <w:t>2024-2025</w:t>
            </w:r>
          </w:p>
        </w:tc>
        <w:tc>
          <w:tcPr>
            <w:tcW w:type="dxa" w:w="960"/>
          </w:tcPr>
          <w:p>
            <w:r>
              <w:t>4</w:t>
            </w:r>
          </w:p>
        </w:tc>
        <w:tc>
          <w:tcPr>
            <w:tcW w:type="dxa" w:w="960"/>
          </w:tcPr>
          <w:p>
            <w:r/>
          </w:p>
        </w:tc>
      </w:tr>
      <w:tr>
        <w:tc>
          <w:tcPr>
            <w:tcW w:type="dxa" w:w="960"/>
          </w:tcPr>
          <w:p>
            <w:r>
              <w:t>44</w:t>
            </w:r>
          </w:p>
        </w:tc>
        <w:tc>
          <w:tcPr>
            <w:tcW w:type="dxa" w:w="960"/>
          </w:tcPr>
          <w:p>
            <w:r>
              <w:t>毛泽东思想和中国特色社会主义理论体系概论</w:t>
            </w:r>
          </w:p>
        </w:tc>
        <w:tc>
          <w:tcPr>
            <w:tcW w:type="dxa" w:w="960"/>
          </w:tcPr>
          <w:p>
            <w:r>
              <w:t>2MX11004</w:t>
            </w:r>
          </w:p>
        </w:tc>
        <w:tc>
          <w:tcPr>
            <w:tcW w:type="dxa" w:w="960"/>
          </w:tcPr>
          <w:p>
            <w:r>
              <w:t>3</w:t>
            </w:r>
          </w:p>
        </w:tc>
        <w:tc>
          <w:tcPr>
            <w:tcW w:type="dxa" w:w="960"/>
          </w:tcPr>
          <w:p>
            <w:r>
              <w:t>通识必修课</w:t>
            </w:r>
          </w:p>
        </w:tc>
        <w:tc>
          <w:tcPr>
            <w:tcW w:type="dxa" w:w="960"/>
          </w:tcPr>
          <w:p>
            <w:r>
              <w:t>马克思主义学院</w:t>
            </w:r>
          </w:p>
        </w:tc>
        <w:tc>
          <w:tcPr>
            <w:tcW w:type="dxa" w:w="960"/>
          </w:tcPr>
          <w:p>
            <w:r>
              <w:t>2024-2025</w:t>
            </w:r>
          </w:p>
        </w:tc>
        <w:tc>
          <w:tcPr>
            <w:tcW w:type="dxa" w:w="960"/>
          </w:tcPr>
          <w:p>
            <w:r>
              <w:t>4</w:t>
            </w:r>
          </w:p>
        </w:tc>
        <w:tc>
          <w:tcPr>
            <w:tcW w:type="dxa" w:w="960"/>
          </w:tcPr>
          <w:p>
            <w:r/>
          </w:p>
        </w:tc>
      </w:tr>
      <w:tr>
        <w:tc>
          <w:tcPr>
            <w:tcW w:type="dxa" w:w="960"/>
          </w:tcPr>
          <w:p>
            <w:r>
              <w:t>45</w:t>
            </w:r>
          </w:p>
        </w:tc>
        <w:tc>
          <w:tcPr>
            <w:tcW w:type="dxa" w:w="960"/>
          </w:tcPr>
          <w:p>
            <w:r>
              <w:t>国家安全教育</w:t>
            </w:r>
          </w:p>
        </w:tc>
        <w:tc>
          <w:tcPr>
            <w:tcW w:type="dxa" w:w="960"/>
          </w:tcPr>
          <w:p>
            <w:r>
              <w:t>2MX11012</w:t>
            </w:r>
          </w:p>
        </w:tc>
        <w:tc>
          <w:tcPr>
            <w:tcW w:type="dxa" w:w="960"/>
          </w:tcPr>
          <w:p>
            <w:r>
              <w:t>1</w:t>
            </w:r>
          </w:p>
        </w:tc>
        <w:tc>
          <w:tcPr>
            <w:tcW w:type="dxa" w:w="960"/>
          </w:tcPr>
          <w:p>
            <w:r>
              <w:t>通识必修课</w:t>
            </w:r>
          </w:p>
        </w:tc>
        <w:tc>
          <w:tcPr>
            <w:tcW w:type="dxa" w:w="960"/>
          </w:tcPr>
          <w:p>
            <w:r>
              <w:t>马克思主义学院</w:t>
            </w:r>
          </w:p>
        </w:tc>
        <w:tc>
          <w:tcPr>
            <w:tcW w:type="dxa" w:w="960"/>
          </w:tcPr>
          <w:p>
            <w:r>
              <w:t>2024-2025</w:t>
            </w:r>
          </w:p>
        </w:tc>
        <w:tc>
          <w:tcPr>
            <w:tcW w:type="dxa" w:w="960"/>
          </w:tcPr>
          <w:p>
            <w:r>
              <w:t>4</w:t>
            </w:r>
          </w:p>
        </w:tc>
        <w:tc>
          <w:tcPr>
            <w:tcW w:type="dxa" w:w="960"/>
          </w:tcPr>
          <w:p>
            <w:r/>
          </w:p>
        </w:tc>
      </w:tr>
      <w:tr>
        <w:tc>
          <w:tcPr>
            <w:tcW w:type="dxa" w:w="960"/>
          </w:tcPr>
          <w:p>
            <w:r>
              <w:t>46</w:t>
            </w:r>
          </w:p>
        </w:tc>
        <w:tc>
          <w:tcPr>
            <w:tcW w:type="dxa" w:w="960"/>
          </w:tcPr>
          <w:p>
            <w:r>
              <w:t>体育(四)</w:t>
            </w:r>
          </w:p>
        </w:tc>
        <w:tc>
          <w:tcPr>
            <w:tcW w:type="dxa" w:w="960"/>
          </w:tcPr>
          <w:p>
            <w:r>
              <w:t>2SP11004</w:t>
            </w:r>
          </w:p>
        </w:tc>
        <w:tc>
          <w:tcPr>
            <w:tcW w:type="dxa" w:w="960"/>
          </w:tcPr>
          <w:p>
            <w:r>
              <w:t>1</w:t>
            </w:r>
          </w:p>
        </w:tc>
        <w:tc>
          <w:tcPr>
            <w:tcW w:type="dxa" w:w="960"/>
          </w:tcPr>
          <w:p>
            <w:r>
              <w:t>通识必修课</w:t>
            </w:r>
          </w:p>
        </w:tc>
        <w:tc>
          <w:tcPr>
            <w:tcW w:type="dxa" w:w="960"/>
          </w:tcPr>
          <w:p>
            <w:r>
              <w:t>体育部</w:t>
            </w:r>
          </w:p>
        </w:tc>
        <w:tc>
          <w:tcPr>
            <w:tcW w:type="dxa" w:w="960"/>
          </w:tcPr>
          <w:p>
            <w:r>
              <w:t>2024-2025</w:t>
            </w:r>
          </w:p>
        </w:tc>
        <w:tc>
          <w:tcPr>
            <w:tcW w:type="dxa" w:w="960"/>
          </w:tcPr>
          <w:p>
            <w:r>
              <w:t>4</w:t>
            </w:r>
          </w:p>
        </w:tc>
        <w:tc>
          <w:tcPr>
            <w:tcW w:type="dxa" w:w="960"/>
          </w:tcPr>
          <w:p>
            <w:r/>
          </w:p>
        </w:tc>
      </w:tr>
      <w:tr>
        <w:tc>
          <w:tcPr>
            <w:tcW w:type="dxa" w:w="960"/>
          </w:tcPr>
          <w:p>
            <w:r>
              <w:t>47</w:t>
            </w:r>
          </w:p>
        </w:tc>
        <w:tc>
          <w:tcPr>
            <w:tcW w:type="dxa" w:w="960"/>
          </w:tcPr>
          <w:p>
            <w:r>
              <w:t>数值计算方法</w:t>
            </w:r>
          </w:p>
        </w:tc>
        <w:tc>
          <w:tcPr>
            <w:tcW w:type="dxa" w:w="960"/>
          </w:tcPr>
          <w:p>
            <w:r>
              <w:t>2ME21012</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5</w:t>
            </w:r>
          </w:p>
        </w:tc>
        <w:tc>
          <w:tcPr>
            <w:tcW w:type="dxa" w:w="960"/>
          </w:tcPr>
          <w:p>
            <w:r/>
          </w:p>
        </w:tc>
      </w:tr>
      <w:tr>
        <w:tc>
          <w:tcPr>
            <w:tcW w:type="dxa" w:w="960"/>
          </w:tcPr>
          <w:p>
            <w:r>
              <w:t>48</w:t>
            </w:r>
          </w:p>
        </w:tc>
        <w:tc>
          <w:tcPr>
            <w:tcW w:type="dxa" w:w="960"/>
          </w:tcPr>
          <w:p>
            <w:r>
              <w:t>机械设计</w:t>
            </w:r>
          </w:p>
        </w:tc>
        <w:tc>
          <w:tcPr>
            <w:tcW w:type="dxa" w:w="960"/>
          </w:tcPr>
          <w:p>
            <w:r>
              <w:t>2ME21103</w:t>
            </w:r>
          </w:p>
        </w:tc>
        <w:tc>
          <w:tcPr>
            <w:tcW w:type="dxa" w:w="960"/>
          </w:tcPr>
          <w:p>
            <w:r>
              <w:t>3</w:t>
            </w:r>
          </w:p>
        </w:tc>
        <w:tc>
          <w:tcPr>
            <w:tcW w:type="dxa" w:w="960"/>
          </w:tcPr>
          <w:p>
            <w:r>
              <w:t>专业必修课</w:t>
            </w:r>
          </w:p>
        </w:tc>
        <w:tc>
          <w:tcPr>
            <w:tcW w:type="dxa" w:w="960"/>
          </w:tcPr>
          <w:p>
            <w:r>
              <w:t>机械工程学院</w:t>
            </w:r>
          </w:p>
        </w:tc>
        <w:tc>
          <w:tcPr>
            <w:tcW w:type="dxa" w:w="960"/>
          </w:tcPr>
          <w:p>
            <w:r>
              <w:t>2025-2026</w:t>
            </w:r>
          </w:p>
        </w:tc>
        <w:tc>
          <w:tcPr>
            <w:tcW w:type="dxa" w:w="960"/>
          </w:tcPr>
          <w:p>
            <w:r>
              <w:t>5</w:t>
            </w:r>
          </w:p>
        </w:tc>
        <w:tc>
          <w:tcPr>
            <w:tcW w:type="dxa" w:w="960"/>
          </w:tcPr>
          <w:p>
            <w:r/>
          </w:p>
        </w:tc>
      </w:tr>
      <w:tr>
        <w:tc>
          <w:tcPr>
            <w:tcW w:type="dxa" w:w="960"/>
          </w:tcPr>
          <w:p>
            <w:r>
              <w:t>49</w:t>
            </w:r>
          </w:p>
        </w:tc>
        <w:tc>
          <w:tcPr>
            <w:tcW w:type="dxa" w:w="960"/>
          </w:tcPr>
          <w:p>
            <w:r>
              <w:t>流体力学与液压传动A</w:t>
            </w:r>
          </w:p>
        </w:tc>
        <w:tc>
          <w:tcPr>
            <w:tcW w:type="dxa" w:w="960"/>
          </w:tcPr>
          <w:p>
            <w:r>
              <w:t>2ME21104</w:t>
            </w:r>
          </w:p>
        </w:tc>
        <w:tc>
          <w:tcPr>
            <w:tcW w:type="dxa" w:w="960"/>
          </w:tcPr>
          <w:p>
            <w:r>
              <w:t>3</w:t>
            </w:r>
          </w:p>
        </w:tc>
        <w:tc>
          <w:tcPr>
            <w:tcW w:type="dxa" w:w="960"/>
          </w:tcPr>
          <w:p>
            <w:r>
              <w:t>专业必修课</w:t>
            </w:r>
          </w:p>
        </w:tc>
        <w:tc>
          <w:tcPr>
            <w:tcW w:type="dxa" w:w="960"/>
          </w:tcPr>
          <w:p>
            <w:r>
              <w:t>机械工程学院</w:t>
            </w:r>
          </w:p>
        </w:tc>
        <w:tc>
          <w:tcPr>
            <w:tcW w:type="dxa" w:w="960"/>
          </w:tcPr>
          <w:p>
            <w:r>
              <w:t>2025-2026</w:t>
            </w:r>
          </w:p>
        </w:tc>
        <w:tc>
          <w:tcPr>
            <w:tcW w:type="dxa" w:w="960"/>
          </w:tcPr>
          <w:p>
            <w:r>
              <w:t>5</w:t>
            </w:r>
          </w:p>
        </w:tc>
        <w:tc>
          <w:tcPr>
            <w:tcW w:type="dxa" w:w="960"/>
          </w:tcPr>
          <w:p>
            <w:r/>
          </w:p>
        </w:tc>
      </w:tr>
      <w:tr>
        <w:tc>
          <w:tcPr>
            <w:tcW w:type="dxa" w:w="960"/>
          </w:tcPr>
          <w:p>
            <w:r>
              <w:t>50</w:t>
            </w:r>
          </w:p>
        </w:tc>
        <w:tc>
          <w:tcPr>
            <w:tcW w:type="dxa" w:w="960"/>
          </w:tcPr>
          <w:p>
            <w:r>
              <w:t>机械制造技术基础A</w:t>
            </w:r>
          </w:p>
        </w:tc>
        <w:tc>
          <w:tcPr>
            <w:tcW w:type="dxa" w:w="960"/>
          </w:tcPr>
          <w:p>
            <w:r>
              <w:t>2ME21105</w:t>
            </w:r>
          </w:p>
        </w:tc>
        <w:tc>
          <w:tcPr>
            <w:tcW w:type="dxa" w:w="960"/>
          </w:tcPr>
          <w:p>
            <w:r>
              <w:t>3</w:t>
            </w:r>
          </w:p>
        </w:tc>
        <w:tc>
          <w:tcPr>
            <w:tcW w:type="dxa" w:w="960"/>
          </w:tcPr>
          <w:p>
            <w:r>
              <w:t>专业必修课</w:t>
            </w:r>
          </w:p>
        </w:tc>
        <w:tc>
          <w:tcPr>
            <w:tcW w:type="dxa" w:w="960"/>
          </w:tcPr>
          <w:p>
            <w:r>
              <w:t>机械工程学院</w:t>
            </w:r>
          </w:p>
        </w:tc>
        <w:tc>
          <w:tcPr>
            <w:tcW w:type="dxa" w:w="960"/>
          </w:tcPr>
          <w:p>
            <w:r>
              <w:t>2025-2026</w:t>
            </w:r>
          </w:p>
        </w:tc>
        <w:tc>
          <w:tcPr>
            <w:tcW w:type="dxa" w:w="960"/>
          </w:tcPr>
          <w:p>
            <w:r>
              <w:t>5</w:t>
            </w:r>
          </w:p>
        </w:tc>
        <w:tc>
          <w:tcPr>
            <w:tcW w:type="dxa" w:w="960"/>
          </w:tcPr>
          <w:p>
            <w:r/>
          </w:p>
        </w:tc>
      </w:tr>
      <w:tr>
        <w:tc>
          <w:tcPr>
            <w:tcW w:type="dxa" w:w="960"/>
          </w:tcPr>
          <w:p>
            <w:r>
              <w:t>51</w:t>
            </w:r>
          </w:p>
        </w:tc>
        <w:tc>
          <w:tcPr>
            <w:tcW w:type="dxa" w:w="960"/>
          </w:tcPr>
          <w:p>
            <w:r>
              <w:t>机械工程实验</w:t>
            </w:r>
          </w:p>
        </w:tc>
        <w:tc>
          <w:tcPr>
            <w:tcW w:type="dxa" w:w="960"/>
          </w:tcPr>
          <w:p>
            <w:r>
              <w:t>2ME21111</w:t>
            </w:r>
          </w:p>
        </w:tc>
        <w:tc>
          <w:tcPr>
            <w:tcW w:type="dxa" w:w="960"/>
          </w:tcPr>
          <w:p>
            <w:r>
              <w:t>1.0</w:t>
            </w:r>
          </w:p>
        </w:tc>
        <w:tc>
          <w:tcPr>
            <w:tcW w:type="dxa" w:w="960"/>
          </w:tcPr>
          <w:p>
            <w:r>
              <w:t>专业必修课</w:t>
            </w:r>
          </w:p>
        </w:tc>
        <w:tc>
          <w:tcPr>
            <w:tcW w:type="dxa" w:w="960"/>
          </w:tcPr>
          <w:p>
            <w:r>
              <w:t>机械工程学院</w:t>
            </w:r>
          </w:p>
        </w:tc>
        <w:tc>
          <w:tcPr>
            <w:tcW w:type="dxa" w:w="960"/>
          </w:tcPr>
          <w:p>
            <w:r>
              <w:t>2025-2026</w:t>
            </w:r>
          </w:p>
        </w:tc>
        <w:tc>
          <w:tcPr>
            <w:tcW w:type="dxa" w:w="960"/>
          </w:tcPr>
          <w:p>
            <w:r>
              <w:t>5</w:t>
            </w:r>
          </w:p>
        </w:tc>
        <w:tc>
          <w:tcPr>
            <w:tcW w:type="dxa" w:w="960"/>
          </w:tcPr>
          <w:p>
            <w:r/>
          </w:p>
        </w:tc>
      </w:tr>
      <w:tr>
        <w:tc>
          <w:tcPr>
            <w:tcW w:type="dxa" w:w="960"/>
          </w:tcPr>
          <w:p>
            <w:r>
              <w:t>52</w:t>
            </w:r>
          </w:p>
        </w:tc>
        <w:tc>
          <w:tcPr>
            <w:tcW w:type="dxa" w:w="960"/>
          </w:tcPr>
          <w:p>
            <w:r>
              <w:t>机械设计课程设计</w:t>
            </w:r>
          </w:p>
        </w:tc>
        <w:tc>
          <w:tcPr>
            <w:tcW w:type="dxa" w:w="960"/>
          </w:tcPr>
          <w:p>
            <w:r>
              <w:t>2ME21114</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5</w:t>
            </w:r>
          </w:p>
        </w:tc>
        <w:tc>
          <w:tcPr>
            <w:tcW w:type="dxa" w:w="960"/>
          </w:tcPr>
          <w:p>
            <w:r/>
          </w:p>
        </w:tc>
      </w:tr>
      <w:tr>
        <w:tc>
          <w:tcPr>
            <w:tcW w:type="dxa" w:w="960"/>
          </w:tcPr>
          <w:p>
            <w:r>
              <w:t>53</w:t>
            </w:r>
          </w:p>
        </w:tc>
        <w:tc>
          <w:tcPr>
            <w:tcW w:type="dxa" w:w="960"/>
          </w:tcPr>
          <w:p>
            <w:r>
              <w:t>控制工程基础</w:t>
            </w:r>
          </w:p>
        </w:tc>
        <w:tc>
          <w:tcPr>
            <w:tcW w:type="dxa" w:w="960"/>
          </w:tcPr>
          <w:p>
            <w:r>
              <w:t>2ME21224</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5</w:t>
            </w:r>
          </w:p>
        </w:tc>
        <w:tc>
          <w:tcPr>
            <w:tcW w:type="dxa" w:w="960"/>
          </w:tcPr>
          <w:p>
            <w:r/>
          </w:p>
        </w:tc>
      </w:tr>
      <w:tr>
        <w:tc>
          <w:tcPr>
            <w:tcW w:type="dxa" w:w="960"/>
          </w:tcPr>
          <w:p>
            <w:r>
              <w:t>54</w:t>
            </w:r>
          </w:p>
        </w:tc>
        <w:tc>
          <w:tcPr>
            <w:tcW w:type="dxa" w:w="960"/>
          </w:tcPr>
          <w:p>
            <w:r>
              <w:t>习近平新时代中国特色社会主义思想概论</w:t>
            </w:r>
          </w:p>
        </w:tc>
        <w:tc>
          <w:tcPr>
            <w:tcW w:type="dxa" w:w="960"/>
          </w:tcPr>
          <w:p>
            <w:r>
              <w:t>2MX11005</w:t>
            </w:r>
          </w:p>
        </w:tc>
        <w:tc>
          <w:tcPr>
            <w:tcW w:type="dxa" w:w="960"/>
          </w:tcPr>
          <w:p>
            <w:r>
              <w:t>3</w:t>
            </w:r>
          </w:p>
        </w:tc>
        <w:tc>
          <w:tcPr>
            <w:tcW w:type="dxa" w:w="960"/>
          </w:tcPr>
          <w:p>
            <w:r>
              <w:t>通识必修课</w:t>
            </w:r>
          </w:p>
        </w:tc>
        <w:tc>
          <w:tcPr>
            <w:tcW w:type="dxa" w:w="960"/>
          </w:tcPr>
          <w:p>
            <w:r>
              <w:t>马克思主义学院</w:t>
            </w:r>
          </w:p>
        </w:tc>
        <w:tc>
          <w:tcPr>
            <w:tcW w:type="dxa" w:w="960"/>
          </w:tcPr>
          <w:p>
            <w:r>
              <w:t>2025-2026</w:t>
            </w:r>
          </w:p>
        </w:tc>
        <w:tc>
          <w:tcPr>
            <w:tcW w:type="dxa" w:w="960"/>
          </w:tcPr>
          <w:p>
            <w:r>
              <w:t>5</w:t>
            </w:r>
          </w:p>
        </w:tc>
        <w:tc>
          <w:tcPr>
            <w:tcW w:type="dxa" w:w="960"/>
          </w:tcPr>
          <w:p>
            <w:r/>
          </w:p>
        </w:tc>
      </w:tr>
      <w:tr>
        <w:tc>
          <w:tcPr>
            <w:tcW w:type="dxa" w:w="960"/>
          </w:tcPr>
          <w:p>
            <w:r>
              <w:t>55</w:t>
            </w:r>
          </w:p>
        </w:tc>
        <w:tc>
          <w:tcPr>
            <w:tcW w:type="dxa" w:w="960"/>
          </w:tcPr>
          <w:p>
            <w:r>
              <w:t>就业指导</w:t>
            </w:r>
          </w:p>
        </w:tc>
        <w:tc>
          <w:tcPr>
            <w:tcW w:type="dxa" w:w="960"/>
          </w:tcPr>
          <w:p>
            <w:r>
              <w:t>2SA11002</w:t>
            </w:r>
          </w:p>
        </w:tc>
        <w:tc>
          <w:tcPr>
            <w:tcW w:type="dxa" w:w="960"/>
          </w:tcPr>
          <w:p>
            <w:r>
              <w:t>0.5</w:t>
            </w:r>
          </w:p>
        </w:tc>
        <w:tc>
          <w:tcPr>
            <w:tcW w:type="dxa" w:w="960"/>
          </w:tcPr>
          <w:p>
            <w:r>
              <w:t>通识必修课</w:t>
            </w:r>
          </w:p>
        </w:tc>
        <w:tc>
          <w:tcPr>
            <w:tcW w:type="dxa" w:w="960"/>
          </w:tcPr>
          <w:p>
            <w:r>
              <w:t>学生工作处</w:t>
            </w:r>
          </w:p>
        </w:tc>
        <w:tc>
          <w:tcPr>
            <w:tcW w:type="dxa" w:w="960"/>
          </w:tcPr>
          <w:p>
            <w:r>
              <w:t>2025-2026</w:t>
            </w:r>
          </w:p>
        </w:tc>
        <w:tc>
          <w:tcPr>
            <w:tcW w:type="dxa" w:w="960"/>
          </w:tcPr>
          <w:p>
            <w:r>
              <w:t>5</w:t>
            </w:r>
          </w:p>
        </w:tc>
        <w:tc>
          <w:tcPr>
            <w:tcW w:type="dxa" w:w="960"/>
          </w:tcPr>
          <w:p>
            <w:r/>
          </w:p>
        </w:tc>
      </w:tr>
      <w:tr>
        <w:tc>
          <w:tcPr>
            <w:tcW w:type="dxa" w:w="960"/>
          </w:tcPr>
          <w:p>
            <w:r>
              <w:t>56</w:t>
            </w:r>
          </w:p>
        </w:tc>
        <w:tc>
          <w:tcPr>
            <w:tcW w:type="dxa" w:w="960"/>
          </w:tcPr>
          <w:p>
            <w:r>
              <w:t>经济管理基础</w:t>
            </w:r>
          </w:p>
        </w:tc>
        <w:tc>
          <w:tcPr>
            <w:tcW w:type="dxa" w:w="960"/>
          </w:tcPr>
          <w:p>
            <w:r>
              <w:t>2BU21040</w:t>
            </w:r>
          </w:p>
        </w:tc>
        <w:tc>
          <w:tcPr>
            <w:tcW w:type="dxa" w:w="960"/>
          </w:tcPr>
          <w:p>
            <w:r>
              <w:t>1.5</w:t>
            </w:r>
          </w:p>
        </w:tc>
        <w:tc>
          <w:tcPr>
            <w:tcW w:type="dxa" w:w="960"/>
          </w:tcPr>
          <w:p>
            <w:r>
              <w:t>专业必修课</w:t>
            </w:r>
          </w:p>
        </w:tc>
        <w:tc>
          <w:tcPr>
            <w:tcW w:type="dxa" w:w="960"/>
          </w:tcPr>
          <w:p>
            <w:r>
              <w:t>商学院</w:t>
            </w:r>
          </w:p>
        </w:tc>
        <w:tc>
          <w:tcPr>
            <w:tcW w:type="dxa" w:w="960"/>
          </w:tcPr>
          <w:p>
            <w:r>
              <w:t>2025-2026</w:t>
            </w:r>
          </w:p>
        </w:tc>
        <w:tc>
          <w:tcPr>
            <w:tcW w:type="dxa" w:w="960"/>
          </w:tcPr>
          <w:p>
            <w:r>
              <w:t>2</w:t>
            </w:r>
          </w:p>
        </w:tc>
        <w:tc>
          <w:tcPr>
            <w:tcW w:type="dxa" w:w="960"/>
          </w:tcPr>
          <w:p>
            <w:r/>
          </w:p>
        </w:tc>
      </w:tr>
      <w:tr>
        <w:tc>
          <w:tcPr>
            <w:tcW w:type="dxa" w:w="960"/>
          </w:tcPr>
          <w:p>
            <w:r>
              <w:t>57</w:t>
            </w:r>
          </w:p>
        </w:tc>
        <w:tc>
          <w:tcPr>
            <w:tcW w:type="dxa" w:w="960"/>
          </w:tcPr>
          <w:p>
            <w:r>
              <w:t>智能制造装备设计</w:t>
            </w:r>
          </w:p>
        </w:tc>
        <w:tc>
          <w:tcPr>
            <w:tcW w:type="dxa" w:w="960"/>
          </w:tcPr>
          <w:p>
            <w:r>
              <w:t>2ME21106</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6</w:t>
            </w:r>
          </w:p>
        </w:tc>
        <w:tc>
          <w:tcPr>
            <w:tcW w:type="dxa" w:w="960"/>
          </w:tcPr>
          <w:p>
            <w:r/>
          </w:p>
        </w:tc>
      </w:tr>
      <w:tr>
        <w:tc>
          <w:tcPr>
            <w:tcW w:type="dxa" w:w="960"/>
          </w:tcPr>
          <w:p>
            <w:r>
              <w:t>58</w:t>
            </w:r>
          </w:p>
        </w:tc>
        <w:tc>
          <w:tcPr>
            <w:tcW w:type="dxa" w:w="960"/>
          </w:tcPr>
          <w:p>
            <w:r>
              <w:t>数控技术及应用</w:t>
            </w:r>
          </w:p>
        </w:tc>
        <w:tc>
          <w:tcPr>
            <w:tcW w:type="dxa" w:w="960"/>
          </w:tcPr>
          <w:p>
            <w:r>
              <w:t>2ME21107</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6</w:t>
            </w:r>
          </w:p>
        </w:tc>
        <w:tc>
          <w:tcPr>
            <w:tcW w:type="dxa" w:w="960"/>
          </w:tcPr>
          <w:p>
            <w:r/>
          </w:p>
        </w:tc>
      </w:tr>
      <w:tr>
        <w:tc>
          <w:tcPr>
            <w:tcW w:type="dxa" w:w="960"/>
          </w:tcPr>
          <w:p>
            <w:r>
              <w:t>59</w:t>
            </w:r>
          </w:p>
        </w:tc>
        <w:tc>
          <w:tcPr>
            <w:tcW w:type="dxa" w:w="960"/>
          </w:tcPr>
          <w:p>
            <w:r>
              <w:t>机械制造技术课程设计</w:t>
            </w:r>
          </w:p>
        </w:tc>
        <w:tc>
          <w:tcPr>
            <w:tcW w:type="dxa" w:w="960"/>
          </w:tcPr>
          <w:p>
            <w:r>
              <w:t>2ME21115</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6</w:t>
            </w:r>
          </w:p>
        </w:tc>
        <w:tc>
          <w:tcPr>
            <w:tcW w:type="dxa" w:w="960"/>
          </w:tcPr>
          <w:p>
            <w:r/>
          </w:p>
        </w:tc>
      </w:tr>
      <w:tr>
        <w:tc>
          <w:tcPr>
            <w:tcW w:type="dxa" w:w="960"/>
          </w:tcPr>
          <w:p>
            <w:r>
              <w:t>60</w:t>
            </w:r>
          </w:p>
        </w:tc>
        <w:tc>
          <w:tcPr>
            <w:tcW w:type="dxa" w:w="960"/>
          </w:tcPr>
          <w:p>
            <w:r>
              <w:t>机械创新设计实践A</w:t>
            </w:r>
          </w:p>
        </w:tc>
        <w:tc>
          <w:tcPr>
            <w:tcW w:type="dxa" w:w="960"/>
          </w:tcPr>
          <w:p>
            <w:r>
              <w:t>2ME21116</w:t>
            </w:r>
          </w:p>
        </w:tc>
        <w:tc>
          <w:tcPr>
            <w:tcW w:type="dxa" w:w="960"/>
          </w:tcPr>
          <w:p>
            <w:r>
              <w:t>3</w:t>
            </w:r>
          </w:p>
        </w:tc>
        <w:tc>
          <w:tcPr>
            <w:tcW w:type="dxa" w:w="960"/>
          </w:tcPr>
          <w:p>
            <w:r>
              <w:t>专业必修课</w:t>
            </w:r>
          </w:p>
        </w:tc>
        <w:tc>
          <w:tcPr>
            <w:tcW w:type="dxa" w:w="960"/>
          </w:tcPr>
          <w:p>
            <w:r>
              <w:t>机械工程学院</w:t>
            </w:r>
          </w:p>
        </w:tc>
        <w:tc>
          <w:tcPr>
            <w:tcW w:type="dxa" w:w="960"/>
          </w:tcPr>
          <w:p>
            <w:r>
              <w:t>2025-2026</w:t>
            </w:r>
          </w:p>
        </w:tc>
        <w:tc>
          <w:tcPr>
            <w:tcW w:type="dxa" w:w="960"/>
          </w:tcPr>
          <w:p>
            <w:r>
              <w:t>6</w:t>
            </w:r>
          </w:p>
        </w:tc>
        <w:tc>
          <w:tcPr>
            <w:tcW w:type="dxa" w:w="960"/>
          </w:tcPr>
          <w:p>
            <w:r/>
          </w:p>
        </w:tc>
      </w:tr>
      <w:tr>
        <w:tc>
          <w:tcPr>
            <w:tcW w:type="dxa" w:w="960"/>
          </w:tcPr>
          <w:p>
            <w:r>
              <w:t>61</w:t>
            </w:r>
          </w:p>
        </w:tc>
        <w:tc>
          <w:tcPr>
            <w:tcW w:type="dxa" w:w="960"/>
          </w:tcPr>
          <w:p>
            <w:r>
              <w:t>生产实习A</w:t>
            </w:r>
          </w:p>
        </w:tc>
        <w:tc>
          <w:tcPr>
            <w:tcW w:type="dxa" w:w="960"/>
          </w:tcPr>
          <w:p>
            <w:r>
              <w:t>2ME21118</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6</w:t>
            </w:r>
          </w:p>
        </w:tc>
        <w:tc>
          <w:tcPr>
            <w:tcW w:type="dxa" w:w="960"/>
          </w:tcPr>
          <w:p>
            <w:r/>
          </w:p>
        </w:tc>
      </w:tr>
      <w:tr>
        <w:tc>
          <w:tcPr>
            <w:tcW w:type="dxa" w:w="960"/>
          </w:tcPr>
          <w:p>
            <w:r>
              <w:t>62</w:t>
            </w:r>
          </w:p>
        </w:tc>
        <w:tc>
          <w:tcPr>
            <w:tcW w:type="dxa" w:w="960"/>
          </w:tcPr>
          <w:p>
            <w:r>
              <w:t>机械工程测试技术</w:t>
            </w:r>
          </w:p>
        </w:tc>
        <w:tc>
          <w:tcPr>
            <w:tcW w:type="dxa" w:w="960"/>
          </w:tcPr>
          <w:p>
            <w:r>
              <w:t>2ME21222</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6</w:t>
            </w:r>
          </w:p>
        </w:tc>
        <w:tc>
          <w:tcPr>
            <w:tcW w:type="dxa" w:w="960"/>
          </w:tcPr>
          <w:p>
            <w:r/>
          </w:p>
        </w:tc>
      </w:tr>
      <w:tr>
        <w:tc>
          <w:tcPr>
            <w:tcW w:type="dxa" w:w="960"/>
          </w:tcPr>
          <w:p>
            <w:r>
              <w:t>63</w:t>
            </w:r>
          </w:p>
        </w:tc>
        <w:tc>
          <w:tcPr>
            <w:tcW w:type="dxa" w:w="960"/>
          </w:tcPr>
          <w:p>
            <w:r>
              <w:t>微机原理及应用B</w:t>
            </w:r>
          </w:p>
        </w:tc>
        <w:tc>
          <w:tcPr>
            <w:tcW w:type="dxa" w:w="960"/>
          </w:tcPr>
          <w:p>
            <w:r>
              <w:t>2ME21223</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6</w:t>
            </w:r>
          </w:p>
        </w:tc>
        <w:tc>
          <w:tcPr>
            <w:tcW w:type="dxa" w:w="960"/>
          </w:tcPr>
          <w:p>
            <w:r/>
          </w:p>
        </w:tc>
      </w:tr>
      <w:tr>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r>
      <w:tr>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r>
      <w:tr>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r>
      <w:tr>
        <w:tc>
          <w:tcPr>
            <w:tcW w:type="dxa" w:w="960"/>
          </w:tcPr>
          <w:p>
            <w:r/>
          </w:p>
        </w:tc>
        <w:tc>
          <w:tcPr>
            <w:tcW w:type="dxa" w:w="960"/>
          </w:tcPr>
          <w:p>
            <w:r>
              <w:t>注：按修读学年学期排序。</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制表人（签字）：日期：学院（公章）：</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w:t>
            </w:r>
          </w:p>
        </w:tc>
        <w:tc>
          <w:tcPr>
            <w:tcW w:type="dxa" w:w="1080"/>
          </w:tcPr>
          <w:p>
            <w:r>
              <w:t>2023级</w:t>
            </w:r>
          </w:p>
        </w:tc>
        <w:tc>
          <w:tcPr>
            <w:tcW w:type="dxa" w:w="1080"/>
          </w:tcPr>
          <w:p>
            <w:r>
              <w:t>专业：</w:t>
            </w:r>
          </w:p>
        </w:tc>
        <w:tc>
          <w:tcPr>
            <w:tcW w:type="dxa" w:w="1080"/>
          </w:tcPr>
          <w:p>
            <w:r>
              <w:t>机械电子工程</w:t>
            </w: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开课部门</w:t>
            </w:r>
          </w:p>
        </w:tc>
        <w:tc>
          <w:tcPr>
            <w:tcW w:type="dxa" w:w="1080"/>
          </w:tcPr>
          <w:p>
            <w:r>
              <w:t>建议修读学年</w:t>
            </w:r>
          </w:p>
        </w:tc>
        <w:tc>
          <w:tcPr>
            <w:tcW w:type="dxa" w:w="1080"/>
          </w:tcPr>
          <w:p>
            <w:r>
              <w:t>建议修读学期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工程化学</w:t>
            </w:r>
          </w:p>
        </w:tc>
        <w:tc>
          <w:tcPr>
            <w:tcW w:type="dxa" w:w="1080"/>
          </w:tcPr>
          <w:p>
            <w:r>
              <w:t>2CB11001</w:t>
            </w:r>
          </w:p>
        </w:tc>
        <w:tc>
          <w:tcPr>
            <w:tcW w:type="dxa" w:w="1080"/>
          </w:tcPr>
          <w:p>
            <w:r>
              <w:t>2.0</w:t>
            </w:r>
          </w:p>
        </w:tc>
        <w:tc>
          <w:tcPr>
            <w:tcW w:type="dxa" w:w="1080"/>
          </w:tcPr>
          <w:p>
            <w:r>
              <w:t>通识必修课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5</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6</w:t>
            </w:r>
          </w:p>
        </w:tc>
        <w:tc>
          <w:tcPr>
            <w:tcW w:type="dxa" w:w="1080"/>
          </w:tcPr>
          <w:p>
            <w:r>
              <w:t>高等数学B(一)</w:t>
            </w:r>
          </w:p>
        </w:tc>
        <w:tc>
          <w:tcPr>
            <w:tcW w:type="dxa" w:w="1080"/>
          </w:tcPr>
          <w:p>
            <w:r>
              <w:t>2MA11003</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7</w:t>
            </w:r>
          </w:p>
        </w:tc>
        <w:tc>
          <w:tcPr>
            <w:tcW w:type="dxa" w:w="1080"/>
          </w:tcPr>
          <w:p>
            <w:r>
              <w:t>机械制图(一)</w:t>
            </w:r>
          </w:p>
        </w:tc>
        <w:tc>
          <w:tcPr>
            <w:tcW w:type="dxa" w:w="1080"/>
          </w:tcPr>
          <w:p>
            <w:r>
              <w:t>2ME21001</w:t>
            </w:r>
          </w:p>
        </w:tc>
        <w:tc>
          <w:tcPr>
            <w:tcW w:type="dxa" w:w="1080"/>
          </w:tcPr>
          <w:p>
            <w:r>
              <w:t>3</w:t>
            </w:r>
          </w:p>
        </w:tc>
        <w:tc>
          <w:tcPr>
            <w:tcW w:type="dxa" w:w="1080"/>
          </w:tcPr>
          <w:p>
            <w:r>
              <w:t>专业必修课</w:t>
            </w:r>
          </w:p>
        </w:tc>
        <w:tc>
          <w:tcPr>
            <w:tcW w:type="dxa" w:w="1080"/>
          </w:tcPr>
          <w:p>
            <w:r>
              <w:t>机械工程学院</w:t>
            </w:r>
          </w:p>
        </w:tc>
        <w:tc>
          <w:tcPr>
            <w:tcW w:type="dxa" w:w="1080"/>
          </w:tcPr>
          <w:p>
            <w:r>
              <w:t>2023-2024</w:t>
            </w:r>
          </w:p>
        </w:tc>
        <w:tc>
          <w:tcPr>
            <w:tcW w:type="dxa" w:w="1080"/>
          </w:tcPr>
          <w:p>
            <w:r>
              <w:t>1</w:t>
            </w:r>
          </w:p>
        </w:tc>
      </w:tr>
      <w:tr>
        <w:tc>
          <w:tcPr>
            <w:tcW w:type="dxa" w:w="1080"/>
          </w:tcPr>
          <w:p>
            <w:r>
              <w:t>8</w:t>
            </w:r>
          </w:p>
        </w:tc>
        <w:tc>
          <w:tcPr>
            <w:tcW w:type="dxa" w:w="1080"/>
          </w:tcPr>
          <w:p>
            <w:r>
              <w:t>劳动教育实践</w:t>
            </w:r>
          </w:p>
        </w:tc>
        <w:tc>
          <w:tcPr>
            <w:tcW w:type="dxa" w:w="1080"/>
          </w:tcPr>
          <w:p>
            <w:r>
              <w:t>2ME21133</w:t>
            </w:r>
          </w:p>
        </w:tc>
        <w:tc>
          <w:tcPr>
            <w:tcW w:type="dxa" w:w="1080"/>
          </w:tcPr>
          <w:p>
            <w:r>
              <w:t>1.0</w:t>
            </w:r>
          </w:p>
        </w:tc>
        <w:tc>
          <w:tcPr>
            <w:tcW w:type="dxa" w:w="1080"/>
          </w:tcPr>
          <w:p>
            <w:r>
              <w:t>专业必修课</w:t>
            </w:r>
          </w:p>
        </w:tc>
        <w:tc>
          <w:tcPr>
            <w:tcW w:type="dxa" w:w="1080"/>
          </w:tcPr>
          <w:p>
            <w:r>
              <w:t>机械工程学院</w:t>
            </w:r>
          </w:p>
        </w:tc>
        <w:tc>
          <w:tcPr>
            <w:tcW w:type="dxa" w:w="1080"/>
          </w:tcPr>
          <w:p>
            <w:r>
              <w:t>2023-2024</w:t>
            </w:r>
          </w:p>
        </w:tc>
        <w:tc>
          <w:tcPr>
            <w:tcW w:type="dxa" w:w="1080"/>
          </w:tcPr>
          <w:p>
            <w:r>
              <w:t>1</w:t>
            </w:r>
          </w:p>
        </w:tc>
      </w:tr>
      <w:tr>
        <w:tc>
          <w:tcPr>
            <w:tcW w:type="dxa" w:w="1080"/>
          </w:tcPr>
          <w:p>
            <w:r>
              <w:t>9</w:t>
            </w:r>
          </w:p>
        </w:tc>
        <w:tc>
          <w:tcPr>
            <w:tcW w:type="dxa" w:w="1080"/>
          </w:tcPr>
          <w:p>
            <w:r>
              <w:t>机电工程导论</w:t>
            </w:r>
          </w:p>
        </w:tc>
        <w:tc>
          <w:tcPr>
            <w:tcW w:type="dxa" w:w="1080"/>
          </w:tcPr>
          <w:p>
            <w:r>
              <w:t>2ME21225</w:t>
            </w:r>
          </w:p>
        </w:tc>
        <w:tc>
          <w:tcPr>
            <w:tcW w:type="dxa" w:w="1080"/>
          </w:tcPr>
          <w:p>
            <w:r>
              <w:t>1</w:t>
            </w:r>
          </w:p>
        </w:tc>
        <w:tc>
          <w:tcPr>
            <w:tcW w:type="dxa" w:w="1080"/>
          </w:tcPr>
          <w:p>
            <w:r>
              <w:t>专业必修课</w:t>
            </w:r>
          </w:p>
        </w:tc>
        <w:tc>
          <w:tcPr>
            <w:tcW w:type="dxa" w:w="1080"/>
          </w:tcPr>
          <w:p>
            <w:r>
              <w:t>机械工程学院</w:t>
            </w:r>
          </w:p>
        </w:tc>
        <w:tc>
          <w:tcPr>
            <w:tcW w:type="dxa" w:w="1080"/>
          </w:tcPr>
          <w:p>
            <w:r>
              <w:t>2023-2024</w:t>
            </w:r>
          </w:p>
        </w:tc>
        <w:tc>
          <w:tcPr>
            <w:tcW w:type="dxa" w:w="1080"/>
          </w:tcPr>
          <w:p>
            <w:r>
              <w:t>1</w:t>
            </w:r>
          </w:p>
        </w:tc>
      </w:tr>
      <w:tr>
        <w:tc>
          <w:tcPr>
            <w:tcW w:type="dxa" w:w="1080"/>
          </w:tcPr>
          <w:p>
            <w:r>
              <w:t>10</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11</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12</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15</w:t>
            </w:r>
          </w:p>
        </w:tc>
        <w:tc>
          <w:tcPr>
            <w:tcW w:type="dxa" w:w="1080"/>
          </w:tcPr>
          <w:p>
            <w:r>
              <w:t>程序设计语言C++</w:t>
            </w:r>
          </w:p>
        </w:tc>
        <w:tc>
          <w:tcPr>
            <w:tcW w:type="dxa" w:w="1080"/>
          </w:tcPr>
          <w:p>
            <w:r>
              <w:t>2EI21001</w:t>
            </w:r>
          </w:p>
        </w:tc>
        <w:tc>
          <w:tcPr>
            <w:tcW w:type="dxa" w:w="1080"/>
          </w:tcPr>
          <w:p>
            <w:r>
              <w:t>3.5</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16</w:t>
            </w:r>
          </w:p>
        </w:tc>
        <w:tc>
          <w:tcPr>
            <w:tcW w:type="dxa" w:w="1080"/>
          </w:tcPr>
          <w:p>
            <w:r>
              <w:t>高等数学B(二)</w:t>
            </w:r>
          </w:p>
        </w:tc>
        <w:tc>
          <w:tcPr>
            <w:tcW w:type="dxa" w:w="1080"/>
          </w:tcPr>
          <w:p>
            <w:r>
              <w:t>2MA11004</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17</w:t>
            </w:r>
          </w:p>
        </w:tc>
        <w:tc>
          <w:tcPr>
            <w:tcW w:type="dxa" w:w="1080"/>
          </w:tcPr>
          <w:p>
            <w:r>
              <w:t>线性代数A</w:t>
            </w:r>
          </w:p>
        </w:tc>
        <w:tc>
          <w:tcPr>
            <w:tcW w:type="dxa" w:w="1080"/>
          </w:tcPr>
          <w:p>
            <w:r>
              <w:t>2MA11011</w:t>
            </w:r>
          </w:p>
        </w:tc>
        <w:tc>
          <w:tcPr>
            <w:tcW w:type="dxa" w:w="1080"/>
          </w:tcPr>
          <w:p>
            <w:r>
              <w:t>3</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18</w:t>
            </w:r>
          </w:p>
        </w:tc>
        <w:tc>
          <w:tcPr>
            <w:tcW w:type="dxa" w:w="1080"/>
          </w:tcPr>
          <w:p>
            <w:r>
              <w:t>机械制图(二)</w:t>
            </w:r>
          </w:p>
        </w:tc>
        <w:tc>
          <w:tcPr>
            <w:tcW w:type="dxa" w:w="1080"/>
          </w:tcPr>
          <w:p>
            <w:r>
              <w:t>2ME21002</w:t>
            </w:r>
          </w:p>
        </w:tc>
        <w:tc>
          <w:tcPr>
            <w:tcW w:type="dxa" w:w="1080"/>
          </w:tcPr>
          <w:p>
            <w:r>
              <w:t>3.0</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19</w:t>
            </w:r>
          </w:p>
        </w:tc>
        <w:tc>
          <w:tcPr>
            <w:tcW w:type="dxa" w:w="1080"/>
          </w:tcPr>
          <w:p>
            <w:r>
              <w:t>机械制图实践</w:t>
            </w:r>
          </w:p>
        </w:tc>
        <w:tc>
          <w:tcPr>
            <w:tcW w:type="dxa" w:w="1080"/>
          </w:tcPr>
          <w:p>
            <w:r>
              <w:t>2ME21006</w:t>
            </w:r>
          </w:p>
        </w:tc>
        <w:tc>
          <w:tcPr>
            <w:tcW w:type="dxa" w:w="1080"/>
          </w:tcPr>
          <w:p>
            <w:r>
              <w:t>1.0</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20</w:t>
            </w:r>
          </w:p>
        </w:tc>
        <w:tc>
          <w:tcPr>
            <w:tcW w:type="dxa" w:w="1080"/>
          </w:tcPr>
          <w:p>
            <w:r>
              <w:t>电路原理</w:t>
            </w:r>
          </w:p>
        </w:tc>
        <w:tc>
          <w:tcPr>
            <w:tcW w:type="dxa" w:w="1080"/>
          </w:tcPr>
          <w:p>
            <w:r>
              <w:t>2ME21226</w:t>
            </w:r>
          </w:p>
        </w:tc>
        <w:tc>
          <w:tcPr>
            <w:tcW w:type="dxa" w:w="1080"/>
          </w:tcPr>
          <w:p>
            <w:r>
              <w:t>3</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21</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22</w:t>
            </w:r>
          </w:p>
        </w:tc>
        <w:tc>
          <w:tcPr>
            <w:tcW w:type="dxa" w:w="1080"/>
          </w:tcPr>
          <w:p>
            <w:r>
              <w:t>大学物理B(一)</w:t>
            </w:r>
          </w:p>
        </w:tc>
        <w:tc>
          <w:tcPr>
            <w:tcW w:type="dxa" w:w="1080"/>
          </w:tcPr>
          <w:p>
            <w:r>
              <w:t>2PS11006</w:t>
            </w:r>
          </w:p>
        </w:tc>
        <w:tc>
          <w:tcPr>
            <w:tcW w:type="dxa" w:w="1080"/>
          </w:tcPr>
          <w:p>
            <w:r>
              <w:t>3</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23</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24</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25</w:t>
            </w:r>
          </w:p>
        </w:tc>
        <w:tc>
          <w:tcPr>
            <w:tcW w:type="dxa" w:w="1080"/>
          </w:tcPr>
          <w:p>
            <w:r>
              <w:t>理论力学C</w:t>
            </w:r>
          </w:p>
        </w:tc>
        <w:tc>
          <w:tcPr>
            <w:tcW w:type="dxa" w:w="1080"/>
          </w:tcPr>
          <w:p>
            <w:r>
              <w:t>2CE21016</w:t>
            </w:r>
          </w:p>
        </w:tc>
        <w:tc>
          <w:tcPr>
            <w:tcW w:type="dxa" w:w="1080"/>
          </w:tcPr>
          <w:p>
            <w:r>
              <w:t>3.0</w:t>
            </w:r>
          </w:p>
        </w:tc>
        <w:tc>
          <w:tcPr>
            <w:tcW w:type="dxa" w:w="1080"/>
          </w:tcPr>
          <w:p>
            <w:r>
              <w:t>专业必修课</w:t>
            </w:r>
          </w:p>
        </w:tc>
        <w:tc>
          <w:tcPr>
            <w:tcW w:type="dxa" w:w="1080"/>
          </w:tcPr>
          <w:p>
            <w:r>
              <w:t>土木工程学院</w:t>
            </w:r>
          </w:p>
        </w:tc>
        <w:tc>
          <w:tcPr>
            <w:tcW w:type="dxa" w:w="1080"/>
          </w:tcPr>
          <w:p>
            <w:r>
              <w:t>2024-2025</w:t>
            </w:r>
          </w:p>
        </w:tc>
        <w:tc>
          <w:tcPr>
            <w:tcW w:type="dxa" w:w="1080"/>
          </w:tcPr>
          <w:p>
            <w:r>
              <w:t>3</w:t>
            </w:r>
          </w:p>
        </w:tc>
      </w:tr>
      <w:tr>
        <w:tc>
          <w:tcPr>
            <w:tcW w:type="dxa" w:w="1080"/>
          </w:tcPr>
          <w:p>
            <w:r>
              <w:t>26</w:t>
            </w:r>
          </w:p>
        </w:tc>
        <w:tc>
          <w:tcPr>
            <w:tcW w:type="dxa" w:w="1080"/>
          </w:tcPr>
          <w:p>
            <w:r>
              <w:t>复变函数与积分变换</w:t>
            </w:r>
          </w:p>
        </w:tc>
        <w:tc>
          <w:tcPr>
            <w:tcW w:type="dxa" w:w="1080"/>
          </w:tcPr>
          <w:p>
            <w:r>
              <w:t>2MA11016</w:t>
            </w:r>
          </w:p>
        </w:tc>
        <w:tc>
          <w:tcPr>
            <w:tcW w:type="dxa" w:w="1080"/>
          </w:tcPr>
          <w:p>
            <w:r>
              <w:t>3</w:t>
            </w:r>
          </w:p>
        </w:tc>
        <w:tc>
          <w:tcPr>
            <w:tcW w:type="dxa" w:w="1080"/>
          </w:tcPr>
          <w:p>
            <w:r>
              <w:t>通识必修课</w:t>
            </w:r>
          </w:p>
        </w:tc>
        <w:tc>
          <w:tcPr>
            <w:tcW w:type="dxa" w:w="1080"/>
          </w:tcPr>
          <w:p>
            <w:r>
              <w:t>数学科学学院</w:t>
            </w:r>
          </w:p>
        </w:tc>
        <w:tc>
          <w:tcPr>
            <w:tcW w:type="dxa" w:w="1080"/>
          </w:tcPr>
          <w:p>
            <w:r>
              <w:t>2024-2025</w:t>
            </w:r>
          </w:p>
        </w:tc>
        <w:tc>
          <w:tcPr>
            <w:tcW w:type="dxa" w:w="1080"/>
          </w:tcPr>
          <w:p>
            <w:r>
              <w:t>3</w:t>
            </w:r>
          </w:p>
        </w:tc>
      </w:tr>
      <w:tr>
        <w:tc>
          <w:tcPr>
            <w:tcW w:type="dxa" w:w="1080"/>
          </w:tcPr>
          <w:p>
            <w:r>
              <w:t>27</w:t>
            </w:r>
          </w:p>
        </w:tc>
        <w:tc>
          <w:tcPr>
            <w:tcW w:type="dxa" w:w="1080"/>
          </w:tcPr>
          <w:p>
            <w:r>
              <w:t>金工实习A</w:t>
            </w:r>
          </w:p>
        </w:tc>
        <w:tc>
          <w:tcPr>
            <w:tcW w:type="dxa" w:w="1080"/>
          </w:tcPr>
          <w:p>
            <w:r>
              <w:t>2ME21108</w:t>
            </w:r>
          </w:p>
        </w:tc>
        <w:tc>
          <w:tcPr>
            <w:tcW w:type="dxa" w:w="1080"/>
          </w:tcPr>
          <w:p>
            <w:r>
              <w:t>2</w:t>
            </w:r>
          </w:p>
        </w:tc>
        <w:tc>
          <w:tcPr>
            <w:tcW w:type="dxa" w:w="1080"/>
          </w:tcPr>
          <w:p>
            <w:r>
              <w:t>专业必修课</w:t>
            </w:r>
          </w:p>
        </w:tc>
        <w:tc>
          <w:tcPr>
            <w:tcW w:type="dxa" w:w="1080"/>
          </w:tcPr>
          <w:p>
            <w:r>
              <w:t>机械工程学院</w:t>
            </w:r>
          </w:p>
        </w:tc>
        <w:tc>
          <w:tcPr>
            <w:tcW w:type="dxa" w:w="1080"/>
          </w:tcPr>
          <w:p>
            <w:r>
              <w:t>2024-2025</w:t>
            </w:r>
          </w:p>
        </w:tc>
        <w:tc>
          <w:tcPr>
            <w:tcW w:type="dxa" w:w="1080"/>
          </w:tcPr>
          <w:p>
            <w:r>
              <w:t>3</w:t>
            </w:r>
          </w:p>
        </w:tc>
      </w:tr>
      <w:tr>
        <w:tc>
          <w:tcPr>
            <w:tcW w:type="dxa" w:w="1080"/>
          </w:tcPr>
          <w:p>
            <w:r>
              <w:t>28</w:t>
            </w:r>
          </w:p>
        </w:tc>
        <w:tc>
          <w:tcPr>
            <w:tcW w:type="dxa" w:w="1080"/>
          </w:tcPr>
          <w:p>
            <w:r>
              <w:t>机械精度与检测B</w:t>
            </w:r>
          </w:p>
        </w:tc>
        <w:tc>
          <w:tcPr>
            <w:tcW w:type="dxa" w:w="1080"/>
          </w:tcPr>
          <w:p>
            <w:r>
              <w:t>2ME21140</w:t>
            </w:r>
          </w:p>
        </w:tc>
        <w:tc>
          <w:tcPr>
            <w:tcW w:type="dxa" w:w="1080"/>
          </w:tcPr>
          <w:p>
            <w:r>
              <w:t>1.5</w:t>
            </w:r>
          </w:p>
        </w:tc>
        <w:tc>
          <w:tcPr>
            <w:tcW w:type="dxa" w:w="1080"/>
          </w:tcPr>
          <w:p>
            <w:r>
              <w:t>专业必修课</w:t>
            </w:r>
          </w:p>
        </w:tc>
        <w:tc>
          <w:tcPr>
            <w:tcW w:type="dxa" w:w="1080"/>
          </w:tcPr>
          <w:p>
            <w:r>
              <w:t>机械工程学院</w:t>
            </w:r>
          </w:p>
        </w:tc>
        <w:tc>
          <w:tcPr>
            <w:tcW w:type="dxa" w:w="1080"/>
          </w:tcPr>
          <w:p>
            <w:r>
              <w:t>2024-2025</w:t>
            </w:r>
          </w:p>
        </w:tc>
        <w:tc>
          <w:tcPr>
            <w:tcW w:type="dxa" w:w="1080"/>
          </w:tcPr>
          <w:p>
            <w:r>
              <w:t>3</w:t>
            </w:r>
          </w:p>
        </w:tc>
      </w:tr>
      <w:tr>
        <w:tc>
          <w:tcPr>
            <w:tcW w:type="dxa" w:w="1080"/>
          </w:tcPr>
          <w:p>
            <w:r>
              <w:t>29</w:t>
            </w:r>
          </w:p>
        </w:tc>
        <w:tc>
          <w:tcPr>
            <w:tcW w:type="dxa" w:w="1080"/>
          </w:tcPr>
          <w:p>
            <w:r>
              <w:t>自动控制原理</w:t>
            </w:r>
          </w:p>
        </w:tc>
        <w:tc>
          <w:tcPr>
            <w:tcW w:type="dxa" w:w="1080"/>
          </w:tcPr>
          <w:p>
            <w:r>
              <w:t>2ME21201</w:t>
            </w:r>
          </w:p>
        </w:tc>
        <w:tc>
          <w:tcPr>
            <w:tcW w:type="dxa" w:w="1080"/>
          </w:tcPr>
          <w:p>
            <w:r>
              <w:t>3</w:t>
            </w:r>
          </w:p>
        </w:tc>
        <w:tc>
          <w:tcPr>
            <w:tcW w:type="dxa" w:w="1080"/>
          </w:tcPr>
          <w:p>
            <w:r>
              <w:t>专业必修课</w:t>
            </w:r>
          </w:p>
        </w:tc>
        <w:tc>
          <w:tcPr>
            <w:tcW w:type="dxa" w:w="1080"/>
          </w:tcPr>
          <w:p>
            <w:r>
              <w:t>机械工程学院</w:t>
            </w:r>
          </w:p>
        </w:tc>
        <w:tc>
          <w:tcPr>
            <w:tcW w:type="dxa" w:w="1080"/>
          </w:tcPr>
          <w:p>
            <w:r>
              <w:t>2024-2025</w:t>
            </w:r>
          </w:p>
        </w:tc>
        <w:tc>
          <w:tcPr>
            <w:tcW w:type="dxa" w:w="1080"/>
          </w:tcPr>
          <w:p>
            <w:r>
              <w:t>3</w:t>
            </w:r>
          </w:p>
        </w:tc>
      </w:tr>
      <w:tr>
        <w:tc>
          <w:tcPr>
            <w:tcW w:type="dxa" w:w="1080"/>
          </w:tcPr>
          <w:p>
            <w:r>
              <w:t>30</w:t>
            </w:r>
          </w:p>
        </w:tc>
        <w:tc>
          <w:tcPr>
            <w:tcW w:type="dxa" w:w="1080"/>
          </w:tcPr>
          <w:p>
            <w:r>
              <w:t>模拟电子技术</w:t>
            </w:r>
          </w:p>
        </w:tc>
        <w:tc>
          <w:tcPr>
            <w:tcW w:type="dxa" w:w="1080"/>
          </w:tcPr>
          <w:p>
            <w:r>
              <w:t>2ME21202</w:t>
            </w:r>
          </w:p>
        </w:tc>
        <w:tc>
          <w:tcPr>
            <w:tcW w:type="dxa" w:w="1080"/>
          </w:tcPr>
          <w:p>
            <w:r>
              <w:t>3</w:t>
            </w:r>
          </w:p>
        </w:tc>
        <w:tc>
          <w:tcPr>
            <w:tcW w:type="dxa" w:w="1080"/>
          </w:tcPr>
          <w:p>
            <w:r>
              <w:t>专业必修课</w:t>
            </w:r>
          </w:p>
        </w:tc>
        <w:tc>
          <w:tcPr>
            <w:tcW w:type="dxa" w:w="1080"/>
          </w:tcPr>
          <w:p>
            <w:r>
              <w:t>机械工程学院</w:t>
            </w:r>
          </w:p>
        </w:tc>
        <w:tc>
          <w:tcPr>
            <w:tcW w:type="dxa" w:w="1080"/>
          </w:tcPr>
          <w:p>
            <w:r>
              <w:t>2024-2025</w:t>
            </w:r>
          </w:p>
        </w:tc>
        <w:tc>
          <w:tcPr>
            <w:tcW w:type="dxa" w:w="1080"/>
          </w:tcPr>
          <w:p>
            <w:r>
              <w:t>3</w:t>
            </w:r>
          </w:p>
        </w:tc>
      </w:tr>
      <w:tr>
        <w:tc>
          <w:tcPr>
            <w:tcW w:type="dxa" w:w="1080"/>
          </w:tcPr>
          <w:p>
            <w:r>
              <w:t>31</w:t>
            </w:r>
          </w:p>
        </w:tc>
        <w:tc>
          <w:tcPr>
            <w:tcW w:type="dxa" w:w="1080"/>
          </w:tcPr>
          <w:p>
            <w:r>
              <w:t>模拟电子技术课程设计</w:t>
            </w:r>
          </w:p>
        </w:tc>
        <w:tc>
          <w:tcPr>
            <w:tcW w:type="dxa" w:w="1080"/>
          </w:tcPr>
          <w:p>
            <w:r>
              <w:t>2ME21208</w:t>
            </w:r>
          </w:p>
        </w:tc>
        <w:tc>
          <w:tcPr>
            <w:tcW w:type="dxa" w:w="1080"/>
          </w:tcPr>
          <w:p>
            <w:r>
              <w:t>2</w:t>
            </w:r>
          </w:p>
        </w:tc>
        <w:tc>
          <w:tcPr>
            <w:tcW w:type="dxa" w:w="1080"/>
          </w:tcPr>
          <w:p>
            <w:r>
              <w:t>专业必修课</w:t>
            </w:r>
          </w:p>
        </w:tc>
        <w:tc>
          <w:tcPr>
            <w:tcW w:type="dxa" w:w="1080"/>
          </w:tcPr>
          <w:p>
            <w:r>
              <w:t>机械工程学院</w:t>
            </w:r>
          </w:p>
        </w:tc>
        <w:tc>
          <w:tcPr>
            <w:tcW w:type="dxa" w:w="1080"/>
          </w:tcPr>
          <w:p>
            <w:r>
              <w:t>2024-2025</w:t>
            </w:r>
          </w:p>
        </w:tc>
        <w:tc>
          <w:tcPr>
            <w:tcW w:type="dxa" w:w="1080"/>
          </w:tcPr>
          <w:p>
            <w:r>
              <w:t>3</w:t>
            </w:r>
          </w:p>
        </w:tc>
      </w:tr>
      <w:tr>
        <w:tc>
          <w:tcPr>
            <w:tcW w:type="dxa" w:w="1080"/>
          </w:tcPr>
          <w:p>
            <w:r>
              <w:t>32</w:t>
            </w:r>
          </w:p>
        </w:tc>
        <w:tc>
          <w:tcPr>
            <w:tcW w:type="dxa" w:w="1080"/>
          </w:tcPr>
          <w:p>
            <w:r>
              <w:t>认识实习</w:t>
            </w:r>
          </w:p>
        </w:tc>
        <w:tc>
          <w:tcPr>
            <w:tcW w:type="dxa" w:w="1080"/>
          </w:tcPr>
          <w:p>
            <w:r>
              <w:t>2ME21209</w:t>
            </w:r>
          </w:p>
        </w:tc>
        <w:tc>
          <w:tcPr>
            <w:tcW w:type="dxa" w:w="1080"/>
          </w:tcPr>
          <w:p>
            <w:r>
              <w:t>1</w:t>
            </w:r>
          </w:p>
        </w:tc>
        <w:tc>
          <w:tcPr>
            <w:tcW w:type="dxa" w:w="1080"/>
          </w:tcPr>
          <w:p>
            <w:r>
              <w:t>专业必修课</w:t>
            </w:r>
          </w:p>
        </w:tc>
        <w:tc>
          <w:tcPr>
            <w:tcW w:type="dxa" w:w="1080"/>
          </w:tcPr>
          <w:p>
            <w:r>
              <w:t>机械工程学院</w:t>
            </w:r>
          </w:p>
        </w:tc>
        <w:tc>
          <w:tcPr>
            <w:tcW w:type="dxa" w:w="1080"/>
          </w:tcPr>
          <w:p>
            <w:r>
              <w:t>2024-2025</w:t>
            </w:r>
          </w:p>
        </w:tc>
        <w:tc>
          <w:tcPr>
            <w:tcW w:type="dxa" w:w="1080"/>
          </w:tcPr>
          <w:p>
            <w:r>
              <w:t>3</w:t>
            </w:r>
          </w:p>
        </w:tc>
      </w:tr>
      <w:tr>
        <w:tc>
          <w:tcPr>
            <w:tcW w:type="dxa" w:w="1080"/>
          </w:tcPr>
          <w:p>
            <w:r>
              <w:t>33</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3</w:t>
            </w:r>
          </w:p>
        </w:tc>
      </w:tr>
      <w:tr>
        <w:tc>
          <w:tcPr>
            <w:tcW w:type="dxa" w:w="1080"/>
          </w:tcPr>
          <w:p>
            <w:r>
              <w:t>34</w:t>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3</w:t>
            </w:r>
          </w:p>
        </w:tc>
      </w:tr>
      <w:tr>
        <w:tc>
          <w:tcPr>
            <w:tcW w:type="dxa" w:w="1080"/>
          </w:tcPr>
          <w:p>
            <w:r>
              <w:t>35</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3</w:t>
            </w:r>
          </w:p>
        </w:tc>
      </w:tr>
      <w:tr>
        <w:tc>
          <w:tcPr>
            <w:tcW w:type="dxa" w:w="1080"/>
          </w:tcPr>
          <w:p>
            <w:r>
              <w:t>36</w:t>
            </w:r>
          </w:p>
        </w:tc>
        <w:tc>
          <w:tcPr>
            <w:tcW w:type="dxa" w:w="1080"/>
          </w:tcPr>
          <w:p>
            <w:r>
              <w:t>大学物理B(二)</w:t>
            </w:r>
          </w:p>
        </w:tc>
        <w:tc>
          <w:tcPr>
            <w:tcW w:type="dxa" w:w="1080"/>
          </w:tcPr>
          <w:p>
            <w:r>
              <w:t>2PS11007</w:t>
            </w:r>
          </w:p>
        </w:tc>
        <w:tc>
          <w:tcPr>
            <w:tcW w:type="dxa" w:w="1080"/>
          </w:tcPr>
          <w:p>
            <w:r>
              <w:t>2</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3</w:t>
            </w:r>
          </w:p>
        </w:tc>
      </w:tr>
      <w:tr>
        <w:tc>
          <w:tcPr>
            <w:tcW w:type="dxa" w:w="1080"/>
          </w:tcPr>
          <w:p>
            <w:r>
              <w:t>37</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3</w:t>
            </w:r>
          </w:p>
        </w:tc>
      </w:tr>
      <w:tr>
        <w:tc>
          <w:tcPr>
            <w:tcW w:type="dxa" w:w="1080"/>
          </w:tcPr>
          <w:p>
            <w:r>
              <w:t>38</w:t>
            </w:r>
          </w:p>
        </w:tc>
        <w:tc>
          <w:tcPr>
            <w:tcW w:type="dxa" w:w="1080"/>
          </w:tcPr>
          <w:p>
            <w:r>
              <w:t>材料力学C</w:t>
            </w:r>
          </w:p>
        </w:tc>
        <w:tc>
          <w:tcPr>
            <w:tcW w:type="dxa" w:w="1080"/>
          </w:tcPr>
          <w:p>
            <w:r>
              <w:t>2CE21017</w:t>
            </w:r>
          </w:p>
        </w:tc>
        <w:tc>
          <w:tcPr>
            <w:tcW w:type="dxa" w:w="1080"/>
          </w:tcPr>
          <w:p>
            <w:r>
              <w:t>3.0</w:t>
            </w:r>
          </w:p>
        </w:tc>
        <w:tc>
          <w:tcPr>
            <w:tcW w:type="dxa" w:w="1080"/>
          </w:tcPr>
          <w:p>
            <w:r>
              <w:t>专业必修课</w:t>
            </w:r>
          </w:p>
        </w:tc>
        <w:tc>
          <w:tcPr>
            <w:tcW w:type="dxa" w:w="1080"/>
          </w:tcPr>
          <w:p>
            <w:r>
              <w:t>土木工程学院</w:t>
            </w:r>
          </w:p>
        </w:tc>
        <w:tc>
          <w:tcPr>
            <w:tcW w:type="dxa" w:w="1080"/>
          </w:tcPr>
          <w:p>
            <w:r>
              <w:t>2024-2025</w:t>
            </w:r>
          </w:p>
        </w:tc>
        <w:tc>
          <w:tcPr>
            <w:tcW w:type="dxa" w:w="1080"/>
          </w:tcPr>
          <w:p>
            <w:r>
              <w:t>4</w:t>
            </w:r>
          </w:p>
        </w:tc>
      </w:tr>
      <w:tr>
        <w:tc>
          <w:tcPr>
            <w:tcW w:type="dxa" w:w="1080"/>
          </w:tcPr>
          <w:p>
            <w:r>
              <w:t>39</w:t>
            </w:r>
          </w:p>
        </w:tc>
        <w:tc>
          <w:tcPr>
            <w:tcW w:type="dxa" w:w="1080"/>
          </w:tcPr>
          <w:p>
            <w:r>
              <w:t>概率论与数理统计B</w:t>
            </w:r>
          </w:p>
        </w:tc>
        <w:tc>
          <w:tcPr>
            <w:tcW w:type="dxa" w:w="1080"/>
          </w:tcPr>
          <w:p>
            <w:r>
              <w:t>2MA11014</w:t>
            </w:r>
          </w:p>
        </w:tc>
        <w:tc>
          <w:tcPr>
            <w:tcW w:type="dxa" w:w="1080"/>
          </w:tcPr>
          <w:p>
            <w:r>
              <w:t>3</w:t>
            </w:r>
          </w:p>
        </w:tc>
        <w:tc>
          <w:tcPr>
            <w:tcW w:type="dxa" w:w="1080"/>
          </w:tcPr>
          <w:p>
            <w:r>
              <w:t>通识必修课</w:t>
            </w:r>
          </w:p>
        </w:tc>
        <w:tc>
          <w:tcPr>
            <w:tcW w:type="dxa" w:w="1080"/>
          </w:tcPr>
          <w:p>
            <w:r>
              <w:t>数学科学学院</w:t>
            </w:r>
          </w:p>
        </w:tc>
        <w:tc>
          <w:tcPr>
            <w:tcW w:type="dxa" w:w="1080"/>
          </w:tcPr>
          <w:p>
            <w:r>
              <w:t>2024-2025</w:t>
            </w:r>
          </w:p>
        </w:tc>
        <w:tc>
          <w:tcPr>
            <w:tcW w:type="dxa" w:w="1080"/>
          </w:tcPr>
          <w:p>
            <w:r>
              <w:t>4</w:t>
            </w:r>
          </w:p>
        </w:tc>
      </w:tr>
      <w:tr>
        <w:tc>
          <w:tcPr>
            <w:tcW w:type="dxa" w:w="1080"/>
          </w:tcPr>
          <w:p>
            <w:r>
              <w:t>40</w:t>
            </w:r>
          </w:p>
        </w:tc>
        <w:tc>
          <w:tcPr>
            <w:tcW w:type="dxa" w:w="1080"/>
          </w:tcPr>
          <w:p>
            <w:r>
              <w:t>热工学基础</w:t>
            </w:r>
          </w:p>
        </w:tc>
        <w:tc>
          <w:tcPr>
            <w:tcW w:type="dxa" w:w="1080"/>
          </w:tcPr>
          <w:p>
            <w:r>
              <w:t>2ME21008</w:t>
            </w:r>
          </w:p>
        </w:tc>
        <w:tc>
          <w:tcPr>
            <w:tcW w:type="dxa" w:w="1080"/>
          </w:tcPr>
          <w:p>
            <w:r>
              <w:t>1.5</w:t>
            </w:r>
          </w:p>
        </w:tc>
        <w:tc>
          <w:tcPr>
            <w:tcW w:type="dxa" w:w="1080"/>
          </w:tcPr>
          <w:p>
            <w:r>
              <w:t>专业必修课</w:t>
            </w:r>
          </w:p>
        </w:tc>
        <w:tc>
          <w:tcPr>
            <w:tcW w:type="dxa" w:w="1080"/>
          </w:tcPr>
          <w:p>
            <w:r>
              <w:t>机械工程学院</w:t>
            </w:r>
          </w:p>
        </w:tc>
        <w:tc>
          <w:tcPr>
            <w:tcW w:type="dxa" w:w="1080"/>
          </w:tcPr>
          <w:p>
            <w:r>
              <w:t>2024-2025</w:t>
            </w:r>
          </w:p>
        </w:tc>
        <w:tc>
          <w:tcPr>
            <w:tcW w:type="dxa" w:w="1080"/>
          </w:tcPr>
          <w:p>
            <w:r>
              <w:t>4</w:t>
            </w:r>
          </w:p>
        </w:tc>
      </w:tr>
      <w:tr>
        <w:tc>
          <w:tcPr>
            <w:tcW w:type="dxa" w:w="1080"/>
          </w:tcPr>
          <w:p>
            <w:r>
              <w:t>41</w:t>
            </w:r>
          </w:p>
        </w:tc>
        <w:tc>
          <w:tcPr>
            <w:tcW w:type="dxa" w:w="1080"/>
          </w:tcPr>
          <w:p>
            <w:r>
              <w:t>数值计算方法</w:t>
            </w:r>
          </w:p>
        </w:tc>
        <w:tc>
          <w:tcPr>
            <w:tcW w:type="dxa" w:w="1080"/>
          </w:tcPr>
          <w:p>
            <w:r>
              <w:t>2ME21012</w:t>
            </w:r>
          </w:p>
        </w:tc>
        <w:tc>
          <w:tcPr>
            <w:tcW w:type="dxa" w:w="1080"/>
          </w:tcPr>
          <w:p>
            <w:r>
              <w:t>2</w:t>
            </w:r>
          </w:p>
        </w:tc>
        <w:tc>
          <w:tcPr>
            <w:tcW w:type="dxa" w:w="1080"/>
          </w:tcPr>
          <w:p>
            <w:r>
              <w:t>专业必修课</w:t>
            </w:r>
          </w:p>
        </w:tc>
        <w:tc>
          <w:tcPr>
            <w:tcW w:type="dxa" w:w="1080"/>
          </w:tcPr>
          <w:p>
            <w:r>
              <w:t>机械工程学院</w:t>
            </w:r>
          </w:p>
        </w:tc>
        <w:tc>
          <w:tcPr>
            <w:tcW w:type="dxa" w:w="1080"/>
          </w:tcPr>
          <w:p>
            <w:r>
              <w:t>2024-2025</w:t>
            </w:r>
          </w:p>
        </w:tc>
        <w:tc>
          <w:tcPr>
            <w:tcW w:type="dxa" w:w="1080"/>
          </w:tcPr>
          <w:p>
            <w:r>
              <w:t>4</w:t>
            </w:r>
          </w:p>
        </w:tc>
      </w:tr>
      <w:tr>
        <w:tc>
          <w:tcPr>
            <w:tcW w:type="dxa" w:w="1080"/>
          </w:tcPr>
          <w:p>
            <w:r>
              <w:t>42</w:t>
            </w:r>
          </w:p>
        </w:tc>
        <w:tc>
          <w:tcPr>
            <w:tcW w:type="dxa" w:w="1080"/>
          </w:tcPr>
          <w:p>
            <w:r>
              <w:t>金工实习(机械加工基础)</w:t>
            </w:r>
          </w:p>
        </w:tc>
        <w:tc>
          <w:tcPr>
            <w:tcW w:type="dxa" w:w="1080"/>
          </w:tcPr>
          <w:p>
            <w:r>
              <w:t>2ME21110</w:t>
            </w:r>
          </w:p>
        </w:tc>
        <w:tc>
          <w:tcPr>
            <w:tcW w:type="dxa" w:w="1080"/>
          </w:tcPr>
          <w:p>
            <w:r>
              <w:t>2</w:t>
            </w:r>
          </w:p>
        </w:tc>
        <w:tc>
          <w:tcPr>
            <w:tcW w:type="dxa" w:w="1080"/>
          </w:tcPr>
          <w:p>
            <w:r>
              <w:t>专业必修课</w:t>
            </w:r>
          </w:p>
        </w:tc>
        <w:tc>
          <w:tcPr>
            <w:tcW w:type="dxa" w:w="1080"/>
          </w:tcPr>
          <w:p>
            <w:r>
              <w:t>机械工程学院</w:t>
            </w:r>
          </w:p>
        </w:tc>
        <w:tc>
          <w:tcPr>
            <w:tcW w:type="dxa" w:w="1080"/>
          </w:tcPr>
          <w:p>
            <w:r>
              <w:t>2024-2025</w:t>
            </w:r>
          </w:p>
        </w:tc>
        <w:tc>
          <w:tcPr>
            <w:tcW w:type="dxa" w:w="1080"/>
          </w:tcPr>
          <w:p>
            <w:r>
              <w:t>4</w:t>
            </w:r>
          </w:p>
        </w:tc>
      </w:tr>
      <w:tr>
        <w:tc>
          <w:tcPr>
            <w:tcW w:type="dxa" w:w="1080"/>
          </w:tcPr>
          <w:p>
            <w:r>
              <w:t>43</w:t>
            </w:r>
          </w:p>
        </w:tc>
        <w:tc>
          <w:tcPr>
            <w:tcW w:type="dxa" w:w="1080"/>
          </w:tcPr>
          <w:p>
            <w:r>
              <w:t>机械设计基础A</w:t>
            </w:r>
          </w:p>
        </w:tc>
        <w:tc>
          <w:tcPr>
            <w:tcW w:type="dxa" w:w="1080"/>
          </w:tcPr>
          <w:p>
            <w:r>
              <w:t>2ME21129</w:t>
            </w:r>
          </w:p>
        </w:tc>
        <w:tc>
          <w:tcPr>
            <w:tcW w:type="dxa" w:w="1080"/>
          </w:tcPr>
          <w:p>
            <w:r>
              <w:t>3</w:t>
            </w:r>
          </w:p>
        </w:tc>
        <w:tc>
          <w:tcPr>
            <w:tcW w:type="dxa" w:w="1080"/>
          </w:tcPr>
          <w:p>
            <w:r>
              <w:t>专业必修课</w:t>
            </w:r>
          </w:p>
        </w:tc>
        <w:tc>
          <w:tcPr>
            <w:tcW w:type="dxa" w:w="1080"/>
          </w:tcPr>
          <w:p>
            <w:r>
              <w:t>机械工程学院</w:t>
            </w:r>
          </w:p>
        </w:tc>
        <w:tc>
          <w:tcPr>
            <w:tcW w:type="dxa" w:w="1080"/>
          </w:tcPr>
          <w:p>
            <w:r>
              <w:t>2024-2025</w:t>
            </w:r>
          </w:p>
        </w:tc>
        <w:tc>
          <w:tcPr>
            <w:tcW w:type="dxa" w:w="1080"/>
          </w:tcPr>
          <w:p>
            <w:r>
              <w:t>4</w:t>
            </w:r>
          </w:p>
        </w:tc>
      </w:tr>
      <w:tr>
        <w:tc>
          <w:tcPr>
            <w:tcW w:type="dxa" w:w="1080"/>
          </w:tcPr>
          <w:p>
            <w:r>
              <w:t>44</w:t>
            </w:r>
          </w:p>
        </w:tc>
        <w:tc>
          <w:tcPr>
            <w:tcW w:type="dxa" w:w="1080"/>
          </w:tcPr>
          <w:p>
            <w:r>
              <w:t>数字电子技术</w:t>
            </w:r>
          </w:p>
        </w:tc>
        <w:tc>
          <w:tcPr>
            <w:tcW w:type="dxa" w:w="1080"/>
          </w:tcPr>
          <w:p>
            <w:r>
              <w:t>2ME21203</w:t>
            </w:r>
          </w:p>
        </w:tc>
        <w:tc>
          <w:tcPr>
            <w:tcW w:type="dxa" w:w="1080"/>
          </w:tcPr>
          <w:p>
            <w:r>
              <w:t>3</w:t>
            </w:r>
          </w:p>
        </w:tc>
        <w:tc>
          <w:tcPr>
            <w:tcW w:type="dxa" w:w="1080"/>
          </w:tcPr>
          <w:p>
            <w:r>
              <w:t>专业必修课</w:t>
            </w:r>
          </w:p>
        </w:tc>
        <w:tc>
          <w:tcPr>
            <w:tcW w:type="dxa" w:w="1080"/>
          </w:tcPr>
          <w:p>
            <w:r>
              <w:t>机械工程学院</w:t>
            </w:r>
          </w:p>
        </w:tc>
        <w:tc>
          <w:tcPr>
            <w:tcW w:type="dxa" w:w="1080"/>
          </w:tcPr>
          <w:p>
            <w:r>
              <w:t>2024-2025</w:t>
            </w:r>
          </w:p>
        </w:tc>
        <w:tc>
          <w:tcPr>
            <w:tcW w:type="dxa" w:w="1080"/>
          </w:tcPr>
          <w:p>
            <w:r>
              <w:t>4</w:t>
            </w:r>
          </w:p>
        </w:tc>
      </w:tr>
      <w:tr>
        <w:tc>
          <w:tcPr>
            <w:tcW w:type="dxa" w:w="1080"/>
          </w:tcPr>
          <w:p>
            <w:r>
              <w:t>45</w:t>
            </w:r>
          </w:p>
        </w:tc>
        <w:tc>
          <w:tcPr>
            <w:tcW w:type="dxa" w:w="1080"/>
          </w:tcPr>
          <w:p>
            <w:r>
              <w:t>数字电子技术课程设计</w:t>
            </w:r>
          </w:p>
        </w:tc>
        <w:tc>
          <w:tcPr>
            <w:tcW w:type="dxa" w:w="1080"/>
          </w:tcPr>
          <w:p>
            <w:r>
              <w:t>2ME21211</w:t>
            </w:r>
          </w:p>
        </w:tc>
        <w:tc>
          <w:tcPr>
            <w:tcW w:type="dxa" w:w="1080"/>
          </w:tcPr>
          <w:p>
            <w:r>
              <w:t>1</w:t>
            </w:r>
          </w:p>
        </w:tc>
        <w:tc>
          <w:tcPr>
            <w:tcW w:type="dxa" w:w="1080"/>
          </w:tcPr>
          <w:p>
            <w:r>
              <w:t>专业必修课</w:t>
            </w:r>
          </w:p>
        </w:tc>
        <w:tc>
          <w:tcPr>
            <w:tcW w:type="dxa" w:w="1080"/>
          </w:tcPr>
          <w:p>
            <w:r>
              <w:t>机械工程学院</w:t>
            </w:r>
          </w:p>
        </w:tc>
        <w:tc>
          <w:tcPr>
            <w:tcW w:type="dxa" w:w="1080"/>
          </w:tcPr>
          <w:p>
            <w:r>
              <w:t>2024-2025</w:t>
            </w:r>
          </w:p>
        </w:tc>
        <w:tc>
          <w:tcPr>
            <w:tcW w:type="dxa" w:w="1080"/>
          </w:tcPr>
          <w:p>
            <w:r>
              <w:t>4</w:t>
            </w:r>
          </w:p>
        </w:tc>
      </w:tr>
      <w:tr>
        <w:tc>
          <w:tcPr>
            <w:tcW w:type="dxa" w:w="1080"/>
          </w:tcPr>
          <w:p>
            <w:r>
              <w:t>46</w:t>
            </w:r>
          </w:p>
        </w:tc>
        <w:tc>
          <w:tcPr>
            <w:tcW w:type="dxa" w:w="1080"/>
          </w:tcPr>
          <w:p>
            <w:r>
              <w:t>电子技术实验</w:t>
            </w:r>
          </w:p>
        </w:tc>
        <w:tc>
          <w:tcPr>
            <w:tcW w:type="dxa" w:w="1080"/>
          </w:tcPr>
          <w:p>
            <w:r>
              <w:t>2ME21212</w:t>
            </w:r>
          </w:p>
        </w:tc>
        <w:tc>
          <w:tcPr>
            <w:tcW w:type="dxa" w:w="1080"/>
          </w:tcPr>
          <w:p>
            <w:r>
              <w:t>1.0</w:t>
            </w:r>
          </w:p>
        </w:tc>
        <w:tc>
          <w:tcPr>
            <w:tcW w:type="dxa" w:w="1080"/>
          </w:tcPr>
          <w:p>
            <w:r>
              <w:t>专业必修课</w:t>
            </w:r>
          </w:p>
        </w:tc>
        <w:tc>
          <w:tcPr>
            <w:tcW w:type="dxa" w:w="1080"/>
          </w:tcPr>
          <w:p>
            <w:r>
              <w:t>机械工程学院</w:t>
            </w:r>
          </w:p>
        </w:tc>
        <w:tc>
          <w:tcPr>
            <w:tcW w:type="dxa" w:w="1080"/>
          </w:tcPr>
          <w:p>
            <w:r>
              <w:t>2024-2025</w:t>
            </w:r>
          </w:p>
        </w:tc>
        <w:tc>
          <w:tcPr>
            <w:tcW w:type="dxa" w:w="1080"/>
          </w:tcPr>
          <w:p>
            <w:r>
              <w:t>4</w:t>
            </w:r>
          </w:p>
        </w:tc>
      </w:tr>
      <w:tr>
        <w:tc>
          <w:tcPr>
            <w:tcW w:type="dxa" w:w="1080"/>
          </w:tcPr>
          <w:p>
            <w:r>
              <w:t>47</w:t>
            </w:r>
          </w:p>
        </w:tc>
        <w:tc>
          <w:tcPr>
            <w:tcW w:type="dxa" w:w="1080"/>
          </w:tcPr>
          <w:p>
            <w:r>
              <w:t>电工电子工艺实习A</w:t>
            </w:r>
          </w:p>
        </w:tc>
        <w:tc>
          <w:tcPr>
            <w:tcW w:type="dxa" w:w="1080"/>
          </w:tcPr>
          <w:p>
            <w:r>
              <w:t>2ME21230</w:t>
            </w:r>
          </w:p>
        </w:tc>
        <w:tc>
          <w:tcPr>
            <w:tcW w:type="dxa" w:w="1080"/>
          </w:tcPr>
          <w:p>
            <w:r>
              <w:t>2</w:t>
            </w:r>
          </w:p>
        </w:tc>
        <w:tc>
          <w:tcPr>
            <w:tcW w:type="dxa" w:w="1080"/>
          </w:tcPr>
          <w:p>
            <w:r>
              <w:t>专业必修课</w:t>
            </w:r>
          </w:p>
        </w:tc>
        <w:tc>
          <w:tcPr>
            <w:tcW w:type="dxa" w:w="1080"/>
          </w:tcPr>
          <w:p>
            <w:r>
              <w:t>机械工程学院</w:t>
            </w:r>
          </w:p>
        </w:tc>
        <w:tc>
          <w:tcPr>
            <w:tcW w:type="dxa" w:w="1080"/>
          </w:tcPr>
          <w:p>
            <w:r>
              <w:t>2024-2025</w:t>
            </w:r>
          </w:p>
        </w:tc>
        <w:tc>
          <w:tcPr>
            <w:tcW w:type="dxa" w:w="1080"/>
          </w:tcPr>
          <w:p>
            <w:r>
              <w:t>4</w:t>
            </w:r>
          </w:p>
        </w:tc>
      </w:tr>
      <w:tr>
        <w:tc>
          <w:tcPr>
            <w:tcW w:type="dxa" w:w="1080"/>
          </w:tcPr>
          <w:p>
            <w:r>
              <w:t>48</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4</w:t>
            </w:r>
          </w:p>
        </w:tc>
      </w:tr>
      <w:tr>
        <w:tc>
          <w:tcPr>
            <w:tcW w:type="dxa" w:w="1080"/>
          </w:tcPr>
          <w:p>
            <w:r>
              <w:t>49</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4</w:t>
            </w:r>
          </w:p>
        </w:tc>
      </w:tr>
      <w:tr>
        <w:tc>
          <w:tcPr>
            <w:tcW w:type="dxa" w:w="1080"/>
          </w:tcPr>
          <w:p>
            <w:r>
              <w:t>50</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4</w:t>
            </w:r>
          </w:p>
        </w:tc>
      </w:tr>
      <w:tr>
        <w:tc>
          <w:tcPr>
            <w:tcW w:type="dxa" w:w="1080"/>
          </w:tcPr>
          <w:p>
            <w:r>
              <w:t>51</w:t>
            </w:r>
          </w:p>
        </w:tc>
        <w:tc>
          <w:tcPr>
            <w:tcW w:type="dxa" w:w="1080"/>
          </w:tcPr>
          <w:p>
            <w:r>
              <w:t>机械设计基础课程设计B</w:t>
            </w:r>
          </w:p>
        </w:tc>
        <w:tc>
          <w:tcPr>
            <w:tcW w:type="dxa" w:w="1080"/>
          </w:tcPr>
          <w:p>
            <w:r>
              <w:t>2ME21125</w:t>
            </w:r>
          </w:p>
        </w:tc>
        <w:tc>
          <w:tcPr>
            <w:tcW w:type="dxa" w:w="1080"/>
          </w:tcPr>
          <w:p>
            <w:r>
              <w:t>1</w:t>
            </w:r>
          </w:p>
        </w:tc>
        <w:tc>
          <w:tcPr>
            <w:tcW w:type="dxa" w:w="1080"/>
          </w:tcPr>
          <w:p>
            <w:r>
              <w:t>专业必修课</w:t>
            </w:r>
          </w:p>
        </w:tc>
        <w:tc>
          <w:tcPr>
            <w:tcW w:type="dxa" w:w="1080"/>
          </w:tcPr>
          <w:p>
            <w:r>
              <w:t>机械工程学院</w:t>
            </w:r>
          </w:p>
        </w:tc>
        <w:tc>
          <w:tcPr>
            <w:tcW w:type="dxa" w:w="1080"/>
          </w:tcPr>
          <w:p>
            <w:r>
              <w:t>2025-2026</w:t>
            </w:r>
          </w:p>
        </w:tc>
        <w:tc>
          <w:tcPr>
            <w:tcW w:type="dxa" w:w="1080"/>
          </w:tcPr>
          <w:p>
            <w:r>
              <w:t>5</w:t>
            </w:r>
          </w:p>
        </w:tc>
      </w:tr>
      <w:tr>
        <w:tc>
          <w:tcPr>
            <w:tcW w:type="dxa" w:w="1080"/>
          </w:tcPr>
          <w:p>
            <w:r>
              <w:t>52</w:t>
            </w:r>
          </w:p>
        </w:tc>
        <w:tc>
          <w:tcPr>
            <w:tcW w:type="dxa" w:w="1080"/>
          </w:tcPr>
          <w:p>
            <w:r>
              <w:t>机械制造技术基础B</w:t>
            </w:r>
          </w:p>
        </w:tc>
        <w:tc>
          <w:tcPr>
            <w:tcW w:type="dxa" w:w="1080"/>
          </w:tcPr>
          <w:p>
            <w:r>
              <w:t>2ME21130</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5</w:t>
            </w:r>
          </w:p>
        </w:tc>
      </w:tr>
      <w:tr>
        <w:tc>
          <w:tcPr>
            <w:tcW w:type="dxa" w:w="1080"/>
          </w:tcPr>
          <w:p>
            <w:r>
              <w:t>53</w:t>
            </w:r>
          </w:p>
        </w:tc>
        <w:tc>
          <w:tcPr>
            <w:tcW w:type="dxa" w:w="1080"/>
          </w:tcPr>
          <w:p>
            <w:r>
              <w:t>流体力学与液压传动B</w:t>
            </w:r>
          </w:p>
        </w:tc>
        <w:tc>
          <w:tcPr>
            <w:tcW w:type="dxa" w:w="1080"/>
          </w:tcPr>
          <w:p>
            <w:r>
              <w:t>2ME21131</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5</w:t>
            </w:r>
          </w:p>
        </w:tc>
      </w:tr>
      <w:tr>
        <w:tc>
          <w:tcPr>
            <w:tcW w:type="dxa" w:w="1080"/>
          </w:tcPr>
          <w:p>
            <w:r>
              <w:t>54</w:t>
            </w:r>
          </w:p>
        </w:tc>
        <w:tc>
          <w:tcPr>
            <w:tcW w:type="dxa" w:w="1080"/>
          </w:tcPr>
          <w:p>
            <w:r>
              <w:t>机械设计制造实验</w:t>
            </w:r>
          </w:p>
        </w:tc>
        <w:tc>
          <w:tcPr>
            <w:tcW w:type="dxa" w:w="1080"/>
          </w:tcPr>
          <w:p>
            <w:r>
              <w:t>2ME21132</w:t>
            </w:r>
          </w:p>
        </w:tc>
        <w:tc>
          <w:tcPr>
            <w:tcW w:type="dxa" w:w="1080"/>
          </w:tcPr>
          <w:p>
            <w:r>
              <w:t>1.0</w:t>
            </w:r>
          </w:p>
        </w:tc>
        <w:tc>
          <w:tcPr>
            <w:tcW w:type="dxa" w:w="1080"/>
          </w:tcPr>
          <w:p>
            <w:r>
              <w:t>专业必修课</w:t>
            </w:r>
          </w:p>
        </w:tc>
        <w:tc>
          <w:tcPr>
            <w:tcW w:type="dxa" w:w="1080"/>
          </w:tcPr>
          <w:p>
            <w:r>
              <w:t>机械工程学院</w:t>
            </w:r>
          </w:p>
        </w:tc>
        <w:tc>
          <w:tcPr>
            <w:tcW w:type="dxa" w:w="1080"/>
          </w:tcPr>
          <w:p>
            <w:r>
              <w:t>2025-2026</w:t>
            </w:r>
          </w:p>
        </w:tc>
        <w:tc>
          <w:tcPr>
            <w:tcW w:type="dxa" w:w="1080"/>
          </w:tcPr>
          <w:p>
            <w:r>
              <w:t>5</w:t>
            </w:r>
          </w:p>
        </w:tc>
      </w:tr>
      <w:tr>
        <w:tc>
          <w:tcPr>
            <w:tcW w:type="dxa" w:w="1080"/>
          </w:tcPr>
          <w:p>
            <w:r>
              <w:t>55</w:t>
            </w:r>
          </w:p>
        </w:tc>
        <w:tc>
          <w:tcPr>
            <w:tcW w:type="dxa" w:w="1080"/>
          </w:tcPr>
          <w:p>
            <w:r>
              <w:t>微机原理及应用A</w:t>
            </w:r>
          </w:p>
        </w:tc>
        <w:tc>
          <w:tcPr>
            <w:tcW w:type="dxa" w:w="1080"/>
          </w:tcPr>
          <w:p>
            <w:r>
              <w:t>2ME21204</w:t>
            </w:r>
          </w:p>
        </w:tc>
        <w:tc>
          <w:tcPr>
            <w:tcW w:type="dxa" w:w="1080"/>
          </w:tcPr>
          <w:p>
            <w:r>
              <w:t>3</w:t>
            </w:r>
          </w:p>
        </w:tc>
        <w:tc>
          <w:tcPr>
            <w:tcW w:type="dxa" w:w="1080"/>
          </w:tcPr>
          <w:p>
            <w:r>
              <w:t>专业必修课</w:t>
            </w:r>
          </w:p>
        </w:tc>
        <w:tc>
          <w:tcPr>
            <w:tcW w:type="dxa" w:w="1080"/>
          </w:tcPr>
          <w:p>
            <w:r>
              <w:t>机械工程学院</w:t>
            </w:r>
          </w:p>
        </w:tc>
        <w:tc>
          <w:tcPr>
            <w:tcW w:type="dxa" w:w="1080"/>
          </w:tcPr>
          <w:p>
            <w:r>
              <w:t>2025-2026</w:t>
            </w:r>
          </w:p>
        </w:tc>
        <w:tc>
          <w:tcPr>
            <w:tcW w:type="dxa" w:w="1080"/>
          </w:tcPr>
          <w:p>
            <w:r>
              <w:t>5</w:t>
            </w:r>
          </w:p>
        </w:tc>
      </w:tr>
      <w:tr>
        <w:tc>
          <w:tcPr>
            <w:tcW w:type="dxa" w:w="1080"/>
          </w:tcPr>
          <w:p>
            <w:r>
              <w:t>56</w:t>
            </w:r>
          </w:p>
        </w:tc>
        <w:tc>
          <w:tcPr>
            <w:tcW w:type="dxa" w:w="1080"/>
          </w:tcPr>
          <w:p>
            <w:r>
              <w:t>机电传动与控制</w:t>
            </w:r>
          </w:p>
        </w:tc>
        <w:tc>
          <w:tcPr>
            <w:tcW w:type="dxa" w:w="1080"/>
          </w:tcPr>
          <w:p>
            <w:r>
              <w:t>2ME21205</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5</w:t>
            </w:r>
          </w:p>
        </w:tc>
      </w:tr>
      <w:tr>
        <w:tc>
          <w:tcPr>
            <w:tcW w:type="dxa" w:w="1080"/>
          </w:tcPr>
          <w:p>
            <w:r>
              <w:t>57</w:t>
            </w:r>
          </w:p>
        </w:tc>
        <w:tc>
          <w:tcPr>
            <w:tcW w:type="dxa" w:w="1080"/>
          </w:tcPr>
          <w:p>
            <w:r>
              <w:t>微机原理及应用课程设计</w:t>
            </w:r>
          </w:p>
        </w:tc>
        <w:tc>
          <w:tcPr>
            <w:tcW w:type="dxa" w:w="1080"/>
          </w:tcPr>
          <w:p>
            <w:r>
              <w:t>2ME21214</w:t>
            </w:r>
          </w:p>
        </w:tc>
        <w:tc>
          <w:tcPr>
            <w:tcW w:type="dxa" w:w="1080"/>
          </w:tcPr>
          <w:p>
            <w:r>
              <w:t>1</w:t>
            </w:r>
          </w:p>
        </w:tc>
        <w:tc>
          <w:tcPr>
            <w:tcW w:type="dxa" w:w="1080"/>
          </w:tcPr>
          <w:p>
            <w:r>
              <w:t>专业必修课</w:t>
            </w:r>
          </w:p>
        </w:tc>
        <w:tc>
          <w:tcPr>
            <w:tcW w:type="dxa" w:w="1080"/>
          </w:tcPr>
          <w:p>
            <w:r>
              <w:t>机械工程学院</w:t>
            </w:r>
          </w:p>
        </w:tc>
        <w:tc>
          <w:tcPr>
            <w:tcW w:type="dxa" w:w="1080"/>
          </w:tcPr>
          <w:p>
            <w:r>
              <w:t>2025-2026</w:t>
            </w:r>
          </w:p>
        </w:tc>
        <w:tc>
          <w:tcPr>
            <w:tcW w:type="dxa" w:w="1080"/>
          </w:tcPr>
          <w:p>
            <w:r>
              <w:t>5</w:t>
            </w:r>
          </w:p>
        </w:tc>
      </w:tr>
      <w:tr>
        <w:tc>
          <w:tcPr>
            <w:tcW w:type="dxa" w:w="1080"/>
          </w:tcPr>
          <w:p>
            <w:r>
              <w:t>58</w:t>
            </w:r>
          </w:p>
        </w:tc>
        <w:tc>
          <w:tcPr>
            <w:tcW w:type="dxa" w:w="1080"/>
          </w:tcPr>
          <w:p>
            <w:r>
              <w:t>工程材料</w:t>
            </w:r>
          </w:p>
        </w:tc>
        <w:tc>
          <w:tcPr>
            <w:tcW w:type="dxa" w:w="1080"/>
          </w:tcPr>
          <w:p>
            <w:r>
              <w:t>2ME21319</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5</w:t>
            </w:r>
          </w:p>
        </w:tc>
      </w:tr>
      <w:tr>
        <w:tc>
          <w:tcPr>
            <w:tcW w:type="dxa" w:w="1080"/>
          </w:tcPr>
          <w:p>
            <w:r>
              <w:t>59</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5</w:t>
            </w:r>
          </w:p>
        </w:tc>
      </w:tr>
      <w:tr>
        <w:tc>
          <w:tcPr>
            <w:tcW w:type="dxa" w:w="1080"/>
          </w:tcPr>
          <w:p>
            <w:r>
              <w:t>60</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5</w:t>
            </w:r>
          </w:p>
        </w:tc>
      </w:tr>
      <w:tr>
        <w:tc>
          <w:tcPr>
            <w:tcW w:type="dxa" w:w="1080"/>
          </w:tcPr>
          <w:p>
            <w:r>
              <w:t>61</w:t>
            </w:r>
          </w:p>
        </w:tc>
        <w:tc>
          <w:tcPr>
            <w:tcW w:type="dxa" w:w="1080"/>
          </w:tcPr>
          <w:p>
            <w:r>
              <w:t>经济管理基础</w:t>
            </w:r>
          </w:p>
        </w:tc>
        <w:tc>
          <w:tcPr>
            <w:tcW w:type="dxa" w:w="1080"/>
          </w:tcPr>
          <w:p>
            <w:r>
              <w:t>2BU21040</w:t>
            </w:r>
          </w:p>
        </w:tc>
        <w:tc>
          <w:tcPr>
            <w:tcW w:type="dxa" w:w="1080"/>
          </w:tcPr>
          <w:p>
            <w:r>
              <w:t>1.5</w:t>
            </w:r>
          </w:p>
        </w:tc>
        <w:tc>
          <w:tcPr>
            <w:tcW w:type="dxa" w:w="1080"/>
          </w:tcPr>
          <w:p>
            <w:r>
              <w:t>专业必修课</w:t>
            </w:r>
          </w:p>
        </w:tc>
        <w:tc>
          <w:tcPr>
            <w:tcW w:type="dxa" w:w="1080"/>
          </w:tcPr>
          <w:p>
            <w:r>
              <w:t>商学院</w:t>
            </w:r>
          </w:p>
        </w:tc>
        <w:tc>
          <w:tcPr>
            <w:tcW w:type="dxa" w:w="1080"/>
          </w:tcPr>
          <w:p>
            <w:r>
              <w:t>2025-2026</w:t>
            </w:r>
          </w:p>
        </w:tc>
        <w:tc>
          <w:tcPr>
            <w:tcW w:type="dxa" w:w="1080"/>
          </w:tcPr>
          <w:p>
            <w:r>
              <w:t>6</w:t>
            </w:r>
          </w:p>
        </w:tc>
      </w:tr>
      <w:tr>
        <w:tc>
          <w:tcPr>
            <w:tcW w:type="dxa" w:w="1080"/>
          </w:tcPr>
          <w:p>
            <w:r>
              <w:t>62</w:t>
            </w:r>
          </w:p>
        </w:tc>
        <w:tc>
          <w:tcPr>
            <w:tcW w:type="dxa" w:w="1080"/>
          </w:tcPr>
          <w:p>
            <w:r>
              <w:t>电气控制与PLC</w:t>
            </w:r>
          </w:p>
        </w:tc>
        <w:tc>
          <w:tcPr>
            <w:tcW w:type="dxa" w:w="1080"/>
          </w:tcPr>
          <w:p>
            <w:r>
              <w:t>2ME21206</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6</w:t>
            </w:r>
          </w:p>
        </w:tc>
      </w:tr>
      <w:tr>
        <w:tc>
          <w:tcPr>
            <w:tcW w:type="dxa" w:w="1080"/>
          </w:tcPr>
          <w:p>
            <w:r>
              <w:t>63</w:t>
            </w:r>
          </w:p>
        </w:tc>
        <w:tc>
          <w:tcPr>
            <w:tcW w:type="dxa" w:w="1080"/>
          </w:tcPr>
          <w:p>
            <w:r>
              <w:t>生产实习</w:t>
            </w:r>
          </w:p>
        </w:tc>
        <w:tc>
          <w:tcPr>
            <w:tcW w:type="dxa" w:w="1080"/>
          </w:tcPr>
          <w:p>
            <w:r>
              <w:t>2ME21210</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6</w:t>
            </w:r>
          </w:p>
        </w:tc>
      </w:tr>
      <w:tr>
        <w:tc>
          <w:tcPr>
            <w:tcW w:type="dxa" w:w="1080"/>
          </w:tcPr>
          <w:p>
            <w:r>
              <w:t>64</w:t>
            </w:r>
          </w:p>
        </w:tc>
        <w:tc>
          <w:tcPr>
            <w:tcW w:type="dxa" w:w="1080"/>
          </w:tcPr>
          <w:p>
            <w:r>
              <w:t>检测与控制实验</w:t>
            </w:r>
          </w:p>
        </w:tc>
        <w:tc>
          <w:tcPr>
            <w:tcW w:type="dxa" w:w="1080"/>
          </w:tcPr>
          <w:p>
            <w:r>
              <w:t>2ME21213</w:t>
            </w:r>
          </w:p>
        </w:tc>
        <w:tc>
          <w:tcPr>
            <w:tcW w:type="dxa" w:w="1080"/>
          </w:tcPr>
          <w:p>
            <w:r>
              <w:t>1.0</w:t>
            </w:r>
          </w:p>
        </w:tc>
        <w:tc>
          <w:tcPr>
            <w:tcW w:type="dxa" w:w="1080"/>
          </w:tcPr>
          <w:p>
            <w:r>
              <w:t>专业必修课</w:t>
            </w:r>
          </w:p>
        </w:tc>
        <w:tc>
          <w:tcPr>
            <w:tcW w:type="dxa" w:w="1080"/>
          </w:tcPr>
          <w:p>
            <w:r>
              <w:t>机械工程学院</w:t>
            </w:r>
          </w:p>
        </w:tc>
        <w:tc>
          <w:tcPr>
            <w:tcW w:type="dxa" w:w="1080"/>
          </w:tcPr>
          <w:p>
            <w:r>
              <w:t>2025-2026</w:t>
            </w:r>
          </w:p>
        </w:tc>
        <w:tc>
          <w:tcPr>
            <w:tcW w:type="dxa" w:w="1080"/>
          </w:tcPr>
          <w:p>
            <w:r>
              <w:t>6</w:t>
            </w:r>
          </w:p>
        </w:tc>
      </w:tr>
      <w:tr>
        <w:tc>
          <w:tcPr>
            <w:tcW w:type="dxa" w:w="1080"/>
          </w:tcPr>
          <w:p>
            <w:r>
              <w:t>65</w:t>
            </w:r>
          </w:p>
        </w:tc>
        <w:tc>
          <w:tcPr>
            <w:tcW w:type="dxa" w:w="1080"/>
          </w:tcPr>
          <w:p>
            <w:r>
              <w:t>机电一体化系统设计实践</w:t>
            </w:r>
          </w:p>
        </w:tc>
        <w:tc>
          <w:tcPr>
            <w:tcW w:type="dxa" w:w="1080"/>
          </w:tcPr>
          <w:p>
            <w:r>
              <w:t>2ME21215</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6</w:t>
            </w:r>
          </w:p>
        </w:tc>
      </w:tr>
      <w:tr>
        <w:tc>
          <w:tcPr>
            <w:tcW w:type="dxa" w:w="1080"/>
          </w:tcPr>
          <w:p>
            <w:r>
              <w:t>66</w:t>
            </w:r>
          </w:p>
        </w:tc>
        <w:tc>
          <w:tcPr>
            <w:tcW w:type="dxa" w:w="1080"/>
          </w:tcPr>
          <w:p>
            <w:r>
              <w:t>传感与检测技术</w:t>
            </w:r>
          </w:p>
        </w:tc>
        <w:tc>
          <w:tcPr>
            <w:tcW w:type="dxa" w:w="1080"/>
          </w:tcPr>
          <w:p>
            <w:r>
              <w:t>2ME21227</w:t>
            </w:r>
          </w:p>
        </w:tc>
        <w:tc>
          <w:tcPr>
            <w:tcW w:type="dxa" w:w="1080"/>
          </w:tcPr>
          <w:p>
            <w:r>
              <w:t>2</w:t>
            </w:r>
          </w:p>
        </w:tc>
        <w:tc>
          <w:tcPr>
            <w:tcW w:type="dxa" w:w="1080"/>
          </w:tcPr>
          <w:p>
            <w:r>
              <w:t>专业必修课</w:t>
            </w:r>
          </w:p>
        </w:tc>
        <w:tc>
          <w:tcPr>
            <w:tcW w:type="dxa" w:w="1080"/>
          </w:tcPr>
          <w:p>
            <w:r>
              <w:t>机械工程学院</w:t>
            </w:r>
          </w:p>
        </w:tc>
        <w:tc>
          <w:tcPr>
            <w:tcW w:type="dxa" w:w="1080"/>
          </w:tcPr>
          <w:p>
            <w:r>
              <w:t>2025-2026</w:t>
            </w:r>
          </w:p>
        </w:tc>
        <w:tc>
          <w:tcPr>
            <w:tcW w:type="dxa" w:w="1080"/>
          </w:tcPr>
          <w:p>
            <w:r>
              <w:t>6</w:t>
            </w:r>
          </w:p>
        </w:tc>
      </w:tr>
      <w:tr>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p>
        </w:tc>
        <w:tc>
          <w:tcPr>
            <w:tcW w:type="dxa" w:w="1080"/>
          </w:tcPr>
          <w:p>
            <w:r>
              <w:t>注：按修读学年学期排序。</w:t>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tc>
      </w:tr>
      <w:tr>
        <w:tc>
          <w:tcPr>
            <w:tcW w:type="dxa" w:w="1080"/>
          </w:tcPr>
          <w:p>
            <w:r/>
          </w:p>
        </w:tc>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t>苏州科技大学推荐2027年优秀应届本科毕业生免试攻读研究生课程清单</w:t>
            </w:r>
          </w:p>
        </w:tc>
        <w:tc>
          <w:tcPr>
            <w:tcW w:type="dxa" w:w="960"/>
          </w:tcPr>
          <w:p>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年级：</w:t>
            </w:r>
          </w:p>
        </w:tc>
        <w:tc>
          <w:tcPr>
            <w:tcW w:type="dxa" w:w="960"/>
          </w:tcPr>
          <w:p>
            <w:r>
              <w:t>2023级</w:t>
            </w:r>
          </w:p>
        </w:tc>
        <w:tc>
          <w:tcPr>
            <w:tcW w:type="dxa" w:w="960"/>
          </w:tcPr>
          <w:p>
            <w:r>
              <w:t>专业：</w:t>
            </w:r>
          </w:p>
        </w:tc>
        <w:tc>
          <w:tcPr>
            <w:tcW w:type="dxa" w:w="960"/>
          </w:tcPr>
          <w:p>
            <w:r>
              <w:t>材料成型及控制工程</w:t>
            </w:r>
          </w:p>
        </w:tc>
        <w:tc>
          <w:tcPr>
            <w:tcW w:type="dxa" w:w="960"/>
          </w:tcPr>
          <w:p>
            <w:r/>
          </w:p>
        </w:tc>
        <w:tc>
          <w:tcPr>
            <w:tcW w:type="dxa" w:w="960"/>
          </w:tcPr>
          <w:p/>
        </w:tc>
        <w:tc>
          <w:tcPr>
            <w:tcW w:type="dxa" w:w="960"/>
          </w:tcPr>
          <w:p/>
        </w:tc>
        <w:tc>
          <w:tcPr>
            <w:tcW w:type="dxa" w:w="960"/>
          </w:tcPr>
          <w:p/>
        </w:tc>
        <w:tc>
          <w:tcPr>
            <w:tcW w:type="dxa" w:w="960"/>
          </w:tcPr>
          <w:p/>
        </w:tc>
      </w:tr>
      <w:tr>
        <w:tc>
          <w:tcPr>
            <w:tcW w:type="dxa" w:w="960"/>
          </w:tcPr>
          <w:p>
            <w:r>
              <w:t>序号</w:t>
            </w:r>
          </w:p>
        </w:tc>
        <w:tc>
          <w:tcPr>
            <w:tcW w:type="dxa" w:w="960"/>
          </w:tcPr>
          <w:p>
            <w:r>
              <w:t>课程名称</w:t>
            </w:r>
          </w:p>
        </w:tc>
        <w:tc>
          <w:tcPr>
            <w:tcW w:type="dxa" w:w="960"/>
          </w:tcPr>
          <w:p>
            <w:r>
              <w:t>课程代码</w:t>
            </w:r>
          </w:p>
        </w:tc>
        <w:tc>
          <w:tcPr>
            <w:tcW w:type="dxa" w:w="960"/>
          </w:tcPr>
          <w:p>
            <w:r>
              <w:t>学分</w:t>
            </w:r>
          </w:p>
        </w:tc>
        <w:tc>
          <w:tcPr>
            <w:tcW w:type="dxa" w:w="960"/>
          </w:tcPr>
          <w:p>
            <w:r>
              <w:t>课程性质</w:t>
            </w:r>
          </w:p>
        </w:tc>
        <w:tc>
          <w:tcPr>
            <w:tcW w:type="dxa" w:w="960"/>
          </w:tcPr>
          <w:p>
            <w:r>
              <w:t>开课学院</w:t>
            </w:r>
          </w:p>
        </w:tc>
        <w:tc>
          <w:tcPr>
            <w:tcW w:type="dxa" w:w="960"/>
          </w:tcPr>
          <w:p>
            <w:r>
              <w:t>修读学年</w:t>
            </w:r>
          </w:p>
        </w:tc>
        <w:tc>
          <w:tcPr>
            <w:tcW w:type="dxa" w:w="960"/>
          </w:tcPr>
          <w:p>
            <w:r>
              <w:t>修读学期</w:t>
            </w:r>
          </w:p>
        </w:tc>
        <w:tc>
          <w:tcPr>
            <w:tcW w:type="dxa" w:w="960"/>
          </w:tcPr>
          <w:p>
            <w:r/>
          </w:p>
        </w:tc>
      </w:tr>
      <w:tr>
        <w:tc>
          <w:tcPr>
            <w:tcW w:type="dxa" w:w="960"/>
          </w:tcPr>
          <w:p>
            <w:r>
              <w:t>1</w:t>
            </w:r>
          </w:p>
        </w:tc>
        <w:tc>
          <w:tcPr>
            <w:tcW w:type="dxa" w:w="960"/>
          </w:tcPr>
          <w:p>
            <w:r>
              <w:t>入学教育</w:t>
            </w:r>
          </w:p>
        </w:tc>
        <w:tc>
          <w:tcPr>
            <w:tcW w:type="dxa" w:w="960"/>
          </w:tcPr>
          <w:p>
            <w:r>
              <w:t>2AA31001</w:t>
            </w:r>
          </w:p>
        </w:tc>
        <w:tc>
          <w:tcPr>
            <w:tcW w:type="dxa" w:w="960"/>
          </w:tcPr>
          <w:p>
            <w:r>
              <w:t>0.0</w:t>
            </w:r>
          </w:p>
        </w:tc>
        <w:tc>
          <w:tcPr>
            <w:tcW w:type="dxa" w:w="960"/>
          </w:tcPr>
          <w:p>
            <w:r>
              <w:t>素质必修课</w:t>
            </w:r>
          </w:p>
        </w:tc>
        <w:tc>
          <w:tcPr>
            <w:tcW w:type="dxa" w:w="960"/>
          </w:tcPr>
          <w:p>
            <w:r>
              <w:t>教务处</w:t>
            </w:r>
          </w:p>
        </w:tc>
        <w:tc>
          <w:tcPr>
            <w:tcW w:type="dxa" w:w="960"/>
          </w:tcPr>
          <w:p>
            <w:r>
              <w:t>2023-2024</w:t>
            </w:r>
          </w:p>
        </w:tc>
        <w:tc>
          <w:tcPr>
            <w:tcW w:type="dxa" w:w="960"/>
          </w:tcPr>
          <w:p>
            <w:r>
              <w:t>1</w:t>
            </w:r>
          </w:p>
        </w:tc>
        <w:tc>
          <w:tcPr>
            <w:tcW w:type="dxa" w:w="960"/>
          </w:tcPr>
          <w:p>
            <w:r/>
          </w:p>
        </w:tc>
      </w:tr>
      <w:tr>
        <w:tc>
          <w:tcPr>
            <w:tcW w:type="dxa" w:w="960"/>
          </w:tcPr>
          <w:p>
            <w:r>
              <w:t>2</w:t>
            </w:r>
          </w:p>
        </w:tc>
        <w:tc>
          <w:tcPr>
            <w:tcW w:type="dxa" w:w="960"/>
          </w:tcPr>
          <w:p>
            <w:r>
              <w:t>军事理论</w:t>
            </w:r>
          </w:p>
        </w:tc>
        <w:tc>
          <w:tcPr>
            <w:tcW w:type="dxa" w:w="960"/>
          </w:tcPr>
          <w:p>
            <w:r>
              <w:t>2AS11001</w:t>
            </w:r>
          </w:p>
        </w:tc>
        <w:tc>
          <w:tcPr>
            <w:tcW w:type="dxa" w:w="960"/>
          </w:tcPr>
          <w:p>
            <w:r>
              <w:t>2.0</w:t>
            </w:r>
          </w:p>
        </w:tc>
        <w:tc>
          <w:tcPr>
            <w:tcW w:type="dxa" w:w="960"/>
          </w:tcPr>
          <w:p>
            <w:r>
              <w:t>通识必修课</w:t>
            </w:r>
          </w:p>
        </w:tc>
        <w:tc>
          <w:tcPr>
            <w:tcW w:type="dxa" w:w="960"/>
          </w:tcPr>
          <w:p>
            <w:r>
              <w:t>武保处</w:t>
            </w:r>
          </w:p>
        </w:tc>
        <w:tc>
          <w:tcPr>
            <w:tcW w:type="dxa" w:w="960"/>
          </w:tcPr>
          <w:p>
            <w:r>
              <w:t>2023-2024</w:t>
            </w:r>
          </w:p>
        </w:tc>
        <w:tc>
          <w:tcPr>
            <w:tcW w:type="dxa" w:w="960"/>
          </w:tcPr>
          <w:p>
            <w:r>
              <w:t>1</w:t>
            </w:r>
          </w:p>
        </w:tc>
        <w:tc>
          <w:tcPr>
            <w:tcW w:type="dxa" w:w="960"/>
          </w:tcPr>
          <w:p>
            <w:r/>
          </w:p>
        </w:tc>
      </w:tr>
      <w:tr>
        <w:tc>
          <w:tcPr>
            <w:tcW w:type="dxa" w:w="960"/>
          </w:tcPr>
          <w:p>
            <w:r>
              <w:t>3</w:t>
            </w:r>
          </w:p>
        </w:tc>
        <w:tc>
          <w:tcPr>
            <w:tcW w:type="dxa" w:w="960"/>
          </w:tcPr>
          <w:p>
            <w:r>
              <w:t>军事技能</w:t>
            </w:r>
          </w:p>
        </w:tc>
        <w:tc>
          <w:tcPr>
            <w:tcW w:type="dxa" w:w="960"/>
          </w:tcPr>
          <w:p>
            <w:r>
              <w:t>2AS11002</w:t>
            </w:r>
          </w:p>
        </w:tc>
        <w:tc>
          <w:tcPr>
            <w:tcW w:type="dxa" w:w="960"/>
          </w:tcPr>
          <w:p>
            <w:r>
              <w:t>2.0</w:t>
            </w:r>
          </w:p>
        </w:tc>
        <w:tc>
          <w:tcPr>
            <w:tcW w:type="dxa" w:w="960"/>
          </w:tcPr>
          <w:p>
            <w:r>
              <w:t>通识必修课</w:t>
            </w:r>
          </w:p>
        </w:tc>
        <w:tc>
          <w:tcPr>
            <w:tcW w:type="dxa" w:w="960"/>
          </w:tcPr>
          <w:p>
            <w:r>
              <w:t>武保处</w:t>
            </w:r>
          </w:p>
        </w:tc>
        <w:tc>
          <w:tcPr>
            <w:tcW w:type="dxa" w:w="960"/>
          </w:tcPr>
          <w:p>
            <w:r>
              <w:t>2023-2024</w:t>
            </w:r>
          </w:p>
        </w:tc>
        <w:tc>
          <w:tcPr>
            <w:tcW w:type="dxa" w:w="960"/>
          </w:tcPr>
          <w:p>
            <w:r>
              <w:t>1</w:t>
            </w:r>
          </w:p>
        </w:tc>
        <w:tc>
          <w:tcPr>
            <w:tcW w:type="dxa" w:w="960"/>
          </w:tcPr>
          <w:p>
            <w:r/>
          </w:p>
        </w:tc>
      </w:tr>
      <w:tr>
        <w:tc>
          <w:tcPr>
            <w:tcW w:type="dxa" w:w="960"/>
          </w:tcPr>
          <w:p>
            <w:r>
              <w:t>4</w:t>
            </w:r>
          </w:p>
        </w:tc>
        <w:tc>
          <w:tcPr>
            <w:tcW w:type="dxa" w:w="960"/>
          </w:tcPr>
          <w:p>
            <w:r>
              <w:t>大学生心理健康实践</w:t>
            </w:r>
          </w:p>
        </w:tc>
        <w:tc>
          <w:tcPr>
            <w:tcW w:type="dxa" w:w="960"/>
          </w:tcPr>
          <w:p>
            <w:r>
              <w:t>2ED11002</w:t>
            </w:r>
          </w:p>
        </w:tc>
        <w:tc>
          <w:tcPr>
            <w:tcW w:type="dxa" w:w="960"/>
          </w:tcPr>
          <w:p>
            <w:r>
              <w:t>1.0</w:t>
            </w:r>
          </w:p>
        </w:tc>
        <w:tc>
          <w:tcPr>
            <w:tcW w:type="dxa" w:w="960"/>
          </w:tcPr>
          <w:p>
            <w:r>
              <w:t>通识必修课</w:t>
            </w:r>
          </w:p>
        </w:tc>
        <w:tc>
          <w:tcPr>
            <w:tcW w:type="dxa" w:w="960"/>
          </w:tcPr>
          <w:p>
            <w:r>
              <w:t>教育学院</w:t>
            </w:r>
          </w:p>
        </w:tc>
        <w:tc>
          <w:tcPr>
            <w:tcW w:type="dxa" w:w="960"/>
          </w:tcPr>
          <w:p>
            <w:r>
              <w:t>2023-2024</w:t>
            </w:r>
          </w:p>
        </w:tc>
        <w:tc>
          <w:tcPr>
            <w:tcW w:type="dxa" w:w="960"/>
          </w:tcPr>
          <w:p>
            <w:r>
              <w:t>1</w:t>
            </w:r>
          </w:p>
        </w:tc>
        <w:tc>
          <w:tcPr>
            <w:tcW w:type="dxa" w:w="960"/>
          </w:tcPr>
          <w:p>
            <w:r/>
          </w:p>
        </w:tc>
      </w:tr>
      <w:tr>
        <w:tc>
          <w:tcPr>
            <w:tcW w:type="dxa" w:w="960"/>
          </w:tcPr>
          <w:p>
            <w:r>
              <w:t>5</w:t>
            </w:r>
          </w:p>
        </w:tc>
        <w:tc>
          <w:tcPr>
            <w:tcW w:type="dxa" w:w="960"/>
          </w:tcPr>
          <w:p>
            <w:r>
              <w:t>高等数学B(一)</w:t>
            </w:r>
          </w:p>
        </w:tc>
        <w:tc>
          <w:tcPr>
            <w:tcW w:type="dxa" w:w="960"/>
          </w:tcPr>
          <w:p>
            <w:r>
              <w:t>2MA11003</w:t>
            </w:r>
          </w:p>
        </w:tc>
        <w:tc>
          <w:tcPr>
            <w:tcW w:type="dxa" w:w="960"/>
          </w:tcPr>
          <w:p>
            <w:r>
              <w:t>4</w:t>
            </w:r>
          </w:p>
        </w:tc>
        <w:tc>
          <w:tcPr>
            <w:tcW w:type="dxa" w:w="960"/>
          </w:tcPr>
          <w:p>
            <w:r>
              <w:t>通识必修课</w:t>
            </w:r>
          </w:p>
        </w:tc>
        <w:tc>
          <w:tcPr>
            <w:tcW w:type="dxa" w:w="960"/>
          </w:tcPr>
          <w:p>
            <w:r>
              <w:t>数学科学学院</w:t>
            </w:r>
          </w:p>
        </w:tc>
        <w:tc>
          <w:tcPr>
            <w:tcW w:type="dxa" w:w="960"/>
          </w:tcPr>
          <w:p>
            <w:r>
              <w:t>2023-2024</w:t>
            </w:r>
          </w:p>
        </w:tc>
        <w:tc>
          <w:tcPr>
            <w:tcW w:type="dxa" w:w="960"/>
          </w:tcPr>
          <w:p>
            <w:r>
              <w:t>1</w:t>
            </w:r>
          </w:p>
        </w:tc>
        <w:tc>
          <w:tcPr>
            <w:tcW w:type="dxa" w:w="960"/>
          </w:tcPr>
          <w:p>
            <w:r/>
          </w:p>
        </w:tc>
      </w:tr>
      <w:tr>
        <w:tc>
          <w:tcPr>
            <w:tcW w:type="dxa" w:w="960"/>
          </w:tcPr>
          <w:p>
            <w:r>
              <w:t>6</w:t>
            </w:r>
          </w:p>
        </w:tc>
        <w:tc>
          <w:tcPr>
            <w:tcW w:type="dxa" w:w="960"/>
          </w:tcPr>
          <w:p>
            <w:r>
              <w:t>机械制图(一)</w:t>
            </w:r>
          </w:p>
        </w:tc>
        <w:tc>
          <w:tcPr>
            <w:tcW w:type="dxa" w:w="960"/>
          </w:tcPr>
          <w:p>
            <w:r>
              <w:t>2ME21001</w:t>
            </w:r>
          </w:p>
        </w:tc>
        <w:tc>
          <w:tcPr>
            <w:tcW w:type="dxa" w:w="960"/>
          </w:tcPr>
          <w:p>
            <w:r>
              <w:t>3</w:t>
            </w:r>
          </w:p>
        </w:tc>
        <w:tc>
          <w:tcPr>
            <w:tcW w:type="dxa" w:w="960"/>
          </w:tcPr>
          <w:p>
            <w:r>
              <w:t>专业必修课</w:t>
            </w:r>
          </w:p>
        </w:tc>
        <w:tc>
          <w:tcPr>
            <w:tcW w:type="dxa" w:w="960"/>
          </w:tcPr>
          <w:p>
            <w:r>
              <w:t>机械工程学院</w:t>
            </w:r>
          </w:p>
        </w:tc>
        <w:tc>
          <w:tcPr>
            <w:tcW w:type="dxa" w:w="960"/>
          </w:tcPr>
          <w:p>
            <w:r>
              <w:t>2023-2024</w:t>
            </w:r>
          </w:p>
        </w:tc>
        <w:tc>
          <w:tcPr>
            <w:tcW w:type="dxa" w:w="960"/>
          </w:tcPr>
          <w:p>
            <w:r>
              <w:t>1</w:t>
            </w:r>
          </w:p>
        </w:tc>
        <w:tc>
          <w:tcPr>
            <w:tcW w:type="dxa" w:w="960"/>
          </w:tcPr>
          <w:p>
            <w:r/>
          </w:p>
        </w:tc>
      </w:tr>
      <w:tr>
        <w:tc>
          <w:tcPr>
            <w:tcW w:type="dxa" w:w="960"/>
          </w:tcPr>
          <w:p>
            <w:r>
              <w:t>7</w:t>
            </w:r>
          </w:p>
        </w:tc>
        <w:tc>
          <w:tcPr>
            <w:tcW w:type="dxa" w:w="960"/>
          </w:tcPr>
          <w:p>
            <w:r>
              <w:t>机械工程导论</w:t>
            </w:r>
          </w:p>
        </w:tc>
        <w:tc>
          <w:tcPr>
            <w:tcW w:type="dxa" w:w="960"/>
          </w:tcPr>
          <w:p>
            <w:r>
              <w:t>2ME21011</w:t>
            </w:r>
          </w:p>
        </w:tc>
        <w:tc>
          <w:tcPr>
            <w:tcW w:type="dxa" w:w="960"/>
          </w:tcPr>
          <w:p>
            <w:r>
              <w:t>1</w:t>
            </w:r>
          </w:p>
        </w:tc>
        <w:tc>
          <w:tcPr>
            <w:tcW w:type="dxa" w:w="960"/>
          </w:tcPr>
          <w:p>
            <w:r>
              <w:t>专业必修课</w:t>
            </w:r>
          </w:p>
        </w:tc>
        <w:tc>
          <w:tcPr>
            <w:tcW w:type="dxa" w:w="960"/>
          </w:tcPr>
          <w:p>
            <w:r>
              <w:t>机械工程学院</w:t>
            </w:r>
          </w:p>
        </w:tc>
        <w:tc>
          <w:tcPr>
            <w:tcW w:type="dxa" w:w="960"/>
          </w:tcPr>
          <w:p>
            <w:r>
              <w:t>2023-2024</w:t>
            </w:r>
          </w:p>
        </w:tc>
        <w:tc>
          <w:tcPr>
            <w:tcW w:type="dxa" w:w="960"/>
          </w:tcPr>
          <w:p>
            <w:r>
              <w:t>1</w:t>
            </w:r>
          </w:p>
        </w:tc>
        <w:tc>
          <w:tcPr>
            <w:tcW w:type="dxa" w:w="960"/>
          </w:tcPr>
          <w:p>
            <w:r/>
          </w:p>
        </w:tc>
      </w:tr>
      <w:tr>
        <w:tc>
          <w:tcPr>
            <w:tcW w:type="dxa" w:w="960"/>
          </w:tcPr>
          <w:p>
            <w:r>
              <w:t>8</w:t>
            </w:r>
          </w:p>
        </w:tc>
        <w:tc>
          <w:tcPr>
            <w:tcW w:type="dxa" w:w="960"/>
          </w:tcPr>
          <w:p>
            <w:r>
              <w:t>劳动教育实践</w:t>
            </w:r>
          </w:p>
        </w:tc>
        <w:tc>
          <w:tcPr>
            <w:tcW w:type="dxa" w:w="960"/>
          </w:tcPr>
          <w:p>
            <w:r>
              <w:t>2ME21133</w:t>
            </w:r>
          </w:p>
        </w:tc>
        <w:tc>
          <w:tcPr>
            <w:tcW w:type="dxa" w:w="960"/>
          </w:tcPr>
          <w:p>
            <w:r>
              <w:t>1.0</w:t>
            </w:r>
          </w:p>
        </w:tc>
        <w:tc>
          <w:tcPr>
            <w:tcW w:type="dxa" w:w="960"/>
          </w:tcPr>
          <w:p>
            <w:r>
              <w:t>专业必修课</w:t>
            </w:r>
          </w:p>
        </w:tc>
        <w:tc>
          <w:tcPr>
            <w:tcW w:type="dxa" w:w="960"/>
          </w:tcPr>
          <w:p>
            <w:r>
              <w:t>机械工程学院</w:t>
            </w:r>
          </w:p>
        </w:tc>
        <w:tc>
          <w:tcPr>
            <w:tcW w:type="dxa" w:w="960"/>
          </w:tcPr>
          <w:p>
            <w:r>
              <w:t>2023-2024</w:t>
            </w:r>
          </w:p>
        </w:tc>
        <w:tc>
          <w:tcPr>
            <w:tcW w:type="dxa" w:w="960"/>
          </w:tcPr>
          <w:p>
            <w:r>
              <w:t>1</w:t>
            </w:r>
          </w:p>
        </w:tc>
        <w:tc>
          <w:tcPr>
            <w:tcW w:type="dxa" w:w="960"/>
          </w:tcPr>
          <w:p>
            <w:r/>
          </w:p>
        </w:tc>
      </w:tr>
      <w:tr>
        <w:tc>
          <w:tcPr>
            <w:tcW w:type="dxa" w:w="960"/>
          </w:tcPr>
          <w:p>
            <w:r>
              <w:t>9</w:t>
            </w:r>
          </w:p>
        </w:tc>
        <w:tc>
          <w:tcPr>
            <w:tcW w:type="dxa" w:w="960"/>
          </w:tcPr>
          <w:p>
            <w:r>
              <w:t>思想道德与法治</w:t>
            </w:r>
          </w:p>
        </w:tc>
        <w:tc>
          <w:tcPr>
            <w:tcW w:type="dxa" w:w="960"/>
          </w:tcPr>
          <w:p>
            <w:r>
              <w:t>2MX11001</w:t>
            </w:r>
          </w:p>
        </w:tc>
        <w:tc>
          <w:tcPr>
            <w:tcW w:type="dxa" w:w="960"/>
          </w:tcPr>
          <w:p>
            <w:r>
              <w:t>3.0</w:t>
            </w:r>
          </w:p>
        </w:tc>
        <w:tc>
          <w:tcPr>
            <w:tcW w:type="dxa" w:w="960"/>
          </w:tcPr>
          <w:p>
            <w:r>
              <w:t>通识必修课</w:t>
            </w:r>
          </w:p>
        </w:tc>
        <w:tc>
          <w:tcPr>
            <w:tcW w:type="dxa" w:w="960"/>
          </w:tcPr>
          <w:p>
            <w:r>
              <w:t>马克思主义学院</w:t>
            </w:r>
          </w:p>
        </w:tc>
        <w:tc>
          <w:tcPr>
            <w:tcW w:type="dxa" w:w="960"/>
          </w:tcPr>
          <w:p>
            <w:r>
              <w:t>2023-2024</w:t>
            </w:r>
          </w:p>
        </w:tc>
        <w:tc>
          <w:tcPr>
            <w:tcW w:type="dxa" w:w="960"/>
          </w:tcPr>
          <w:p>
            <w:r>
              <w:t>1</w:t>
            </w:r>
          </w:p>
        </w:tc>
        <w:tc>
          <w:tcPr>
            <w:tcW w:type="dxa" w:w="960"/>
          </w:tcPr>
          <w:p>
            <w:r/>
          </w:p>
        </w:tc>
      </w:tr>
      <w:tr>
        <w:tc>
          <w:tcPr>
            <w:tcW w:type="dxa" w:w="960"/>
          </w:tcPr>
          <w:p>
            <w:r>
              <w:t>10</w:t>
            </w:r>
          </w:p>
        </w:tc>
        <w:tc>
          <w:tcPr>
            <w:tcW w:type="dxa" w:w="960"/>
          </w:tcPr>
          <w:p>
            <w:r>
              <w:t>劳动教育理论</w:t>
            </w:r>
          </w:p>
        </w:tc>
        <w:tc>
          <w:tcPr>
            <w:tcW w:type="dxa" w:w="960"/>
          </w:tcPr>
          <w:p>
            <w:r>
              <w:t>2SD11001</w:t>
            </w:r>
          </w:p>
        </w:tc>
        <w:tc>
          <w:tcPr>
            <w:tcW w:type="dxa" w:w="960"/>
          </w:tcPr>
          <w:p>
            <w:r>
              <w:t>1.0</w:t>
            </w:r>
          </w:p>
        </w:tc>
        <w:tc>
          <w:tcPr>
            <w:tcW w:type="dxa" w:w="960"/>
          </w:tcPr>
          <w:p>
            <w:r>
              <w:t>通识必修课</w:t>
            </w:r>
          </w:p>
        </w:tc>
        <w:tc>
          <w:tcPr>
            <w:tcW w:type="dxa" w:w="960"/>
          </w:tcPr>
          <w:p>
            <w:r>
              <w:t>社会发展与公共管理学院</w:t>
            </w:r>
          </w:p>
        </w:tc>
        <w:tc>
          <w:tcPr>
            <w:tcW w:type="dxa" w:w="960"/>
          </w:tcPr>
          <w:p>
            <w:r>
              <w:t>2023-2024</w:t>
            </w:r>
          </w:p>
        </w:tc>
        <w:tc>
          <w:tcPr>
            <w:tcW w:type="dxa" w:w="960"/>
          </w:tcPr>
          <w:p>
            <w:r>
              <w:t>1</w:t>
            </w:r>
          </w:p>
        </w:tc>
        <w:tc>
          <w:tcPr>
            <w:tcW w:type="dxa" w:w="960"/>
          </w:tcPr>
          <w:p>
            <w:r/>
          </w:p>
        </w:tc>
      </w:tr>
      <w:tr>
        <w:tc>
          <w:tcPr>
            <w:tcW w:type="dxa" w:w="960"/>
          </w:tcPr>
          <w:p>
            <w:r>
              <w:t>11</w:t>
            </w:r>
          </w:p>
        </w:tc>
        <w:tc>
          <w:tcPr>
            <w:tcW w:type="dxa" w:w="960"/>
          </w:tcPr>
          <w:p>
            <w:r>
              <w:t>体育(一)</w:t>
            </w:r>
          </w:p>
        </w:tc>
        <w:tc>
          <w:tcPr>
            <w:tcW w:type="dxa" w:w="960"/>
          </w:tcPr>
          <w:p>
            <w:r>
              <w:t>2SP11001</w:t>
            </w:r>
          </w:p>
        </w:tc>
        <w:tc>
          <w:tcPr>
            <w:tcW w:type="dxa" w:w="960"/>
          </w:tcPr>
          <w:p>
            <w:r>
              <w:t>1</w:t>
            </w:r>
          </w:p>
        </w:tc>
        <w:tc>
          <w:tcPr>
            <w:tcW w:type="dxa" w:w="960"/>
          </w:tcPr>
          <w:p>
            <w:r>
              <w:t>通识必修课</w:t>
            </w:r>
          </w:p>
        </w:tc>
        <w:tc>
          <w:tcPr>
            <w:tcW w:type="dxa" w:w="960"/>
          </w:tcPr>
          <w:p>
            <w:r>
              <w:t>体育部</w:t>
            </w:r>
          </w:p>
        </w:tc>
        <w:tc>
          <w:tcPr>
            <w:tcW w:type="dxa" w:w="960"/>
          </w:tcPr>
          <w:p>
            <w:r>
              <w:t>2023-2024</w:t>
            </w:r>
          </w:p>
        </w:tc>
        <w:tc>
          <w:tcPr>
            <w:tcW w:type="dxa" w:w="960"/>
          </w:tcPr>
          <w:p>
            <w:r>
              <w:t>1</w:t>
            </w:r>
          </w:p>
        </w:tc>
        <w:tc>
          <w:tcPr>
            <w:tcW w:type="dxa" w:w="960"/>
          </w:tcPr>
          <w:p>
            <w:r/>
          </w:p>
        </w:tc>
      </w:tr>
      <w:tr>
        <w:tc>
          <w:tcPr>
            <w:tcW w:type="dxa" w:w="960"/>
          </w:tcPr>
          <w:p>
            <w:r>
              <w:t>12</w:t>
            </w:r>
          </w:p>
        </w:tc>
        <w:tc>
          <w:tcPr>
            <w:tcW w:type="dxa" w:w="960"/>
          </w:tcPr>
          <w:p>
            <w:r>
              <w:t>创新创业教育基础</w:t>
            </w:r>
          </w:p>
        </w:tc>
        <w:tc>
          <w:tcPr>
            <w:tcW w:type="dxa" w:w="960"/>
          </w:tcPr>
          <w:p>
            <w:r>
              <w:t>2BU11001</w:t>
            </w:r>
          </w:p>
        </w:tc>
        <w:tc>
          <w:tcPr>
            <w:tcW w:type="dxa" w:w="960"/>
          </w:tcPr>
          <w:p>
            <w:r>
              <w:t>1</w:t>
            </w:r>
          </w:p>
        </w:tc>
        <w:tc>
          <w:tcPr>
            <w:tcW w:type="dxa" w:w="960"/>
          </w:tcPr>
          <w:p>
            <w:r>
              <w:t>通识必修课</w:t>
            </w:r>
          </w:p>
        </w:tc>
        <w:tc>
          <w:tcPr>
            <w:tcW w:type="dxa" w:w="960"/>
          </w:tcPr>
          <w:p>
            <w:r>
              <w:t>商学院</w:t>
            </w:r>
          </w:p>
        </w:tc>
        <w:tc>
          <w:tcPr>
            <w:tcW w:type="dxa" w:w="960"/>
          </w:tcPr>
          <w:p>
            <w:r>
              <w:t>2023-2024</w:t>
            </w:r>
          </w:p>
        </w:tc>
        <w:tc>
          <w:tcPr>
            <w:tcW w:type="dxa" w:w="960"/>
          </w:tcPr>
          <w:p>
            <w:r>
              <w:t>2</w:t>
            </w:r>
          </w:p>
        </w:tc>
        <w:tc>
          <w:tcPr>
            <w:tcW w:type="dxa" w:w="960"/>
          </w:tcPr>
          <w:p>
            <w:r/>
          </w:p>
        </w:tc>
      </w:tr>
      <w:tr>
        <w:tc>
          <w:tcPr>
            <w:tcW w:type="dxa" w:w="960"/>
          </w:tcPr>
          <w:p>
            <w:r>
              <w:t>13</w:t>
            </w:r>
          </w:p>
        </w:tc>
        <w:tc>
          <w:tcPr>
            <w:tcW w:type="dxa" w:w="960"/>
          </w:tcPr>
          <w:p>
            <w:r>
              <w:t>工程化学</w:t>
            </w:r>
          </w:p>
        </w:tc>
        <w:tc>
          <w:tcPr>
            <w:tcW w:type="dxa" w:w="960"/>
          </w:tcPr>
          <w:p>
            <w:r>
              <w:t>2CB11001</w:t>
            </w:r>
          </w:p>
        </w:tc>
        <w:tc>
          <w:tcPr>
            <w:tcW w:type="dxa" w:w="960"/>
          </w:tcPr>
          <w:p>
            <w:r>
              <w:t>2.0</w:t>
            </w:r>
          </w:p>
        </w:tc>
        <w:tc>
          <w:tcPr>
            <w:tcW w:type="dxa" w:w="960"/>
          </w:tcPr>
          <w:p>
            <w:r>
              <w:t>通识必修课</w:t>
            </w:r>
          </w:p>
        </w:tc>
        <w:tc>
          <w:tcPr>
            <w:tcW w:type="dxa" w:w="960"/>
          </w:tcPr>
          <w:p>
            <w:r>
              <w:t>化学与生命科学学院</w:t>
            </w:r>
          </w:p>
        </w:tc>
        <w:tc>
          <w:tcPr>
            <w:tcW w:type="dxa" w:w="960"/>
          </w:tcPr>
          <w:p>
            <w:r>
              <w:t>2023-2024</w:t>
            </w:r>
          </w:p>
        </w:tc>
        <w:tc>
          <w:tcPr>
            <w:tcW w:type="dxa" w:w="960"/>
          </w:tcPr>
          <w:p>
            <w:r>
              <w:t>2</w:t>
            </w:r>
          </w:p>
        </w:tc>
        <w:tc>
          <w:tcPr>
            <w:tcW w:type="dxa" w:w="960"/>
          </w:tcPr>
          <w:p>
            <w:r/>
          </w:p>
        </w:tc>
      </w:tr>
      <w:tr>
        <w:tc>
          <w:tcPr>
            <w:tcW w:type="dxa" w:w="960"/>
          </w:tcPr>
          <w:p>
            <w:r>
              <w:t>14</w:t>
            </w:r>
          </w:p>
        </w:tc>
        <w:tc>
          <w:tcPr>
            <w:tcW w:type="dxa" w:w="960"/>
          </w:tcPr>
          <w:p>
            <w:r>
              <w:t>大学生心理健康教育</w:t>
            </w:r>
          </w:p>
        </w:tc>
        <w:tc>
          <w:tcPr>
            <w:tcW w:type="dxa" w:w="960"/>
          </w:tcPr>
          <w:p>
            <w:r>
              <w:t>2ED11001</w:t>
            </w:r>
          </w:p>
        </w:tc>
        <w:tc>
          <w:tcPr>
            <w:tcW w:type="dxa" w:w="960"/>
          </w:tcPr>
          <w:p>
            <w:r>
              <w:t>1</w:t>
            </w:r>
          </w:p>
        </w:tc>
        <w:tc>
          <w:tcPr>
            <w:tcW w:type="dxa" w:w="960"/>
          </w:tcPr>
          <w:p>
            <w:r>
              <w:t>通识必修课</w:t>
            </w:r>
          </w:p>
        </w:tc>
        <w:tc>
          <w:tcPr>
            <w:tcW w:type="dxa" w:w="960"/>
          </w:tcPr>
          <w:p>
            <w:r>
              <w:t>教育学院</w:t>
            </w:r>
          </w:p>
        </w:tc>
        <w:tc>
          <w:tcPr>
            <w:tcW w:type="dxa" w:w="960"/>
          </w:tcPr>
          <w:p>
            <w:r>
              <w:t>2023-2024</w:t>
            </w:r>
          </w:p>
        </w:tc>
        <w:tc>
          <w:tcPr>
            <w:tcW w:type="dxa" w:w="960"/>
          </w:tcPr>
          <w:p>
            <w:r>
              <w:t>2</w:t>
            </w:r>
          </w:p>
        </w:tc>
        <w:tc>
          <w:tcPr>
            <w:tcW w:type="dxa" w:w="960"/>
          </w:tcPr>
          <w:p>
            <w:r/>
          </w:p>
        </w:tc>
      </w:tr>
      <w:tr>
        <w:tc>
          <w:tcPr>
            <w:tcW w:type="dxa" w:w="960"/>
          </w:tcPr>
          <w:p>
            <w:r>
              <w:t>15</w:t>
            </w:r>
          </w:p>
        </w:tc>
        <w:tc>
          <w:tcPr>
            <w:tcW w:type="dxa" w:w="960"/>
          </w:tcPr>
          <w:p>
            <w:r>
              <w:t>程序设计语言C++</w:t>
            </w:r>
          </w:p>
        </w:tc>
        <w:tc>
          <w:tcPr>
            <w:tcW w:type="dxa" w:w="960"/>
          </w:tcPr>
          <w:p>
            <w:r>
              <w:t>2EI21001</w:t>
            </w:r>
          </w:p>
        </w:tc>
        <w:tc>
          <w:tcPr>
            <w:tcW w:type="dxa" w:w="960"/>
          </w:tcPr>
          <w:p>
            <w:r>
              <w:t>3.5</w:t>
            </w:r>
          </w:p>
        </w:tc>
        <w:tc>
          <w:tcPr>
            <w:tcW w:type="dxa" w:w="960"/>
          </w:tcPr>
          <w:p>
            <w:r>
              <w:t>专业必修课</w:t>
            </w:r>
          </w:p>
        </w:tc>
        <w:tc>
          <w:tcPr>
            <w:tcW w:type="dxa" w:w="960"/>
          </w:tcPr>
          <w:p>
            <w:r>
              <w:t>电子与信息工程学院</w:t>
            </w:r>
          </w:p>
        </w:tc>
        <w:tc>
          <w:tcPr>
            <w:tcW w:type="dxa" w:w="960"/>
          </w:tcPr>
          <w:p>
            <w:r>
              <w:t>2023-2024</w:t>
            </w:r>
          </w:p>
        </w:tc>
        <w:tc>
          <w:tcPr>
            <w:tcW w:type="dxa" w:w="960"/>
          </w:tcPr>
          <w:p>
            <w:r>
              <w:t>2</w:t>
            </w:r>
          </w:p>
        </w:tc>
        <w:tc>
          <w:tcPr>
            <w:tcW w:type="dxa" w:w="960"/>
          </w:tcPr>
          <w:p>
            <w:r/>
          </w:p>
        </w:tc>
      </w:tr>
      <w:tr>
        <w:tc>
          <w:tcPr>
            <w:tcW w:type="dxa" w:w="960"/>
          </w:tcPr>
          <w:p>
            <w:r>
              <w:t>16</w:t>
            </w:r>
          </w:p>
        </w:tc>
        <w:tc>
          <w:tcPr>
            <w:tcW w:type="dxa" w:w="960"/>
          </w:tcPr>
          <w:p>
            <w:r>
              <w:t>高等数学B(二)</w:t>
            </w:r>
          </w:p>
        </w:tc>
        <w:tc>
          <w:tcPr>
            <w:tcW w:type="dxa" w:w="960"/>
          </w:tcPr>
          <w:p>
            <w:r>
              <w:t>2MA11004</w:t>
            </w:r>
          </w:p>
        </w:tc>
        <w:tc>
          <w:tcPr>
            <w:tcW w:type="dxa" w:w="960"/>
          </w:tcPr>
          <w:p>
            <w:r>
              <w:t>4</w:t>
            </w:r>
          </w:p>
        </w:tc>
        <w:tc>
          <w:tcPr>
            <w:tcW w:type="dxa" w:w="960"/>
          </w:tcPr>
          <w:p>
            <w:r>
              <w:t>通识必修课</w:t>
            </w:r>
          </w:p>
        </w:tc>
        <w:tc>
          <w:tcPr>
            <w:tcW w:type="dxa" w:w="960"/>
          </w:tcPr>
          <w:p>
            <w:r>
              <w:t>数学科学学院</w:t>
            </w:r>
          </w:p>
        </w:tc>
        <w:tc>
          <w:tcPr>
            <w:tcW w:type="dxa" w:w="960"/>
          </w:tcPr>
          <w:p>
            <w:r>
              <w:t>2023-2024</w:t>
            </w:r>
          </w:p>
        </w:tc>
        <w:tc>
          <w:tcPr>
            <w:tcW w:type="dxa" w:w="960"/>
          </w:tcPr>
          <w:p>
            <w:r>
              <w:t>2</w:t>
            </w:r>
          </w:p>
        </w:tc>
        <w:tc>
          <w:tcPr>
            <w:tcW w:type="dxa" w:w="960"/>
          </w:tcPr>
          <w:p>
            <w:r/>
          </w:p>
        </w:tc>
      </w:tr>
      <w:tr>
        <w:tc>
          <w:tcPr>
            <w:tcW w:type="dxa" w:w="960"/>
          </w:tcPr>
          <w:p>
            <w:r>
              <w:t>17</w:t>
            </w:r>
          </w:p>
        </w:tc>
        <w:tc>
          <w:tcPr>
            <w:tcW w:type="dxa" w:w="960"/>
          </w:tcPr>
          <w:p>
            <w:r>
              <w:t>线性代数A</w:t>
            </w:r>
          </w:p>
        </w:tc>
        <w:tc>
          <w:tcPr>
            <w:tcW w:type="dxa" w:w="960"/>
          </w:tcPr>
          <w:p>
            <w:r>
              <w:t>2MA11011</w:t>
            </w:r>
          </w:p>
        </w:tc>
        <w:tc>
          <w:tcPr>
            <w:tcW w:type="dxa" w:w="960"/>
          </w:tcPr>
          <w:p>
            <w:r>
              <w:t>3</w:t>
            </w:r>
          </w:p>
        </w:tc>
        <w:tc>
          <w:tcPr>
            <w:tcW w:type="dxa" w:w="960"/>
          </w:tcPr>
          <w:p>
            <w:r>
              <w:t>通识必修课</w:t>
            </w:r>
          </w:p>
        </w:tc>
        <w:tc>
          <w:tcPr>
            <w:tcW w:type="dxa" w:w="960"/>
          </w:tcPr>
          <w:p>
            <w:r>
              <w:t>数学科学学院</w:t>
            </w:r>
          </w:p>
        </w:tc>
        <w:tc>
          <w:tcPr>
            <w:tcW w:type="dxa" w:w="960"/>
          </w:tcPr>
          <w:p>
            <w:r>
              <w:t>2023-2024</w:t>
            </w:r>
          </w:p>
        </w:tc>
        <w:tc>
          <w:tcPr>
            <w:tcW w:type="dxa" w:w="960"/>
          </w:tcPr>
          <w:p>
            <w:r>
              <w:t>2</w:t>
            </w:r>
          </w:p>
        </w:tc>
        <w:tc>
          <w:tcPr>
            <w:tcW w:type="dxa" w:w="960"/>
          </w:tcPr>
          <w:p>
            <w:r/>
          </w:p>
        </w:tc>
      </w:tr>
      <w:tr>
        <w:tc>
          <w:tcPr>
            <w:tcW w:type="dxa" w:w="960"/>
          </w:tcPr>
          <w:p>
            <w:r>
              <w:t>18</w:t>
            </w:r>
          </w:p>
        </w:tc>
        <w:tc>
          <w:tcPr>
            <w:tcW w:type="dxa" w:w="960"/>
          </w:tcPr>
          <w:p>
            <w:r>
              <w:t>机械制图(二)</w:t>
            </w:r>
          </w:p>
        </w:tc>
        <w:tc>
          <w:tcPr>
            <w:tcW w:type="dxa" w:w="960"/>
          </w:tcPr>
          <w:p>
            <w:r>
              <w:t>2ME21002</w:t>
            </w:r>
          </w:p>
        </w:tc>
        <w:tc>
          <w:tcPr>
            <w:tcW w:type="dxa" w:w="960"/>
          </w:tcPr>
          <w:p>
            <w:r>
              <w:t>3.0</w:t>
            </w:r>
          </w:p>
        </w:tc>
        <w:tc>
          <w:tcPr>
            <w:tcW w:type="dxa" w:w="960"/>
          </w:tcPr>
          <w:p>
            <w:r>
              <w:t>专业必修课</w:t>
            </w:r>
          </w:p>
        </w:tc>
        <w:tc>
          <w:tcPr>
            <w:tcW w:type="dxa" w:w="960"/>
          </w:tcPr>
          <w:p>
            <w:r>
              <w:t>机械工程学院</w:t>
            </w:r>
          </w:p>
        </w:tc>
        <w:tc>
          <w:tcPr>
            <w:tcW w:type="dxa" w:w="960"/>
          </w:tcPr>
          <w:p>
            <w:r>
              <w:t>2023-2024</w:t>
            </w:r>
          </w:p>
        </w:tc>
        <w:tc>
          <w:tcPr>
            <w:tcW w:type="dxa" w:w="960"/>
          </w:tcPr>
          <w:p>
            <w:r>
              <w:t>2</w:t>
            </w:r>
          </w:p>
        </w:tc>
        <w:tc>
          <w:tcPr>
            <w:tcW w:type="dxa" w:w="960"/>
          </w:tcPr>
          <w:p>
            <w:r/>
          </w:p>
        </w:tc>
      </w:tr>
      <w:tr>
        <w:tc>
          <w:tcPr>
            <w:tcW w:type="dxa" w:w="960"/>
          </w:tcPr>
          <w:p>
            <w:r>
              <w:t>19</w:t>
            </w:r>
          </w:p>
        </w:tc>
        <w:tc>
          <w:tcPr>
            <w:tcW w:type="dxa" w:w="960"/>
          </w:tcPr>
          <w:p>
            <w:r>
              <w:t>机械制图实践</w:t>
            </w:r>
          </w:p>
        </w:tc>
        <w:tc>
          <w:tcPr>
            <w:tcW w:type="dxa" w:w="960"/>
          </w:tcPr>
          <w:p>
            <w:r>
              <w:t>2ME21006</w:t>
            </w:r>
          </w:p>
        </w:tc>
        <w:tc>
          <w:tcPr>
            <w:tcW w:type="dxa" w:w="960"/>
          </w:tcPr>
          <w:p>
            <w:r>
              <w:t>1.0</w:t>
            </w:r>
          </w:p>
        </w:tc>
        <w:tc>
          <w:tcPr>
            <w:tcW w:type="dxa" w:w="960"/>
          </w:tcPr>
          <w:p>
            <w:r>
              <w:t>专业必修课</w:t>
            </w:r>
          </w:p>
        </w:tc>
        <w:tc>
          <w:tcPr>
            <w:tcW w:type="dxa" w:w="960"/>
          </w:tcPr>
          <w:p>
            <w:r>
              <w:t>机械工程学院</w:t>
            </w:r>
          </w:p>
        </w:tc>
        <w:tc>
          <w:tcPr>
            <w:tcW w:type="dxa" w:w="960"/>
          </w:tcPr>
          <w:p>
            <w:r>
              <w:t>2023-2024</w:t>
            </w:r>
          </w:p>
        </w:tc>
        <w:tc>
          <w:tcPr>
            <w:tcW w:type="dxa" w:w="960"/>
          </w:tcPr>
          <w:p>
            <w:r>
              <w:t>2</w:t>
            </w:r>
          </w:p>
        </w:tc>
        <w:tc>
          <w:tcPr>
            <w:tcW w:type="dxa" w:w="960"/>
          </w:tcPr>
          <w:p>
            <w:r/>
          </w:p>
        </w:tc>
      </w:tr>
      <w:tr>
        <w:tc>
          <w:tcPr>
            <w:tcW w:type="dxa" w:w="960"/>
          </w:tcPr>
          <w:p>
            <w:r>
              <w:t>20</w:t>
            </w:r>
          </w:p>
        </w:tc>
        <w:tc>
          <w:tcPr>
            <w:tcW w:type="dxa" w:w="960"/>
          </w:tcPr>
          <w:p>
            <w:r>
              <w:t>中国近现代史纲要</w:t>
            </w:r>
          </w:p>
        </w:tc>
        <w:tc>
          <w:tcPr>
            <w:tcW w:type="dxa" w:w="960"/>
          </w:tcPr>
          <w:p>
            <w:r>
              <w:t>2MX11002</w:t>
            </w:r>
          </w:p>
        </w:tc>
        <w:tc>
          <w:tcPr>
            <w:tcW w:type="dxa" w:w="960"/>
          </w:tcPr>
          <w:p>
            <w:r>
              <w:t>3</w:t>
            </w:r>
          </w:p>
        </w:tc>
        <w:tc>
          <w:tcPr>
            <w:tcW w:type="dxa" w:w="960"/>
          </w:tcPr>
          <w:p>
            <w:r>
              <w:t>通识必修课</w:t>
            </w:r>
          </w:p>
        </w:tc>
        <w:tc>
          <w:tcPr>
            <w:tcW w:type="dxa" w:w="960"/>
          </w:tcPr>
          <w:p>
            <w:r>
              <w:t>马克思主义学院</w:t>
            </w:r>
          </w:p>
        </w:tc>
        <w:tc>
          <w:tcPr>
            <w:tcW w:type="dxa" w:w="960"/>
          </w:tcPr>
          <w:p>
            <w:r>
              <w:t>2023-2024</w:t>
            </w:r>
          </w:p>
        </w:tc>
        <w:tc>
          <w:tcPr>
            <w:tcW w:type="dxa" w:w="960"/>
          </w:tcPr>
          <w:p>
            <w:r>
              <w:t>2</w:t>
            </w:r>
          </w:p>
        </w:tc>
        <w:tc>
          <w:tcPr>
            <w:tcW w:type="dxa" w:w="960"/>
          </w:tcPr>
          <w:p>
            <w:r/>
          </w:p>
        </w:tc>
      </w:tr>
      <w:tr>
        <w:tc>
          <w:tcPr>
            <w:tcW w:type="dxa" w:w="960"/>
          </w:tcPr>
          <w:p>
            <w:r>
              <w:t>21</w:t>
            </w:r>
          </w:p>
        </w:tc>
        <w:tc>
          <w:tcPr>
            <w:tcW w:type="dxa" w:w="960"/>
          </w:tcPr>
          <w:p>
            <w:r>
              <w:t>大学物理B(一)</w:t>
            </w:r>
          </w:p>
        </w:tc>
        <w:tc>
          <w:tcPr>
            <w:tcW w:type="dxa" w:w="960"/>
          </w:tcPr>
          <w:p>
            <w:r>
              <w:t>2PS11006</w:t>
            </w:r>
          </w:p>
        </w:tc>
        <w:tc>
          <w:tcPr>
            <w:tcW w:type="dxa" w:w="960"/>
          </w:tcPr>
          <w:p>
            <w:r>
              <w:t>3</w:t>
            </w:r>
          </w:p>
        </w:tc>
        <w:tc>
          <w:tcPr>
            <w:tcW w:type="dxa" w:w="960"/>
          </w:tcPr>
          <w:p>
            <w:r>
              <w:t>通识必修课</w:t>
            </w:r>
          </w:p>
        </w:tc>
        <w:tc>
          <w:tcPr>
            <w:tcW w:type="dxa" w:w="960"/>
          </w:tcPr>
          <w:p>
            <w:r>
              <w:t>物理科学与技术学院</w:t>
            </w:r>
          </w:p>
        </w:tc>
        <w:tc>
          <w:tcPr>
            <w:tcW w:type="dxa" w:w="960"/>
          </w:tcPr>
          <w:p>
            <w:r>
              <w:t>2023-2024</w:t>
            </w:r>
          </w:p>
        </w:tc>
        <w:tc>
          <w:tcPr>
            <w:tcW w:type="dxa" w:w="960"/>
          </w:tcPr>
          <w:p>
            <w:r>
              <w:t>2</w:t>
            </w:r>
          </w:p>
        </w:tc>
        <w:tc>
          <w:tcPr>
            <w:tcW w:type="dxa" w:w="960"/>
          </w:tcPr>
          <w:p>
            <w:r/>
          </w:p>
        </w:tc>
      </w:tr>
      <w:tr>
        <w:tc>
          <w:tcPr>
            <w:tcW w:type="dxa" w:w="960"/>
          </w:tcPr>
          <w:p>
            <w:r>
              <w:t>22</w:t>
            </w:r>
          </w:p>
        </w:tc>
        <w:tc>
          <w:tcPr>
            <w:tcW w:type="dxa" w:w="960"/>
          </w:tcPr>
          <w:p>
            <w:r>
              <w:t>职业生涯规划</w:t>
            </w:r>
          </w:p>
        </w:tc>
        <w:tc>
          <w:tcPr>
            <w:tcW w:type="dxa" w:w="960"/>
          </w:tcPr>
          <w:p>
            <w:r>
              <w:t>2SA11001</w:t>
            </w:r>
          </w:p>
        </w:tc>
        <w:tc>
          <w:tcPr>
            <w:tcW w:type="dxa" w:w="960"/>
          </w:tcPr>
          <w:p>
            <w:r>
              <w:t>0.5</w:t>
            </w:r>
          </w:p>
        </w:tc>
        <w:tc>
          <w:tcPr>
            <w:tcW w:type="dxa" w:w="960"/>
          </w:tcPr>
          <w:p>
            <w:r>
              <w:t>通识必修课</w:t>
            </w:r>
          </w:p>
        </w:tc>
        <w:tc>
          <w:tcPr>
            <w:tcW w:type="dxa" w:w="960"/>
          </w:tcPr>
          <w:p>
            <w:r>
              <w:t>学生工作处</w:t>
            </w:r>
          </w:p>
        </w:tc>
        <w:tc>
          <w:tcPr>
            <w:tcW w:type="dxa" w:w="960"/>
          </w:tcPr>
          <w:p>
            <w:r>
              <w:t>2023-2024</w:t>
            </w:r>
          </w:p>
        </w:tc>
        <w:tc>
          <w:tcPr>
            <w:tcW w:type="dxa" w:w="960"/>
          </w:tcPr>
          <w:p>
            <w:r>
              <w:t>2</w:t>
            </w:r>
          </w:p>
        </w:tc>
        <w:tc>
          <w:tcPr>
            <w:tcW w:type="dxa" w:w="960"/>
          </w:tcPr>
          <w:p>
            <w:r/>
          </w:p>
        </w:tc>
      </w:tr>
      <w:tr>
        <w:tc>
          <w:tcPr>
            <w:tcW w:type="dxa" w:w="960"/>
          </w:tcPr>
          <w:p>
            <w:r>
              <w:t>23</w:t>
            </w:r>
          </w:p>
        </w:tc>
        <w:tc>
          <w:tcPr>
            <w:tcW w:type="dxa" w:w="960"/>
          </w:tcPr>
          <w:p>
            <w:r>
              <w:t>体育(二)</w:t>
            </w:r>
          </w:p>
        </w:tc>
        <w:tc>
          <w:tcPr>
            <w:tcW w:type="dxa" w:w="960"/>
          </w:tcPr>
          <w:p>
            <w:r>
              <w:t>2SP11002</w:t>
            </w:r>
          </w:p>
        </w:tc>
        <w:tc>
          <w:tcPr>
            <w:tcW w:type="dxa" w:w="960"/>
          </w:tcPr>
          <w:p>
            <w:r>
              <w:t>1</w:t>
            </w:r>
          </w:p>
        </w:tc>
        <w:tc>
          <w:tcPr>
            <w:tcW w:type="dxa" w:w="960"/>
          </w:tcPr>
          <w:p>
            <w:r>
              <w:t>通识必修课</w:t>
            </w:r>
          </w:p>
        </w:tc>
        <w:tc>
          <w:tcPr>
            <w:tcW w:type="dxa" w:w="960"/>
          </w:tcPr>
          <w:p>
            <w:r>
              <w:t>体育部</w:t>
            </w:r>
          </w:p>
        </w:tc>
        <w:tc>
          <w:tcPr>
            <w:tcW w:type="dxa" w:w="960"/>
          </w:tcPr>
          <w:p>
            <w:r>
              <w:t>2023-2024</w:t>
            </w:r>
          </w:p>
        </w:tc>
        <w:tc>
          <w:tcPr>
            <w:tcW w:type="dxa" w:w="960"/>
          </w:tcPr>
          <w:p>
            <w:r>
              <w:t>2</w:t>
            </w:r>
          </w:p>
        </w:tc>
        <w:tc>
          <w:tcPr>
            <w:tcW w:type="dxa" w:w="960"/>
          </w:tcPr>
          <w:p>
            <w:r/>
          </w:p>
        </w:tc>
      </w:tr>
      <w:tr>
        <w:tc>
          <w:tcPr>
            <w:tcW w:type="dxa" w:w="960"/>
          </w:tcPr>
          <w:p>
            <w:r>
              <w:t>24</w:t>
            </w:r>
          </w:p>
        </w:tc>
        <w:tc>
          <w:tcPr>
            <w:tcW w:type="dxa" w:w="960"/>
          </w:tcPr>
          <w:p>
            <w:r>
              <w:t>理论力学C</w:t>
            </w:r>
          </w:p>
        </w:tc>
        <w:tc>
          <w:tcPr>
            <w:tcW w:type="dxa" w:w="960"/>
          </w:tcPr>
          <w:p>
            <w:r>
              <w:t>2CE21016</w:t>
            </w:r>
          </w:p>
        </w:tc>
        <w:tc>
          <w:tcPr>
            <w:tcW w:type="dxa" w:w="960"/>
          </w:tcPr>
          <w:p>
            <w:r>
              <w:t>3.0</w:t>
            </w:r>
          </w:p>
        </w:tc>
        <w:tc>
          <w:tcPr>
            <w:tcW w:type="dxa" w:w="960"/>
          </w:tcPr>
          <w:p>
            <w:r>
              <w:t>专业必修课</w:t>
            </w:r>
          </w:p>
        </w:tc>
        <w:tc>
          <w:tcPr>
            <w:tcW w:type="dxa" w:w="960"/>
          </w:tcPr>
          <w:p>
            <w:r>
              <w:t>土木工程学院</w:t>
            </w:r>
          </w:p>
        </w:tc>
        <w:tc>
          <w:tcPr>
            <w:tcW w:type="dxa" w:w="960"/>
          </w:tcPr>
          <w:p>
            <w:r>
              <w:t>2024-2025</w:t>
            </w:r>
          </w:p>
        </w:tc>
        <w:tc>
          <w:tcPr>
            <w:tcW w:type="dxa" w:w="960"/>
          </w:tcPr>
          <w:p>
            <w:r>
              <w:t>3</w:t>
            </w:r>
          </w:p>
        </w:tc>
        <w:tc>
          <w:tcPr>
            <w:tcW w:type="dxa" w:w="960"/>
          </w:tcPr>
          <w:p>
            <w:r/>
          </w:p>
        </w:tc>
      </w:tr>
      <w:tr>
        <w:tc>
          <w:tcPr>
            <w:tcW w:type="dxa" w:w="960"/>
          </w:tcPr>
          <w:p>
            <w:r>
              <w:t>25</w:t>
            </w:r>
          </w:p>
        </w:tc>
        <w:tc>
          <w:tcPr>
            <w:tcW w:type="dxa" w:w="960"/>
          </w:tcPr>
          <w:p>
            <w:r>
              <w:t>复变函数与积分变换</w:t>
            </w:r>
          </w:p>
        </w:tc>
        <w:tc>
          <w:tcPr>
            <w:tcW w:type="dxa" w:w="960"/>
          </w:tcPr>
          <w:p>
            <w:r>
              <w:t>2MA11016</w:t>
            </w:r>
          </w:p>
        </w:tc>
        <w:tc>
          <w:tcPr>
            <w:tcW w:type="dxa" w:w="960"/>
          </w:tcPr>
          <w:p>
            <w:r>
              <w:t>3</w:t>
            </w:r>
          </w:p>
        </w:tc>
        <w:tc>
          <w:tcPr>
            <w:tcW w:type="dxa" w:w="960"/>
          </w:tcPr>
          <w:p>
            <w:r>
              <w:t>通识必修课</w:t>
            </w:r>
          </w:p>
        </w:tc>
        <w:tc>
          <w:tcPr>
            <w:tcW w:type="dxa" w:w="960"/>
          </w:tcPr>
          <w:p>
            <w:r>
              <w:t>数学科学学院</w:t>
            </w:r>
          </w:p>
        </w:tc>
        <w:tc>
          <w:tcPr>
            <w:tcW w:type="dxa" w:w="960"/>
          </w:tcPr>
          <w:p>
            <w:r>
              <w:t>2024-2025</w:t>
            </w:r>
          </w:p>
        </w:tc>
        <w:tc>
          <w:tcPr>
            <w:tcW w:type="dxa" w:w="960"/>
          </w:tcPr>
          <w:p>
            <w:r>
              <w:t>3</w:t>
            </w:r>
          </w:p>
        </w:tc>
        <w:tc>
          <w:tcPr>
            <w:tcW w:type="dxa" w:w="960"/>
          </w:tcPr>
          <w:p>
            <w:r/>
          </w:p>
        </w:tc>
      </w:tr>
      <w:tr>
        <w:tc>
          <w:tcPr>
            <w:tcW w:type="dxa" w:w="960"/>
          </w:tcPr>
          <w:p>
            <w:r>
              <w:t>26</w:t>
            </w:r>
          </w:p>
        </w:tc>
        <w:tc>
          <w:tcPr>
            <w:tcW w:type="dxa" w:w="960"/>
          </w:tcPr>
          <w:p>
            <w:r>
              <w:t>金工实习A</w:t>
            </w:r>
          </w:p>
        </w:tc>
        <w:tc>
          <w:tcPr>
            <w:tcW w:type="dxa" w:w="960"/>
          </w:tcPr>
          <w:p>
            <w:r>
              <w:t>2ME21108</w:t>
            </w:r>
          </w:p>
        </w:tc>
        <w:tc>
          <w:tcPr>
            <w:tcW w:type="dxa" w:w="960"/>
          </w:tcPr>
          <w:p>
            <w:r>
              <w:t>2</w:t>
            </w:r>
          </w:p>
        </w:tc>
        <w:tc>
          <w:tcPr>
            <w:tcW w:type="dxa" w:w="960"/>
          </w:tcPr>
          <w:p>
            <w:r>
              <w:t>专业必修课</w:t>
            </w:r>
          </w:p>
        </w:tc>
        <w:tc>
          <w:tcPr>
            <w:tcW w:type="dxa" w:w="960"/>
          </w:tcPr>
          <w:p>
            <w:r>
              <w:t>机械工程学院</w:t>
            </w:r>
          </w:p>
        </w:tc>
        <w:tc>
          <w:tcPr>
            <w:tcW w:type="dxa" w:w="960"/>
          </w:tcPr>
          <w:p>
            <w:r>
              <w:t>2024-2025</w:t>
            </w:r>
          </w:p>
        </w:tc>
        <w:tc>
          <w:tcPr>
            <w:tcW w:type="dxa" w:w="960"/>
          </w:tcPr>
          <w:p>
            <w:r>
              <w:t>3</w:t>
            </w:r>
          </w:p>
        </w:tc>
        <w:tc>
          <w:tcPr>
            <w:tcW w:type="dxa" w:w="960"/>
          </w:tcPr>
          <w:p>
            <w:r/>
          </w:p>
        </w:tc>
      </w:tr>
      <w:tr>
        <w:tc>
          <w:tcPr>
            <w:tcW w:type="dxa" w:w="960"/>
          </w:tcPr>
          <w:p>
            <w:r>
              <w:t>27</w:t>
            </w:r>
          </w:p>
        </w:tc>
        <w:tc>
          <w:tcPr>
            <w:tcW w:type="dxa" w:w="960"/>
          </w:tcPr>
          <w:p>
            <w:r>
              <w:t>认识实习</w:t>
            </w:r>
          </w:p>
        </w:tc>
        <w:tc>
          <w:tcPr>
            <w:tcW w:type="dxa" w:w="960"/>
          </w:tcPr>
          <w:p>
            <w:r>
              <w:t>2ME21109</w:t>
            </w:r>
          </w:p>
        </w:tc>
        <w:tc>
          <w:tcPr>
            <w:tcW w:type="dxa" w:w="960"/>
          </w:tcPr>
          <w:p>
            <w:r>
              <w:t>1</w:t>
            </w:r>
          </w:p>
        </w:tc>
        <w:tc>
          <w:tcPr>
            <w:tcW w:type="dxa" w:w="960"/>
          </w:tcPr>
          <w:p>
            <w:r>
              <w:t>专业必修课</w:t>
            </w:r>
          </w:p>
        </w:tc>
        <w:tc>
          <w:tcPr>
            <w:tcW w:type="dxa" w:w="960"/>
          </w:tcPr>
          <w:p>
            <w:r>
              <w:t>机械工程学院</w:t>
            </w:r>
          </w:p>
        </w:tc>
        <w:tc>
          <w:tcPr>
            <w:tcW w:type="dxa" w:w="960"/>
          </w:tcPr>
          <w:p>
            <w:r>
              <w:t>2024-2025</w:t>
            </w:r>
          </w:p>
        </w:tc>
        <w:tc>
          <w:tcPr>
            <w:tcW w:type="dxa" w:w="960"/>
          </w:tcPr>
          <w:p>
            <w:r>
              <w:t>3</w:t>
            </w:r>
          </w:p>
        </w:tc>
        <w:tc>
          <w:tcPr>
            <w:tcW w:type="dxa" w:w="960"/>
          </w:tcPr>
          <w:p>
            <w:r/>
          </w:p>
        </w:tc>
      </w:tr>
      <w:tr>
        <w:tc>
          <w:tcPr>
            <w:tcW w:type="dxa" w:w="960"/>
          </w:tcPr>
          <w:p>
            <w:r>
              <w:t>28</w:t>
            </w:r>
          </w:p>
        </w:tc>
        <w:tc>
          <w:tcPr>
            <w:tcW w:type="dxa" w:w="960"/>
          </w:tcPr>
          <w:p>
            <w:r>
              <w:t>机械设计基础A</w:t>
            </w:r>
          </w:p>
        </w:tc>
        <w:tc>
          <w:tcPr>
            <w:tcW w:type="dxa" w:w="960"/>
          </w:tcPr>
          <w:p>
            <w:r>
              <w:t>2ME21129</w:t>
            </w:r>
          </w:p>
        </w:tc>
        <w:tc>
          <w:tcPr>
            <w:tcW w:type="dxa" w:w="960"/>
          </w:tcPr>
          <w:p>
            <w:r>
              <w:t>3</w:t>
            </w:r>
          </w:p>
        </w:tc>
        <w:tc>
          <w:tcPr>
            <w:tcW w:type="dxa" w:w="960"/>
          </w:tcPr>
          <w:p>
            <w:r>
              <w:t>专业必修课</w:t>
            </w:r>
          </w:p>
        </w:tc>
        <w:tc>
          <w:tcPr>
            <w:tcW w:type="dxa" w:w="960"/>
          </w:tcPr>
          <w:p>
            <w:r>
              <w:t>机械工程学院</w:t>
            </w:r>
          </w:p>
        </w:tc>
        <w:tc>
          <w:tcPr>
            <w:tcW w:type="dxa" w:w="960"/>
          </w:tcPr>
          <w:p>
            <w:r>
              <w:t>2024-2025</w:t>
            </w:r>
          </w:p>
        </w:tc>
        <w:tc>
          <w:tcPr>
            <w:tcW w:type="dxa" w:w="960"/>
          </w:tcPr>
          <w:p>
            <w:r>
              <w:t>3</w:t>
            </w:r>
          </w:p>
        </w:tc>
        <w:tc>
          <w:tcPr>
            <w:tcW w:type="dxa" w:w="960"/>
          </w:tcPr>
          <w:p>
            <w:r/>
          </w:p>
        </w:tc>
      </w:tr>
      <w:tr>
        <w:tc>
          <w:tcPr>
            <w:tcW w:type="dxa" w:w="960"/>
          </w:tcPr>
          <w:p>
            <w:r>
              <w:t>29</w:t>
            </w:r>
          </w:p>
        </w:tc>
        <w:tc>
          <w:tcPr>
            <w:tcW w:type="dxa" w:w="960"/>
          </w:tcPr>
          <w:p>
            <w:r>
              <w:t>材料科学基础</w:t>
            </w:r>
          </w:p>
        </w:tc>
        <w:tc>
          <w:tcPr>
            <w:tcW w:type="dxa" w:w="960"/>
          </w:tcPr>
          <w:p>
            <w:r>
              <w:t>2ME21318</w:t>
            </w:r>
          </w:p>
        </w:tc>
        <w:tc>
          <w:tcPr>
            <w:tcW w:type="dxa" w:w="960"/>
          </w:tcPr>
          <w:p>
            <w:r>
              <w:t>3</w:t>
            </w:r>
          </w:p>
        </w:tc>
        <w:tc>
          <w:tcPr>
            <w:tcW w:type="dxa" w:w="960"/>
          </w:tcPr>
          <w:p>
            <w:r>
              <w:t>专业必修课</w:t>
            </w:r>
          </w:p>
        </w:tc>
        <w:tc>
          <w:tcPr>
            <w:tcW w:type="dxa" w:w="960"/>
          </w:tcPr>
          <w:p>
            <w:r>
              <w:t>机械工程学院</w:t>
            </w:r>
          </w:p>
        </w:tc>
        <w:tc>
          <w:tcPr>
            <w:tcW w:type="dxa" w:w="960"/>
          </w:tcPr>
          <w:p>
            <w:r>
              <w:t>2024-2025</w:t>
            </w:r>
          </w:p>
        </w:tc>
        <w:tc>
          <w:tcPr>
            <w:tcW w:type="dxa" w:w="960"/>
          </w:tcPr>
          <w:p>
            <w:r>
              <w:t>3</w:t>
            </w:r>
          </w:p>
        </w:tc>
        <w:tc>
          <w:tcPr>
            <w:tcW w:type="dxa" w:w="960"/>
          </w:tcPr>
          <w:p>
            <w:r/>
          </w:p>
        </w:tc>
      </w:tr>
      <w:tr>
        <w:tc>
          <w:tcPr>
            <w:tcW w:type="dxa" w:w="960"/>
          </w:tcPr>
          <w:p>
            <w:r>
              <w:t>30</w:t>
            </w:r>
          </w:p>
        </w:tc>
        <w:tc>
          <w:tcPr>
            <w:tcW w:type="dxa" w:w="960"/>
          </w:tcPr>
          <w:p>
            <w:r>
              <w:t>马克思主义基本原理</w:t>
            </w:r>
          </w:p>
        </w:tc>
        <w:tc>
          <w:tcPr>
            <w:tcW w:type="dxa" w:w="960"/>
          </w:tcPr>
          <w:p>
            <w:r>
              <w:t>2MX11003</w:t>
            </w:r>
          </w:p>
        </w:tc>
        <w:tc>
          <w:tcPr>
            <w:tcW w:type="dxa" w:w="960"/>
          </w:tcPr>
          <w:p>
            <w:r>
              <w:t>3</w:t>
            </w:r>
          </w:p>
        </w:tc>
        <w:tc>
          <w:tcPr>
            <w:tcW w:type="dxa" w:w="960"/>
          </w:tcPr>
          <w:p>
            <w:r>
              <w:t>通识必修课</w:t>
            </w:r>
          </w:p>
        </w:tc>
        <w:tc>
          <w:tcPr>
            <w:tcW w:type="dxa" w:w="960"/>
          </w:tcPr>
          <w:p>
            <w:r>
              <w:t>马克思主义学院</w:t>
            </w:r>
          </w:p>
        </w:tc>
        <w:tc>
          <w:tcPr>
            <w:tcW w:type="dxa" w:w="960"/>
          </w:tcPr>
          <w:p>
            <w:r>
              <w:t>2024-2025</w:t>
            </w:r>
          </w:p>
        </w:tc>
        <w:tc>
          <w:tcPr>
            <w:tcW w:type="dxa" w:w="960"/>
          </w:tcPr>
          <w:p>
            <w:r>
              <w:t>3</w:t>
            </w:r>
          </w:p>
        </w:tc>
        <w:tc>
          <w:tcPr>
            <w:tcW w:type="dxa" w:w="960"/>
          </w:tcPr>
          <w:p>
            <w:r/>
          </w:p>
        </w:tc>
      </w:tr>
      <w:tr>
        <w:tc>
          <w:tcPr>
            <w:tcW w:type="dxa" w:w="960"/>
          </w:tcPr>
          <w:p>
            <w:r>
              <w:t>31</w:t>
            </w:r>
          </w:p>
        </w:tc>
        <w:tc>
          <w:tcPr>
            <w:tcW w:type="dxa" w:w="960"/>
          </w:tcPr>
          <w:p>
            <w:r>
              <w:t>改革开放史</w:t>
            </w:r>
          </w:p>
        </w:tc>
        <w:tc>
          <w:tcPr>
            <w:tcW w:type="dxa" w:w="960"/>
          </w:tcPr>
          <w:p>
            <w:r>
              <w:t>2MX11009</w:t>
            </w:r>
          </w:p>
        </w:tc>
        <w:tc>
          <w:tcPr>
            <w:tcW w:type="dxa" w:w="960"/>
          </w:tcPr>
          <w:p>
            <w:r>
              <w:t>1.0</w:t>
            </w:r>
          </w:p>
        </w:tc>
        <w:tc>
          <w:tcPr>
            <w:tcW w:type="dxa" w:w="960"/>
          </w:tcPr>
          <w:p>
            <w:r>
              <w:t>通识必修课</w:t>
            </w:r>
          </w:p>
        </w:tc>
        <w:tc>
          <w:tcPr>
            <w:tcW w:type="dxa" w:w="960"/>
          </w:tcPr>
          <w:p>
            <w:r>
              <w:t>马克思主义学院</w:t>
            </w:r>
          </w:p>
        </w:tc>
        <w:tc>
          <w:tcPr>
            <w:tcW w:type="dxa" w:w="960"/>
          </w:tcPr>
          <w:p>
            <w:r>
              <w:t>2024-2025</w:t>
            </w:r>
          </w:p>
        </w:tc>
        <w:tc>
          <w:tcPr>
            <w:tcW w:type="dxa" w:w="960"/>
          </w:tcPr>
          <w:p>
            <w:r>
              <w:t>3</w:t>
            </w:r>
          </w:p>
        </w:tc>
        <w:tc>
          <w:tcPr>
            <w:tcW w:type="dxa" w:w="960"/>
          </w:tcPr>
          <w:p>
            <w:r/>
          </w:p>
        </w:tc>
      </w:tr>
      <w:tr>
        <w:tc>
          <w:tcPr>
            <w:tcW w:type="dxa" w:w="960"/>
          </w:tcPr>
          <w:p>
            <w:r>
              <w:t>32</w:t>
            </w:r>
          </w:p>
        </w:tc>
        <w:tc>
          <w:tcPr>
            <w:tcW w:type="dxa" w:w="960"/>
          </w:tcPr>
          <w:p>
            <w:r>
              <w:t>物理实验B</w:t>
            </w:r>
          </w:p>
        </w:tc>
        <w:tc>
          <w:tcPr>
            <w:tcW w:type="dxa" w:w="960"/>
          </w:tcPr>
          <w:p>
            <w:r>
              <w:t>2PS11003</w:t>
            </w:r>
          </w:p>
        </w:tc>
        <w:tc>
          <w:tcPr>
            <w:tcW w:type="dxa" w:w="960"/>
          </w:tcPr>
          <w:p>
            <w:r>
              <w:t>1.0</w:t>
            </w:r>
          </w:p>
        </w:tc>
        <w:tc>
          <w:tcPr>
            <w:tcW w:type="dxa" w:w="960"/>
          </w:tcPr>
          <w:p>
            <w:r>
              <w:t>通识必修课</w:t>
            </w:r>
          </w:p>
        </w:tc>
        <w:tc>
          <w:tcPr>
            <w:tcW w:type="dxa" w:w="960"/>
          </w:tcPr>
          <w:p>
            <w:r>
              <w:t>物理科学与技术学院</w:t>
            </w:r>
          </w:p>
        </w:tc>
        <w:tc>
          <w:tcPr>
            <w:tcW w:type="dxa" w:w="960"/>
          </w:tcPr>
          <w:p>
            <w:r>
              <w:t>2024-2025</w:t>
            </w:r>
          </w:p>
        </w:tc>
        <w:tc>
          <w:tcPr>
            <w:tcW w:type="dxa" w:w="960"/>
          </w:tcPr>
          <w:p>
            <w:r>
              <w:t>3</w:t>
            </w:r>
          </w:p>
        </w:tc>
        <w:tc>
          <w:tcPr>
            <w:tcW w:type="dxa" w:w="960"/>
          </w:tcPr>
          <w:p>
            <w:r/>
          </w:p>
        </w:tc>
      </w:tr>
      <w:tr>
        <w:tc>
          <w:tcPr>
            <w:tcW w:type="dxa" w:w="960"/>
          </w:tcPr>
          <w:p>
            <w:r>
              <w:t>33</w:t>
            </w:r>
          </w:p>
        </w:tc>
        <w:tc>
          <w:tcPr>
            <w:tcW w:type="dxa" w:w="960"/>
          </w:tcPr>
          <w:p>
            <w:r>
              <w:t>大学物理B(二)</w:t>
            </w:r>
          </w:p>
        </w:tc>
        <w:tc>
          <w:tcPr>
            <w:tcW w:type="dxa" w:w="960"/>
          </w:tcPr>
          <w:p>
            <w:r>
              <w:t>2PS11007</w:t>
            </w:r>
          </w:p>
        </w:tc>
        <w:tc>
          <w:tcPr>
            <w:tcW w:type="dxa" w:w="960"/>
          </w:tcPr>
          <w:p>
            <w:r>
              <w:t>2</w:t>
            </w:r>
          </w:p>
        </w:tc>
        <w:tc>
          <w:tcPr>
            <w:tcW w:type="dxa" w:w="960"/>
          </w:tcPr>
          <w:p>
            <w:r>
              <w:t>通识必修课</w:t>
            </w:r>
          </w:p>
        </w:tc>
        <w:tc>
          <w:tcPr>
            <w:tcW w:type="dxa" w:w="960"/>
          </w:tcPr>
          <w:p>
            <w:r>
              <w:t>物理科学与技术学院</w:t>
            </w:r>
          </w:p>
        </w:tc>
        <w:tc>
          <w:tcPr>
            <w:tcW w:type="dxa" w:w="960"/>
          </w:tcPr>
          <w:p>
            <w:r>
              <w:t>2024-2025</w:t>
            </w:r>
          </w:p>
        </w:tc>
        <w:tc>
          <w:tcPr>
            <w:tcW w:type="dxa" w:w="960"/>
          </w:tcPr>
          <w:p>
            <w:r>
              <w:t>3</w:t>
            </w:r>
          </w:p>
        </w:tc>
        <w:tc>
          <w:tcPr>
            <w:tcW w:type="dxa" w:w="960"/>
          </w:tcPr>
          <w:p>
            <w:r/>
          </w:p>
        </w:tc>
      </w:tr>
      <w:tr>
        <w:tc>
          <w:tcPr>
            <w:tcW w:type="dxa" w:w="960"/>
          </w:tcPr>
          <w:p>
            <w:r>
              <w:t>34</w:t>
            </w:r>
          </w:p>
        </w:tc>
        <w:tc>
          <w:tcPr>
            <w:tcW w:type="dxa" w:w="960"/>
          </w:tcPr>
          <w:p>
            <w:r>
              <w:t>体育(三)</w:t>
            </w:r>
          </w:p>
        </w:tc>
        <w:tc>
          <w:tcPr>
            <w:tcW w:type="dxa" w:w="960"/>
          </w:tcPr>
          <w:p>
            <w:r>
              <w:t>2SP11003</w:t>
            </w:r>
          </w:p>
        </w:tc>
        <w:tc>
          <w:tcPr>
            <w:tcW w:type="dxa" w:w="960"/>
          </w:tcPr>
          <w:p>
            <w:r>
              <w:t>1</w:t>
            </w:r>
          </w:p>
        </w:tc>
        <w:tc>
          <w:tcPr>
            <w:tcW w:type="dxa" w:w="960"/>
          </w:tcPr>
          <w:p>
            <w:r>
              <w:t>通识必修课</w:t>
            </w:r>
          </w:p>
        </w:tc>
        <w:tc>
          <w:tcPr>
            <w:tcW w:type="dxa" w:w="960"/>
          </w:tcPr>
          <w:p>
            <w:r>
              <w:t>体育部</w:t>
            </w:r>
          </w:p>
        </w:tc>
        <w:tc>
          <w:tcPr>
            <w:tcW w:type="dxa" w:w="960"/>
          </w:tcPr>
          <w:p>
            <w:r>
              <w:t>2024-2025</w:t>
            </w:r>
          </w:p>
        </w:tc>
        <w:tc>
          <w:tcPr>
            <w:tcW w:type="dxa" w:w="960"/>
          </w:tcPr>
          <w:p>
            <w:r>
              <w:t>3</w:t>
            </w:r>
          </w:p>
        </w:tc>
        <w:tc>
          <w:tcPr>
            <w:tcW w:type="dxa" w:w="960"/>
          </w:tcPr>
          <w:p>
            <w:r/>
          </w:p>
        </w:tc>
      </w:tr>
      <w:tr>
        <w:tc>
          <w:tcPr>
            <w:tcW w:type="dxa" w:w="960"/>
          </w:tcPr>
          <w:p>
            <w:r>
              <w:t>35</w:t>
            </w:r>
          </w:p>
        </w:tc>
        <w:tc>
          <w:tcPr>
            <w:tcW w:type="dxa" w:w="960"/>
          </w:tcPr>
          <w:p>
            <w:r>
              <w:t>材料力学C</w:t>
            </w:r>
          </w:p>
        </w:tc>
        <w:tc>
          <w:tcPr>
            <w:tcW w:type="dxa" w:w="960"/>
          </w:tcPr>
          <w:p>
            <w:r>
              <w:t>2CE21017</w:t>
            </w:r>
          </w:p>
        </w:tc>
        <w:tc>
          <w:tcPr>
            <w:tcW w:type="dxa" w:w="960"/>
          </w:tcPr>
          <w:p>
            <w:r>
              <w:t>3.0</w:t>
            </w:r>
          </w:p>
        </w:tc>
        <w:tc>
          <w:tcPr>
            <w:tcW w:type="dxa" w:w="960"/>
          </w:tcPr>
          <w:p>
            <w:r>
              <w:t>专业必修课</w:t>
            </w:r>
          </w:p>
        </w:tc>
        <w:tc>
          <w:tcPr>
            <w:tcW w:type="dxa" w:w="960"/>
          </w:tcPr>
          <w:p>
            <w:r>
              <w:t>土木工程学院</w:t>
            </w:r>
          </w:p>
        </w:tc>
        <w:tc>
          <w:tcPr>
            <w:tcW w:type="dxa" w:w="960"/>
          </w:tcPr>
          <w:p>
            <w:r>
              <w:t>2024-2025</w:t>
            </w:r>
          </w:p>
        </w:tc>
        <w:tc>
          <w:tcPr>
            <w:tcW w:type="dxa" w:w="960"/>
          </w:tcPr>
          <w:p>
            <w:r>
              <w:t>4</w:t>
            </w:r>
          </w:p>
        </w:tc>
        <w:tc>
          <w:tcPr>
            <w:tcW w:type="dxa" w:w="960"/>
          </w:tcPr>
          <w:p>
            <w:r/>
          </w:p>
        </w:tc>
      </w:tr>
      <w:tr>
        <w:tc>
          <w:tcPr>
            <w:tcW w:type="dxa" w:w="960"/>
          </w:tcPr>
          <w:p>
            <w:r>
              <w:t>36</w:t>
            </w:r>
          </w:p>
        </w:tc>
        <w:tc>
          <w:tcPr>
            <w:tcW w:type="dxa" w:w="960"/>
          </w:tcPr>
          <w:p>
            <w:r>
              <w:t>电工电子技术C</w:t>
            </w:r>
          </w:p>
        </w:tc>
        <w:tc>
          <w:tcPr>
            <w:tcW w:type="dxa" w:w="960"/>
          </w:tcPr>
          <w:p>
            <w:r>
              <w:t>2EI21014</w:t>
            </w:r>
          </w:p>
        </w:tc>
        <w:tc>
          <w:tcPr>
            <w:tcW w:type="dxa" w:w="960"/>
          </w:tcPr>
          <w:p>
            <w:r>
              <w:t>3.0</w:t>
            </w:r>
          </w:p>
        </w:tc>
        <w:tc>
          <w:tcPr>
            <w:tcW w:type="dxa" w:w="960"/>
          </w:tcPr>
          <w:p>
            <w:r>
              <w:t>专业必修课</w:t>
            </w:r>
          </w:p>
        </w:tc>
        <w:tc>
          <w:tcPr>
            <w:tcW w:type="dxa" w:w="960"/>
          </w:tcPr>
          <w:p>
            <w:r>
              <w:t>电子与信息工程学院</w:t>
            </w:r>
          </w:p>
        </w:tc>
        <w:tc>
          <w:tcPr>
            <w:tcW w:type="dxa" w:w="960"/>
          </w:tcPr>
          <w:p>
            <w:r>
              <w:t>2024-2025</w:t>
            </w:r>
          </w:p>
        </w:tc>
        <w:tc>
          <w:tcPr>
            <w:tcW w:type="dxa" w:w="960"/>
          </w:tcPr>
          <w:p>
            <w:r>
              <w:t>4</w:t>
            </w:r>
          </w:p>
        </w:tc>
        <w:tc>
          <w:tcPr>
            <w:tcW w:type="dxa" w:w="960"/>
          </w:tcPr>
          <w:p>
            <w:r/>
          </w:p>
        </w:tc>
      </w:tr>
      <w:tr>
        <w:tc>
          <w:tcPr>
            <w:tcW w:type="dxa" w:w="960"/>
          </w:tcPr>
          <w:p>
            <w:r>
              <w:t>37</w:t>
            </w:r>
          </w:p>
        </w:tc>
        <w:tc>
          <w:tcPr>
            <w:tcW w:type="dxa" w:w="960"/>
          </w:tcPr>
          <w:p>
            <w:r>
              <w:t>概率论与数理统计B</w:t>
            </w:r>
          </w:p>
        </w:tc>
        <w:tc>
          <w:tcPr>
            <w:tcW w:type="dxa" w:w="960"/>
          </w:tcPr>
          <w:p>
            <w:r>
              <w:t>2MA11014</w:t>
            </w:r>
          </w:p>
        </w:tc>
        <w:tc>
          <w:tcPr>
            <w:tcW w:type="dxa" w:w="960"/>
          </w:tcPr>
          <w:p>
            <w:r>
              <w:t>3</w:t>
            </w:r>
          </w:p>
        </w:tc>
        <w:tc>
          <w:tcPr>
            <w:tcW w:type="dxa" w:w="960"/>
          </w:tcPr>
          <w:p>
            <w:r>
              <w:t>通识必修课</w:t>
            </w:r>
          </w:p>
        </w:tc>
        <w:tc>
          <w:tcPr>
            <w:tcW w:type="dxa" w:w="960"/>
          </w:tcPr>
          <w:p>
            <w:r>
              <w:t>数学科学学院</w:t>
            </w:r>
          </w:p>
        </w:tc>
        <w:tc>
          <w:tcPr>
            <w:tcW w:type="dxa" w:w="960"/>
          </w:tcPr>
          <w:p>
            <w:r>
              <w:t>2024-2025</w:t>
            </w:r>
          </w:p>
        </w:tc>
        <w:tc>
          <w:tcPr>
            <w:tcW w:type="dxa" w:w="960"/>
          </w:tcPr>
          <w:p>
            <w:r>
              <w:t>4</w:t>
            </w:r>
          </w:p>
        </w:tc>
        <w:tc>
          <w:tcPr>
            <w:tcW w:type="dxa" w:w="960"/>
          </w:tcPr>
          <w:p>
            <w:r/>
          </w:p>
        </w:tc>
      </w:tr>
      <w:tr>
        <w:tc>
          <w:tcPr>
            <w:tcW w:type="dxa" w:w="960"/>
          </w:tcPr>
          <w:p>
            <w:r>
              <w:t>38</w:t>
            </w:r>
          </w:p>
        </w:tc>
        <w:tc>
          <w:tcPr>
            <w:tcW w:type="dxa" w:w="960"/>
          </w:tcPr>
          <w:p>
            <w:r>
              <w:t>热工学基础</w:t>
            </w:r>
          </w:p>
        </w:tc>
        <w:tc>
          <w:tcPr>
            <w:tcW w:type="dxa" w:w="960"/>
          </w:tcPr>
          <w:p>
            <w:r>
              <w:t>2ME21008</w:t>
            </w:r>
          </w:p>
        </w:tc>
        <w:tc>
          <w:tcPr>
            <w:tcW w:type="dxa" w:w="960"/>
          </w:tcPr>
          <w:p>
            <w:r>
              <w:t>1.5</w:t>
            </w:r>
          </w:p>
        </w:tc>
        <w:tc>
          <w:tcPr>
            <w:tcW w:type="dxa" w:w="960"/>
          </w:tcPr>
          <w:p>
            <w:r>
              <w:t>专业必修课</w:t>
            </w:r>
          </w:p>
        </w:tc>
        <w:tc>
          <w:tcPr>
            <w:tcW w:type="dxa" w:w="960"/>
          </w:tcPr>
          <w:p>
            <w:r>
              <w:t>机械工程学院</w:t>
            </w:r>
          </w:p>
        </w:tc>
        <w:tc>
          <w:tcPr>
            <w:tcW w:type="dxa" w:w="960"/>
          </w:tcPr>
          <w:p>
            <w:r>
              <w:t>2024-2025</w:t>
            </w:r>
          </w:p>
        </w:tc>
        <w:tc>
          <w:tcPr>
            <w:tcW w:type="dxa" w:w="960"/>
          </w:tcPr>
          <w:p>
            <w:r>
              <w:t>4</w:t>
            </w:r>
          </w:p>
        </w:tc>
        <w:tc>
          <w:tcPr>
            <w:tcW w:type="dxa" w:w="960"/>
          </w:tcPr>
          <w:p>
            <w:r/>
          </w:p>
        </w:tc>
      </w:tr>
      <w:tr>
        <w:tc>
          <w:tcPr>
            <w:tcW w:type="dxa" w:w="960"/>
          </w:tcPr>
          <w:p>
            <w:r>
              <w:t>39</w:t>
            </w:r>
          </w:p>
        </w:tc>
        <w:tc>
          <w:tcPr>
            <w:tcW w:type="dxa" w:w="960"/>
          </w:tcPr>
          <w:p>
            <w:r>
              <w:t>金工实习(机械加工基础)</w:t>
            </w:r>
          </w:p>
        </w:tc>
        <w:tc>
          <w:tcPr>
            <w:tcW w:type="dxa" w:w="960"/>
          </w:tcPr>
          <w:p>
            <w:r>
              <w:t>2ME21110</w:t>
            </w:r>
          </w:p>
        </w:tc>
        <w:tc>
          <w:tcPr>
            <w:tcW w:type="dxa" w:w="960"/>
          </w:tcPr>
          <w:p>
            <w:r>
              <w:t>2</w:t>
            </w:r>
          </w:p>
        </w:tc>
        <w:tc>
          <w:tcPr>
            <w:tcW w:type="dxa" w:w="960"/>
          </w:tcPr>
          <w:p>
            <w:r>
              <w:t>专业必修课</w:t>
            </w:r>
          </w:p>
        </w:tc>
        <w:tc>
          <w:tcPr>
            <w:tcW w:type="dxa" w:w="960"/>
          </w:tcPr>
          <w:p>
            <w:r>
              <w:t>机械工程学院</w:t>
            </w:r>
          </w:p>
        </w:tc>
        <w:tc>
          <w:tcPr>
            <w:tcW w:type="dxa" w:w="960"/>
          </w:tcPr>
          <w:p>
            <w:r>
              <w:t>2024-2025</w:t>
            </w:r>
          </w:p>
        </w:tc>
        <w:tc>
          <w:tcPr>
            <w:tcW w:type="dxa" w:w="960"/>
          </w:tcPr>
          <w:p>
            <w:r>
              <w:t>4</w:t>
            </w:r>
          </w:p>
        </w:tc>
        <w:tc>
          <w:tcPr>
            <w:tcW w:type="dxa" w:w="960"/>
          </w:tcPr>
          <w:p>
            <w:r/>
          </w:p>
        </w:tc>
      </w:tr>
      <w:tr>
        <w:tc>
          <w:tcPr>
            <w:tcW w:type="dxa" w:w="960"/>
          </w:tcPr>
          <w:p>
            <w:r>
              <w:t>40</w:t>
            </w:r>
          </w:p>
        </w:tc>
        <w:tc>
          <w:tcPr>
            <w:tcW w:type="dxa" w:w="960"/>
          </w:tcPr>
          <w:p>
            <w:r>
              <w:t>机械设计基础课程设计A</w:t>
            </w:r>
          </w:p>
        </w:tc>
        <w:tc>
          <w:tcPr>
            <w:tcW w:type="dxa" w:w="960"/>
          </w:tcPr>
          <w:p>
            <w:r>
              <w:t>2ME21126</w:t>
            </w:r>
          </w:p>
        </w:tc>
        <w:tc>
          <w:tcPr>
            <w:tcW w:type="dxa" w:w="960"/>
          </w:tcPr>
          <w:p>
            <w:r>
              <w:t>2</w:t>
            </w:r>
          </w:p>
        </w:tc>
        <w:tc>
          <w:tcPr>
            <w:tcW w:type="dxa" w:w="960"/>
          </w:tcPr>
          <w:p>
            <w:r>
              <w:t>专业必修课</w:t>
            </w:r>
          </w:p>
        </w:tc>
        <w:tc>
          <w:tcPr>
            <w:tcW w:type="dxa" w:w="960"/>
          </w:tcPr>
          <w:p>
            <w:r>
              <w:t>机械工程学院</w:t>
            </w:r>
          </w:p>
        </w:tc>
        <w:tc>
          <w:tcPr>
            <w:tcW w:type="dxa" w:w="960"/>
          </w:tcPr>
          <w:p>
            <w:r>
              <w:t>2024-2025</w:t>
            </w:r>
          </w:p>
        </w:tc>
        <w:tc>
          <w:tcPr>
            <w:tcW w:type="dxa" w:w="960"/>
          </w:tcPr>
          <w:p>
            <w:r>
              <w:t>4</w:t>
            </w:r>
          </w:p>
        </w:tc>
        <w:tc>
          <w:tcPr>
            <w:tcW w:type="dxa" w:w="960"/>
          </w:tcPr>
          <w:p>
            <w:r/>
          </w:p>
        </w:tc>
      </w:tr>
      <w:tr>
        <w:tc>
          <w:tcPr>
            <w:tcW w:type="dxa" w:w="960"/>
          </w:tcPr>
          <w:p>
            <w:r>
              <w:t>41</w:t>
            </w:r>
          </w:p>
        </w:tc>
        <w:tc>
          <w:tcPr>
            <w:tcW w:type="dxa" w:w="960"/>
          </w:tcPr>
          <w:p>
            <w:r>
              <w:t>电工电子工艺实习B</w:t>
            </w:r>
          </w:p>
        </w:tc>
        <w:tc>
          <w:tcPr>
            <w:tcW w:type="dxa" w:w="960"/>
          </w:tcPr>
          <w:p>
            <w:r>
              <w:t>2ME21207</w:t>
            </w:r>
          </w:p>
        </w:tc>
        <w:tc>
          <w:tcPr>
            <w:tcW w:type="dxa" w:w="960"/>
          </w:tcPr>
          <w:p>
            <w:r>
              <w:t>1</w:t>
            </w:r>
          </w:p>
        </w:tc>
        <w:tc>
          <w:tcPr>
            <w:tcW w:type="dxa" w:w="960"/>
          </w:tcPr>
          <w:p>
            <w:r>
              <w:t>专业必修课</w:t>
            </w:r>
          </w:p>
        </w:tc>
        <w:tc>
          <w:tcPr>
            <w:tcW w:type="dxa" w:w="960"/>
          </w:tcPr>
          <w:p>
            <w:r>
              <w:t>机械工程学院</w:t>
            </w:r>
          </w:p>
        </w:tc>
        <w:tc>
          <w:tcPr>
            <w:tcW w:type="dxa" w:w="960"/>
          </w:tcPr>
          <w:p>
            <w:r>
              <w:t>2024-2025</w:t>
            </w:r>
          </w:p>
        </w:tc>
        <w:tc>
          <w:tcPr>
            <w:tcW w:type="dxa" w:w="960"/>
          </w:tcPr>
          <w:p>
            <w:r>
              <w:t>4</w:t>
            </w:r>
          </w:p>
        </w:tc>
        <w:tc>
          <w:tcPr>
            <w:tcW w:type="dxa" w:w="960"/>
          </w:tcPr>
          <w:p>
            <w:r/>
          </w:p>
        </w:tc>
      </w:tr>
      <w:tr>
        <w:tc>
          <w:tcPr>
            <w:tcW w:type="dxa" w:w="960"/>
          </w:tcPr>
          <w:p>
            <w:r>
              <w:t>42</w:t>
            </w:r>
          </w:p>
        </w:tc>
        <w:tc>
          <w:tcPr>
            <w:tcW w:type="dxa" w:w="960"/>
          </w:tcPr>
          <w:p>
            <w:r>
              <w:t>材料性能及分析测试技术</w:t>
            </w:r>
          </w:p>
        </w:tc>
        <w:tc>
          <w:tcPr>
            <w:tcW w:type="dxa" w:w="960"/>
          </w:tcPr>
          <w:p>
            <w:r>
              <w:t>2ME21301</w:t>
            </w:r>
          </w:p>
        </w:tc>
        <w:tc>
          <w:tcPr>
            <w:tcW w:type="dxa" w:w="960"/>
          </w:tcPr>
          <w:p>
            <w:r>
              <w:t>2</w:t>
            </w:r>
          </w:p>
        </w:tc>
        <w:tc>
          <w:tcPr>
            <w:tcW w:type="dxa" w:w="960"/>
          </w:tcPr>
          <w:p>
            <w:r>
              <w:t>专业必修课</w:t>
            </w:r>
          </w:p>
        </w:tc>
        <w:tc>
          <w:tcPr>
            <w:tcW w:type="dxa" w:w="960"/>
          </w:tcPr>
          <w:p>
            <w:r>
              <w:t>机械工程学院</w:t>
            </w:r>
          </w:p>
        </w:tc>
        <w:tc>
          <w:tcPr>
            <w:tcW w:type="dxa" w:w="960"/>
          </w:tcPr>
          <w:p>
            <w:r>
              <w:t>2024-2025</w:t>
            </w:r>
          </w:p>
        </w:tc>
        <w:tc>
          <w:tcPr>
            <w:tcW w:type="dxa" w:w="960"/>
          </w:tcPr>
          <w:p>
            <w:r>
              <w:t>4</w:t>
            </w:r>
          </w:p>
        </w:tc>
        <w:tc>
          <w:tcPr>
            <w:tcW w:type="dxa" w:w="960"/>
          </w:tcPr>
          <w:p>
            <w:r/>
          </w:p>
        </w:tc>
      </w:tr>
      <w:tr>
        <w:tc>
          <w:tcPr>
            <w:tcW w:type="dxa" w:w="960"/>
          </w:tcPr>
          <w:p>
            <w:r>
              <w:t>43</w:t>
            </w:r>
          </w:p>
        </w:tc>
        <w:tc>
          <w:tcPr>
            <w:tcW w:type="dxa" w:w="960"/>
          </w:tcPr>
          <w:p>
            <w:r>
              <w:t>材料性能及分析测试综合实践</w:t>
            </w:r>
          </w:p>
        </w:tc>
        <w:tc>
          <w:tcPr>
            <w:tcW w:type="dxa" w:w="960"/>
          </w:tcPr>
          <w:p>
            <w:r>
              <w:t>2ME21309</w:t>
            </w:r>
          </w:p>
        </w:tc>
        <w:tc>
          <w:tcPr>
            <w:tcW w:type="dxa" w:w="960"/>
          </w:tcPr>
          <w:p>
            <w:r>
              <w:t>2</w:t>
            </w:r>
          </w:p>
        </w:tc>
        <w:tc>
          <w:tcPr>
            <w:tcW w:type="dxa" w:w="960"/>
          </w:tcPr>
          <w:p>
            <w:r>
              <w:t>专业必修课</w:t>
            </w:r>
          </w:p>
        </w:tc>
        <w:tc>
          <w:tcPr>
            <w:tcW w:type="dxa" w:w="960"/>
          </w:tcPr>
          <w:p>
            <w:r>
              <w:t>机械工程学院</w:t>
            </w:r>
          </w:p>
        </w:tc>
        <w:tc>
          <w:tcPr>
            <w:tcW w:type="dxa" w:w="960"/>
          </w:tcPr>
          <w:p>
            <w:r>
              <w:t>2024-2025</w:t>
            </w:r>
          </w:p>
        </w:tc>
        <w:tc>
          <w:tcPr>
            <w:tcW w:type="dxa" w:w="960"/>
          </w:tcPr>
          <w:p>
            <w:r>
              <w:t>4</w:t>
            </w:r>
          </w:p>
        </w:tc>
        <w:tc>
          <w:tcPr>
            <w:tcW w:type="dxa" w:w="960"/>
          </w:tcPr>
          <w:p>
            <w:r/>
          </w:p>
        </w:tc>
      </w:tr>
      <w:tr>
        <w:tc>
          <w:tcPr>
            <w:tcW w:type="dxa" w:w="960"/>
          </w:tcPr>
          <w:p>
            <w:r>
              <w:t>44</w:t>
            </w:r>
          </w:p>
        </w:tc>
        <w:tc>
          <w:tcPr>
            <w:tcW w:type="dxa" w:w="960"/>
          </w:tcPr>
          <w:p>
            <w:r>
              <w:t>毛泽东思想和中国特色社会主义理论体系概论</w:t>
            </w:r>
          </w:p>
        </w:tc>
        <w:tc>
          <w:tcPr>
            <w:tcW w:type="dxa" w:w="960"/>
          </w:tcPr>
          <w:p>
            <w:r>
              <w:t>2MX11004</w:t>
            </w:r>
          </w:p>
        </w:tc>
        <w:tc>
          <w:tcPr>
            <w:tcW w:type="dxa" w:w="960"/>
          </w:tcPr>
          <w:p>
            <w:r>
              <w:t>3</w:t>
            </w:r>
          </w:p>
        </w:tc>
        <w:tc>
          <w:tcPr>
            <w:tcW w:type="dxa" w:w="960"/>
          </w:tcPr>
          <w:p>
            <w:r>
              <w:t>通识必修课</w:t>
            </w:r>
          </w:p>
        </w:tc>
        <w:tc>
          <w:tcPr>
            <w:tcW w:type="dxa" w:w="960"/>
          </w:tcPr>
          <w:p>
            <w:r>
              <w:t>马克思主义学院</w:t>
            </w:r>
          </w:p>
        </w:tc>
        <w:tc>
          <w:tcPr>
            <w:tcW w:type="dxa" w:w="960"/>
          </w:tcPr>
          <w:p>
            <w:r>
              <w:t>2024-2025</w:t>
            </w:r>
          </w:p>
        </w:tc>
        <w:tc>
          <w:tcPr>
            <w:tcW w:type="dxa" w:w="960"/>
          </w:tcPr>
          <w:p>
            <w:r>
              <w:t>4</w:t>
            </w:r>
          </w:p>
        </w:tc>
        <w:tc>
          <w:tcPr>
            <w:tcW w:type="dxa" w:w="960"/>
          </w:tcPr>
          <w:p>
            <w:r/>
          </w:p>
        </w:tc>
      </w:tr>
      <w:tr>
        <w:tc>
          <w:tcPr>
            <w:tcW w:type="dxa" w:w="960"/>
          </w:tcPr>
          <w:p>
            <w:r>
              <w:t>45</w:t>
            </w:r>
          </w:p>
        </w:tc>
        <w:tc>
          <w:tcPr>
            <w:tcW w:type="dxa" w:w="960"/>
          </w:tcPr>
          <w:p>
            <w:r>
              <w:t>国家安全教育</w:t>
            </w:r>
          </w:p>
        </w:tc>
        <w:tc>
          <w:tcPr>
            <w:tcW w:type="dxa" w:w="960"/>
          </w:tcPr>
          <w:p>
            <w:r>
              <w:t>2MX11012</w:t>
            </w:r>
          </w:p>
        </w:tc>
        <w:tc>
          <w:tcPr>
            <w:tcW w:type="dxa" w:w="960"/>
          </w:tcPr>
          <w:p>
            <w:r>
              <w:t>1</w:t>
            </w:r>
          </w:p>
        </w:tc>
        <w:tc>
          <w:tcPr>
            <w:tcW w:type="dxa" w:w="960"/>
          </w:tcPr>
          <w:p>
            <w:r>
              <w:t>通识必修课</w:t>
            </w:r>
          </w:p>
        </w:tc>
        <w:tc>
          <w:tcPr>
            <w:tcW w:type="dxa" w:w="960"/>
          </w:tcPr>
          <w:p>
            <w:r>
              <w:t>马克思主义学院</w:t>
            </w:r>
          </w:p>
        </w:tc>
        <w:tc>
          <w:tcPr>
            <w:tcW w:type="dxa" w:w="960"/>
          </w:tcPr>
          <w:p>
            <w:r>
              <w:t>2024-2025</w:t>
            </w:r>
          </w:p>
        </w:tc>
        <w:tc>
          <w:tcPr>
            <w:tcW w:type="dxa" w:w="960"/>
          </w:tcPr>
          <w:p>
            <w:r>
              <w:t>4</w:t>
            </w:r>
          </w:p>
        </w:tc>
        <w:tc>
          <w:tcPr>
            <w:tcW w:type="dxa" w:w="960"/>
          </w:tcPr>
          <w:p>
            <w:r/>
          </w:p>
        </w:tc>
      </w:tr>
      <w:tr>
        <w:tc>
          <w:tcPr>
            <w:tcW w:type="dxa" w:w="960"/>
          </w:tcPr>
          <w:p>
            <w:r>
              <w:t>46</w:t>
            </w:r>
          </w:p>
        </w:tc>
        <w:tc>
          <w:tcPr>
            <w:tcW w:type="dxa" w:w="960"/>
          </w:tcPr>
          <w:p>
            <w:r>
              <w:t>体育(四)</w:t>
            </w:r>
          </w:p>
        </w:tc>
        <w:tc>
          <w:tcPr>
            <w:tcW w:type="dxa" w:w="960"/>
          </w:tcPr>
          <w:p>
            <w:r>
              <w:t>2SP11004</w:t>
            </w:r>
          </w:p>
        </w:tc>
        <w:tc>
          <w:tcPr>
            <w:tcW w:type="dxa" w:w="960"/>
          </w:tcPr>
          <w:p>
            <w:r>
              <w:t>1</w:t>
            </w:r>
          </w:p>
        </w:tc>
        <w:tc>
          <w:tcPr>
            <w:tcW w:type="dxa" w:w="960"/>
          </w:tcPr>
          <w:p>
            <w:r>
              <w:t>通识必修课</w:t>
            </w:r>
          </w:p>
        </w:tc>
        <w:tc>
          <w:tcPr>
            <w:tcW w:type="dxa" w:w="960"/>
          </w:tcPr>
          <w:p>
            <w:r>
              <w:t>体育部</w:t>
            </w:r>
          </w:p>
        </w:tc>
        <w:tc>
          <w:tcPr>
            <w:tcW w:type="dxa" w:w="960"/>
          </w:tcPr>
          <w:p>
            <w:r>
              <w:t>2024-2025</w:t>
            </w:r>
          </w:p>
        </w:tc>
        <w:tc>
          <w:tcPr>
            <w:tcW w:type="dxa" w:w="960"/>
          </w:tcPr>
          <w:p>
            <w:r>
              <w:t>4</w:t>
            </w:r>
          </w:p>
        </w:tc>
        <w:tc>
          <w:tcPr>
            <w:tcW w:type="dxa" w:w="960"/>
          </w:tcPr>
          <w:p>
            <w:r/>
          </w:p>
        </w:tc>
      </w:tr>
      <w:tr>
        <w:tc>
          <w:tcPr>
            <w:tcW w:type="dxa" w:w="960"/>
          </w:tcPr>
          <w:p>
            <w:r>
              <w:t>47</w:t>
            </w:r>
          </w:p>
        </w:tc>
        <w:tc>
          <w:tcPr>
            <w:tcW w:type="dxa" w:w="960"/>
          </w:tcPr>
          <w:p>
            <w:r>
              <w:t>数值计算方法</w:t>
            </w:r>
          </w:p>
        </w:tc>
        <w:tc>
          <w:tcPr>
            <w:tcW w:type="dxa" w:w="960"/>
          </w:tcPr>
          <w:p>
            <w:r>
              <w:t>2ME21012</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5</w:t>
            </w:r>
          </w:p>
        </w:tc>
        <w:tc>
          <w:tcPr>
            <w:tcW w:type="dxa" w:w="960"/>
          </w:tcPr>
          <w:p>
            <w:r/>
          </w:p>
        </w:tc>
      </w:tr>
      <w:tr>
        <w:tc>
          <w:tcPr>
            <w:tcW w:type="dxa" w:w="960"/>
          </w:tcPr>
          <w:p>
            <w:r>
              <w:t>48</w:t>
            </w:r>
          </w:p>
        </w:tc>
        <w:tc>
          <w:tcPr>
            <w:tcW w:type="dxa" w:w="960"/>
          </w:tcPr>
          <w:p>
            <w:r>
              <w:t>机械制造技术基础A</w:t>
            </w:r>
          </w:p>
        </w:tc>
        <w:tc>
          <w:tcPr>
            <w:tcW w:type="dxa" w:w="960"/>
          </w:tcPr>
          <w:p>
            <w:r>
              <w:t>2ME21105</w:t>
            </w:r>
          </w:p>
        </w:tc>
        <w:tc>
          <w:tcPr>
            <w:tcW w:type="dxa" w:w="960"/>
          </w:tcPr>
          <w:p>
            <w:r>
              <w:t>3</w:t>
            </w:r>
          </w:p>
        </w:tc>
        <w:tc>
          <w:tcPr>
            <w:tcW w:type="dxa" w:w="960"/>
          </w:tcPr>
          <w:p>
            <w:r>
              <w:t>专业必修课</w:t>
            </w:r>
          </w:p>
        </w:tc>
        <w:tc>
          <w:tcPr>
            <w:tcW w:type="dxa" w:w="960"/>
          </w:tcPr>
          <w:p>
            <w:r>
              <w:t>机械工程学院</w:t>
            </w:r>
          </w:p>
        </w:tc>
        <w:tc>
          <w:tcPr>
            <w:tcW w:type="dxa" w:w="960"/>
          </w:tcPr>
          <w:p>
            <w:r>
              <w:t>2025-2026</w:t>
            </w:r>
          </w:p>
        </w:tc>
        <w:tc>
          <w:tcPr>
            <w:tcW w:type="dxa" w:w="960"/>
          </w:tcPr>
          <w:p>
            <w:r>
              <w:t>5</w:t>
            </w:r>
          </w:p>
        </w:tc>
        <w:tc>
          <w:tcPr>
            <w:tcW w:type="dxa" w:w="960"/>
          </w:tcPr>
          <w:p>
            <w:r/>
          </w:p>
        </w:tc>
      </w:tr>
      <w:tr>
        <w:tc>
          <w:tcPr>
            <w:tcW w:type="dxa" w:w="960"/>
          </w:tcPr>
          <w:p>
            <w:r>
              <w:t>49</w:t>
            </w:r>
          </w:p>
        </w:tc>
        <w:tc>
          <w:tcPr>
            <w:tcW w:type="dxa" w:w="960"/>
          </w:tcPr>
          <w:p>
            <w:r>
              <w:t>机械设计制造实验</w:t>
            </w:r>
          </w:p>
        </w:tc>
        <w:tc>
          <w:tcPr>
            <w:tcW w:type="dxa" w:w="960"/>
          </w:tcPr>
          <w:p>
            <w:r>
              <w:t>2ME21132</w:t>
            </w:r>
          </w:p>
        </w:tc>
        <w:tc>
          <w:tcPr>
            <w:tcW w:type="dxa" w:w="960"/>
          </w:tcPr>
          <w:p>
            <w:r>
              <w:t>1.0</w:t>
            </w:r>
          </w:p>
        </w:tc>
        <w:tc>
          <w:tcPr>
            <w:tcW w:type="dxa" w:w="960"/>
          </w:tcPr>
          <w:p>
            <w:r>
              <w:t>专业必修课</w:t>
            </w:r>
          </w:p>
        </w:tc>
        <w:tc>
          <w:tcPr>
            <w:tcW w:type="dxa" w:w="960"/>
          </w:tcPr>
          <w:p>
            <w:r>
              <w:t>机械工程学院</w:t>
            </w:r>
          </w:p>
        </w:tc>
        <w:tc>
          <w:tcPr>
            <w:tcW w:type="dxa" w:w="960"/>
          </w:tcPr>
          <w:p>
            <w:r>
              <w:t>2025-2026</w:t>
            </w:r>
          </w:p>
        </w:tc>
        <w:tc>
          <w:tcPr>
            <w:tcW w:type="dxa" w:w="960"/>
          </w:tcPr>
          <w:p>
            <w:r>
              <w:t>5</w:t>
            </w:r>
          </w:p>
        </w:tc>
        <w:tc>
          <w:tcPr>
            <w:tcW w:type="dxa" w:w="960"/>
          </w:tcPr>
          <w:p>
            <w:r/>
          </w:p>
        </w:tc>
      </w:tr>
      <w:tr>
        <w:tc>
          <w:tcPr>
            <w:tcW w:type="dxa" w:w="960"/>
          </w:tcPr>
          <w:p>
            <w:r>
              <w:t>50</w:t>
            </w:r>
          </w:p>
        </w:tc>
        <w:tc>
          <w:tcPr>
            <w:tcW w:type="dxa" w:w="960"/>
          </w:tcPr>
          <w:p>
            <w:r>
              <w:t>控制工程基础</w:t>
            </w:r>
          </w:p>
        </w:tc>
        <w:tc>
          <w:tcPr>
            <w:tcW w:type="dxa" w:w="960"/>
          </w:tcPr>
          <w:p>
            <w:r>
              <w:t>2ME21224</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5</w:t>
            </w:r>
          </w:p>
        </w:tc>
        <w:tc>
          <w:tcPr>
            <w:tcW w:type="dxa" w:w="960"/>
          </w:tcPr>
          <w:p>
            <w:r/>
          </w:p>
        </w:tc>
      </w:tr>
      <w:tr>
        <w:tc>
          <w:tcPr>
            <w:tcW w:type="dxa" w:w="960"/>
          </w:tcPr>
          <w:p>
            <w:r>
              <w:t>51</w:t>
            </w:r>
          </w:p>
        </w:tc>
        <w:tc>
          <w:tcPr>
            <w:tcW w:type="dxa" w:w="960"/>
          </w:tcPr>
          <w:p>
            <w:r>
              <w:t>材料成型原理</w:t>
            </w:r>
          </w:p>
        </w:tc>
        <w:tc>
          <w:tcPr>
            <w:tcW w:type="dxa" w:w="960"/>
          </w:tcPr>
          <w:p>
            <w:r>
              <w:t>2ME21302</w:t>
            </w:r>
          </w:p>
        </w:tc>
        <w:tc>
          <w:tcPr>
            <w:tcW w:type="dxa" w:w="960"/>
          </w:tcPr>
          <w:p>
            <w:r>
              <w:t>2.5</w:t>
            </w:r>
          </w:p>
        </w:tc>
        <w:tc>
          <w:tcPr>
            <w:tcW w:type="dxa" w:w="960"/>
          </w:tcPr>
          <w:p>
            <w:r>
              <w:t>专业必修课</w:t>
            </w:r>
          </w:p>
        </w:tc>
        <w:tc>
          <w:tcPr>
            <w:tcW w:type="dxa" w:w="960"/>
          </w:tcPr>
          <w:p>
            <w:r>
              <w:t>机械工程学院</w:t>
            </w:r>
          </w:p>
        </w:tc>
        <w:tc>
          <w:tcPr>
            <w:tcW w:type="dxa" w:w="960"/>
          </w:tcPr>
          <w:p>
            <w:r>
              <w:t>2025-2026</w:t>
            </w:r>
          </w:p>
        </w:tc>
        <w:tc>
          <w:tcPr>
            <w:tcW w:type="dxa" w:w="960"/>
          </w:tcPr>
          <w:p>
            <w:r>
              <w:t>5</w:t>
            </w:r>
          </w:p>
        </w:tc>
        <w:tc>
          <w:tcPr>
            <w:tcW w:type="dxa" w:w="960"/>
          </w:tcPr>
          <w:p>
            <w:r/>
          </w:p>
        </w:tc>
      </w:tr>
      <w:tr>
        <w:tc>
          <w:tcPr>
            <w:tcW w:type="dxa" w:w="960"/>
          </w:tcPr>
          <w:p>
            <w:r>
              <w:t>52</w:t>
            </w:r>
          </w:p>
        </w:tc>
        <w:tc>
          <w:tcPr>
            <w:tcW w:type="dxa" w:w="960"/>
          </w:tcPr>
          <w:p>
            <w:r>
              <w:t>金属材料及热处理</w:t>
            </w:r>
          </w:p>
        </w:tc>
        <w:tc>
          <w:tcPr>
            <w:tcW w:type="dxa" w:w="960"/>
          </w:tcPr>
          <w:p>
            <w:r>
              <w:t>2ME21303</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5</w:t>
            </w:r>
          </w:p>
        </w:tc>
        <w:tc>
          <w:tcPr>
            <w:tcW w:type="dxa" w:w="960"/>
          </w:tcPr>
          <w:p>
            <w:r/>
          </w:p>
        </w:tc>
      </w:tr>
      <w:tr>
        <w:tc>
          <w:tcPr>
            <w:tcW w:type="dxa" w:w="960"/>
          </w:tcPr>
          <w:p>
            <w:r>
              <w:t>53</w:t>
            </w:r>
          </w:p>
        </w:tc>
        <w:tc>
          <w:tcPr>
            <w:tcW w:type="dxa" w:w="960"/>
          </w:tcPr>
          <w:p>
            <w:r>
              <w:t>材料热处理综合实践</w:t>
            </w:r>
          </w:p>
        </w:tc>
        <w:tc>
          <w:tcPr>
            <w:tcW w:type="dxa" w:w="960"/>
          </w:tcPr>
          <w:p>
            <w:r>
              <w:t>2ME21310</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5</w:t>
            </w:r>
          </w:p>
        </w:tc>
        <w:tc>
          <w:tcPr>
            <w:tcW w:type="dxa" w:w="960"/>
          </w:tcPr>
          <w:p>
            <w:r/>
          </w:p>
        </w:tc>
      </w:tr>
      <w:tr>
        <w:tc>
          <w:tcPr>
            <w:tcW w:type="dxa" w:w="960"/>
          </w:tcPr>
          <w:p>
            <w:r>
              <w:t>54</w:t>
            </w:r>
          </w:p>
        </w:tc>
        <w:tc>
          <w:tcPr>
            <w:tcW w:type="dxa" w:w="960"/>
          </w:tcPr>
          <w:p>
            <w:r>
              <w:t>有限元方法及应用实践</w:t>
            </w:r>
          </w:p>
        </w:tc>
        <w:tc>
          <w:tcPr>
            <w:tcW w:type="dxa" w:w="960"/>
          </w:tcPr>
          <w:p>
            <w:r>
              <w:t>2ME21312</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5</w:t>
            </w:r>
          </w:p>
        </w:tc>
        <w:tc>
          <w:tcPr>
            <w:tcW w:type="dxa" w:w="960"/>
          </w:tcPr>
          <w:p>
            <w:r/>
          </w:p>
        </w:tc>
      </w:tr>
      <w:tr>
        <w:tc>
          <w:tcPr>
            <w:tcW w:type="dxa" w:w="960"/>
          </w:tcPr>
          <w:p>
            <w:r>
              <w:t>55</w:t>
            </w:r>
          </w:p>
        </w:tc>
        <w:tc>
          <w:tcPr>
            <w:tcW w:type="dxa" w:w="960"/>
          </w:tcPr>
          <w:p>
            <w:r>
              <w:t>习近平新时代中国特色社会主义思想概论</w:t>
            </w:r>
          </w:p>
        </w:tc>
        <w:tc>
          <w:tcPr>
            <w:tcW w:type="dxa" w:w="960"/>
          </w:tcPr>
          <w:p>
            <w:r>
              <w:t>2MX11005</w:t>
            </w:r>
          </w:p>
        </w:tc>
        <w:tc>
          <w:tcPr>
            <w:tcW w:type="dxa" w:w="960"/>
          </w:tcPr>
          <w:p>
            <w:r>
              <w:t>3</w:t>
            </w:r>
          </w:p>
        </w:tc>
        <w:tc>
          <w:tcPr>
            <w:tcW w:type="dxa" w:w="960"/>
          </w:tcPr>
          <w:p>
            <w:r>
              <w:t>通识必修课</w:t>
            </w:r>
          </w:p>
        </w:tc>
        <w:tc>
          <w:tcPr>
            <w:tcW w:type="dxa" w:w="960"/>
          </w:tcPr>
          <w:p>
            <w:r>
              <w:t>马克思主义学院</w:t>
            </w:r>
          </w:p>
        </w:tc>
        <w:tc>
          <w:tcPr>
            <w:tcW w:type="dxa" w:w="960"/>
          </w:tcPr>
          <w:p>
            <w:r>
              <w:t>2025-2026</w:t>
            </w:r>
          </w:p>
        </w:tc>
        <w:tc>
          <w:tcPr>
            <w:tcW w:type="dxa" w:w="960"/>
          </w:tcPr>
          <w:p>
            <w:r>
              <w:t>5</w:t>
            </w:r>
          </w:p>
        </w:tc>
        <w:tc>
          <w:tcPr>
            <w:tcW w:type="dxa" w:w="960"/>
          </w:tcPr>
          <w:p>
            <w:r/>
          </w:p>
        </w:tc>
      </w:tr>
      <w:tr>
        <w:tc>
          <w:tcPr>
            <w:tcW w:type="dxa" w:w="960"/>
          </w:tcPr>
          <w:p>
            <w:r>
              <w:t>56</w:t>
            </w:r>
          </w:p>
        </w:tc>
        <w:tc>
          <w:tcPr>
            <w:tcW w:type="dxa" w:w="960"/>
          </w:tcPr>
          <w:p>
            <w:r>
              <w:t>就业指导</w:t>
            </w:r>
          </w:p>
        </w:tc>
        <w:tc>
          <w:tcPr>
            <w:tcW w:type="dxa" w:w="960"/>
          </w:tcPr>
          <w:p>
            <w:r>
              <w:t>2SA11002</w:t>
            </w:r>
          </w:p>
        </w:tc>
        <w:tc>
          <w:tcPr>
            <w:tcW w:type="dxa" w:w="960"/>
          </w:tcPr>
          <w:p>
            <w:r>
              <w:t>0.5</w:t>
            </w:r>
          </w:p>
        </w:tc>
        <w:tc>
          <w:tcPr>
            <w:tcW w:type="dxa" w:w="960"/>
          </w:tcPr>
          <w:p>
            <w:r>
              <w:t>通识必修课</w:t>
            </w:r>
          </w:p>
        </w:tc>
        <w:tc>
          <w:tcPr>
            <w:tcW w:type="dxa" w:w="960"/>
          </w:tcPr>
          <w:p>
            <w:r>
              <w:t>学生工作处</w:t>
            </w:r>
          </w:p>
        </w:tc>
        <w:tc>
          <w:tcPr>
            <w:tcW w:type="dxa" w:w="960"/>
          </w:tcPr>
          <w:p>
            <w:r>
              <w:t>2025-2026</w:t>
            </w:r>
          </w:p>
        </w:tc>
        <w:tc>
          <w:tcPr>
            <w:tcW w:type="dxa" w:w="960"/>
          </w:tcPr>
          <w:p>
            <w:r>
              <w:t>5</w:t>
            </w:r>
          </w:p>
        </w:tc>
        <w:tc>
          <w:tcPr>
            <w:tcW w:type="dxa" w:w="960"/>
          </w:tcPr>
          <w:p>
            <w:r/>
          </w:p>
        </w:tc>
      </w:tr>
      <w:tr>
        <w:tc>
          <w:tcPr>
            <w:tcW w:type="dxa" w:w="960"/>
          </w:tcPr>
          <w:p>
            <w:r>
              <w:t>57</w:t>
            </w:r>
          </w:p>
        </w:tc>
        <w:tc>
          <w:tcPr>
            <w:tcW w:type="dxa" w:w="960"/>
          </w:tcPr>
          <w:p>
            <w:r>
              <w:t>经济管理基础</w:t>
            </w:r>
          </w:p>
        </w:tc>
        <w:tc>
          <w:tcPr>
            <w:tcW w:type="dxa" w:w="960"/>
          </w:tcPr>
          <w:p>
            <w:r>
              <w:t>2BU21040</w:t>
            </w:r>
          </w:p>
        </w:tc>
        <w:tc>
          <w:tcPr>
            <w:tcW w:type="dxa" w:w="960"/>
          </w:tcPr>
          <w:p>
            <w:r>
              <w:t>1.5</w:t>
            </w:r>
          </w:p>
        </w:tc>
        <w:tc>
          <w:tcPr>
            <w:tcW w:type="dxa" w:w="960"/>
          </w:tcPr>
          <w:p>
            <w:r>
              <w:t>专业必修课</w:t>
            </w:r>
          </w:p>
        </w:tc>
        <w:tc>
          <w:tcPr>
            <w:tcW w:type="dxa" w:w="960"/>
          </w:tcPr>
          <w:p>
            <w:r>
              <w:t>商学院</w:t>
            </w:r>
          </w:p>
        </w:tc>
        <w:tc>
          <w:tcPr>
            <w:tcW w:type="dxa" w:w="960"/>
          </w:tcPr>
          <w:p>
            <w:r>
              <w:t>2025-2026</w:t>
            </w:r>
          </w:p>
        </w:tc>
        <w:tc>
          <w:tcPr>
            <w:tcW w:type="dxa" w:w="960"/>
          </w:tcPr>
          <w:p>
            <w:r>
              <w:t>6</w:t>
            </w:r>
          </w:p>
        </w:tc>
        <w:tc>
          <w:tcPr>
            <w:tcW w:type="dxa" w:w="960"/>
          </w:tcPr>
          <w:p>
            <w:r/>
          </w:p>
        </w:tc>
      </w:tr>
      <w:tr>
        <w:tc>
          <w:tcPr>
            <w:tcW w:type="dxa" w:w="960"/>
          </w:tcPr>
          <w:p>
            <w:r>
              <w:t>58</w:t>
            </w:r>
          </w:p>
        </w:tc>
        <w:tc>
          <w:tcPr>
            <w:tcW w:type="dxa" w:w="960"/>
          </w:tcPr>
          <w:p>
            <w:r>
              <w:t>数字化制造综合实践B</w:t>
            </w:r>
          </w:p>
        </w:tc>
        <w:tc>
          <w:tcPr>
            <w:tcW w:type="dxa" w:w="960"/>
          </w:tcPr>
          <w:p>
            <w:r>
              <w:t>2ME21117</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6</w:t>
            </w:r>
          </w:p>
        </w:tc>
        <w:tc>
          <w:tcPr>
            <w:tcW w:type="dxa" w:w="960"/>
          </w:tcPr>
          <w:p>
            <w:r/>
          </w:p>
        </w:tc>
      </w:tr>
      <w:tr>
        <w:tc>
          <w:tcPr>
            <w:tcW w:type="dxa" w:w="960"/>
          </w:tcPr>
          <w:p>
            <w:r>
              <w:t>59</w:t>
            </w:r>
          </w:p>
        </w:tc>
        <w:tc>
          <w:tcPr>
            <w:tcW w:type="dxa" w:w="960"/>
          </w:tcPr>
          <w:p>
            <w:r>
              <w:t>生产实习A</w:t>
            </w:r>
          </w:p>
        </w:tc>
        <w:tc>
          <w:tcPr>
            <w:tcW w:type="dxa" w:w="960"/>
          </w:tcPr>
          <w:p>
            <w:r>
              <w:t>2ME21118</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6</w:t>
            </w:r>
          </w:p>
        </w:tc>
        <w:tc>
          <w:tcPr>
            <w:tcW w:type="dxa" w:w="960"/>
          </w:tcPr>
          <w:p>
            <w:r/>
          </w:p>
        </w:tc>
      </w:tr>
      <w:tr>
        <w:tc>
          <w:tcPr>
            <w:tcW w:type="dxa" w:w="960"/>
          </w:tcPr>
          <w:p>
            <w:r>
              <w:t>60</w:t>
            </w:r>
          </w:p>
        </w:tc>
        <w:tc>
          <w:tcPr>
            <w:tcW w:type="dxa" w:w="960"/>
          </w:tcPr>
          <w:p>
            <w:r>
              <w:t>材料成型工艺及设备</w:t>
            </w:r>
          </w:p>
        </w:tc>
        <w:tc>
          <w:tcPr>
            <w:tcW w:type="dxa" w:w="960"/>
          </w:tcPr>
          <w:p>
            <w:r>
              <w:t>2ME21304</w:t>
            </w:r>
          </w:p>
        </w:tc>
        <w:tc>
          <w:tcPr>
            <w:tcW w:type="dxa" w:w="960"/>
          </w:tcPr>
          <w:p>
            <w:r>
              <w:t>2.5</w:t>
            </w:r>
          </w:p>
        </w:tc>
        <w:tc>
          <w:tcPr>
            <w:tcW w:type="dxa" w:w="960"/>
          </w:tcPr>
          <w:p>
            <w:r>
              <w:t>专业必修课</w:t>
            </w:r>
          </w:p>
        </w:tc>
        <w:tc>
          <w:tcPr>
            <w:tcW w:type="dxa" w:w="960"/>
          </w:tcPr>
          <w:p>
            <w:r>
              <w:t>机械工程学院</w:t>
            </w:r>
          </w:p>
        </w:tc>
        <w:tc>
          <w:tcPr>
            <w:tcW w:type="dxa" w:w="960"/>
          </w:tcPr>
          <w:p>
            <w:r>
              <w:t>2025-2026</w:t>
            </w:r>
          </w:p>
        </w:tc>
        <w:tc>
          <w:tcPr>
            <w:tcW w:type="dxa" w:w="960"/>
          </w:tcPr>
          <w:p>
            <w:r>
              <w:t>6</w:t>
            </w:r>
          </w:p>
        </w:tc>
        <w:tc>
          <w:tcPr>
            <w:tcW w:type="dxa" w:w="960"/>
          </w:tcPr>
          <w:p>
            <w:r/>
          </w:p>
        </w:tc>
      </w:tr>
      <w:tr>
        <w:tc>
          <w:tcPr>
            <w:tcW w:type="dxa" w:w="960"/>
          </w:tcPr>
          <w:p>
            <w:r>
              <w:t>61</w:t>
            </w:r>
          </w:p>
        </w:tc>
        <w:tc>
          <w:tcPr>
            <w:tcW w:type="dxa" w:w="960"/>
          </w:tcPr>
          <w:p>
            <w:r>
              <w:t>材料成型测试技术</w:t>
            </w:r>
          </w:p>
        </w:tc>
        <w:tc>
          <w:tcPr>
            <w:tcW w:type="dxa" w:w="960"/>
          </w:tcPr>
          <w:p>
            <w:r>
              <w:t>2ME21305</w:t>
            </w:r>
          </w:p>
        </w:tc>
        <w:tc>
          <w:tcPr>
            <w:tcW w:type="dxa" w:w="960"/>
          </w:tcPr>
          <w:p>
            <w:r>
              <w:t>2.5</w:t>
            </w:r>
          </w:p>
        </w:tc>
        <w:tc>
          <w:tcPr>
            <w:tcW w:type="dxa" w:w="960"/>
          </w:tcPr>
          <w:p>
            <w:r>
              <w:t>专业必修课</w:t>
            </w:r>
          </w:p>
        </w:tc>
        <w:tc>
          <w:tcPr>
            <w:tcW w:type="dxa" w:w="960"/>
          </w:tcPr>
          <w:p>
            <w:r>
              <w:t>机械工程学院</w:t>
            </w:r>
          </w:p>
        </w:tc>
        <w:tc>
          <w:tcPr>
            <w:tcW w:type="dxa" w:w="960"/>
          </w:tcPr>
          <w:p>
            <w:r>
              <w:t>2025-2026</w:t>
            </w:r>
          </w:p>
        </w:tc>
        <w:tc>
          <w:tcPr>
            <w:tcW w:type="dxa" w:w="960"/>
          </w:tcPr>
          <w:p>
            <w:r>
              <w:t>6</w:t>
            </w:r>
          </w:p>
        </w:tc>
        <w:tc>
          <w:tcPr>
            <w:tcW w:type="dxa" w:w="960"/>
          </w:tcPr>
          <w:p>
            <w:r/>
          </w:p>
        </w:tc>
      </w:tr>
      <w:tr>
        <w:tc>
          <w:tcPr>
            <w:tcW w:type="dxa" w:w="960"/>
          </w:tcPr>
          <w:p>
            <w:r>
              <w:t>62</w:t>
            </w:r>
          </w:p>
        </w:tc>
        <w:tc>
          <w:tcPr>
            <w:tcW w:type="dxa" w:w="960"/>
          </w:tcPr>
          <w:p>
            <w:r>
              <w:t>材料加工冶金传输原理</w:t>
            </w:r>
          </w:p>
        </w:tc>
        <w:tc>
          <w:tcPr>
            <w:tcW w:type="dxa" w:w="960"/>
          </w:tcPr>
          <w:p>
            <w:r>
              <w:t>2ME21306</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6</w:t>
            </w:r>
          </w:p>
        </w:tc>
        <w:tc>
          <w:tcPr>
            <w:tcW w:type="dxa" w:w="960"/>
          </w:tcPr>
          <w:p>
            <w:r/>
          </w:p>
        </w:tc>
      </w:tr>
      <w:tr>
        <w:tc>
          <w:tcPr>
            <w:tcW w:type="dxa" w:w="960"/>
          </w:tcPr>
          <w:p>
            <w:r>
              <w:t>63</w:t>
            </w:r>
          </w:p>
        </w:tc>
        <w:tc>
          <w:tcPr>
            <w:tcW w:type="dxa" w:w="960"/>
          </w:tcPr>
          <w:p>
            <w:r>
              <w:t>冲压工艺与模具设计</w:t>
            </w:r>
          </w:p>
        </w:tc>
        <w:tc>
          <w:tcPr>
            <w:tcW w:type="dxa" w:w="960"/>
          </w:tcPr>
          <w:p>
            <w:r>
              <w:t>2ME21307</w:t>
            </w:r>
          </w:p>
        </w:tc>
        <w:tc>
          <w:tcPr>
            <w:tcW w:type="dxa" w:w="960"/>
          </w:tcPr>
          <w:p>
            <w:r>
              <w:t>2</w:t>
            </w:r>
          </w:p>
        </w:tc>
        <w:tc>
          <w:tcPr>
            <w:tcW w:type="dxa" w:w="960"/>
          </w:tcPr>
          <w:p>
            <w:r>
              <w:t>专业必修课</w:t>
            </w:r>
          </w:p>
        </w:tc>
        <w:tc>
          <w:tcPr>
            <w:tcW w:type="dxa" w:w="960"/>
          </w:tcPr>
          <w:p>
            <w:r>
              <w:t>机械工程学院</w:t>
            </w:r>
          </w:p>
        </w:tc>
        <w:tc>
          <w:tcPr>
            <w:tcW w:type="dxa" w:w="960"/>
          </w:tcPr>
          <w:p>
            <w:r>
              <w:t>2025-2026</w:t>
            </w:r>
          </w:p>
        </w:tc>
        <w:tc>
          <w:tcPr>
            <w:tcW w:type="dxa" w:w="960"/>
          </w:tcPr>
          <w:p>
            <w:r>
              <w:t>6</w:t>
            </w:r>
          </w:p>
        </w:tc>
        <w:tc>
          <w:tcPr>
            <w:tcW w:type="dxa" w:w="960"/>
          </w:tcPr>
          <w:p>
            <w:r/>
          </w:p>
        </w:tc>
      </w:tr>
      <w:tr>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r>
      <w:tr>
        <w:tc>
          <w:tcPr>
            <w:tcW w:type="dxa" w:w="960"/>
          </w:tcPr>
          <w:p>
            <w:r>
              <w:t>注：按修读学年学期排序。</w:t>
            </w:r>
          </w:p>
        </w:tc>
        <w:tc>
          <w:tcPr>
            <w:tcW w:type="dxa" w:w="960"/>
          </w:tcPr>
          <w:p>
            <w:r>
              <w:t>注：按修读学年学期排序。</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制表人（签字）：日期：学院（公章）：</w:t>
            </w:r>
          </w:p>
        </w:tc>
        <w:tc>
          <w:tcPr>
            <w:tcW w:type="dxa" w:w="960"/>
          </w:tcPr>
          <w:p>
            <w:r>
              <w:t>制表人（签字）：日期：学院（公章）：</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