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苏州科技大学文学院推荐2027年优秀应届本科毕业生免试攻读研究生工作细则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组长：路海洋、季海君</w:t>
      </w:r>
    </w:p>
    <w:p>
      <w:r>
        <w:t>成员：孙虎、瞿晓庆、李斌、袁鳞、陈祝琴</w:t>
      </w:r>
    </w:p>
    <w:p>
      <w:r>
        <w:t>咨询电话：68414718申诉电话：18915518125邮箱：491772064@qq.com</w:t>
      </w:r>
    </w:p>
    <w:p>
      <w:r>
        <w:t>二、名额分配</w:t>
      </w:r>
    </w:p>
    <w:p>
      <w:r>
        <w:t>总名额：8名</w:t>
      </w:r>
    </w:p>
    <w:p>
      <w:r>
        <w:t>名额分配如下：汉语言文学专业2名；汉语言文学师范专业3名；</w:t>
      </w:r>
    </w:p>
    <w:p>
      <w:r>
        <w:t>广播电视学专业2名；汉语国际教育专业1名。</w:t>
      </w:r>
    </w:p>
    <w:p>
      <w:r>
        <w:t>三、申请报名条件</w:t>
      </w:r>
    </w:p>
    <w:p>
      <w:r>
        <w:t>申请者须满足学校规定的遴选基本条件。</w:t>
      </w:r>
    </w:p>
    <w:p>
      <w:r>
        <w:t>四、申请受理时间、地点</w:t>
      </w:r>
    </w:p>
    <w:p>
      <w:r>
        <w:t>截止时间：9月1日16:00之前，提交报名申请及相关材料。</w:t>
      </w:r>
    </w:p>
    <w:p>
      <w:r>
        <w:t>纸质材料送交地点：石湖校区教五楼107室</w:t>
      </w:r>
    </w:p>
    <w:p>
      <w:r>
        <w:t>电子材料请发送至邮箱：491772064@qq.com</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应主动报备声明。回避报备应于9月2日前完成，并由学院汇总后报教务处备案。</w:t>
      </w:r>
    </w:p>
    <w:p>
      <w:r>
        <w:t>2、其他事项按照教育部和学校相关规定执行。</w:t>
      </w:r>
    </w:p>
    <w:p>
      <w:r>
        <w:t>3、本细则由学院推免生遴选工作小组负责解释。</w:t>
      </w:r>
    </w:p>
    <w:p>
      <w:r>
        <w:t>文学院</w:t>
      </w:r>
    </w:p>
    <w:p>
      <w:r>
        <w:t>日期：8月29日</w:t>
      </w:r>
    </w:p>
    <w:p>
      <w:r>
        <w:t>附件1:苏州科技大学文学院推免生综合素质单项分值设置表</w:t>
      </w:r>
    </w:p>
    <w:p>
      <w:r>
        <w:t>附件2：苏州科技大学推荐2027年优秀应届本科毕业生免试攻读研究生课程清单</w:t>
      </w:r>
    </w:p>
    <w:p>
      <w:r>
        <w:t>附件1:苏州科技大学推免生综合素质单项分值设置表</w:t>
      </w:r>
    </w:p>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类别</w:t>
            </w:r>
          </w:p>
        </w:tc>
        <w:tc>
          <w:tcPr>
            <w:tcW w:type="dxa" w:w="960"/>
          </w:tcPr>
          <w:p>
            <w:r>
              <w:t>项目等级</w:t>
            </w:r>
          </w:p>
        </w:tc>
        <w:tc>
          <w:tcPr>
            <w:tcW w:type="dxa" w:w="960"/>
          </w:tcPr>
          <w:p>
            <w:r>
              <w:t>第一等次</w:t>
            </w:r>
          </w:p>
        </w:tc>
        <w:tc>
          <w:tcPr>
            <w:tcW w:type="dxa" w:w="960"/>
          </w:tcPr>
          <w:p>
            <w:r>
              <w:t>第二等次</w:t>
            </w:r>
          </w:p>
        </w:tc>
        <w:tc>
          <w:tcPr>
            <w:tcW w:type="dxa" w:w="960"/>
          </w:tcPr>
          <w:p>
            <w:r>
              <w:t>第三等次</w:t>
            </w:r>
          </w:p>
        </w:tc>
        <w:tc>
          <w:tcPr>
            <w:tcW w:type="dxa" w:w="960"/>
          </w:tcPr>
          <w:p>
            <w:r>
              <w:t>第四等次</w:t>
            </w:r>
          </w:p>
        </w:tc>
        <w:tc>
          <w:tcPr>
            <w:tcW w:type="dxa" w:w="960"/>
          </w:tcPr>
          <w:p>
            <w:r>
              <w:t>备注</w:t>
            </w:r>
          </w:p>
        </w:tc>
        <w:tc>
          <w:tcPr>
            <w:tcW w:type="dxa" w:w="960"/>
          </w:tcPr>
          <w:p/>
        </w:tc>
        <w:tc>
          <w:tcPr>
            <w:tcW w:type="dxa" w:w="960"/>
          </w:tcPr>
          <w:p/>
        </w:tc>
      </w:tr>
      <w:tr>
        <w:tc>
          <w:tcPr>
            <w:tcW w:type="dxa" w:w="960"/>
          </w:tcPr>
          <w:p>
            <w:r>
              <w:t>学科竞赛(不超过40分)</w:t>
            </w:r>
          </w:p>
        </w:tc>
        <w:tc>
          <w:tcPr>
            <w:tcW w:type="dxa" w:w="960"/>
          </w:tcPr>
          <w:p>
            <w:r>
              <w:t>I甲</w:t>
            </w:r>
          </w:p>
        </w:tc>
        <w:tc>
          <w:tcPr>
            <w:tcW w:type="dxa" w:w="960"/>
          </w:tcPr>
          <w:p>
            <w:r>
              <w:t>40</w:t>
            </w:r>
          </w:p>
        </w:tc>
        <w:tc>
          <w:tcPr>
            <w:tcW w:type="dxa" w:w="960"/>
          </w:tcPr>
          <w:p>
            <w:r>
              <w:t>30</w:t>
            </w:r>
          </w:p>
        </w:tc>
        <w:tc>
          <w:tcPr>
            <w:tcW w:type="dxa" w:w="960"/>
          </w:tcPr>
          <w:p>
            <w:r>
              <w:t>15</w:t>
            </w:r>
          </w:p>
        </w:tc>
        <w:tc>
          <w:tcPr>
            <w:tcW w:type="dxa" w:w="960"/>
          </w:tcPr>
          <w:p>
            <w:r>
              <w:t>5</w:t>
            </w:r>
          </w:p>
        </w:tc>
        <w:tc>
          <w:tcPr>
            <w:tcW w:type="dxa" w:w="960"/>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960"/>
          </w:tcPr>
          <w:p/>
        </w:tc>
        <w:tc>
          <w:tcPr>
            <w:tcW w:type="dxa" w:w="960"/>
          </w:tcPr>
          <w:p/>
        </w:tc>
      </w:tr>
      <w:tr>
        <w:tc>
          <w:tcPr>
            <w:tcW w:type="dxa" w:w="960"/>
          </w:tcPr>
          <w:p>
            <w:r>
              <w:t>I乙</w:t>
            </w:r>
          </w:p>
        </w:tc>
        <w:tc>
          <w:tcPr>
            <w:tcW w:type="dxa" w:w="960"/>
          </w:tcPr>
          <w:p>
            <w:r>
              <w:t>15</w:t>
            </w:r>
          </w:p>
        </w:tc>
        <w:tc>
          <w:tcPr>
            <w:tcW w:type="dxa" w:w="960"/>
          </w:tcPr>
          <w:p>
            <w:r>
              <w:t>10</w:t>
            </w:r>
          </w:p>
        </w:tc>
        <w:tc>
          <w:tcPr>
            <w:tcW w:type="dxa" w:w="960"/>
          </w:tcPr>
          <w:p>
            <w:r>
              <w:t>3</w:t>
            </w:r>
          </w:p>
        </w:tc>
        <w:tc>
          <w:tcPr>
            <w:tcW w:type="dxa" w:w="960"/>
          </w:tcPr>
          <w:p>
            <w:r>
              <w:t>1</w:t>
            </w:r>
          </w:p>
        </w:tc>
        <w:tc>
          <w:tcPr>
            <w:tcW w:type="dxa" w:w="960"/>
          </w:tcPr>
          <w:p/>
        </w:tc>
        <w:tc>
          <w:tcPr>
            <w:tcW w:type="dxa" w:w="960"/>
          </w:tcPr>
          <w:p/>
        </w:tc>
        <w:tc>
          <w:tcPr>
            <w:tcW w:type="dxa" w:w="960"/>
          </w:tcPr>
          <w:p/>
        </w:tc>
        <w:tc>
          <w:tcPr>
            <w:tcW w:type="dxa" w:w="960"/>
          </w:tcPr>
          <w:p/>
        </w:tc>
      </w:tr>
      <w:tr>
        <w:tc>
          <w:tcPr>
            <w:tcW w:type="dxa" w:w="960"/>
          </w:tcPr>
          <w:p>
            <w:r>
              <w:t>科研成果(不超过40分)</w:t>
            </w:r>
          </w:p>
        </w:tc>
        <w:tc>
          <w:tcPr>
            <w:tcW w:type="dxa" w:w="960"/>
          </w:tcPr>
          <w:p>
            <w:r>
              <w:t>科研论文</w:t>
            </w:r>
          </w:p>
        </w:tc>
        <w:tc>
          <w:tcPr>
            <w:tcW w:type="dxa" w:w="960"/>
          </w:tcPr>
          <w:p>
            <w:r>
              <w:t>二类核心及以上</w:t>
            </w:r>
          </w:p>
        </w:tc>
        <w:tc>
          <w:tcPr>
            <w:tcW w:type="dxa" w:w="960"/>
          </w:tcPr>
          <w:p>
            <w:r>
              <w:t>三类核心</w:t>
            </w:r>
          </w:p>
        </w:tc>
        <w:tc>
          <w:tcPr>
            <w:tcW w:type="dxa" w:w="960"/>
          </w:tcPr>
          <w:p>
            <w:r>
              <w:t>四类核心</w:t>
            </w:r>
          </w:p>
        </w:tc>
        <w:tc>
          <w:tcPr>
            <w:tcW w:type="dxa" w:w="960"/>
          </w:tcPr>
          <w:p>
            <w:r>
              <w:t>中文核心</w:t>
            </w:r>
          </w:p>
        </w:tc>
        <w:tc>
          <w:tcPr>
            <w:tcW w:type="dxa" w:w="960"/>
          </w:tcPr>
          <w:p>
            <w:r>
              <w:t>（1）本科阶段在核心及以上期刊以独立作者或第一作者正式发表的与学业相关的科研论文（若为共同一作的，仅认定共同一作中排名第一的作者）,或以第一发明人身份获得授权的中国发明专利。国际专利参照执行，但标准不得低于中国发明专利。（2）发明专利不得超过10分。须提供相关专利授权书。（3）一类、二类、三类、四类核心期刊目录参见《苏州科技大学核心期刊目录(2021修订)》。中文核心是指除上述一类、二类、三类、四类之外的《中文北大核心期刊目录总览》中的期刊。</w:t>
            </w:r>
          </w:p>
        </w:tc>
        <w:tc>
          <w:tcPr>
            <w:tcW w:type="dxa" w:w="960"/>
          </w:tcPr>
          <w:p/>
        </w:tc>
        <w:tc>
          <w:tcPr>
            <w:tcW w:type="dxa" w:w="960"/>
          </w:tcPr>
          <w:p/>
        </w:tc>
      </w:tr>
      <w:tr>
        <w:tc>
          <w:tcPr>
            <w:tcW w:type="dxa" w:w="960"/>
          </w:tcPr>
          <w:p>
            <w:r>
              <w:t>40</w:t>
            </w:r>
          </w:p>
        </w:tc>
        <w:tc>
          <w:tcPr>
            <w:tcW w:type="dxa" w:w="960"/>
          </w:tcPr>
          <w:p>
            <w:r>
              <w:t>30</w:t>
            </w:r>
          </w:p>
        </w:tc>
        <w:tc>
          <w:tcPr>
            <w:tcW w:type="dxa" w:w="960"/>
          </w:tcPr>
          <w:p>
            <w:r>
              <w:t>25</w:t>
            </w:r>
          </w:p>
        </w:tc>
        <w:tc>
          <w:tcPr>
            <w:tcW w:type="dxa" w:w="960"/>
          </w:tcPr>
          <w:p>
            <w:r>
              <w:t>15</w:t>
            </w:r>
          </w:p>
        </w:tc>
        <w:tc>
          <w:tcPr>
            <w:tcW w:type="dxa" w:w="960"/>
          </w:tcPr>
          <w:p/>
        </w:tc>
        <w:tc>
          <w:tcPr>
            <w:tcW w:type="dxa" w:w="960"/>
          </w:tcPr>
          <w:p/>
        </w:tc>
        <w:tc>
          <w:tcPr>
            <w:tcW w:type="dxa" w:w="960"/>
          </w:tcPr>
          <w:p/>
        </w:tc>
        <w:tc>
          <w:tcPr>
            <w:tcW w:type="dxa" w:w="960"/>
          </w:tcPr>
          <w:p/>
        </w:tc>
        <w:tc>
          <w:tcPr>
            <w:tcW w:type="dxa" w:w="960"/>
          </w:tcPr>
          <w:p/>
        </w:tc>
      </w:tr>
      <w:tr>
        <w:tc>
          <w:tcPr>
            <w:tcW w:type="dxa" w:w="960"/>
          </w:tcPr>
          <w:p>
            <w:r>
              <w:t>发明专利</w:t>
            </w:r>
          </w:p>
        </w:tc>
        <w:tc>
          <w:tcPr>
            <w:tcW w:type="dxa" w:w="960"/>
          </w:tcPr>
          <w:p>
            <w:r>
              <w:t>国际发明专利</w:t>
            </w:r>
          </w:p>
        </w:tc>
        <w:tc>
          <w:tcPr>
            <w:tcW w:type="dxa" w:w="960"/>
          </w:tcPr>
          <w:p>
            <w:r>
              <w:t>国内发明专利</w:t>
            </w: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10</w:t>
            </w:r>
          </w:p>
        </w:tc>
        <w:tc>
          <w:tcPr>
            <w:tcW w:type="dxa" w:w="960"/>
          </w:tcPr>
          <w:p>
            <w:r>
              <w:t>5</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志愿服务(不超过10分)</w:t>
            </w:r>
          </w:p>
        </w:tc>
        <w:tc>
          <w:tcPr>
            <w:tcW w:type="dxa" w:w="960"/>
          </w:tcPr>
          <w:p>
            <w:r/>
          </w:p>
        </w:tc>
        <w:tc>
          <w:tcPr>
            <w:tcW w:type="dxa" w:w="960"/>
          </w:tcPr>
          <w:p>
            <w:r>
              <w:t>第一等次</w:t>
            </w:r>
          </w:p>
        </w:tc>
        <w:tc>
          <w:tcPr>
            <w:tcW w:type="dxa" w:w="960"/>
          </w:tcPr>
          <w:p>
            <w:r>
              <w:t>第二等次</w:t>
            </w:r>
          </w:p>
        </w:tc>
        <w:tc>
          <w:tcPr>
            <w:tcW w:type="dxa" w:w="960"/>
          </w:tcPr>
          <w:p>
            <w:r>
              <w:t>第三等次</w:t>
            </w:r>
          </w:p>
        </w:tc>
        <w:tc>
          <w:tcPr>
            <w:tcW w:type="dxa" w:w="960"/>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960"/>
          </w:tcPr>
          <w:p/>
        </w:tc>
        <w:tc>
          <w:tcPr>
            <w:tcW w:type="dxa" w:w="960"/>
          </w:tcPr>
          <w:p/>
        </w:tc>
        <w:tc>
          <w:tcPr>
            <w:tcW w:type="dxa" w:w="960"/>
          </w:tcPr>
          <w:p/>
        </w:tc>
      </w:tr>
      <w:tr>
        <w:tc>
          <w:tcPr>
            <w:tcW w:type="dxa" w:w="960"/>
          </w:tcPr>
          <w:p>
            <w:r>
              <w:t>国家级</w:t>
            </w:r>
          </w:p>
        </w:tc>
        <w:tc>
          <w:tcPr>
            <w:tcW w:type="dxa" w:w="960"/>
          </w:tcPr>
          <w:p>
            <w:r>
              <w:t>10</w:t>
            </w:r>
          </w:p>
        </w:tc>
        <w:tc>
          <w:tcPr>
            <w:tcW w:type="dxa" w:w="960"/>
          </w:tcPr>
          <w:p>
            <w:r>
              <w:t>7</w:t>
            </w:r>
          </w:p>
        </w:tc>
        <w:tc>
          <w:tcPr>
            <w:tcW w:type="dxa" w:w="960"/>
          </w:tcPr>
          <w:p>
            <w:r>
              <w:t>5</w:t>
            </w:r>
          </w:p>
        </w:tc>
        <w:tc>
          <w:tcPr>
            <w:tcW w:type="dxa" w:w="960"/>
          </w:tcPr>
          <w:p/>
        </w:tc>
        <w:tc>
          <w:tcPr>
            <w:tcW w:type="dxa" w:w="960"/>
          </w:tcPr>
          <w:p/>
        </w:tc>
        <w:tc>
          <w:tcPr>
            <w:tcW w:type="dxa" w:w="960"/>
          </w:tcPr>
          <w:p/>
        </w:tc>
        <w:tc>
          <w:tcPr>
            <w:tcW w:type="dxa" w:w="960"/>
          </w:tcPr>
          <w:p/>
        </w:tc>
        <w:tc>
          <w:tcPr>
            <w:tcW w:type="dxa" w:w="960"/>
          </w:tcPr>
          <w:p/>
        </w:tc>
      </w:tr>
      <w:tr>
        <w:tc>
          <w:tcPr>
            <w:tcW w:type="dxa" w:w="960"/>
          </w:tcPr>
          <w:p>
            <w:r>
              <w:t>省部级</w:t>
            </w:r>
          </w:p>
        </w:tc>
        <w:tc>
          <w:tcPr>
            <w:tcW w:type="dxa" w:w="960"/>
          </w:tcPr>
          <w:p>
            <w:r>
              <w:t>5</w:t>
            </w:r>
          </w:p>
        </w:tc>
        <w:tc>
          <w:tcPr>
            <w:tcW w:type="dxa" w:w="960"/>
          </w:tcPr>
          <w:p>
            <w:r>
              <w:t>3</w:t>
            </w:r>
          </w:p>
        </w:tc>
        <w:tc>
          <w:tcPr>
            <w:tcW w:type="dxa" w:w="960"/>
          </w:tcPr>
          <w:p>
            <w:r>
              <w:t>1</w:t>
            </w:r>
          </w:p>
        </w:tc>
        <w:tc>
          <w:tcPr>
            <w:tcW w:type="dxa" w:w="960"/>
          </w:tcPr>
          <w:p/>
        </w:tc>
        <w:tc>
          <w:tcPr>
            <w:tcW w:type="dxa" w:w="960"/>
          </w:tcPr>
          <w:p/>
        </w:tc>
        <w:tc>
          <w:tcPr>
            <w:tcW w:type="dxa" w:w="960"/>
          </w:tcPr>
          <w:p/>
        </w:tc>
        <w:tc>
          <w:tcPr>
            <w:tcW w:type="dxa" w:w="960"/>
          </w:tcPr>
          <w:p/>
        </w:tc>
        <w:tc>
          <w:tcPr>
            <w:tcW w:type="dxa" w:w="960"/>
          </w:tcPr>
          <w:p/>
        </w:tc>
      </w:tr>
      <w:tr>
        <w:tc>
          <w:tcPr>
            <w:tcW w:type="dxa" w:w="960"/>
          </w:tcPr>
          <w:p>
            <w:r>
              <w:t>到国际组织实习（不超过5分）</w:t>
            </w:r>
          </w:p>
        </w:tc>
        <w:tc>
          <w:tcPr>
            <w:tcW w:type="dxa" w:w="960"/>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参军入伍服兵役（不超过5分）</w:t>
            </w:r>
          </w:p>
        </w:tc>
        <w:tc>
          <w:tcPr>
            <w:tcW w:type="dxa" w:w="960"/>
          </w:tcPr>
          <w:p>
            <w:r>
              <w:t>须提供入伍批准书及退出现役证。</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r>
    </w:tbl>
    <w:p>
      <w:r>
        <w:t>注：（1）成果所列第一单位须为“苏州科技大学”。</w:t>
      </w:r>
    </w:p>
    <w:p>
      <w:r>
        <w:t>（2）成果或活动认定依据记载日期须在2026年8月31</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年级：2023级专业：汉语言文学（师范）</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文学院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现代汉语(一)</w:t>
            </w:r>
          </w:p>
        </w:tc>
        <w:tc>
          <w:tcPr>
            <w:tcW w:type="dxa" w:w="1080"/>
          </w:tcPr>
          <w:p>
            <w:r>
              <w:t>2CL21001</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5</w:t>
            </w:r>
          </w:p>
        </w:tc>
        <w:tc>
          <w:tcPr>
            <w:tcW w:type="dxa" w:w="1080"/>
          </w:tcPr>
          <w:p>
            <w:r>
              <w:t>中国古代文学A(一)</w:t>
            </w:r>
          </w:p>
        </w:tc>
        <w:tc>
          <w:tcPr>
            <w:tcW w:type="dxa" w:w="1080"/>
          </w:tcPr>
          <w:p>
            <w:r>
              <w:t>2CL21003</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6</w:t>
            </w:r>
          </w:p>
        </w:tc>
        <w:tc>
          <w:tcPr>
            <w:tcW w:type="dxa" w:w="1080"/>
          </w:tcPr>
          <w:p>
            <w:r>
              <w:t>中国现代文学A(一)</w:t>
            </w:r>
          </w:p>
        </w:tc>
        <w:tc>
          <w:tcPr>
            <w:tcW w:type="dxa" w:w="1080"/>
          </w:tcPr>
          <w:p>
            <w:r>
              <w:t>2CL21007</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7</w:t>
            </w:r>
          </w:p>
        </w:tc>
        <w:tc>
          <w:tcPr>
            <w:tcW w:type="dxa" w:w="1080"/>
          </w:tcPr>
          <w:p>
            <w:r>
              <w:t>汉语言文学(师范)专业导读</w:t>
            </w:r>
          </w:p>
        </w:tc>
        <w:tc>
          <w:tcPr>
            <w:tcW w:type="dxa" w:w="1080"/>
          </w:tcPr>
          <w:p>
            <w:r>
              <w:t>2CL21101</w:t>
            </w:r>
          </w:p>
        </w:tc>
        <w:tc>
          <w:tcPr>
            <w:tcW w:type="dxa" w:w="1080"/>
          </w:tcPr>
          <w:p>
            <w:r>
              <w:t>1</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8</w:t>
            </w:r>
          </w:p>
        </w:tc>
        <w:tc>
          <w:tcPr>
            <w:tcW w:type="dxa" w:w="1080"/>
          </w:tcPr>
          <w:p>
            <w:r>
              <w:t>教师发展与职业道德</w:t>
            </w:r>
          </w:p>
        </w:tc>
        <w:tc>
          <w:tcPr>
            <w:tcW w:type="dxa" w:w="1080"/>
          </w:tcPr>
          <w:p>
            <w:r>
              <w:t>2CL41101</w:t>
            </w:r>
          </w:p>
        </w:tc>
        <w:tc>
          <w:tcPr>
            <w:tcW w:type="dxa" w:w="1080"/>
          </w:tcPr>
          <w:p>
            <w:r>
              <w:t>1</w:t>
            </w:r>
          </w:p>
        </w:tc>
        <w:tc>
          <w:tcPr>
            <w:tcW w:type="dxa" w:w="1080"/>
          </w:tcPr>
          <w:p>
            <w:r>
              <w:t>教师教育必修课</w:t>
            </w:r>
          </w:p>
        </w:tc>
        <w:tc>
          <w:tcPr>
            <w:tcW w:type="dxa" w:w="1080"/>
          </w:tcPr>
          <w:p>
            <w:r>
              <w:t>文学院</w:t>
            </w:r>
          </w:p>
        </w:tc>
        <w:tc>
          <w:tcPr>
            <w:tcW w:type="dxa" w:w="1080"/>
          </w:tcPr>
          <w:p>
            <w:r>
              <w:t>2023-2024</w:t>
            </w:r>
          </w:p>
        </w:tc>
        <w:tc>
          <w:tcPr>
            <w:tcW w:type="dxa" w:w="1080"/>
          </w:tcPr>
          <w:p>
            <w:r>
              <w:t>1</w:t>
            </w:r>
          </w:p>
        </w:tc>
      </w:tr>
      <w:tr>
        <w:tc>
          <w:tcPr>
            <w:tcW w:type="dxa" w:w="1080"/>
          </w:tcPr>
          <w:p>
            <w:r>
              <w:t>9</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10</w:t>
            </w:r>
          </w:p>
        </w:tc>
        <w:tc>
          <w:tcPr>
            <w:tcW w:type="dxa" w:w="1080"/>
          </w:tcPr>
          <w:p>
            <w:r>
              <w:t>智能办公及应用</w:t>
            </w:r>
          </w:p>
        </w:tc>
        <w:tc>
          <w:tcPr>
            <w:tcW w:type="dxa" w:w="1080"/>
          </w:tcPr>
          <w:p>
            <w:r>
              <w:t>2EI21005</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11</w:t>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12</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13</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14</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15</w:t>
            </w:r>
          </w:p>
        </w:tc>
        <w:tc>
          <w:tcPr>
            <w:tcW w:type="dxa" w:w="1080"/>
          </w:tcPr>
          <w:p>
            <w:r>
              <w:t>书法基础</w:t>
            </w:r>
          </w:p>
        </w:tc>
        <w:tc>
          <w:tcPr>
            <w:tcW w:type="dxa" w:w="1080"/>
          </w:tcPr>
          <w:p>
            <w:r>
              <w:t>2AR41001</w:t>
            </w:r>
          </w:p>
        </w:tc>
        <w:tc>
          <w:tcPr>
            <w:tcW w:type="dxa" w:w="1080"/>
          </w:tcPr>
          <w:p>
            <w:r>
              <w:t>1</w:t>
            </w:r>
          </w:p>
        </w:tc>
        <w:tc>
          <w:tcPr>
            <w:tcW w:type="dxa" w:w="1080"/>
          </w:tcPr>
          <w:p>
            <w:r>
              <w:t>教师教育必修课</w:t>
            </w:r>
          </w:p>
        </w:tc>
        <w:tc>
          <w:tcPr>
            <w:tcW w:type="dxa" w:w="1080"/>
          </w:tcPr>
          <w:p>
            <w:r>
              <w:t>艺术学院</w:t>
            </w:r>
          </w:p>
        </w:tc>
        <w:tc>
          <w:tcPr>
            <w:tcW w:type="dxa" w:w="1080"/>
          </w:tcPr>
          <w:p>
            <w:r>
              <w:t>2023-2024</w:t>
            </w:r>
          </w:p>
        </w:tc>
        <w:tc>
          <w:tcPr>
            <w:tcW w:type="dxa" w:w="1080"/>
          </w:tcPr>
          <w:p>
            <w:r>
              <w:t>2</w:t>
            </w:r>
          </w:p>
        </w:tc>
      </w:tr>
      <w:tr>
        <w:tc>
          <w:tcPr>
            <w:tcW w:type="dxa" w:w="1080"/>
          </w:tcPr>
          <w:p>
            <w:r>
              <w:t>16</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17</w:t>
            </w:r>
          </w:p>
        </w:tc>
        <w:tc>
          <w:tcPr>
            <w:tcW w:type="dxa" w:w="1080"/>
          </w:tcPr>
          <w:p>
            <w:r>
              <w:t>现代汉语(二)</w:t>
            </w:r>
          </w:p>
        </w:tc>
        <w:tc>
          <w:tcPr>
            <w:tcW w:type="dxa" w:w="1080"/>
          </w:tcPr>
          <w:p>
            <w:r>
              <w:t>2CL21002</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18</w:t>
            </w:r>
          </w:p>
        </w:tc>
        <w:tc>
          <w:tcPr>
            <w:tcW w:type="dxa" w:w="1080"/>
          </w:tcPr>
          <w:p>
            <w:r>
              <w:t>中国古代文学A(二)</w:t>
            </w:r>
          </w:p>
        </w:tc>
        <w:tc>
          <w:tcPr>
            <w:tcW w:type="dxa" w:w="1080"/>
          </w:tcPr>
          <w:p>
            <w:r>
              <w:t>2CL21004</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19</w:t>
            </w:r>
          </w:p>
        </w:tc>
        <w:tc>
          <w:tcPr>
            <w:tcW w:type="dxa" w:w="1080"/>
          </w:tcPr>
          <w:p>
            <w:r>
              <w:t>中国现代文学A(二)</w:t>
            </w:r>
          </w:p>
        </w:tc>
        <w:tc>
          <w:tcPr>
            <w:tcW w:type="dxa" w:w="1080"/>
          </w:tcPr>
          <w:p>
            <w:r>
              <w:t>2CL21008</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20</w:t>
            </w:r>
          </w:p>
        </w:tc>
        <w:tc>
          <w:tcPr>
            <w:tcW w:type="dxa" w:w="1080"/>
          </w:tcPr>
          <w:p>
            <w:r>
              <w:t>文学概论A(一)</w:t>
            </w:r>
          </w:p>
        </w:tc>
        <w:tc>
          <w:tcPr>
            <w:tcW w:type="dxa" w:w="1080"/>
          </w:tcPr>
          <w:p>
            <w:r>
              <w:t>2CL21009</w:t>
            </w:r>
          </w:p>
        </w:tc>
        <w:tc>
          <w:tcPr>
            <w:tcW w:type="dxa" w:w="1080"/>
          </w:tcPr>
          <w:p>
            <w:r>
              <w:t>2</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21</w:t>
            </w:r>
          </w:p>
        </w:tc>
        <w:tc>
          <w:tcPr>
            <w:tcW w:type="dxa" w:w="1080"/>
          </w:tcPr>
          <w:p>
            <w:r>
              <w:t>劳动教育实践</w:t>
            </w:r>
          </w:p>
        </w:tc>
        <w:tc>
          <w:tcPr>
            <w:tcW w:type="dxa" w:w="1080"/>
          </w:tcPr>
          <w:p>
            <w:r>
              <w:t>2CL21018</w:t>
            </w:r>
          </w:p>
        </w:tc>
        <w:tc>
          <w:tcPr>
            <w:tcW w:type="dxa" w:w="1080"/>
          </w:tcPr>
          <w:p>
            <w:r>
              <w:t>1</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22</w:t>
            </w:r>
          </w:p>
        </w:tc>
        <w:tc>
          <w:tcPr>
            <w:tcW w:type="dxa" w:w="1080"/>
          </w:tcPr>
          <w:p>
            <w:r>
              <w:t>学术论文与教研论文专题指导</w:t>
            </w:r>
          </w:p>
        </w:tc>
        <w:tc>
          <w:tcPr>
            <w:tcW w:type="dxa" w:w="1080"/>
          </w:tcPr>
          <w:p>
            <w:r>
              <w:t>2CL21105</w:t>
            </w:r>
          </w:p>
        </w:tc>
        <w:tc>
          <w:tcPr>
            <w:tcW w:type="dxa" w:w="1080"/>
          </w:tcPr>
          <w:p>
            <w:r>
              <w:t>1</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23</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24</w:t>
            </w:r>
          </w:p>
        </w:tc>
        <w:tc>
          <w:tcPr>
            <w:tcW w:type="dxa" w:w="1080"/>
          </w:tcPr>
          <w:p>
            <w:r>
              <w:t>教育学基础</w:t>
            </w:r>
          </w:p>
        </w:tc>
        <w:tc>
          <w:tcPr>
            <w:tcW w:type="dxa" w:w="1080"/>
          </w:tcPr>
          <w:p>
            <w:r>
              <w:t>2ED41001</w:t>
            </w:r>
          </w:p>
        </w:tc>
        <w:tc>
          <w:tcPr>
            <w:tcW w:type="dxa" w:w="1080"/>
          </w:tcPr>
          <w:p>
            <w:r>
              <w:t>2</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25</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26</w:t>
            </w:r>
          </w:p>
        </w:tc>
        <w:tc>
          <w:tcPr>
            <w:tcW w:type="dxa" w:w="1080"/>
          </w:tcPr>
          <w:p>
            <w:r>
              <w:t>中华人民共和国史</w:t>
            </w:r>
          </w:p>
        </w:tc>
        <w:tc>
          <w:tcPr>
            <w:tcW w:type="dxa" w:w="1080"/>
          </w:tcPr>
          <w:p>
            <w:r>
              <w:t>2MX11008</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27</w:t>
            </w:r>
          </w:p>
        </w:tc>
        <w:tc>
          <w:tcPr>
            <w:tcW w:type="dxa" w:w="1080"/>
          </w:tcPr>
          <w:p>
            <w:r>
              <w:t>习近平总书记关于教育的重要论述研究</w:t>
            </w:r>
          </w:p>
        </w:tc>
        <w:tc>
          <w:tcPr>
            <w:tcW w:type="dxa" w:w="1080"/>
          </w:tcPr>
          <w:p>
            <w:r>
              <w:t>2MX11011</w:t>
            </w:r>
          </w:p>
        </w:tc>
        <w:tc>
          <w:tcPr>
            <w:tcW w:type="dxa" w:w="1080"/>
          </w:tcPr>
          <w:p>
            <w:r>
              <w:t>2</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28</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29</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30</w:t>
            </w:r>
          </w:p>
        </w:tc>
        <w:tc>
          <w:tcPr>
            <w:tcW w:type="dxa" w:w="1080"/>
          </w:tcPr>
          <w:p>
            <w:r>
              <w:t>中国古代文学A(三)</w:t>
            </w:r>
          </w:p>
        </w:tc>
        <w:tc>
          <w:tcPr>
            <w:tcW w:type="dxa" w:w="1080"/>
          </w:tcPr>
          <w:p>
            <w:r>
              <w:t>2CL21005</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31</w:t>
            </w:r>
          </w:p>
        </w:tc>
        <w:tc>
          <w:tcPr>
            <w:tcW w:type="dxa" w:w="1080"/>
          </w:tcPr>
          <w:p>
            <w:r>
              <w:t>文学概论A(二)</w:t>
            </w:r>
          </w:p>
        </w:tc>
        <w:tc>
          <w:tcPr>
            <w:tcW w:type="dxa" w:w="1080"/>
          </w:tcPr>
          <w:p>
            <w:r>
              <w:t>2CL21010</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32</w:t>
            </w:r>
          </w:p>
        </w:tc>
        <w:tc>
          <w:tcPr>
            <w:tcW w:type="dxa" w:w="1080"/>
          </w:tcPr>
          <w:p>
            <w:r>
              <w:t>古代汉语B(一)</w:t>
            </w:r>
          </w:p>
        </w:tc>
        <w:tc>
          <w:tcPr>
            <w:tcW w:type="dxa" w:w="1080"/>
          </w:tcPr>
          <w:p>
            <w:r>
              <w:t>2CL21013</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33</w:t>
            </w:r>
          </w:p>
        </w:tc>
        <w:tc>
          <w:tcPr>
            <w:tcW w:type="dxa" w:w="1080"/>
          </w:tcPr>
          <w:p>
            <w:r>
              <w:t>基础写作</w:t>
            </w:r>
          </w:p>
        </w:tc>
        <w:tc>
          <w:tcPr>
            <w:tcW w:type="dxa" w:w="1080"/>
          </w:tcPr>
          <w:p>
            <w:r>
              <w:t>2CL21015</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34</w:t>
            </w:r>
          </w:p>
        </w:tc>
        <w:tc>
          <w:tcPr>
            <w:tcW w:type="dxa" w:w="1080"/>
          </w:tcPr>
          <w:p>
            <w:r>
              <w:t>中国当代文学</w:t>
            </w:r>
          </w:p>
        </w:tc>
        <w:tc>
          <w:tcPr>
            <w:tcW w:type="dxa" w:w="1080"/>
          </w:tcPr>
          <w:p>
            <w:r>
              <w:t>2CL21016</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35</w:t>
            </w:r>
          </w:p>
        </w:tc>
        <w:tc>
          <w:tcPr>
            <w:tcW w:type="dxa" w:w="1080"/>
          </w:tcPr>
          <w:p>
            <w:r>
              <w:t>教师语言表达与训练</w:t>
            </w:r>
          </w:p>
        </w:tc>
        <w:tc>
          <w:tcPr>
            <w:tcW w:type="dxa" w:w="1080"/>
          </w:tcPr>
          <w:p>
            <w:r>
              <w:t>2CL41001</w:t>
            </w:r>
          </w:p>
        </w:tc>
        <w:tc>
          <w:tcPr>
            <w:tcW w:type="dxa" w:w="1080"/>
          </w:tcPr>
          <w:p>
            <w:r>
              <w:t>1</w:t>
            </w:r>
          </w:p>
        </w:tc>
        <w:tc>
          <w:tcPr>
            <w:tcW w:type="dxa" w:w="1080"/>
          </w:tcPr>
          <w:p>
            <w:r>
              <w:t>教师教育必修课</w:t>
            </w:r>
          </w:p>
        </w:tc>
        <w:tc>
          <w:tcPr>
            <w:tcW w:type="dxa" w:w="1080"/>
          </w:tcPr>
          <w:p>
            <w:r>
              <w:t>文学院</w:t>
            </w:r>
          </w:p>
        </w:tc>
        <w:tc>
          <w:tcPr>
            <w:tcW w:type="dxa" w:w="1080"/>
          </w:tcPr>
          <w:p>
            <w:r>
              <w:t>2024-2025</w:t>
            </w:r>
          </w:p>
        </w:tc>
        <w:tc>
          <w:tcPr>
            <w:tcW w:type="dxa" w:w="1080"/>
          </w:tcPr>
          <w:p>
            <w:r>
              <w:t>1</w:t>
            </w:r>
          </w:p>
        </w:tc>
      </w:tr>
      <w:tr>
        <w:tc>
          <w:tcPr>
            <w:tcW w:type="dxa" w:w="1080"/>
          </w:tcPr>
          <w:p>
            <w:r>
              <w:t>36</w:t>
            </w:r>
          </w:p>
        </w:tc>
        <w:tc>
          <w:tcPr>
            <w:tcW w:type="dxa" w:w="1080"/>
          </w:tcPr>
          <w:p>
            <w:r>
              <w:t>学习心理学</w:t>
            </w:r>
          </w:p>
        </w:tc>
        <w:tc>
          <w:tcPr>
            <w:tcW w:type="dxa" w:w="1080"/>
          </w:tcPr>
          <w:p>
            <w:r>
              <w:t>2ED41002</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37</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38</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39</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40</w:t>
            </w:r>
          </w:p>
        </w:tc>
        <w:tc>
          <w:tcPr>
            <w:tcW w:type="dxa" w:w="1080"/>
          </w:tcPr>
          <w:p>
            <w:r>
              <w:t>中国古代文学A(四)</w:t>
            </w:r>
          </w:p>
        </w:tc>
        <w:tc>
          <w:tcPr>
            <w:tcW w:type="dxa" w:w="1080"/>
          </w:tcPr>
          <w:p>
            <w:r>
              <w:t>2CL21006</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41</w:t>
            </w:r>
          </w:p>
        </w:tc>
        <w:tc>
          <w:tcPr>
            <w:tcW w:type="dxa" w:w="1080"/>
          </w:tcPr>
          <w:p>
            <w:r>
              <w:t>外国文学A(一)</w:t>
            </w:r>
          </w:p>
        </w:tc>
        <w:tc>
          <w:tcPr>
            <w:tcW w:type="dxa" w:w="1080"/>
          </w:tcPr>
          <w:p>
            <w:r>
              <w:t>2CL21011</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42</w:t>
            </w:r>
          </w:p>
        </w:tc>
        <w:tc>
          <w:tcPr>
            <w:tcW w:type="dxa" w:w="1080"/>
          </w:tcPr>
          <w:p>
            <w:r>
              <w:t>古代汉语B(二)</w:t>
            </w:r>
          </w:p>
        </w:tc>
        <w:tc>
          <w:tcPr>
            <w:tcW w:type="dxa" w:w="1080"/>
          </w:tcPr>
          <w:p>
            <w:r>
              <w:t>2CL21014</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43</w:t>
            </w:r>
          </w:p>
        </w:tc>
        <w:tc>
          <w:tcPr>
            <w:tcW w:type="dxa" w:w="1080"/>
          </w:tcPr>
          <w:p>
            <w:r>
              <w:t>应用写作</w:t>
            </w:r>
          </w:p>
        </w:tc>
        <w:tc>
          <w:tcPr>
            <w:tcW w:type="dxa" w:w="1080"/>
          </w:tcPr>
          <w:p>
            <w:r>
              <w:t>2CL21103</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44</w:t>
            </w:r>
          </w:p>
        </w:tc>
        <w:tc>
          <w:tcPr>
            <w:tcW w:type="dxa" w:w="1080"/>
          </w:tcPr>
          <w:p>
            <w:r>
              <w:t>教育见习一</w:t>
            </w:r>
          </w:p>
        </w:tc>
        <w:tc>
          <w:tcPr>
            <w:tcW w:type="dxa" w:w="1080"/>
          </w:tcPr>
          <w:p>
            <w:r>
              <w:t>2CL41105</w:t>
            </w:r>
          </w:p>
        </w:tc>
        <w:tc>
          <w:tcPr>
            <w:tcW w:type="dxa" w:w="1080"/>
          </w:tcPr>
          <w:p>
            <w:r>
              <w:t>1</w:t>
            </w:r>
          </w:p>
        </w:tc>
        <w:tc>
          <w:tcPr>
            <w:tcW w:type="dxa" w:w="1080"/>
          </w:tcPr>
          <w:p>
            <w:r>
              <w:t>教师教育必修课</w:t>
            </w:r>
          </w:p>
        </w:tc>
        <w:tc>
          <w:tcPr>
            <w:tcW w:type="dxa" w:w="1080"/>
          </w:tcPr>
          <w:p>
            <w:r>
              <w:t>文学院</w:t>
            </w:r>
          </w:p>
        </w:tc>
        <w:tc>
          <w:tcPr>
            <w:tcW w:type="dxa" w:w="1080"/>
          </w:tcPr>
          <w:p>
            <w:r>
              <w:t>2024-2025</w:t>
            </w:r>
          </w:p>
        </w:tc>
        <w:tc>
          <w:tcPr>
            <w:tcW w:type="dxa" w:w="1080"/>
          </w:tcPr>
          <w:p>
            <w:r>
              <w:t>2</w:t>
            </w:r>
          </w:p>
        </w:tc>
      </w:tr>
      <w:tr>
        <w:tc>
          <w:tcPr>
            <w:tcW w:type="dxa" w:w="1080"/>
          </w:tcPr>
          <w:p>
            <w:r>
              <w:t>45</w:t>
            </w:r>
          </w:p>
        </w:tc>
        <w:tc>
          <w:tcPr>
            <w:tcW w:type="dxa" w:w="1080"/>
          </w:tcPr>
          <w:p>
            <w:r>
              <w:t>有效教学</w:t>
            </w:r>
          </w:p>
        </w:tc>
        <w:tc>
          <w:tcPr>
            <w:tcW w:type="dxa" w:w="1080"/>
          </w:tcPr>
          <w:p>
            <w:r>
              <w:t>2ED41003</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46</w:t>
            </w:r>
          </w:p>
        </w:tc>
        <w:tc>
          <w:tcPr>
            <w:tcW w:type="dxa" w:w="1080"/>
          </w:tcPr>
          <w:p>
            <w:r>
              <w:t>班级工作与心理辅导</w:t>
            </w:r>
          </w:p>
        </w:tc>
        <w:tc>
          <w:tcPr>
            <w:tcW w:type="dxa" w:w="1080"/>
          </w:tcPr>
          <w:p>
            <w:r>
              <w:t>2ED41004</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47</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48</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49</w:t>
            </w:r>
          </w:p>
        </w:tc>
        <w:tc>
          <w:tcPr>
            <w:tcW w:type="dxa" w:w="1080"/>
          </w:tcPr>
          <w:p>
            <w:r>
              <w:t>外国文学A(二)</w:t>
            </w:r>
          </w:p>
        </w:tc>
        <w:tc>
          <w:tcPr>
            <w:tcW w:type="dxa" w:w="1080"/>
          </w:tcPr>
          <w:p>
            <w:r>
              <w:t>2CL21012</w:t>
            </w:r>
          </w:p>
        </w:tc>
        <w:tc>
          <w:tcPr>
            <w:tcW w:type="dxa" w:w="1080"/>
          </w:tcPr>
          <w:p>
            <w:r>
              <w:t>3</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50</w:t>
            </w:r>
          </w:p>
        </w:tc>
        <w:tc>
          <w:tcPr>
            <w:tcW w:type="dxa" w:w="1080"/>
          </w:tcPr>
          <w:p>
            <w:r>
              <w:t>创意写作</w:t>
            </w:r>
          </w:p>
        </w:tc>
        <w:tc>
          <w:tcPr>
            <w:tcW w:type="dxa" w:w="1080"/>
          </w:tcPr>
          <w:p>
            <w:r>
              <w:t>2CL21017</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51</w:t>
            </w:r>
          </w:p>
        </w:tc>
        <w:tc>
          <w:tcPr>
            <w:tcW w:type="dxa" w:w="1080"/>
          </w:tcPr>
          <w:p>
            <w:r>
              <w:t>语文课程与教学论</w:t>
            </w:r>
          </w:p>
        </w:tc>
        <w:tc>
          <w:tcPr>
            <w:tcW w:type="dxa" w:w="1080"/>
          </w:tcPr>
          <w:p>
            <w:r>
              <w:t>2CL21102</w:t>
            </w:r>
          </w:p>
        </w:tc>
        <w:tc>
          <w:tcPr>
            <w:tcW w:type="dxa" w:w="1080"/>
          </w:tcPr>
          <w:p>
            <w:r>
              <w:t>3</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52</w:t>
            </w:r>
          </w:p>
        </w:tc>
        <w:tc>
          <w:tcPr>
            <w:tcW w:type="dxa" w:w="1080"/>
          </w:tcPr>
          <w:p>
            <w:r>
              <w:t>师范生职业综合技能训练与测试</w:t>
            </w:r>
          </w:p>
        </w:tc>
        <w:tc>
          <w:tcPr>
            <w:tcW w:type="dxa" w:w="1080"/>
          </w:tcPr>
          <w:p>
            <w:r>
              <w:t>2CL21106</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53</w:t>
            </w:r>
          </w:p>
        </w:tc>
        <w:tc>
          <w:tcPr>
            <w:tcW w:type="dxa" w:w="1080"/>
          </w:tcPr>
          <w:p>
            <w:r>
              <w:t>教育见习二</w:t>
            </w:r>
          </w:p>
        </w:tc>
        <w:tc>
          <w:tcPr>
            <w:tcW w:type="dxa" w:w="1080"/>
          </w:tcPr>
          <w:p>
            <w:r>
              <w:t>2CL41102</w:t>
            </w:r>
          </w:p>
        </w:tc>
        <w:tc>
          <w:tcPr>
            <w:tcW w:type="dxa" w:w="1080"/>
          </w:tcPr>
          <w:p>
            <w:r>
              <w:t>1</w:t>
            </w:r>
          </w:p>
        </w:tc>
        <w:tc>
          <w:tcPr>
            <w:tcW w:type="dxa" w:w="1080"/>
          </w:tcPr>
          <w:p>
            <w:r>
              <w:t>教师教育必修课</w:t>
            </w:r>
          </w:p>
        </w:tc>
        <w:tc>
          <w:tcPr>
            <w:tcW w:type="dxa" w:w="1080"/>
          </w:tcPr>
          <w:p>
            <w:r>
              <w:t>文学院</w:t>
            </w:r>
          </w:p>
        </w:tc>
        <w:tc>
          <w:tcPr>
            <w:tcW w:type="dxa" w:w="1080"/>
          </w:tcPr>
          <w:p>
            <w:r>
              <w:t>2025-2026</w:t>
            </w:r>
          </w:p>
        </w:tc>
        <w:tc>
          <w:tcPr>
            <w:tcW w:type="dxa" w:w="1080"/>
          </w:tcPr>
          <w:p>
            <w:r>
              <w:t>1</w:t>
            </w:r>
          </w:p>
        </w:tc>
      </w:tr>
      <w:tr>
        <w:tc>
          <w:tcPr>
            <w:tcW w:type="dxa" w:w="1080"/>
          </w:tcPr>
          <w:p>
            <w:r>
              <w:t>54</w:t>
            </w:r>
          </w:p>
        </w:tc>
        <w:tc>
          <w:tcPr>
            <w:tcW w:type="dxa" w:w="1080"/>
          </w:tcPr>
          <w:p>
            <w:r>
              <w:t>现代教育技术及应用</w:t>
            </w:r>
          </w:p>
        </w:tc>
        <w:tc>
          <w:tcPr>
            <w:tcW w:type="dxa" w:w="1080"/>
          </w:tcPr>
          <w:p>
            <w:r>
              <w:t>2ED41005</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55</w:t>
            </w:r>
          </w:p>
        </w:tc>
        <w:tc>
          <w:tcPr>
            <w:tcW w:type="dxa" w:w="1080"/>
          </w:tcPr>
          <w:p>
            <w:r>
              <w:t>教育研究概论</w:t>
            </w:r>
          </w:p>
        </w:tc>
        <w:tc>
          <w:tcPr>
            <w:tcW w:type="dxa" w:w="1080"/>
          </w:tcPr>
          <w:p>
            <w:r>
              <w:t>2ED41006</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56</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57</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58</w:t>
            </w:r>
          </w:p>
        </w:tc>
        <w:tc>
          <w:tcPr>
            <w:tcW w:type="dxa" w:w="1080"/>
          </w:tcPr>
          <w:p>
            <w:r>
              <w:t>学年论文</w:t>
            </w:r>
          </w:p>
        </w:tc>
        <w:tc>
          <w:tcPr>
            <w:tcW w:type="dxa" w:w="1080"/>
          </w:tcPr>
          <w:p>
            <w:r>
              <w:t>2CL21019</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2</w:t>
            </w:r>
          </w:p>
        </w:tc>
      </w:tr>
      <w:tr>
        <w:tc>
          <w:tcPr>
            <w:tcW w:type="dxa" w:w="1080"/>
          </w:tcPr>
          <w:p>
            <w:r>
              <w:t>59</w:t>
            </w:r>
          </w:p>
        </w:tc>
        <w:tc>
          <w:tcPr>
            <w:tcW w:type="dxa" w:w="1080"/>
          </w:tcPr>
          <w:p>
            <w:r>
              <w:t>教育研习</w:t>
            </w:r>
          </w:p>
        </w:tc>
        <w:tc>
          <w:tcPr>
            <w:tcW w:type="dxa" w:w="1080"/>
          </w:tcPr>
          <w:p>
            <w:r>
              <w:t>2CL41103</w:t>
            </w:r>
          </w:p>
        </w:tc>
        <w:tc>
          <w:tcPr>
            <w:tcW w:type="dxa" w:w="1080"/>
          </w:tcPr>
          <w:p>
            <w:r>
              <w:t>1</w:t>
            </w:r>
          </w:p>
        </w:tc>
        <w:tc>
          <w:tcPr>
            <w:tcW w:type="dxa" w:w="1080"/>
          </w:tcPr>
          <w:p>
            <w:r>
              <w:t>教师教育必修课</w:t>
            </w:r>
          </w:p>
        </w:tc>
        <w:tc>
          <w:tcPr>
            <w:tcW w:type="dxa" w:w="1080"/>
          </w:tcPr>
          <w:p>
            <w:r>
              <w:t>文学院</w:t>
            </w:r>
          </w:p>
        </w:tc>
        <w:tc>
          <w:tcPr>
            <w:tcW w:type="dxa" w:w="1080"/>
          </w:tcPr>
          <w:p>
            <w:r>
              <w:t>2025-2026</w:t>
            </w:r>
          </w:p>
        </w:tc>
        <w:tc>
          <w:tcPr>
            <w:tcW w:type="dxa" w:w="1080"/>
          </w:tcPr>
          <w:p>
            <w:r>
              <w:t>2</w:t>
            </w:r>
          </w:p>
        </w:tc>
      </w:tr>
      <w:tr>
        <w:tc>
          <w:tcPr>
            <w:tcW w:type="dxa" w:w="1080"/>
          </w:tcPr>
          <w:p>
            <w:r>
              <w:t>60</w:t>
            </w:r>
          </w:p>
        </w:tc>
        <w:tc>
          <w:tcPr>
            <w:tcW w:type="dxa" w:w="1080"/>
          </w:tcPr>
          <w:p>
            <w:r>
              <w:t>教育实习</w:t>
            </w:r>
          </w:p>
        </w:tc>
        <w:tc>
          <w:tcPr>
            <w:tcW w:type="dxa" w:w="1080"/>
          </w:tcPr>
          <w:p>
            <w:r>
              <w:t>2CL41104</w:t>
            </w:r>
          </w:p>
        </w:tc>
        <w:tc>
          <w:tcPr>
            <w:tcW w:type="dxa" w:w="1080"/>
          </w:tcPr>
          <w:p>
            <w:r>
              <w:t>6</w:t>
            </w:r>
          </w:p>
        </w:tc>
        <w:tc>
          <w:tcPr>
            <w:tcW w:type="dxa" w:w="1080"/>
          </w:tcPr>
          <w:p>
            <w:r>
              <w:t>教师教育必修课</w:t>
            </w:r>
          </w:p>
        </w:tc>
        <w:tc>
          <w:tcPr>
            <w:tcW w:type="dxa" w:w="1080"/>
          </w:tcPr>
          <w:p>
            <w:r>
              <w:t>文学院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制表人（签字）：日期：2026.8.28学院（公章）：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w:t>
            </w:r>
          </w:p>
        </w:tc>
        <w:tc>
          <w:tcPr>
            <w:tcW w:type="dxa" w:w="1080"/>
          </w:tcPr>
          <w:p>
            <w:r/>
          </w:p>
        </w:tc>
        <w:tc>
          <w:tcPr>
            <w:tcW w:type="dxa" w:w="1080"/>
          </w:tcPr>
          <w:p>
            <w:r>
              <w:t>汉语言文学</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文学院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现代汉语(一)</w:t>
            </w:r>
          </w:p>
        </w:tc>
        <w:tc>
          <w:tcPr>
            <w:tcW w:type="dxa" w:w="1080"/>
          </w:tcPr>
          <w:p>
            <w:r>
              <w:t>2CL21001</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5</w:t>
            </w:r>
          </w:p>
        </w:tc>
        <w:tc>
          <w:tcPr>
            <w:tcW w:type="dxa" w:w="1080"/>
          </w:tcPr>
          <w:p>
            <w:r>
              <w:t>中国古代文学A(一)</w:t>
            </w:r>
          </w:p>
        </w:tc>
        <w:tc>
          <w:tcPr>
            <w:tcW w:type="dxa" w:w="1080"/>
          </w:tcPr>
          <w:p>
            <w:r>
              <w:t>2CL21003</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6</w:t>
            </w:r>
          </w:p>
        </w:tc>
        <w:tc>
          <w:tcPr>
            <w:tcW w:type="dxa" w:w="1080"/>
          </w:tcPr>
          <w:p>
            <w:r>
              <w:t>中国现代文学A(一)</w:t>
            </w:r>
          </w:p>
        </w:tc>
        <w:tc>
          <w:tcPr>
            <w:tcW w:type="dxa" w:w="1080"/>
          </w:tcPr>
          <w:p>
            <w:r>
              <w:t>2CL21007</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7</w:t>
            </w:r>
          </w:p>
        </w:tc>
        <w:tc>
          <w:tcPr>
            <w:tcW w:type="dxa" w:w="1080"/>
          </w:tcPr>
          <w:p>
            <w:r>
              <w:t>汉语言文学专业导读</w:t>
            </w:r>
          </w:p>
        </w:tc>
        <w:tc>
          <w:tcPr>
            <w:tcW w:type="dxa" w:w="1080"/>
          </w:tcPr>
          <w:p>
            <w:r>
              <w:t>2CL21212</w:t>
            </w:r>
          </w:p>
        </w:tc>
        <w:tc>
          <w:tcPr>
            <w:tcW w:type="dxa" w:w="1080"/>
          </w:tcPr>
          <w:p>
            <w:r>
              <w:t>1</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8</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9</w:t>
            </w:r>
          </w:p>
        </w:tc>
        <w:tc>
          <w:tcPr>
            <w:tcW w:type="dxa" w:w="1080"/>
          </w:tcPr>
          <w:p>
            <w:r>
              <w:t>智能办公及应用</w:t>
            </w:r>
          </w:p>
        </w:tc>
        <w:tc>
          <w:tcPr>
            <w:tcW w:type="dxa" w:w="1080"/>
          </w:tcPr>
          <w:p>
            <w:r>
              <w:t>2EI21005</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10</w:t>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11</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12</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13</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14</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现代汉语(二)</w:t>
            </w:r>
          </w:p>
        </w:tc>
        <w:tc>
          <w:tcPr>
            <w:tcW w:type="dxa" w:w="1080"/>
          </w:tcPr>
          <w:p>
            <w:r>
              <w:t>2CL21002</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16</w:t>
            </w:r>
          </w:p>
        </w:tc>
        <w:tc>
          <w:tcPr>
            <w:tcW w:type="dxa" w:w="1080"/>
          </w:tcPr>
          <w:p>
            <w:r>
              <w:t>中国古代文学A(二)</w:t>
            </w:r>
          </w:p>
        </w:tc>
        <w:tc>
          <w:tcPr>
            <w:tcW w:type="dxa" w:w="1080"/>
          </w:tcPr>
          <w:p>
            <w:r>
              <w:t>2CL21004</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17</w:t>
            </w:r>
          </w:p>
        </w:tc>
        <w:tc>
          <w:tcPr>
            <w:tcW w:type="dxa" w:w="1080"/>
          </w:tcPr>
          <w:p>
            <w:r>
              <w:t>中国现代文学A(二)</w:t>
            </w:r>
          </w:p>
        </w:tc>
        <w:tc>
          <w:tcPr>
            <w:tcW w:type="dxa" w:w="1080"/>
          </w:tcPr>
          <w:p>
            <w:r>
              <w:t>2CL21008</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18</w:t>
            </w:r>
          </w:p>
        </w:tc>
        <w:tc>
          <w:tcPr>
            <w:tcW w:type="dxa" w:w="1080"/>
          </w:tcPr>
          <w:p>
            <w:r>
              <w:t>文学概论A(一)</w:t>
            </w:r>
          </w:p>
        </w:tc>
        <w:tc>
          <w:tcPr>
            <w:tcW w:type="dxa" w:w="1080"/>
          </w:tcPr>
          <w:p>
            <w:r>
              <w:t>2CL21009</w:t>
            </w:r>
          </w:p>
        </w:tc>
        <w:tc>
          <w:tcPr>
            <w:tcW w:type="dxa" w:w="1080"/>
          </w:tcPr>
          <w:p>
            <w:r>
              <w:t>2</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19</w:t>
            </w:r>
          </w:p>
        </w:tc>
        <w:tc>
          <w:tcPr>
            <w:tcW w:type="dxa" w:w="1080"/>
          </w:tcPr>
          <w:p>
            <w:r>
              <w:t>基础写作</w:t>
            </w:r>
          </w:p>
        </w:tc>
        <w:tc>
          <w:tcPr>
            <w:tcW w:type="dxa" w:w="1080"/>
          </w:tcPr>
          <w:p>
            <w:r>
              <w:t>2CL21015</w:t>
            </w:r>
          </w:p>
        </w:tc>
        <w:tc>
          <w:tcPr>
            <w:tcW w:type="dxa" w:w="1080"/>
          </w:tcPr>
          <w:p>
            <w:r>
              <w:t>2</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20</w:t>
            </w:r>
          </w:p>
        </w:tc>
        <w:tc>
          <w:tcPr>
            <w:tcW w:type="dxa" w:w="1080"/>
          </w:tcPr>
          <w:p>
            <w:r>
              <w:t>劳动教育实践</w:t>
            </w:r>
          </w:p>
        </w:tc>
        <w:tc>
          <w:tcPr>
            <w:tcW w:type="dxa" w:w="1080"/>
          </w:tcPr>
          <w:p>
            <w:r>
              <w:t>2CL21018</w:t>
            </w:r>
          </w:p>
        </w:tc>
        <w:tc>
          <w:tcPr>
            <w:tcW w:type="dxa" w:w="1080"/>
          </w:tcPr>
          <w:p>
            <w:r>
              <w:t>1</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21</w:t>
            </w:r>
          </w:p>
        </w:tc>
        <w:tc>
          <w:tcPr>
            <w:tcW w:type="dxa" w:w="1080"/>
          </w:tcPr>
          <w:p>
            <w:r>
              <w:t>书法基础</w:t>
            </w:r>
          </w:p>
        </w:tc>
        <w:tc>
          <w:tcPr>
            <w:tcW w:type="dxa" w:w="1080"/>
          </w:tcPr>
          <w:p>
            <w:r>
              <w:t>2CL21210</w:t>
            </w:r>
          </w:p>
        </w:tc>
        <w:tc>
          <w:tcPr>
            <w:tcW w:type="dxa" w:w="1080"/>
          </w:tcPr>
          <w:p>
            <w:r>
              <w:t>1</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22</w:t>
            </w:r>
          </w:p>
        </w:tc>
        <w:tc>
          <w:tcPr>
            <w:tcW w:type="dxa" w:w="1080"/>
          </w:tcPr>
          <w:p>
            <w:r>
              <w:t>论文、报告与写作训练</w:t>
            </w:r>
          </w:p>
        </w:tc>
        <w:tc>
          <w:tcPr>
            <w:tcW w:type="dxa" w:w="1080"/>
          </w:tcPr>
          <w:p>
            <w:r>
              <w:t>2CL21213</w:t>
            </w:r>
          </w:p>
        </w:tc>
        <w:tc>
          <w:tcPr>
            <w:tcW w:type="dxa" w:w="1080"/>
          </w:tcPr>
          <w:p>
            <w:r>
              <w:t>1</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23</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24</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25</w:t>
            </w:r>
          </w:p>
        </w:tc>
        <w:tc>
          <w:tcPr>
            <w:tcW w:type="dxa" w:w="1080"/>
          </w:tcPr>
          <w:p>
            <w:r>
              <w:t>中华人民共和国史</w:t>
            </w:r>
          </w:p>
        </w:tc>
        <w:tc>
          <w:tcPr>
            <w:tcW w:type="dxa" w:w="1080"/>
          </w:tcPr>
          <w:p>
            <w:r>
              <w:t>2MX11008</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26</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27</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28</w:t>
            </w:r>
          </w:p>
        </w:tc>
        <w:tc>
          <w:tcPr>
            <w:tcW w:type="dxa" w:w="1080"/>
          </w:tcPr>
          <w:p>
            <w:r>
              <w:t>中国古代文学A(三)</w:t>
            </w:r>
          </w:p>
        </w:tc>
        <w:tc>
          <w:tcPr>
            <w:tcW w:type="dxa" w:w="1080"/>
          </w:tcPr>
          <w:p>
            <w:r>
              <w:t>2CL21005</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29</w:t>
            </w:r>
          </w:p>
        </w:tc>
        <w:tc>
          <w:tcPr>
            <w:tcW w:type="dxa" w:w="1080"/>
          </w:tcPr>
          <w:p>
            <w:r>
              <w:t>文学概论A(二)</w:t>
            </w:r>
          </w:p>
        </w:tc>
        <w:tc>
          <w:tcPr>
            <w:tcW w:type="dxa" w:w="1080"/>
          </w:tcPr>
          <w:p>
            <w:r>
              <w:t>2CL21010</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30</w:t>
            </w:r>
          </w:p>
        </w:tc>
        <w:tc>
          <w:tcPr>
            <w:tcW w:type="dxa" w:w="1080"/>
          </w:tcPr>
          <w:p>
            <w:r>
              <w:t>古代汉语B(一)</w:t>
            </w:r>
          </w:p>
        </w:tc>
        <w:tc>
          <w:tcPr>
            <w:tcW w:type="dxa" w:w="1080"/>
          </w:tcPr>
          <w:p>
            <w:r>
              <w:t>2CL21013</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31</w:t>
            </w:r>
          </w:p>
        </w:tc>
        <w:tc>
          <w:tcPr>
            <w:tcW w:type="dxa" w:w="1080"/>
          </w:tcPr>
          <w:p>
            <w:r>
              <w:t>中国当代文学</w:t>
            </w:r>
          </w:p>
        </w:tc>
        <w:tc>
          <w:tcPr>
            <w:tcW w:type="dxa" w:w="1080"/>
          </w:tcPr>
          <w:p>
            <w:r>
              <w:t>2CL21016</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32</w:t>
            </w:r>
          </w:p>
        </w:tc>
        <w:tc>
          <w:tcPr>
            <w:tcW w:type="dxa" w:w="1080"/>
          </w:tcPr>
          <w:p>
            <w:r>
              <w:t>创意写作</w:t>
            </w:r>
          </w:p>
        </w:tc>
        <w:tc>
          <w:tcPr>
            <w:tcW w:type="dxa" w:w="1080"/>
          </w:tcPr>
          <w:p>
            <w:r>
              <w:t>2CL21017</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33</w:t>
            </w:r>
          </w:p>
        </w:tc>
        <w:tc>
          <w:tcPr>
            <w:tcW w:type="dxa" w:w="1080"/>
          </w:tcPr>
          <w:p>
            <w:r>
              <w:t>秘书学理论与实务</w:t>
            </w:r>
          </w:p>
        </w:tc>
        <w:tc>
          <w:tcPr>
            <w:tcW w:type="dxa" w:w="1080"/>
          </w:tcPr>
          <w:p>
            <w:r>
              <w:t>2CL21204</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34</w:t>
            </w:r>
          </w:p>
        </w:tc>
        <w:tc>
          <w:tcPr>
            <w:tcW w:type="dxa" w:w="1080"/>
          </w:tcPr>
          <w:p>
            <w:r>
              <w:t>秘书学理论与实务课程实习</w:t>
            </w:r>
          </w:p>
        </w:tc>
        <w:tc>
          <w:tcPr>
            <w:tcW w:type="dxa" w:w="1080"/>
          </w:tcPr>
          <w:p>
            <w:r>
              <w:t>2CL21215</w:t>
            </w:r>
          </w:p>
        </w:tc>
        <w:tc>
          <w:tcPr>
            <w:tcW w:type="dxa" w:w="1080"/>
          </w:tcPr>
          <w:p>
            <w:r>
              <w:t>1</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35</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36</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37</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38</w:t>
            </w:r>
          </w:p>
        </w:tc>
        <w:tc>
          <w:tcPr>
            <w:tcW w:type="dxa" w:w="1080"/>
          </w:tcPr>
          <w:p>
            <w:r>
              <w:t>管理学原理</w:t>
            </w:r>
          </w:p>
        </w:tc>
        <w:tc>
          <w:tcPr>
            <w:tcW w:type="dxa" w:w="1080"/>
          </w:tcPr>
          <w:p>
            <w:r>
              <w:t>2BU21099</w:t>
            </w:r>
          </w:p>
        </w:tc>
        <w:tc>
          <w:tcPr>
            <w:tcW w:type="dxa" w:w="1080"/>
          </w:tcPr>
          <w:p>
            <w:r>
              <w:t>2</w:t>
            </w:r>
          </w:p>
        </w:tc>
        <w:tc>
          <w:tcPr>
            <w:tcW w:type="dxa" w:w="1080"/>
          </w:tcPr>
          <w:p>
            <w:r>
              <w:t>专业必修课</w:t>
            </w:r>
          </w:p>
        </w:tc>
        <w:tc>
          <w:tcPr>
            <w:tcW w:type="dxa" w:w="1080"/>
          </w:tcPr>
          <w:p>
            <w:r>
              <w:t>商学院</w:t>
            </w:r>
          </w:p>
        </w:tc>
        <w:tc>
          <w:tcPr>
            <w:tcW w:type="dxa" w:w="1080"/>
          </w:tcPr>
          <w:p>
            <w:r>
              <w:t>2024-2025</w:t>
            </w:r>
          </w:p>
        </w:tc>
        <w:tc>
          <w:tcPr>
            <w:tcW w:type="dxa" w:w="1080"/>
          </w:tcPr>
          <w:p>
            <w:r>
              <w:t>2</w:t>
            </w:r>
          </w:p>
        </w:tc>
      </w:tr>
      <w:tr>
        <w:tc>
          <w:tcPr>
            <w:tcW w:type="dxa" w:w="1080"/>
          </w:tcPr>
          <w:p>
            <w:r>
              <w:t>39</w:t>
            </w:r>
          </w:p>
        </w:tc>
        <w:tc>
          <w:tcPr>
            <w:tcW w:type="dxa" w:w="1080"/>
          </w:tcPr>
          <w:p>
            <w:r>
              <w:t>中国古代文学A(四)</w:t>
            </w:r>
          </w:p>
        </w:tc>
        <w:tc>
          <w:tcPr>
            <w:tcW w:type="dxa" w:w="1080"/>
          </w:tcPr>
          <w:p>
            <w:r>
              <w:t>2CL21006</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40</w:t>
            </w:r>
          </w:p>
        </w:tc>
        <w:tc>
          <w:tcPr>
            <w:tcW w:type="dxa" w:w="1080"/>
          </w:tcPr>
          <w:p>
            <w:r>
              <w:t>外国文学A(一)</w:t>
            </w:r>
          </w:p>
        </w:tc>
        <w:tc>
          <w:tcPr>
            <w:tcW w:type="dxa" w:w="1080"/>
          </w:tcPr>
          <w:p>
            <w:r>
              <w:t>2CL21011</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41</w:t>
            </w:r>
          </w:p>
        </w:tc>
        <w:tc>
          <w:tcPr>
            <w:tcW w:type="dxa" w:w="1080"/>
          </w:tcPr>
          <w:p>
            <w:r>
              <w:t>古代汉语B(二)</w:t>
            </w:r>
          </w:p>
        </w:tc>
        <w:tc>
          <w:tcPr>
            <w:tcW w:type="dxa" w:w="1080"/>
          </w:tcPr>
          <w:p>
            <w:r>
              <w:t>2CL21014</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42</w:t>
            </w:r>
          </w:p>
        </w:tc>
        <w:tc>
          <w:tcPr>
            <w:tcW w:type="dxa" w:w="1080"/>
          </w:tcPr>
          <w:p>
            <w:r>
              <w:t>公共关系学</w:t>
            </w:r>
          </w:p>
        </w:tc>
        <w:tc>
          <w:tcPr>
            <w:tcW w:type="dxa" w:w="1080"/>
          </w:tcPr>
          <w:p>
            <w:r>
              <w:t>2CL21202</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43</w:t>
            </w:r>
          </w:p>
        </w:tc>
        <w:tc>
          <w:tcPr>
            <w:tcW w:type="dxa" w:w="1080"/>
          </w:tcPr>
          <w:p>
            <w:r>
              <w:t>秘书写作</w:t>
            </w:r>
          </w:p>
        </w:tc>
        <w:tc>
          <w:tcPr>
            <w:tcW w:type="dxa" w:w="1080"/>
          </w:tcPr>
          <w:p>
            <w:r>
              <w:t>2CL21205</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44</w:t>
            </w:r>
          </w:p>
        </w:tc>
        <w:tc>
          <w:tcPr>
            <w:tcW w:type="dxa" w:w="1080"/>
          </w:tcPr>
          <w:p>
            <w:r>
              <w:t>中国文学批评史</w:t>
            </w:r>
          </w:p>
        </w:tc>
        <w:tc>
          <w:tcPr>
            <w:tcW w:type="dxa" w:w="1080"/>
          </w:tcPr>
          <w:p>
            <w:r>
              <w:t>2CL21206</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45</w:t>
            </w:r>
          </w:p>
        </w:tc>
        <w:tc>
          <w:tcPr>
            <w:tcW w:type="dxa" w:w="1080"/>
          </w:tcPr>
          <w:p>
            <w:r>
              <w:t>秘书技能训练与测试</w:t>
            </w:r>
          </w:p>
        </w:tc>
        <w:tc>
          <w:tcPr>
            <w:tcW w:type="dxa" w:w="1080"/>
          </w:tcPr>
          <w:p>
            <w:r>
              <w:t>2CL21214</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46</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47</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48</w:t>
            </w:r>
          </w:p>
        </w:tc>
        <w:tc>
          <w:tcPr>
            <w:tcW w:type="dxa" w:w="1080"/>
          </w:tcPr>
          <w:p>
            <w:r>
              <w:t>外国文学A(二)</w:t>
            </w:r>
          </w:p>
        </w:tc>
        <w:tc>
          <w:tcPr>
            <w:tcW w:type="dxa" w:w="1080"/>
          </w:tcPr>
          <w:p>
            <w:r>
              <w:t>2CL21012</w:t>
            </w:r>
          </w:p>
        </w:tc>
        <w:tc>
          <w:tcPr>
            <w:tcW w:type="dxa" w:w="1080"/>
          </w:tcPr>
          <w:p>
            <w:r>
              <w:t>3</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49</w:t>
            </w:r>
          </w:p>
        </w:tc>
        <w:tc>
          <w:tcPr>
            <w:tcW w:type="dxa" w:w="1080"/>
          </w:tcPr>
          <w:p>
            <w:r>
              <w:t>语言学概论</w:t>
            </w:r>
          </w:p>
        </w:tc>
        <w:tc>
          <w:tcPr>
            <w:tcW w:type="dxa" w:w="1080"/>
          </w:tcPr>
          <w:p>
            <w:r>
              <w:t>2CL21201</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50</w:t>
            </w:r>
          </w:p>
        </w:tc>
        <w:tc>
          <w:tcPr>
            <w:tcW w:type="dxa" w:w="1080"/>
          </w:tcPr>
          <w:p>
            <w:r>
              <w:t>美学</w:t>
            </w:r>
          </w:p>
        </w:tc>
        <w:tc>
          <w:tcPr>
            <w:tcW w:type="dxa" w:w="1080"/>
          </w:tcPr>
          <w:p>
            <w:r>
              <w:t>2CL21207</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51</w:t>
            </w:r>
          </w:p>
        </w:tc>
        <w:tc>
          <w:tcPr>
            <w:tcW w:type="dxa" w:w="1080"/>
          </w:tcPr>
          <w:p>
            <w:r>
              <w:t>中国文化概论</w:t>
            </w:r>
          </w:p>
        </w:tc>
        <w:tc>
          <w:tcPr>
            <w:tcW w:type="dxa" w:w="1080"/>
          </w:tcPr>
          <w:p>
            <w:r>
              <w:t>2CL21209</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52</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53</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54</w:t>
            </w:r>
          </w:p>
        </w:tc>
        <w:tc>
          <w:tcPr>
            <w:tcW w:type="dxa" w:w="1080"/>
          </w:tcPr>
          <w:p>
            <w:r>
              <w:t>学年论文</w:t>
            </w:r>
          </w:p>
        </w:tc>
        <w:tc>
          <w:tcPr>
            <w:tcW w:type="dxa" w:w="1080"/>
          </w:tcPr>
          <w:p>
            <w:r>
              <w:t>2CL21019</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2</w:t>
            </w:r>
          </w:p>
        </w:tc>
      </w:tr>
      <w:tr>
        <w:tc>
          <w:tcPr>
            <w:tcW w:type="dxa" w:w="1080"/>
          </w:tcPr>
          <w:p>
            <w:r>
              <w:t>55</w:t>
            </w:r>
          </w:p>
        </w:tc>
        <w:tc>
          <w:tcPr>
            <w:tcW w:type="dxa" w:w="1080"/>
          </w:tcPr>
          <w:p>
            <w:r>
              <w:t>比较文学</w:t>
            </w:r>
          </w:p>
        </w:tc>
        <w:tc>
          <w:tcPr>
            <w:tcW w:type="dxa" w:w="1080"/>
          </w:tcPr>
          <w:p>
            <w:r>
              <w:t>2CL21208</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制表人（签字）：日期：2026.8.28学院（公章）：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汉语国际教育</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文学院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现代汉语(一)</w:t>
            </w:r>
          </w:p>
        </w:tc>
        <w:tc>
          <w:tcPr>
            <w:tcW w:type="dxa" w:w="1080"/>
          </w:tcPr>
          <w:p>
            <w:r>
              <w:t>2CL21001</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5</w:t>
            </w:r>
          </w:p>
        </w:tc>
        <w:tc>
          <w:tcPr>
            <w:tcW w:type="dxa" w:w="1080"/>
          </w:tcPr>
          <w:p>
            <w:r>
              <w:t>汉语国际教育专业导论</w:t>
            </w:r>
          </w:p>
        </w:tc>
        <w:tc>
          <w:tcPr>
            <w:tcW w:type="dxa" w:w="1080"/>
          </w:tcPr>
          <w:p>
            <w:r>
              <w:t>2CL21410</w:t>
            </w:r>
          </w:p>
        </w:tc>
        <w:tc>
          <w:tcPr>
            <w:tcW w:type="dxa" w:w="1080"/>
          </w:tcPr>
          <w:p>
            <w:r>
              <w:t>1</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6</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7</w:t>
            </w:r>
          </w:p>
        </w:tc>
        <w:tc>
          <w:tcPr>
            <w:tcW w:type="dxa" w:w="1080"/>
          </w:tcPr>
          <w:p>
            <w:r>
              <w:t>智能办公及应用</w:t>
            </w:r>
          </w:p>
        </w:tc>
        <w:tc>
          <w:tcPr>
            <w:tcW w:type="dxa" w:w="1080"/>
          </w:tcPr>
          <w:p>
            <w:r>
              <w:t>2EI21005</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8</w:t>
            </w:r>
          </w:p>
        </w:tc>
        <w:tc>
          <w:tcPr>
            <w:tcW w:type="dxa" w:w="1080"/>
          </w:tcPr>
          <w:p>
            <w:r>
              <w:t>综合英语B(一)</w:t>
            </w:r>
          </w:p>
        </w:tc>
        <w:tc>
          <w:tcPr>
            <w:tcW w:type="dxa" w:w="1080"/>
          </w:tcPr>
          <w:p>
            <w:r>
              <w:t>2FL21401</w:t>
            </w:r>
          </w:p>
        </w:tc>
        <w:tc>
          <w:tcPr>
            <w:tcW w:type="dxa" w:w="1080"/>
          </w:tcPr>
          <w:p>
            <w:r>
              <w:t>3</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9</w:t>
            </w:r>
          </w:p>
        </w:tc>
        <w:tc>
          <w:tcPr>
            <w:tcW w:type="dxa" w:w="1080"/>
          </w:tcPr>
          <w:p>
            <w:r>
              <w:t>英语听说(一)</w:t>
            </w:r>
          </w:p>
        </w:tc>
        <w:tc>
          <w:tcPr>
            <w:tcW w:type="dxa" w:w="1080"/>
          </w:tcPr>
          <w:p>
            <w:r>
              <w:t>2FL21405</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10</w:t>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11</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12</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13</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14</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现代汉语(二)</w:t>
            </w:r>
          </w:p>
        </w:tc>
        <w:tc>
          <w:tcPr>
            <w:tcW w:type="dxa" w:w="1080"/>
          </w:tcPr>
          <w:p>
            <w:r>
              <w:t>2CL21002</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16</w:t>
            </w:r>
          </w:p>
        </w:tc>
        <w:tc>
          <w:tcPr>
            <w:tcW w:type="dxa" w:w="1080"/>
          </w:tcPr>
          <w:p>
            <w:r>
              <w:t>劳动教育实践</w:t>
            </w:r>
          </w:p>
        </w:tc>
        <w:tc>
          <w:tcPr>
            <w:tcW w:type="dxa" w:w="1080"/>
          </w:tcPr>
          <w:p>
            <w:r>
              <w:t>2CL21018</w:t>
            </w:r>
          </w:p>
        </w:tc>
        <w:tc>
          <w:tcPr>
            <w:tcW w:type="dxa" w:w="1080"/>
          </w:tcPr>
          <w:p>
            <w:r>
              <w:t>1</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17</w:t>
            </w:r>
          </w:p>
        </w:tc>
        <w:tc>
          <w:tcPr>
            <w:tcW w:type="dxa" w:w="1080"/>
          </w:tcPr>
          <w:p>
            <w:r>
              <w:t>古代汉语A(一)</w:t>
            </w:r>
          </w:p>
        </w:tc>
        <w:tc>
          <w:tcPr>
            <w:tcW w:type="dxa" w:w="1080"/>
          </w:tcPr>
          <w:p>
            <w:r>
              <w:t>2CL21401</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18</w:t>
            </w:r>
          </w:p>
        </w:tc>
        <w:tc>
          <w:tcPr>
            <w:tcW w:type="dxa" w:w="1080"/>
          </w:tcPr>
          <w:p>
            <w:r>
              <w:t>写作</w:t>
            </w:r>
          </w:p>
        </w:tc>
        <w:tc>
          <w:tcPr>
            <w:tcW w:type="dxa" w:w="1080"/>
          </w:tcPr>
          <w:p>
            <w:r>
              <w:t>2CL21406</w:t>
            </w:r>
          </w:p>
        </w:tc>
        <w:tc>
          <w:tcPr>
            <w:tcW w:type="dxa" w:w="1080"/>
          </w:tcPr>
          <w:p>
            <w:r>
              <w:t>2</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19</w:t>
            </w:r>
          </w:p>
        </w:tc>
        <w:tc>
          <w:tcPr>
            <w:tcW w:type="dxa" w:w="1080"/>
          </w:tcPr>
          <w:p>
            <w:r>
              <w:t>中国文化概论</w:t>
            </w:r>
          </w:p>
        </w:tc>
        <w:tc>
          <w:tcPr>
            <w:tcW w:type="dxa" w:w="1080"/>
          </w:tcPr>
          <w:p>
            <w:r>
              <w:t>2CL21407</w:t>
            </w:r>
          </w:p>
        </w:tc>
        <w:tc>
          <w:tcPr>
            <w:tcW w:type="dxa" w:w="1080"/>
          </w:tcPr>
          <w:p>
            <w:r>
              <w:t>2</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20</w:t>
            </w:r>
          </w:p>
        </w:tc>
        <w:tc>
          <w:tcPr>
            <w:tcW w:type="dxa" w:w="1080"/>
          </w:tcPr>
          <w:p>
            <w:r>
              <w:t>传统文化实训</w:t>
            </w:r>
          </w:p>
        </w:tc>
        <w:tc>
          <w:tcPr>
            <w:tcW w:type="dxa" w:w="1080"/>
          </w:tcPr>
          <w:p>
            <w:r>
              <w:t>2CL21433</w:t>
            </w:r>
          </w:p>
        </w:tc>
        <w:tc>
          <w:tcPr>
            <w:tcW w:type="dxa" w:w="1080"/>
          </w:tcPr>
          <w:p>
            <w:r>
              <w:t>2</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21</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22</w:t>
            </w:r>
          </w:p>
        </w:tc>
        <w:tc>
          <w:tcPr>
            <w:tcW w:type="dxa" w:w="1080"/>
          </w:tcPr>
          <w:p>
            <w:r>
              <w:t>综合英语B(二)</w:t>
            </w:r>
          </w:p>
        </w:tc>
        <w:tc>
          <w:tcPr>
            <w:tcW w:type="dxa" w:w="1080"/>
          </w:tcPr>
          <w:p>
            <w:r>
              <w:t>2FL21402</w:t>
            </w:r>
          </w:p>
        </w:tc>
        <w:tc>
          <w:tcPr>
            <w:tcW w:type="dxa" w:w="1080"/>
          </w:tcPr>
          <w:p>
            <w:r>
              <w:t>3</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23</w:t>
            </w:r>
          </w:p>
        </w:tc>
        <w:tc>
          <w:tcPr>
            <w:tcW w:type="dxa" w:w="1080"/>
          </w:tcPr>
          <w:p>
            <w:r>
              <w:t>英语听说(二)</w:t>
            </w:r>
          </w:p>
        </w:tc>
        <w:tc>
          <w:tcPr>
            <w:tcW w:type="dxa" w:w="1080"/>
          </w:tcPr>
          <w:p>
            <w:r>
              <w:t>2FL21406</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24</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25</w:t>
            </w:r>
          </w:p>
        </w:tc>
        <w:tc>
          <w:tcPr>
            <w:tcW w:type="dxa" w:w="1080"/>
          </w:tcPr>
          <w:p>
            <w:r>
              <w:t>中华人民共和国史</w:t>
            </w:r>
          </w:p>
        </w:tc>
        <w:tc>
          <w:tcPr>
            <w:tcW w:type="dxa" w:w="1080"/>
          </w:tcPr>
          <w:p>
            <w:r>
              <w:t>2MX11008</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26</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27</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28</w:t>
            </w:r>
          </w:p>
        </w:tc>
        <w:tc>
          <w:tcPr>
            <w:tcW w:type="dxa" w:w="1080"/>
          </w:tcPr>
          <w:p>
            <w:r>
              <w:t>古代汉语A(二)</w:t>
            </w:r>
          </w:p>
        </w:tc>
        <w:tc>
          <w:tcPr>
            <w:tcW w:type="dxa" w:w="1080"/>
          </w:tcPr>
          <w:p>
            <w:r>
              <w:t>2CL21402</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29</w:t>
            </w:r>
          </w:p>
        </w:tc>
        <w:tc>
          <w:tcPr>
            <w:tcW w:type="dxa" w:w="1080"/>
          </w:tcPr>
          <w:p>
            <w:r>
              <w:t>文学概论B</w:t>
            </w:r>
          </w:p>
        </w:tc>
        <w:tc>
          <w:tcPr>
            <w:tcW w:type="dxa" w:w="1080"/>
          </w:tcPr>
          <w:p>
            <w:r>
              <w:t>2CL21405</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30</w:t>
            </w:r>
          </w:p>
        </w:tc>
        <w:tc>
          <w:tcPr>
            <w:tcW w:type="dxa" w:w="1080"/>
          </w:tcPr>
          <w:p>
            <w:r>
              <w:t>汉语国际教育概论</w:t>
            </w:r>
          </w:p>
        </w:tc>
        <w:tc>
          <w:tcPr>
            <w:tcW w:type="dxa" w:w="1080"/>
          </w:tcPr>
          <w:p>
            <w:r>
              <w:t>2CL21408</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31</w:t>
            </w:r>
          </w:p>
        </w:tc>
        <w:tc>
          <w:tcPr>
            <w:tcW w:type="dxa" w:w="1080"/>
          </w:tcPr>
          <w:p>
            <w:r>
              <w:t>语言学概论</w:t>
            </w:r>
          </w:p>
        </w:tc>
        <w:tc>
          <w:tcPr>
            <w:tcW w:type="dxa" w:w="1080"/>
          </w:tcPr>
          <w:p>
            <w:r>
              <w:t>2CL21411</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32</w:t>
            </w:r>
          </w:p>
        </w:tc>
        <w:tc>
          <w:tcPr>
            <w:tcW w:type="dxa" w:w="1080"/>
          </w:tcPr>
          <w:p>
            <w:r>
              <w:t>中国古代文学B(一)</w:t>
            </w:r>
          </w:p>
        </w:tc>
        <w:tc>
          <w:tcPr>
            <w:tcW w:type="dxa" w:w="1080"/>
          </w:tcPr>
          <w:p>
            <w:r>
              <w:t>2CL21412</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33</w:t>
            </w:r>
          </w:p>
        </w:tc>
        <w:tc>
          <w:tcPr>
            <w:tcW w:type="dxa" w:w="1080"/>
          </w:tcPr>
          <w:p>
            <w:r>
              <w:t>应用语言学</w:t>
            </w:r>
          </w:p>
        </w:tc>
        <w:tc>
          <w:tcPr>
            <w:tcW w:type="dxa" w:w="1080"/>
          </w:tcPr>
          <w:p>
            <w:r>
              <w:t>2CL21426</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34</w:t>
            </w:r>
          </w:p>
        </w:tc>
        <w:tc>
          <w:tcPr>
            <w:tcW w:type="dxa" w:w="1080"/>
          </w:tcPr>
          <w:p>
            <w:r>
              <w:t>综合英语B(三)</w:t>
            </w:r>
          </w:p>
        </w:tc>
        <w:tc>
          <w:tcPr>
            <w:tcW w:type="dxa" w:w="1080"/>
          </w:tcPr>
          <w:p>
            <w:r>
              <w:t>2FL21403</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35</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36</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37</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38</w:t>
            </w:r>
          </w:p>
        </w:tc>
        <w:tc>
          <w:tcPr>
            <w:tcW w:type="dxa" w:w="1080"/>
          </w:tcPr>
          <w:p>
            <w:r>
              <w:t>中国古代文学B(二)</w:t>
            </w:r>
          </w:p>
        </w:tc>
        <w:tc>
          <w:tcPr>
            <w:tcW w:type="dxa" w:w="1080"/>
          </w:tcPr>
          <w:p>
            <w:r>
              <w:t>2CL21413</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39</w:t>
            </w:r>
          </w:p>
        </w:tc>
        <w:tc>
          <w:tcPr>
            <w:tcW w:type="dxa" w:w="1080"/>
          </w:tcPr>
          <w:p>
            <w:r>
              <w:t>中国现当代文学B</w:t>
            </w:r>
          </w:p>
        </w:tc>
        <w:tc>
          <w:tcPr>
            <w:tcW w:type="dxa" w:w="1080"/>
          </w:tcPr>
          <w:p>
            <w:r>
              <w:t>2CL21415</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40</w:t>
            </w:r>
          </w:p>
        </w:tc>
        <w:tc>
          <w:tcPr>
            <w:tcW w:type="dxa" w:w="1080"/>
          </w:tcPr>
          <w:p>
            <w:r>
              <w:t>语音与语音教学</w:t>
            </w:r>
          </w:p>
        </w:tc>
        <w:tc>
          <w:tcPr>
            <w:tcW w:type="dxa" w:w="1080"/>
          </w:tcPr>
          <w:p>
            <w:r>
              <w:t>2CL21417</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41</w:t>
            </w:r>
          </w:p>
        </w:tc>
        <w:tc>
          <w:tcPr>
            <w:tcW w:type="dxa" w:w="1080"/>
          </w:tcPr>
          <w:p>
            <w:r>
              <w:t>中国语言学史</w:t>
            </w:r>
          </w:p>
        </w:tc>
        <w:tc>
          <w:tcPr>
            <w:tcW w:type="dxa" w:w="1080"/>
          </w:tcPr>
          <w:p>
            <w:r>
              <w:t>2CL21422</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42</w:t>
            </w:r>
          </w:p>
        </w:tc>
        <w:tc>
          <w:tcPr>
            <w:tcW w:type="dxa" w:w="1080"/>
          </w:tcPr>
          <w:p>
            <w:r>
              <w:t>涉外礼仪训练</w:t>
            </w:r>
          </w:p>
        </w:tc>
        <w:tc>
          <w:tcPr>
            <w:tcW w:type="dxa" w:w="1080"/>
          </w:tcPr>
          <w:p>
            <w:r>
              <w:t>2CL21434</w:t>
            </w:r>
          </w:p>
        </w:tc>
        <w:tc>
          <w:tcPr>
            <w:tcW w:type="dxa" w:w="1080"/>
          </w:tcPr>
          <w:p>
            <w:r>
              <w:t>1</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43</w:t>
            </w:r>
          </w:p>
        </w:tc>
        <w:tc>
          <w:tcPr>
            <w:tcW w:type="dxa" w:w="1080"/>
          </w:tcPr>
          <w:p>
            <w:r>
              <w:t>语言表达能力训练</w:t>
            </w:r>
          </w:p>
        </w:tc>
        <w:tc>
          <w:tcPr>
            <w:tcW w:type="dxa" w:w="1080"/>
          </w:tcPr>
          <w:p>
            <w:r>
              <w:t>2CL21435</w:t>
            </w:r>
          </w:p>
        </w:tc>
        <w:tc>
          <w:tcPr>
            <w:tcW w:type="dxa" w:w="1080"/>
          </w:tcPr>
          <w:p>
            <w:r>
              <w:t>1</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44</w:t>
            </w:r>
          </w:p>
        </w:tc>
        <w:tc>
          <w:tcPr>
            <w:tcW w:type="dxa" w:w="1080"/>
          </w:tcPr>
          <w:p>
            <w:r>
              <w:t>综合英语B(四)</w:t>
            </w:r>
          </w:p>
        </w:tc>
        <w:tc>
          <w:tcPr>
            <w:tcW w:type="dxa" w:w="1080"/>
          </w:tcPr>
          <w:p>
            <w:r>
              <w:t>2FL21404</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45</w:t>
            </w:r>
          </w:p>
        </w:tc>
        <w:tc>
          <w:tcPr>
            <w:tcW w:type="dxa" w:w="1080"/>
          </w:tcPr>
          <w:p>
            <w:r>
              <w:t>英语语法A</w:t>
            </w:r>
          </w:p>
        </w:tc>
        <w:tc>
          <w:tcPr>
            <w:tcW w:type="dxa" w:w="1080"/>
          </w:tcPr>
          <w:p>
            <w:r>
              <w:t>2FL21407</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46</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47</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48</w:t>
            </w:r>
          </w:p>
        </w:tc>
        <w:tc>
          <w:tcPr>
            <w:tcW w:type="dxa" w:w="1080"/>
          </w:tcPr>
          <w:p>
            <w:r>
              <w:t>中国古代文学B(三)</w:t>
            </w:r>
          </w:p>
        </w:tc>
        <w:tc>
          <w:tcPr>
            <w:tcW w:type="dxa" w:w="1080"/>
          </w:tcPr>
          <w:p>
            <w:r>
              <w:t>2CL21414</w:t>
            </w:r>
          </w:p>
        </w:tc>
        <w:tc>
          <w:tcPr>
            <w:tcW w:type="dxa" w:w="1080"/>
          </w:tcPr>
          <w:p>
            <w:r>
              <w:t>3</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49</w:t>
            </w:r>
          </w:p>
        </w:tc>
        <w:tc>
          <w:tcPr>
            <w:tcW w:type="dxa" w:w="1080"/>
          </w:tcPr>
          <w:p>
            <w:r>
              <w:t>词汇与词汇教学</w:t>
            </w:r>
          </w:p>
        </w:tc>
        <w:tc>
          <w:tcPr>
            <w:tcW w:type="dxa" w:w="1080"/>
          </w:tcPr>
          <w:p>
            <w:r>
              <w:t>2CL21418</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50</w:t>
            </w:r>
          </w:p>
        </w:tc>
        <w:tc>
          <w:tcPr>
            <w:tcW w:type="dxa" w:w="1080"/>
          </w:tcPr>
          <w:p>
            <w:r>
              <w:t>第二语言习得概论</w:t>
            </w:r>
          </w:p>
        </w:tc>
        <w:tc>
          <w:tcPr>
            <w:tcW w:type="dxa" w:w="1080"/>
          </w:tcPr>
          <w:p>
            <w:r>
              <w:t>2CL21421</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51</w:t>
            </w:r>
          </w:p>
        </w:tc>
        <w:tc>
          <w:tcPr>
            <w:tcW w:type="dxa" w:w="1080"/>
          </w:tcPr>
          <w:p>
            <w:r>
              <w:t>中国文化要籍导读</w:t>
            </w:r>
          </w:p>
        </w:tc>
        <w:tc>
          <w:tcPr>
            <w:tcW w:type="dxa" w:w="1080"/>
          </w:tcPr>
          <w:p>
            <w:r>
              <w:t>2CL21423</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52</w:t>
            </w:r>
          </w:p>
        </w:tc>
        <w:tc>
          <w:tcPr>
            <w:tcW w:type="dxa" w:w="1080"/>
          </w:tcPr>
          <w:p>
            <w:r>
              <w:t>对外汉语教学法与案例分析</w:t>
            </w:r>
          </w:p>
        </w:tc>
        <w:tc>
          <w:tcPr>
            <w:tcW w:type="dxa" w:w="1080"/>
          </w:tcPr>
          <w:p>
            <w:r>
              <w:t>2CL21425</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53</w:t>
            </w:r>
          </w:p>
        </w:tc>
        <w:tc>
          <w:tcPr>
            <w:tcW w:type="dxa" w:w="1080"/>
          </w:tcPr>
          <w:p>
            <w:r>
              <w:t>语言学名著导读</w:t>
            </w:r>
          </w:p>
        </w:tc>
        <w:tc>
          <w:tcPr>
            <w:tcW w:type="dxa" w:w="1080"/>
          </w:tcPr>
          <w:p>
            <w:r>
              <w:t>2CL21427</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54</w:t>
            </w:r>
          </w:p>
        </w:tc>
        <w:tc>
          <w:tcPr>
            <w:tcW w:type="dxa" w:w="1080"/>
          </w:tcPr>
          <w:p>
            <w:r>
              <w:t>语言教学能力训练</w:t>
            </w:r>
          </w:p>
        </w:tc>
        <w:tc>
          <w:tcPr>
            <w:tcW w:type="dxa" w:w="1080"/>
          </w:tcPr>
          <w:p>
            <w:r>
              <w:t>2CL21436</w:t>
            </w:r>
          </w:p>
        </w:tc>
        <w:tc>
          <w:tcPr>
            <w:tcW w:type="dxa" w:w="1080"/>
          </w:tcPr>
          <w:p>
            <w:r>
              <w:t>1</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55</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56</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57</w:t>
            </w:r>
          </w:p>
        </w:tc>
        <w:tc>
          <w:tcPr>
            <w:tcW w:type="dxa" w:w="1080"/>
          </w:tcPr>
          <w:p>
            <w:r>
              <w:t>跨文化交际概论</w:t>
            </w:r>
          </w:p>
        </w:tc>
        <w:tc>
          <w:tcPr>
            <w:tcW w:type="dxa" w:w="1080"/>
          </w:tcPr>
          <w:p>
            <w:r>
              <w:t>2CL21409</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2</w:t>
            </w:r>
          </w:p>
        </w:tc>
      </w:tr>
      <w:tr>
        <w:tc>
          <w:tcPr>
            <w:tcW w:type="dxa" w:w="1080"/>
          </w:tcPr>
          <w:p>
            <w:r>
              <w:t>58</w:t>
            </w:r>
          </w:p>
        </w:tc>
        <w:tc>
          <w:tcPr>
            <w:tcW w:type="dxa" w:w="1080"/>
          </w:tcPr>
          <w:p>
            <w:r>
              <w:t>语法与语法教学</w:t>
            </w:r>
          </w:p>
        </w:tc>
        <w:tc>
          <w:tcPr>
            <w:tcW w:type="dxa" w:w="1080"/>
          </w:tcPr>
          <w:p>
            <w:r>
              <w:t>2CL21419</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2</w:t>
            </w:r>
          </w:p>
        </w:tc>
      </w:tr>
      <w:tr>
        <w:tc>
          <w:tcPr>
            <w:tcW w:type="dxa" w:w="1080"/>
          </w:tcPr>
          <w:p>
            <w:r>
              <w:t>59</w:t>
            </w:r>
          </w:p>
        </w:tc>
        <w:tc>
          <w:tcPr>
            <w:tcW w:type="dxa" w:w="1080"/>
          </w:tcPr>
          <w:p>
            <w:r>
              <w:t>外国文化概论</w:t>
            </w:r>
          </w:p>
        </w:tc>
        <w:tc>
          <w:tcPr>
            <w:tcW w:type="dxa" w:w="1080"/>
          </w:tcPr>
          <w:p>
            <w:r>
              <w:t>2CL21428</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2</w:t>
            </w:r>
          </w:p>
        </w:tc>
      </w:tr>
      <w:tr>
        <w:tc>
          <w:tcPr>
            <w:tcW w:type="dxa" w:w="1080"/>
          </w:tcPr>
          <w:p>
            <w:r>
              <w:t>60</w:t>
            </w:r>
          </w:p>
        </w:tc>
        <w:tc>
          <w:tcPr>
            <w:tcW w:type="dxa" w:w="1080"/>
          </w:tcPr>
          <w:p>
            <w:r>
              <w:t>语言调查实训实践</w:t>
            </w:r>
          </w:p>
        </w:tc>
        <w:tc>
          <w:tcPr>
            <w:tcW w:type="dxa" w:w="1080"/>
          </w:tcPr>
          <w:p>
            <w:r>
              <w:t>2CL21437</w:t>
            </w:r>
          </w:p>
        </w:tc>
        <w:tc>
          <w:tcPr>
            <w:tcW w:type="dxa" w:w="1080"/>
          </w:tcPr>
          <w:p>
            <w:r>
              <w:t>1</w:t>
            </w:r>
          </w:p>
        </w:tc>
        <w:tc>
          <w:tcPr>
            <w:tcW w:type="dxa" w:w="1080"/>
          </w:tcPr>
          <w:p>
            <w:r>
              <w:t>专业必修课</w:t>
            </w:r>
          </w:p>
        </w:tc>
        <w:tc>
          <w:tcPr>
            <w:tcW w:type="dxa" w:w="1080"/>
          </w:tcPr>
          <w:p>
            <w:r>
              <w:t>文学院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制表人（签字）：日期：2026.8.28学院（公章）：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苏州科技大学推荐2027年优秀应届本科毕业生免试攻读研究生课程清单（包括但不仅限于以下内容）</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广播电视学</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w:t>
            </w:r>
          </w:p>
        </w:tc>
        <w:tc>
          <w:tcPr>
            <w:tcW w:type="dxa" w:w="1080"/>
          </w:tcPr>
          <w:p>
            <w:r>
              <w:t>素质必修课</w:t>
            </w:r>
          </w:p>
        </w:tc>
        <w:tc>
          <w:tcPr>
            <w:tcW w:type="dxa" w:w="1080"/>
          </w:tcPr>
          <w:p>
            <w:r>
              <w:t>文学院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广播电视概论</w:t>
            </w:r>
          </w:p>
        </w:tc>
        <w:tc>
          <w:tcPr>
            <w:tcW w:type="dxa" w:w="1080"/>
          </w:tcPr>
          <w:p>
            <w:r>
              <w:t>2CL21301</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5</w:t>
            </w:r>
          </w:p>
        </w:tc>
        <w:tc>
          <w:tcPr>
            <w:tcW w:type="dxa" w:w="1080"/>
          </w:tcPr>
          <w:p>
            <w:r>
              <w:t>广播电视学导论</w:t>
            </w:r>
          </w:p>
        </w:tc>
        <w:tc>
          <w:tcPr>
            <w:tcW w:type="dxa" w:w="1080"/>
          </w:tcPr>
          <w:p>
            <w:r>
              <w:t>2CL21307</w:t>
            </w:r>
          </w:p>
        </w:tc>
        <w:tc>
          <w:tcPr>
            <w:tcW w:type="dxa" w:w="1080"/>
          </w:tcPr>
          <w:p>
            <w:r>
              <w:t>1</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6</w:t>
            </w:r>
          </w:p>
        </w:tc>
        <w:tc>
          <w:tcPr>
            <w:tcW w:type="dxa" w:w="1080"/>
          </w:tcPr>
          <w:p>
            <w:r>
              <w:t>视听语言</w:t>
            </w:r>
          </w:p>
        </w:tc>
        <w:tc>
          <w:tcPr>
            <w:tcW w:type="dxa" w:w="1080"/>
          </w:tcPr>
          <w:p>
            <w:r>
              <w:t>2CL21320</w:t>
            </w:r>
          </w:p>
        </w:tc>
        <w:tc>
          <w:tcPr>
            <w:tcW w:type="dxa" w:w="1080"/>
          </w:tcPr>
          <w:p>
            <w:r>
              <w:t>2</w:t>
            </w:r>
          </w:p>
        </w:tc>
        <w:tc>
          <w:tcPr>
            <w:tcW w:type="dxa" w:w="1080"/>
          </w:tcPr>
          <w:p>
            <w:r>
              <w:t>专业必修课</w:t>
            </w:r>
          </w:p>
        </w:tc>
        <w:tc>
          <w:tcPr>
            <w:tcW w:type="dxa" w:w="1080"/>
          </w:tcPr>
          <w:p>
            <w:r>
              <w:t>文学院</w:t>
            </w:r>
          </w:p>
        </w:tc>
        <w:tc>
          <w:tcPr>
            <w:tcW w:type="dxa" w:w="1080"/>
          </w:tcPr>
          <w:p>
            <w:r>
              <w:t>2023-2024</w:t>
            </w:r>
          </w:p>
        </w:tc>
        <w:tc>
          <w:tcPr>
            <w:tcW w:type="dxa" w:w="1080"/>
          </w:tcPr>
          <w:p>
            <w:r>
              <w:t>1</w:t>
            </w:r>
          </w:p>
        </w:tc>
      </w:tr>
      <w:tr>
        <w:tc>
          <w:tcPr>
            <w:tcW w:type="dxa" w:w="1080"/>
          </w:tcPr>
          <w:p>
            <w:r>
              <w:t>7</w:t>
            </w:r>
          </w:p>
        </w:tc>
        <w:tc>
          <w:tcPr>
            <w:tcW w:type="dxa" w:w="1080"/>
          </w:tcPr>
          <w:p>
            <w:r>
              <w:t>大学生心理健康实践</w:t>
            </w:r>
          </w:p>
        </w:tc>
        <w:tc>
          <w:tcPr>
            <w:tcW w:type="dxa" w:w="1080"/>
          </w:tcPr>
          <w:p>
            <w:r>
              <w:t>2ED11002</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8</w:t>
            </w:r>
          </w:p>
        </w:tc>
        <w:tc>
          <w:tcPr>
            <w:tcW w:type="dxa" w:w="1080"/>
          </w:tcPr>
          <w:p>
            <w:r>
              <w:t>智能办公及应用</w:t>
            </w:r>
          </w:p>
        </w:tc>
        <w:tc>
          <w:tcPr>
            <w:tcW w:type="dxa" w:w="1080"/>
          </w:tcPr>
          <w:p>
            <w:r>
              <w:t>2EI21005</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9</w:t>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劳动教育实践</w:t>
            </w:r>
          </w:p>
        </w:tc>
        <w:tc>
          <w:tcPr>
            <w:tcW w:type="dxa" w:w="1080"/>
          </w:tcPr>
          <w:p>
            <w:r>
              <w:t>2CL21018</w:t>
            </w:r>
          </w:p>
        </w:tc>
        <w:tc>
          <w:tcPr>
            <w:tcW w:type="dxa" w:w="1080"/>
          </w:tcPr>
          <w:p>
            <w:r>
              <w:t>1</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15</w:t>
            </w:r>
          </w:p>
        </w:tc>
        <w:tc>
          <w:tcPr>
            <w:tcW w:type="dxa" w:w="1080"/>
          </w:tcPr>
          <w:p>
            <w:r>
              <w:t>新闻学概论</w:t>
            </w:r>
          </w:p>
        </w:tc>
        <w:tc>
          <w:tcPr>
            <w:tcW w:type="dxa" w:w="1080"/>
          </w:tcPr>
          <w:p>
            <w:r>
              <w:t>2CL21303</w:t>
            </w:r>
          </w:p>
        </w:tc>
        <w:tc>
          <w:tcPr>
            <w:tcW w:type="dxa" w:w="1080"/>
          </w:tcPr>
          <w:p>
            <w:r>
              <w:t>3</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16</w:t>
            </w:r>
          </w:p>
        </w:tc>
        <w:tc>
          <w:tcPr>
            <w:tcW w:type="dxa" w:w="1080"/>
          </w:tcPr>
          <w:p>
            <w:r>
              <w:t>现当代文学作品选读</w:t>
            </w:r>
          </w:p>
        </w:tc>
        <w:tc>
          <w:tcPr>
            <w:tcW w:type="dxa" w:w="1080"/>
          </w:tcPr>
          <w:p>
            <w:r>
              <w:t>2CL21306</w:t>
            </w:r>
          </w:p>
        </w:tc>
        <w:tc>
          <w:tcPr>
            <w:tcW w:type="dxa" w:w="1080"/>
          </w:tcPr>
          <w:p>
            <w:r>
              <w:t>2</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17</w:t>
            </w:r>
          </w:p>
        </w:tc>
        <w:tc>
          <w:tcPr>
            <w:tcW w:type="dxa" w:w="1080"/>
          </w:tcPr>
          <w:p>
            <w:r>
              <w:t>当代世界广播电视</w:t>
            </w:r>
          </w:p>
        </w:tc>
        <w:tc>
          <w:tcPr>
            <w:tcW w:type="dxa" w:w="1080"/>
          </w:tcPr>
          <w:p>
            <w:r>
              <w:t>2CL21314</w:t>
            </w:r>
          </w:p>
        </w:tc>
        <w:tc>
          <w:tcPr>
            <w:tcW w:type="dxa" w:w="1080"/>
          </w:tcPr>
          <w:p>
            <w:r>
              <w:t>2</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18</w:t>
            </w:r>
          </w:p>
        </w:tc>
        <w:tc>
          <w:tcPr>
            <w:tcW w:type="dxa" w:w="1080"/>
          </w:tcPr>
          <w:p>
            <w:r>
              <w:t>影视剪辑基础</w:t>
            </w:r>
          </w:p>
        </w:tc>
        <w:tc>
          <w:tcPr>
            <w:tcW w:type="dxa" w:w="1080"/>
          </w:tcPr>
          <w:p>
            <w:r>
              <w:t>2CL21316</w:t>
            </w:r>
          </w:p>
        </w:tc>
        <w:tc>
          <w:tcPr>
            <w:tcW w:type="dxa" w:w="1080"/>
          </w:tcPr>
          <w:p>
            <w:r>
              <w:t>2</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19</w:t>
            </w:r>
          </w:p>
        </w:tc>
        <w:tc>
          <w:tcPr>
            <w:tcW w:type="dxa" w:w="1080"/>
          </w:tcPr>
          <w:p>
            <w:r>
              <w:t>新闻摄影</w:t>
            </w:r>
          </w:p>
        </w:tc>
        <w:tc>
          <w:tcPr>
            <w:tcW w:type="dxa" w:w="1080"/>
          </w:tcPr>
          <w:p>
            <w:r>
              <w:t>2CL21317</w:t>
            </w:r>
          </w:p>
        </w:tc>
        <w:tc>
          <w:tcPr>
            <w:tcW w:type="dxa" w:w="1080"/>
          </w:tcPr>
          <w:p>
            <w:r>
              <w:t>2</w:t>
            </w:r>
          </w:p>
        </w:tc>
        <w:tc>
          <w:tcPr>
            <w:tcW w:type="dxa" w:w="1080"/>
          </w:tcPr>
          <w:p>
            <w:r>
              <w:t>专业必修课</w:t>
            </w:r>
          </w:p>
        </w:tc>
        <w:tc>
          <w:tcPr>
            <w:tcW w:type="dxa" w:w="1080"/>
          </w:tcPr>
          <w:p>
            <w:r>
              <w:t>文学院</w:t>
            </w:r>
          </w:p>
        </w:tc>
        <w:tc>
          <w:tcPr>
            <w:tcW w:type="dxa" w:w="1080"/>
          </w:tcPr>
          <w:p>
            <w:r>
              <w:t>2023-2024</w:t>
            </w:r>
          </w:p>
        </w:tc>
        <w:tc>
          <w:tcPr>
            <w:tcW w:type="dxa" w:w="1080"/>
          </w:tcPr>
          <w:p>
            <w:r>
              <w:t>2</w:t>
            </w:r>
          </w:p>
        </w:tc>
      </w:tr>
      <w:tr>
        <w:tc>
          <w:tcPr>
            <w:tcW w:type="dxa" w:w="1080"/>
          </w:tcPr>
          <w:p>
            <w:r>
              <w:t>20</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21</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22</w:t>
            </w:r>
          </w:p>
        </w:tc>
        <w:tc>
          <w:tcPr>
            <w:tcW w:type="dxa" w:w="1080"/>
          </w:tcPr>
          <w:p>
            <w:r>
              <w:t>中华人民共和国史</w:t>
            </w:r>
          </w:p>
        </w:tc>
        <w:tc>
          <w:tcPr>
            <w:tcW w:type="dxa" w:w="1080"/>
          </w:tcPr>
          <w:p>
            <w:r>
              <w:t>2MX11008</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24</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25</w:t>
            </w:r>
          </w:p>
        </w:tc>
        <w:tc>
          <w:tcPr>
            <w:tcW w:type="dxa" w:w="1080"/>
          </w:tcPr>
          <w:p>
            <w:r>
              <w:t>新闻传播学研究方法</w:t>
            </w:r>
          </w:p>
        </w:tc>
        <w:tc>
          <w:tcPr>
            <w:tcW w:type="dxa" w:w="1080"/>
          </w:tcPr>
          <w:p>
            <w:r>
              <w:t>2CL21308</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26</w:t>
            </w:r>
          </w:p>
        </w:tc>
        <w:tc>
          <w:tcPr>
            <w:tcW w:type="dxa" w:w="1080"/>
          </w:tcPr>
          <w:p>
            <w:r>
              <w:t>马克思主义新闻思想</w:t>
            </w:r>
          </w:p>
        </w:tc>
        <w:tc>
          <w:tcPr>
            <w:tcW w:type="dxa" w:w="1080"/>
          </w:tcPr>
          <w:p>
            <w:r>
              <w:t>2CL21309</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27</w:t>
            </w:r>
          </w:p>
        </w:tc>
        <w:tc>
          <w:tcPr>
            <w:tcW w:type="dxa" w:w="1080"/>
          </w:tcPr>
          <w:p>
            <w:r>
              <w:t>电视节目策划与编导</w:t>
            </w:r>
          </w:p>
        </w:tc>
        <w:tc>
          <w:tcPr>
            <w:tcW w:type="dxa" w:w="1080"/>
          </w:tcPr>
          <w:p>
            <w:r>
              <w:t>2CL21313</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28</w:t>
            </w:r>
          </w:p>
        </w:tc>
        <w:tc>
          <w:tcPr>
            <w:tcW w:type="dxa" w:w="1080"/>
          </w:tcPr>
          <w:p>
            <w:r>
              <w:t>中外新闻传播史</w:t>
            </w:r>
          </w:p>
        </w:tc>
        <w:tc>
          <w:tcPr>
            <w:tcW w:type="dxa" w:w="1080"/>
          </w:tcPr>
          <w:p>
            <w:r>
              <w:t>2CL21315</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29</w:t>
            </w:r>
          </w:p>
        </w:tc>
        <w:tc>
          <w:tcPr>
            <w:tcW w:type="dxa" w:w="1080"/>
          </w:tcPr>
          <w:p>
            <w:r>
              <w:t>影视后期特效</w:t>
            </w:r>
          </w:p>
        </w:tc>
        <w:tc>
          <w:tcPr>
            <w:tcW w:type="dxa" w:w="1080"/>
          </w:tcPr>
          <w:p>
            <w:r>
              <w:t>2CL21319</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30</w:t>
            </w:r>
          </w:p>
        </w:tc>
        <w:tc>
          <w:tcPr>
            <w:tcW w:type="dxa" w:w="1080"/>
          </w:tcPr>
          <w:p>
            <w:r>
              <w:t>影视声音</w:t>
            </w:r>
          </w:p>
        </w:tc>
        <w:tc>
          <w:tcPr>
            <w:tcW w:type="dxa" w:w="1080"/>
          </w:tcPr>
          <w:p>
            <w:r>
              <w:t>2CL21321</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31</w:t>
            </w:r>
          </w:p>
        </w:tc>
        <w:tc>
          <w:tcPr>
            <w:tcW w:type="dxa" w:w="1080"/>
          </w:tcPr>
          <w:p>
            <w:r>
              <w:t>新闻采访与写作</w:t>
            </w:r>
          </w:p>
        </w:tc>
        <w:tc>
          <w:tcPr>
            <w:tcW w:type="dxa" w:w="1080"/>
          </w:tcPr>
          <w:p>
            <w:r>
              <w:t>2CL21323</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32</w:t>
            </w:r>
          </w:p>
        </w:tc>
        <w:tc>
          <w:tcPr>
            <w:tcW w:type="dxa" w:w="1080"/>
          </w:tcPr>
          <w:p>
            <w:r>
              <w:t>全媒体新闻采写工作坊</w:t>
            </w:r>
          </w:p>
        </w:tc>
        <w:tc>
          <w:tcPr>
            <w:tcW w:type="dxa" w:w="1080"/>
          </w:tcPr>
          <w:p>
            <w:r>
              <w:t>2CL21329</w:t>
            </w:r>
          </w:p>
        </w:tc>
        <w:tc>
          <w:tcPr>
            <w:tcW w:type="dxa" w:w="1080"/>
          </w:tcPr>
          <w:p>
            <w:r>
              <w:t>1</w:t>
            </w:r>
          </w:p>
        </w:tc>
        <w:tc>
          <w:tcPr>
            <w:tcW w:type="dxa" w:w="1080"/>
          </w:tcPr>
          <w:p>
            <w:r>
              <w:t>专业必修课</w:t>
            </w:r>
          </w:p>
        </w:tc>
        <w:tc>
          <w:tcPr>
            <w:tcW w:type="dxa" w:w="1080"/>
          </w:tcPr>
          <w:p>
            <w:r>
              <w:t>文学院</w:t>
            </w:r>
          </w:p>
        </w:tc>
        <w:tc>
          <w:tcPr>
            <w:tcW w:type="dxa" w:w="1080"/>
          </w:tcPr>
          <w:p>
            <w:r>
              <w:t>2024-2025</w:t>
            </w:r>
          </w:p>
        </w:tc>
        <w:tc>
          <w:tcPr>
            <w:tcW w:type="dxa" w:w="1080"/>
          </w:tcPr>
          <w:p>
            <w:r>
              <w:t>1</w:t>
            </w:r>
          </w:p>
        </w:tc>
      </w:tr>
      <w:tr>
        <w:tc>
          <w:tcPr>
            <w:tcW w:type="dxa" w:w="1080"/>
          </w:tcPr>
          <w:p>
            <w:r>
              <w:t>33</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34</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35</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36</w:t>
            </w:r>
          </w:p>
        </w:tc>
        <w:tc>
          <w:tcPr>
            <w:tcW w:type="dxa" w:w="1080"/>
          </w:tcPr>
          <w:p>
            <w:r>
              <w:t>网络传播概论</w:t>
            </w:r>
          </w:p>
        </w:tc>
        <w:tc>
          <w:tcPr>
            <w:tcW w:type="dxa" w:w="1080"/>
          </w:tcPr>
          <w:p>
            <w:r>
              <w:t>2CL21304</w:t>
            </w:r>
          </w:p>
        </w:tc>
        <w:tc>
          <w:tcPr>
            <w:tcW w:type="dxa" w:w="1080"/>
          </w:tcPr>
          <w:p>
            <w:r>
              <w:t>3</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37</w:t>
            </w:r>
          </w:p>
        </w:tc>
        <w:tc>
          <w:tcPr>
            <w:tcW w:type="dxa" w:w="1080"/>
          </w:tcPr>
          <w:p>
            <w:r>
              <w:t>纪录片创作</w:t>
            </w:r>
          </w:p>
        </w:tc>
        <w:tc>
          <w:tcPr>
            <w:tcW w:type="dxa" w:w="1080"/>
          </w:tcPr>
          <w:p>
            <w:r>
              <w:t>2CL21318</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38</w:t>
            </w:r>
          </w:p>
        </w:tc>
        <w:tc>
          <w:tcPr>
            <w:tcW w:type="dxa" w:w="1080"/>
          </w:tcPr>
          <w:p>
            <w:r>
              <w:t>电视摄像</w:t>
            </w:r>
          </w:p>
        </w:tc>
        <w:tc>
          <w:tcPr>
            <w:tcW w:type="dxa" w:w="1080"/>
          </w:tcPr>
          <w:p>
            <w:r>
              <w:t>2CL21322</w:t>
            </w:r>
          </w:p>
        </w:tc>
        <w:tc>
          <w:tcPr>
            <w:tcW w:type="dxa" w:w="1080"/>
          </w:tcPr>
          <w:p>
            <w:r>
              <w:t>2</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39</w:t>
            </w:r>
          </w:p>
        </w:tc>
        <w:tc>
          <w:tcPr>
            <w:tcW w:type="dxa" w:w="1080"/>
          </w:tcPr>
          <w:p>
            <w:r>
              <w:t>纪录片工作坊</w:t>
            </w:r>
          </w:p>
        </w:tc>
        <w:tc>
          <w:tcPr>
            <w:tcW w:type="dxa" w:w="1080"/>
          </w:tcPr>
          <w:p>
            <w:r>
              <w:t>2CL21334</w:t>
            </w:r>
          </w:p>
        </w:tc>
        <w:tc>
          <w:tcPr>
            <w:tcW w:type="dxa" w:w="1080"/>
          </w:tcPr>
          <w:p>
            <w:r>
              <w:t>1</w:t>
            </w:r>
          </w:p>
        </w:tc>
        <w:tc>
          <w:tcPr>
            <w:tcW w:type="dxa" w:w="1080"/>
          </w:tcPr>
          <w:p>
            <w:r>
              <w:t>专业必修课</w:t>
            </w:r>
          </w:p>
        </w:tc>
        <w:tc>
          <w:tcPr>
            <w:tcW w:type="dxa" w:w="1080"/>
          </w:tcPr>
          <w:p>
            <w:r>
              <w:t>文学院</w:t>
            </w:r>
          </w:p>
        </w:tc>
        <w:tc>
          <w:tcPr>
            <w:tcW w:type="dxa" w:w="1080"/>
          </w:tcPr>
          <w:p>
            <w:r>
              <w:t>2024-2025</w:t>
            </w:r>
          </w:p>
        </w:tc>
        <w:tc>
          <w:tcPr>
            <w:tcW w:type="dxa" w:w="1080"/>
          </w:tcPr>
          <w:p>
            <w:r>
              <w:t>2</w:t>
            </w:r>
          </w:p>
        </w:tc>
      </w:tr>
      <w:tr>
        <w:tc>
          <w:tcPr>
            <w:tcW w:type="dxa" w:w="1080"/>
          </w:tcPr>
          <w:p>
            <w:r>
              <w:t>40</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41</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42</w:t>
            </w:r>
          </w:p>
        </w:tc>
        <w:tc>
          <w:tcPr>
            <w:tcW w:type="dxa" w:w="1080"/>
          </w:tcPr>
          <w:p>
            <w:r>
              <w:t>大众传播学</w:t>
            </w:r>
          </w:p>
        </w:tc>
        <w:tc>
          <w:tcPr>
            <w:tcW w:type="dxa" w:w="1080"/>
          </w:tcPr>
          <w:p>
            <w:r>
              <w:t>2CL21302</w:t>
            </w:r>
          </w:p>
        </w:tc>
        <w:tc>
          <w:tcPr>
            <w:tcW w:type="dxa" w:w="1080"/>
          </w:tcPr>
          <w:p>
            <w:r>
              <w:t>3</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43</w:t>
            </w:r>
          </w:p>
        </w:tc>
        <w:tc>
          <w:tcPr>
            <w:tcW w:type="dxa" w:w="1080"/>
          </w:tcPr>
          <w:p>
            <w:r>
              <w:t>新闻评论</w:t>
            </w:r>
          </w:p>
        </w:tc>
        <w:tc>
          <w:tcPr>
            <w:tcW w:type="dxa" w:w="1080"/>
          </w:tcPr>
          <w:p>
            <w:r>
              <w:t>2CL21325</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44</w:t>
            </w:r>
          </w:p>
        </w:tc>
        <w:tc>
          <w:tcPr>
            <w:tcW w:type="dxa" w:w="1080"/>
          </w:tcPr>
          <w:p>
            <w:r>
              <w:t>深度报道</w:t>
            </w:r>
          </w:p>
        </w:tc>
        <w:tc>
          <w:tcPr>
            <w:tcW w:type="dxa" w:w="1080"/>
          </w:tcPr>
          <w:p>
            <w:r>
              <w:t>2CL21326</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45</w:t>
            </w:r>
          </w:p>
        </w:tc>
        <w:tc>
          <w:tcPr>
            <w:tcW w:type="dxa" w:w="1080"/>
          </w:tcPr>
          <w:p>
            <w:r>
              <w:t>直播工作坊</w:t>
            </w:r>
          </w:p>
        </w:tc>
        <w:tc>
          <w:tcPr>
            <w:tcW w:type="dxa" w:w="1080"/>
          </w:tcPr>
          <w:p>
            <w:r>
              <w:t>2CL21328</w:t>
            </w:r>
          </w:p>
        </w:tc>
        <w:tc>
          <w:tcPr>
            <w:tcW w:type="dxa" w:w="1080"/>
          </w:tcPr>
          <w:p>
            <w:r>
              <w:t>1</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46</w:t>
            </w:r>
          </w:p>
        </w:tc>
        <w:tc>
          <w:tcPr>
            <w:tcW w:type="dxa" w:w="1080"/>
          </w:tcPr>
          <w:p>
            <w:r>
              <w:t>深度报道工作坊</w:t>
            </w:r>
          </w:p>
        </w:tc>
        <w:tc>
          <w:tcPr>
            <w:tcW w:type="dxa" w:w="1080"/>
          </w:tcPr>
          <w:p>
            <w:r>
              <w:t>2CL21331</w:t>
            </w:r>
          </w:p>
        </w:tc>
        <w:tc>
          <w:tcPr>
            <w:tcW w:type="dxa" w:w="1080"/>
          </w:tcPr>
          <w:p>
            <w:r>
              <w:t>1</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47</w:t>
            </w:r>
          </w:p>
        </w:tc>
        <w:tc>
          <w:tcPr>
            <w:tcW w:type="dxa" w:w="1080"/>
          </w:tcPr>
          <w:p>
            <w:r>
              <w:t>大众传播调查工作坊</w:t>
            </w:r>
          </w:p>
        </w:tc>
        <w:tc>
          <w:tcPr>
            <w:tcW w:type="dxa" w:w="1080"/>
          </w:tcPr>
          <w:p>
            <w:r>
              <w:t>2CL21337</w:t>
            </w:r>
          </w:p>
        </w:tc>
        <w:tc>
          <w:tcPr>
            <w:tcW w:type="dxa" w:w="1080"/>
          </w:tcPr>
          <w:p>
            <w:r>
              <w:t>1</w:t>
            </w:r>
          </w:p>
        </w:tc>
        <w:tc>
          <w:tcPr>
            <w:tcW w:type="dxa" w:w="1080"/>
          </w:tcPr>
          <w:p>
            <w:r>
              <w:t>专业必修课</w:t>
            </w:r>
          </w:p>
        </w:tc>
        <w:tc>
          <w:tcPr>
            <w:tcW w:type="dxa" w:w="1080"/>
          </w:tcPr>
          <w:p>
            <w:r>
              <w:t>文学院</w:t>
            </w:r>
          </w:p>
        </w:tc>
        <w:tc>
          <w:tcPr>
            <w:tcW w:type="dxa" w:w="1080"/>
          </w:tcPr>
          <w:p>
            <w:r>
              <w:t>2025-2026</w:t>
            </w:r>
          </w:p>
        </w:tc>
        <w:tc>
          <w:tcPr>
            <w:tcW w:type="dxa" w:w="1080"/>
          </w:tcPr>
          <w:p>
            <w:r>
              <w:t>1</w:t>
            </w:r>
          </w:p>
        </w:tc>
      </w:tr>
      <w:tr>
        <w:tc>
          <w:tcPr>
            <w:tcW w:type="dxa" w:w="1080"/>
          </w:tcPr>
          <w:p>
            <w:r>
              <w:t>48</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49</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50</w:t>
            </w:r>
          </w:p>
        </w:tc>
        <w:tc>
          <w:tcPr>
            <w:tcW w:type="dxa" w:w="1080"/>
          </w:tcPr>
          <w:p>
            <w:r>
              <w:t>广告学概论</w:t>
            </w:r>
          </w:p>
        </w:tc>
        <w:tc>
          <w:tcPr>
            <w:tcW w:type="dxa" w:w="1080"/>
          </w:tcPr>
          <w:p>
            <w:r>
              <w:t>2CL21305</w:t>
            </w:r>
          </w:p>
        </w:tc>
        <w:tc>
          <w:tcPr>
            <w:tcW w:type="dxa" w:w="1080"/>
          </w:tcPr>
          <w:p>
            <w:r>
              <w:t>3</w:t>
            </w:r>
          </w:p>
        </w:tc>
        <w:tc>
          <w:tcPr>
            <w:tcW w:type="dxa" w:w="1080"/>
          </w:tcPr>
          <w:p>
            <w:r>
              <w:t>专业必修课</w:t>
            </w:r>
          </w:p>
        </w:tc>
        <w:tc>
          <w:tcPr>
            <w:tcW w:type="dxa" w:w="1080"/>
          </w:tcPr>
          <w:p>
            <w:r>
              <w:t>文学院</w:t>
            </w:r>
          </w:p>
        </w:tc>
        <w:tc>
          <w:tcPr>
            <w:tcW w:type="dxa" w:w="1080"/>
          </w:tcPr>
          <w:p>
            <w:r>
              <w:t>2025-2026</w:t>
            </w:r>
          </w:p>
        </w:tc>
        <w:tc>
          <w:tcPr>
            <w:tcW w:type="dxa" w:w="1080"/>
          </w:tcPr>
          <w:p>
            <w:r>
              <w:t>2</w:t>
            </w:r>
          </w:p>
        </w:tc>
      </w:tr>
      <w:tr>
        <w:tc>
          <w:tcPr>
            <w:tcW w:type="dxa" w:w="1080"/>
          </w:tcPr>
          <w:p>
            <w:r>
              <w:t>51</w:t>
            </w:r>
          </w:p>
        </w:tc>
        <w:tc>
          <w:tcPr>
            <w:tcW w:type="dxa" w:w="1080"/>
          </w:tcPr>
          <w:p>
            <w:r>
              <w:t>传播学经典原著选读</w:t>
            </w:r>
          </w:p>
        </w:tc>
        <w:tc>
          <w:tcPr>
            <w:tcW w:type="dxa" w:w="1080"/>
          </w:tcPr>
          <w:p>
            <w:r>
              <w:t>2CL21311</w:t>
            </w:r>
          </w:p>
        </w:tc>
        <w:tc>
          <w:tcPr>
            <w:tcW w:type="dxa" w:w="1080"/>
          </w:tcPr>
          <w:p>
            <w:r>
              <w:t>2</w:t>
            </w:r>
          </w:p>
        </w:tc>
        <w:tc>
          <w:tcPr>
            <w:tcW w:type="dxa" w:w="1080"/>
          </w:tcPr>
          <w:p>
            <w:r>
              <w:t>专业必修课</w:t>
            </w:r>
          </w:p>
        </w:tc>
        <w:tc>
          <w:tcPr>
            <w:tcW w:type="dxa" w:w="1080"/>
          </w:tcPr>
          <w:p>
            <w:r>
              <w:t>文学院</w:t>
            </w:r>
          </w:p>
        </w:tc>
        <w:tc>
          <w:tcPr>
            <w:tcW w:type="dxa" w:w="1080"/>
          </w:tcPr>
          <w:p>
            <w:r>
              <w:t>2025-2026</w:t>
            </w:r>
          </w:p>
        </w:tc>
        <w:tc>
          <w:tcPr>
            <w:tcW w:type="dxa" w:w="1080"/>
          </w:tcPr>
          <w:p>
            <w:r>
              <w:t>2</w:t>
            </w:r>
          </w:p>
        </w:tc>
      </w:tr>
      <w:tr>
        <w:tc>
          <w:tcPr>
            <w:tcW w:type="dxa" w:w="1080"/>
          </w:tcPr>
          <w:p>
            <w:r>
              <w:t>52</w:t>
            </w:r>
          </w:p>
        </w:tc>
        <w:tc>
          <w:tcPr>
            <w:tcW w:type="dxa" w:w="1080"/>
          </w:tcPr>
          <w:p>
            <w:r>
              <w:t>口述历史与传播工作坊</w:t>
            </w:r>
          </w:p>
        </w:tc>
        <w:tc>
          <w:tcPr>
            <w:tcW w:type="dxa" w:w="1080"/>
          </w:tcPr>
          <w:p>
            <w:r>
              <w:t>2CL21332</w:t>
            </w:r>
          </w:p>
        </w:tc>
        <w:tc>
          <w:tcPr>
            <w:tcW w:type="dxa" w:w="1080"/>
          </w:tcPr>
          <w:p>
            <w:r>
              <w:t>1</w:t>
            </w:r>
          </w:p>
        </w:tc>
        <w:tc>
          <w:tcPr>
            <w:tcW w:type="dxa" w:w="1080"/>
          </w:tcPr>
          <w:p>
            <w:r>
              <w:t>专业必修课</w:t>
            </w:r>
          </w:p>
        </w:tc>
        <w:tc>
          <w:tcPr>
            <w:tcW w:type="dxa" w:w="1080"/>
          </w:tcPr>
          <w:p>
            <w:r>
              <w:t>文学院</w:t>
            </w:r>
          </w:p>
        </w:tc>
        <w:tc>
          <w:tcPr>
            <w:tcW w:type="dxa" w:w="1080"/>
          </w:tcPr>
          <w:p>
            <w:r>
              <w:t>2025-2026</w:t>
            </w:r>
          </w:p>
        </w:tc>
        <w:tc>
          <w:tcPr>
            <w:tcW w:type="dxa" w:w="1080"/>
          </w:tcPr>
          <w:p>
            <w:r>
              <w:t>2</w:t>
            </w:r>
          </w:p>
        </w:tc>
      </w:tr>
      <w:tr>
        <w:tc>
          <w:tcPr>
            <w:tcW w:type="dxa" w:w="1080"/>
          </w:tcPr>
          <w:p>
            <w:r>
              <w:t>53</w:t>
            </w:r>
          </w:p>
        </w:tc>
        <w:tc>
          <w:tcPr>
            <w:tcW w:type="dxa" w:w="1080"/>
          </w:tcPr>
          <w:p>
            <w:r>
              <w:t>广告创意工作坊</w:t>
            </w:r>
          </w:p>
        </w:tc>
        <w:tc>
          <w:tcPr>
            <w:tcW w:type="dxa" w:w="1080"/>
          </w:tcPr>
          <w:p>
            <w:r>
              <w:t>2CL21335</w:t>
            </w:r>
          </w:p>
        </w:tc>
        <w:tc>
          <w:tcPr>
            <w:tcW w:type="dxa" w:w="1080"/>
          </w:tcPr>
          <w:p>
            <w:r>
              <w:t>1</w:t>
            </w:r>
          </w:p>
        </w:tc>
        <w:tc>
          <w:tcPr>
            <w:tcW w:type="dxa" w:w="1080"/>
          </w:tcPr>
          <w:p>
            <w:r>
              <w:t>专业必修课</w:t>
            </w:r>
          </w:p>
        </w:tc>
        <w:tc>
          <w:tcPr>
            <w:tcW w:type="dxa" w:w="1080"/>
          </w:tcPr>
          <w:p>
            <w:r>
              <w:t>文学院</w:t>
            </w:r>
          </w:p>
        </w:tc>
        <w:tc>
          <w:tcPr>
            <w:tcW w:type="dxa" w:w="1080"/>
          </w:tcPr>
          <w:p>
            <w:r>
              <w:t>2025-2026</w:t>
            </w:r>
          </w:p>
        </w:tc>
        <w:tc>
          <w:tcPr>
            <w:tcW w:type="dxa" w:w="1080"/>
          </w:tcPr>
          <w:p>
            <w:r>
              <w:t>2</w:t>
            </w:r>
          </w:p>
        </w:tc>
      </w:tr>
      <w:tr>
        <w:tc>
          <w:tcPr>
            <w:tcW w:type="dxa" w:w="1080"/>
          </w:tcPr>
          <w:p>
            <w:r>
              <w:t>54</w:t>
            </w:r>
          </w:p>
        </w:tc>
        <w:tc>
          <w:tcPr>
            <w:tcW w:type="dxa" w:w="1080"/>
          </w:tcPr>
          <w:p>
            <w:r>
              <w:t>口语交际工作坊</w:t>
            </w:r>
          </w:p>
        </w:tc>
        <w:tc>
          <w:tcPr>
            <w:tcW w:type="dxa" w:w="1080"/>
          </w:tcPr>
          <w:p>
            <w:r>
              <w:t>2CL21336</w:t>
            </w:r>
          </w:p>
        </w:tc>
        <w:tc>
          <w:tcPr>
            <w:tcW w:type="dxa" w:w="1080"/>
          </w:tcPr>
          <w:p>
            <w:r>
              <w:t>1</w:t>
            </w:r>
          </w:p>
        </w:tc>
        <w:tc>
          <w:tcPr>
            <w:tcW w:type="dxa" w:w="1080"/>
          </w:tcPr>
          <w:p>
            <w:r>
              <w:t>专业必修课</w:t>
            </w:r>
          </w:p>
        </w:tc>
        <w:tc>
          <w:tcPr>
            <w:tcW w:type="dxa" w:w="1080"/>
          </w:tcPr>
          <w:p>
            <w:r>
              <w:t>文学院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制表人（签字）：日期：2026.8.28学院（公章）：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