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文 学院拟推荐2027年优秀应届本科毕业生免试攻读研究生名单公示</w:t>
      </w:r>
    </w:p>
    <w:p>
      <w:r>
        <w:t>根据《苏州科技大学推荐2027年优秀应届本科毕业生免试攻读研究生工作实施方案》及《文学院推荐2027年优秀应届本科毕业生免试攻读研究生工作细则》，经学生本人申请，学院推免生遴选工作小组评审，现将学院2027届拟推荐免试攻读研究生结果公示如下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  <w:gridCol w:w="720"/>
      </w:tblGrid>
      <w:tr>
        <w:tc>
          <w:tcPr>
            <w:tcW w:type="dxa" w:w="720"/>
          </w:tcPr>
          <w:p>
            <w:r>
              <w:t>序号</w:t>
            </w:r>
          </w:p>
        </w:tc>
        <w:tc>
          <w:tcPr>
            <w:tcW w:type="dxa" w:w="720"/>
          </w:tcPr>
          <w:p>
            <w:r>
              <w:t>专业名称</w:t>
            </w:r>
          </w:p>
        </w:tc>
        <w:tc>
          <w:tcPr>
            <w:tcW w:type="dxa" w:w="720"/>
          </w:tcPr>
          <w:p>
            <w:r>
              <w:t>学生姓名</w:t>
            </w:r>
          </w:p>
        </w:tc>
        <w:tc>
          <w:tcPr>
            <w:tcW w:type="dxa" w:w="720"/>
          </w:tcPr>
          <w:p>
            <w:r>
              <w:t>学号</w:t>
            </w:r>
          </w:p>
        </w:tc>
        <w:tc>
          <w:tcPr>
            <w:tcW w:type="dxa" w:w="720"/>
          </w:tcPr>
          <w:p>
            <w:r>
              <w:t>学业成绩专业排名名次</w:t>
            </w:r>
          </w:p>
        </w:tc>
        <w:tc>
          <w:tcPr>
            <w:tcW w:type="dxa" w:w="720"/>
          </w:tcPr>
          <w:p>
            <w:r>
              <w:t>专业人数</w:t>
            </w:r>
          </w:p>
        </w:tc>
        <w:tc>
          <w:tcPr>
            <w:tcW w:type="dxa" w:w="720"/>
          </w:tcPr>
          <w:p>
            <w:r>
              <w:t>思想品德考核</w:t>
            </w:r>
          </w:p>
        </w:tc>
        <w:tc>
          <w:tcPr>
            <w:tcW w:type="dxa" w:w="720"/>
          </w:tcPr>
          <w:p>
            <w:r>
              <w:t>学业成绩</w:t>
            </w:r>
          </w:p>
        </w:tc>
        <w:tc>
          <w:tcPr>
            <w:tcW w:type="dxa" w:w="720"/>
          </w:tcPr>
          <w:p>
            <w:r>
              <w:t>综合素质</w:t>
            </w:r>
          </w:p>
        </w:tc>
        <w:tc>
          <w:tcPr>
            <w:tcW w:type="dxa" w:w="720"/>
          </w:tcPr>
          <w:p>
            <w:r>
              <w:t>综合成绩</w:t>
            </w:r>
          </w:p>
        </w:tc>
        <w:tc>
          <w:tcPr>
            <w:tcW w:type="dxa" w:w="720"/>
          </w:tcPr>
          <w:p>
            <w:r>
              <w:t>综合成绩排名名次</w:t>
            </w:r>
          </w:p>
        </w:tc>
        <w:tc>
          <w:tcPr>
            <w:tcW w:type="dxa" w:w="720"/>
          </w:tcPr>
          <w:p>
            <w:r>
              <w:t>推荐结果（推荐/递补）</w:t>
            </w:r>
          </w:p>
        </w:tc>
      </w:tr>
      <w:tr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广播电视学</w:t>
            </w:r>
          </w:p>
        </w:tc>
        <w:tc>
          <w:tcPr>
            <w:tcW w:type="dxa" w:w="720"/>
          </w:tcPr>
          <w:p>
            <w:r>
              <w:t>宋美萱</w:t>
            </w:r>
          </w:p>
        </w:tc>
        <w:tc>
          <w:tcPr>
            <w:tcW w:type="dxa" w:w="720"/>
          </w:tcPr>
          <w:p>
            <w:r>
              <w:t>23200314211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73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90.48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72.384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广播电视学</w:t>
            </w:r>
          </w:p>
        </w:tc>
        <w:tc>
          <w:tcPr>
            <w:tcW w:type="dxa" w:w="720"/>
          </w:tcPr>
          <w:p>
            <w:r>
              <w:t>钱羽婵</w:t>
            </w:r>
          </w:p>
        </w:tc>
        <w:tc>
          <w:tcPr>
            <w:tcW w:type="dxa" w:w="720"/>
          </w:tcPr>
          <w:p>
            <w:r>
              <w:t>23200314129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73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89.6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71.68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广播电视学</w:t>
            </w:r>
          </w:p>
        </w:tc>
        <w:tc>
          <w:tcPr>
            <w:tcW w:type="dxa" w:w="720"/>
          </w:tcPr>
          <w:p>
            <w:r>
              <w:t>朱羽彤</w:t>
            </w:r>
          </w:p>
        </w:tc>
        <w:tc>
          <w:tcPr>
            <w:tcW w:type="dxa" w:w="720"/>
          </w:tcPr>
          <w:p>
            <w:r>
              <w:t>23200314217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73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89.32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71.456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广播电视学</w:t>
            </w:r>
          </w:p>
        </w:tc>
        <w:tc>
          <w:tcPr>
            <w:tcW w:type="dxa" w:w="720"/>
          </w:tcPr>
          <w:p>
            <w:r>
              <w:t>孙斓芯</w:t>
            </w:r>
          </w:p>
        </w:tc>
        <w:tc>
          <w:tcPr>
            <w:tcW w:type="dxa" w:w="720"/>
          </w:tcPr>
          <w:p>
            <w:r>
              <w:t>23200314101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73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88.49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70.792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  <w:tr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汉语国际教育</w:t>
            </w:r>
          </w:p>
        </w:tc>
        <w:tc>
          <w:tcPr>
            <w:tcW w:type="dxa" w:w="720"/>
          </w:tcPr>
          <w:p>
            <w:r>
              <w:t>高宁杭</w:t>
            </w:r>
          </w:p>
        </w:tc>
        <w:tc>
          <w:tcPr>
            <w:tcW w:type="dxa" w:w="720"/>
          </w:tcPr>
          <w:p>
            <w:r>
              <w:t>23200315213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57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89.65</w:t>
            </w:r>
          </w:p>
        </w:tc>
        <w:tc>
          <w:tcPr>
            <w:tcW w:type="dxa" w:w="720"/>
          </w:tcPr>
          <w:p>
            <w:r>
              <w:t>30</w:t>
            </w:r>
          </w:p>
        </w:tc>
        <w:tc>
          <w:tcPr>
            <w:tcW w:type="dxa" w:w="720"/>
          </w:tcPr>
          <w:p>
            <w:r>
              <w:t>77.72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汉语国际教育</w:t>
            </w:r>
          </w:p>
        </w:tc>
        <w:tc>
          <w:tcPr>
            <w:tcW w:type="dxa" w:w="720"/>
          </w:tcPr>
          <w:p>
            <w:r>
              <w:t>李树扬</w:t>
            </w:r>
          </w:p>
        </w:tc>
        <w:tc>
          <w:tcPr>
            <w:tcW w:type="dxa" w:w="720"/>
          </w:tcPr>
          <w:p>
            <w:r>
              <w:t>23200315134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57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90.32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72.256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7</w:t>
            </w:r>
          </w:p>
        </w:tc>
        <w:tc>
          <w:tcPr>
            <w:tcW w:type="dxa" w:w="720"/>
          </w:tcPr>
          <w:p>
            <w:r>
              <w:t>汉语国际教育</w:t>
            </w:r>
          </w:p>
        </w:tc>
        <w:tc>
          <w:tcPr>
            <w:tcW w:type="dxa" w:w="720"/>
          </w:tcPr>
          <w:p>
            <w:r>
              <w:t>彭梦圆</w:t>
            </w:r>
          </w:p>
        </w:tc>
        <w:tc>
          <w:tcPr>
            <w:tcW w:type="dxa" w:w="720"/>
          </w:tcPr>
          <w:p>
            <w:r>
              <w:t>23200315120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57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90.22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72.176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  <w:tr>
        <w:tc>
          <w:tcPr>
            <w:tcW w:type="dxa" w:w="720"/>
          </w:tcPr>
          <w:p>
            <w:r>
              <w:t>8</w:t>
            </w:r>
          </w:p>
        </w:tc>
        <w:tc>
          <w:tcPr>
            <w:tcW w:type="dxa" w:w="720"/>
          </w:tcPr>
          <w:p>
            <w:r>
              <w:t>汉语言文学</w:t>
            </w:r>
          </w:p>
        </w:tc>
        <w:tc>
          <w:tcPr>
            <w:tcW w:type="dxa" w:w="720"/>
          </w:tcPr>
          <w:p>
            <w:r>
              <w:t>陈垚圻</w:t>
            </w:r>
          </w:p>
        </w:tc>
        <w:tc>
          <w:tcPr>
            <w:tcW w:type="dxa" w:w="720"/>
          </w:tcPr>
          <w:p>
            <w:r>
              <w:t>22200129214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89.59</w:t>
            </w:r>
          </w:p>
        </w:tc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73.672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汉语言文学</w:t>
            </w:r>
          </w:p>
        </w:tc>
        <w:tc>
          <w:tcPr>
            <w:tcW w:type="dxa" w:w="720"/>
          </w:tcPr>
          <w:p>
            <w:r>
              <w:t>李紫慧</w:t>
            </w:r>
          </w:p>
        </w:tc>
        <w:tc>
          <w:tcPr>
            <w:tcW w:type="dxa" w:w="720"/>
          </w:tcPr>
          <w:p>
            <w:r>
              <w:t>23200304225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91.35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73.08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10</w:t>
            </w:r>
          </w:p>
        </w:tc>
        <w:tc>
          <w:tcPr>
            <w:tcW w:type="dxa" w:w="720"/>
          </w:tcPr>
          <w:p>
            <w:r>
              <w:t>汉语言文学</w:t>
            </w:r>
          </w:p>
        </w:tc>
        <w:tc>
          <w:tcPr>
            <w:tcW w:type="dxa" w:w="720"/>
          </w:tcPr>
          <w:p>
            <w:r>
              <w:t>黄宏艳</w:t>
            </w:r>
          </w:p>
        </w:tc>
        <w:tc>
          <w:tcPr>
            <w:tcW w:type="dxa" w:w="720"/>
          </w:tcPr>
          <w:p>
            <w:r>
              <w:t>23200304220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90.39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72.912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11</w:t>
            </w:r>
          </w:p>
        </w:tc>
        <w:tc>
          <w:tcPr>
            <w:tcW w:type="dxa" w:w="720"/>
          </w:tcPr>
          <w:p>
            <w:r>
              <w:t>汉语言文学</w:t>
            </w:r>
          </w:p>
        </w:tc>
        <w:tc>
          <w:tcPr>
            <w:tcW w:type="dxa" w:w="720"/>
          </w:tcPr>
          <w:p>
            <w:r>
              <w:t>杨云倩</w:t>
            </w:r>
          </w:p>
        </w:tc>
        <w:tc>
          <w:tcPr>
            <w:tcW w:type="dxa" w:w="720"/>
          </w:tcPr>
          <w:p>
            <w:r>
              <w:t>23200304223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76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88.21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70.568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  <w:tr>
        <w:tc>
          <w:tcPr>
            <w:tcW w:type="dxa" w:w="720"/>
          </w:tcPr>
          <w:p>
            <w:r>
              <w:t>12</w:t>
            </w:r>
          </w:p>
        </w:tc>
        <w:tc>
          <w:tcPr>
            <w:tcW w:type="dxa" w:w="720"/>
          </w:tcPr>
          <w:p>
            <w:r>
              <w:t>汉语言文学（师范）</w:t>
            </w:r>
          </w:p>
        </w:tc>
        <w:tc>
          <w:tcPr>
            <w:tcW w:type="dxa" w:w="720"/>
          </w:tcPr>
          <w:p>
            <w:r>
              <w:t>钱宇奕</w:t>
            </w:r>
          </w:p>
        </w:tc>
        <w:tc>
          <w:tcPr>
            <w:tcW w:type="dxa" w:w="720"/>
          </w:tcPr>
          <w:p>
            <w:r>
              <w:t>23200304213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118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91.51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73.208</w:t>
            </w:r>
          </w:p>
        </w:tc>
        <w:tc>
          <w:tcPr>
            <w:tcW w:type="dxa" w:w="720"/>
          </w:tcPr>
          <w:p>
            <w:r>
              <w:t>1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13</w:t>
            </w:r>
          </w:p>
        </w:tc>
        <w:tc>
          <w:tcPr>
            <w:tcW w:type="dxa" w:w="720"/>
          </w:tcPr>
          <w:p>
            <w:r>
              <w:t>汉语言文学（师范）</w:t>
            </w:r>
          </w:p>
        </w:tc>
        <w:tc>
          <w:tcPr>
            <w:tcW w:type="dxa" w:w="720"/>
          </w:tcPr>
          <w:p>
            <w:r>
              <w:t>陈锦</w:t>
            </w:r>
          </w:p>
        </w:tc>
        <w:tc>
          <w:tcPr>
            <w:tcW w:type="dxa" w:w="720"/>
          </w:tcPr>
          <w:p>
            <w:r>
              <w:t>22200129212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118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91.33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73.064</w:t>
            </w:r>
          </w:p>
        </w:tc>
        <w:tc>
          <w:tcPr>
            <w:tcW w:type="dxa" w:w="720"/>
          </w:tcPr>
          <w:p>
            <w:r>
              <w:t>2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14</w:t>
            </w:r>
          </w:p>
        </w:tc>
        <w:tc>
          <w:tcPr>
            <w:tcW w:type="dxa" w:w="720"/>
          </w:tcPr>
          <w:p>
            <w:r>
              <w:t>汉语言文学（师范）</w:t>
            </w:r>
          </w:p>
        </w:tc>
        <w:tc>
          <w:tcPr>
            <w:tcW w:type="dxa" w:w="720"/>
          </w:tcPr>
          <w:p>
            <w:r>
              <w:t>梁晨晨</w:t>
            </w:r>
          </w:p>
        </w:tc>
        <w:tc>
          <w:tcPr>
            <w:tcW w:type="dxa" w:w="720"/>
          </w:tcPr>
          <w:p>
            <w:r>
              <w:t>22200314227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118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91.24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72.992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推荐</w:t>
            </w:r>
          </w:p>
        </w:tc>
      </w:tr>
      <w:tr>
        <w:tc>
          <w:tcPr>
            <w:tcW w:type="dxa" w:w="720"/>
          </w:tcPr>
          <w:p>
            <w:r>
              <w:t>15</w:t>
            </w:r>
          </w:p>
        </w:tc>
        <w:tc>
          <w:tcPr>
            <w:tcW w:type="dxa" w:w="720"/>
          </w:tcPr>
          <w:p>
            <w:r>
              <w:t>汉语言文学（师范）</w:t>
            </w:r>
          </w:p>
        </w:tc>
        <w:tc>
          <w:tcPr>
            <w:tcW w:type="dxa" w:w="720"/>
          </w:tcPr>
          <w:p>
            <w:r>
              <w:t>王中琪</w:t>
            </w:r>
          </w:p>
        </w:tc>
        <w:tc>
          <w:tcPr>
            <w:tcW w:type="dxa" w:w="720"/>
          </w:tcPr>
          <w:p>
            <w:r>
              <w:t>23200301302</w:t>
            </w:r>
          </w:p>
        </w:tc>
        <w:tc>
          <w:tcPr>
            <w:tcW w:type="dxa" w:w="720"/>
          </w:tcPr>
          <w:p>
            <w:r>
              <w:t>9</w:t>
            </w:r>
          </w:p>
        </w:tc>
        <w:tc>
          <w:tcPr>
            <w:tcW w:type="dxa" w:w="720"/>
          </w:tcPr>
          <w:p>
            <w:r>
              <w:t>118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90.3</w:t>
            </w:r>
          </w:p>
        </w:tc>
        <w:tc>
          <w:tcPr>
            <w:tcW w:type="dxa" w:w="720"/>
          </w:tcPr>
          <w:p>
            <w:r>
              <w:t>3</w:t>
            </w:r>
          </w:p>
        </w:tc>
        <w:tc>
          <w:tcPr>
            <w:tcW w:type="dxa" w:w="720"/>
          </w:tcPr>
          <w:p>
            <w:r>
              <w:t>72.84</w:t>
            </w:r>
          </w:p>
        </w:tc>
        <w:tc>
          <w:tcPr>
            <w:tcW w:type="dxa" w:w="720"/>
          </w:tcPr>
          <w:p>
            <w:r>
              <w:t>4</w:t>
            </w:r>
          </w:p>
        </w:tc>
        <w:tc>
          <w:tcPr>
            <w:tcW w:type="dxa" w:w="720"/>
          </w:tcPr>
          <w:p>
            <w:r>
              <w:t>递补1</w:t>
            </w:r>
          </w:p>
        </w:tc>
      </w:tr>
      <w:tr>
        <w:tc>
          <w:tcPr>
            <w:tcW w:type="dxa" w:w="720"/>
          </w:tcPr>
          <w:p>
            <w:r>
              <w:t>16</w:t>
            </w:r>
          </w:p>
        </w:tc>
        <w:tc>
          <w:tcPr>
            <w:tcW w:type="dxa" w:w="720"/>
          </w:tcPr>
          <w:p>
            <w:r>
              <w:t>汉语言文学（师范）</w:t>
            </w:r>
          </w:p>
        </w:tc>
        <w:tc>
          <w:tcPr>
            <w:tcW w:type="dxa" w:w="720"/>
          </w:tcPr>
          <w:p>
            <w:r>
              <w:t>王嘉禾</w:t>
            </w:r>
          </w:p>
        </w:tc>
        <w:tc>
          <w:tcPr>
            <w:tcW w:type="dxa" w:w="720"/>
          </w:tcPr>
          <w:p>
            <w:r>
              <w:t>23200301106</w:t>
            </w:r>
          </w:p>
        </w:tc>
        <w:tc>
          <w:tcPr>
            <w:tcW w:type="dxa" w:w="720"/>
          </w:tcPr>
          <w:p>
            <w:r>
              <w:t>6</w:t>
            </w:r>
          </w:p>
        </w:tc>
        <w:tc>
          <w:tcPr>
            <w:tcW w:type="dxa" w:w="720"/>
          </w:tcPr>
          <w:p>
            <w:r>
              <w:t>118</w:t>
            </w:r>
          </w:p>
        </w:tc>
        <w:tc>
          <w:tcPr>
            <w:tcW w:type="dxa" w:w="720"/>
          </w:tcPr>
          <w:p>
            <w:r>
              <w:t>合格</w:t>
            </w:r>
          </w:p>
        </w:tc>
        <w:tc>
          <w:tcPr>
            <w:tcW w:type="dxa" w:w="720"/>
          </w:tcPr>
          <w:p>
            <w:r>
              <w:t>90.98</w:t>
            </w:r>
          </w:p>
        </w:tc>
        <w:tc>
          <w:tcPr>
            <w:tcW w:type="dxa" w:w="720"/>
          </w:tcPr>
          <w:p>
            <w:r>
              <w:t>0</w:t>
            </w:r>
          </w:p>
        </w:tc>
        <w:tc>
          <w:tcPr>
            <w:tcW w:type="dxa" w:w="720"/>
          </w:tcPr>
          <w:p>
            <w:r>
              <w:t>72.784</w:t>
            </w:r>
          </w:p>
        </w:tc>
        <w:tc>
          <w:tcPr>
            <w:tcW w:type="dxa" w:w="720"/>
          </w:tcPr>
          <w:p>
            <w:r>
              <w:t>5</w:t>
            </w:r>
          </w:p>
        </w:tc>
        <w:tc>
          <w:tcPr>
            <w:tcW w:type="dxa" w:w="720"/>
          </w:tcPr>
          <w:p>
            <w:r>
              <w:t>递补2</w:t>
            </w:r>
          </w:p>
        </w:tc>
      </w:tr>
    </w:tbl>
    <w:p>
      <w:r>
        <w:t>公示时间：2026年9月4日-9月6日</w:t>
      </w:r>
    </w:p>
    <w:p>
      <w:r>
        <w:t>如对上述评选结果有异议，可以通过来电、来访等形式于9月6日下午16：00时前向文学院反映（联系人：许老师，联系电话：68414718，邮箱：491772064@qq.com）</w:t>
      </w:r>
    </w:p>
    <w:p>
      <w:r>
        <w:t>文学院</w:t>
      </w:r>
    </w:p>
    <w:p>
      <w:r>
        <w:t>2026年9月4日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