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苏州科技大学数学科学学院 推荐2026年优秀应届本科毕业生免试攻读研究生工作细则</w:t>
      </w:r>
    </w:p>
    <w:p>
      <w:r>
        <w:t>为做好我院推荐免试攻读研究生工作，根据《苏州科技大学推荐2026年优秀应届本科毕业生免试攻读研究生工作实施方案》，结合本院实际情况，制定本细则。</w:t>
      </w:r>
    </w:p>
    <w:p>
      <w:r>
        <w:t>一、学院推免生遴选工作小组</w:t>
      </w:r>
    </w:p>
    <w:p>
      <w:r>
        <w:t>组长：黄志刚、王开永</w:t>
      </w:r>
    </w:p>
    <w:p>
      <w:r>
        <w:t>成员：胡世怡、孙桂荣、宋传静、董迎辉、李孝诚</w:t>
      </w:r>
    </w:p>
    <w:p>
      <w:r>
        <w:t>咨询电话：0512-68 138684申诉电话：0512-68418462邮箱：sxyjs@usts.edu.cn</w:t>
      </w:r>
    </w:p>
    <w:p>
      <w:r>
        <w:t>二、名额分配</w:t>
      </w:r>
    </w:p>
    <w:p>
      <w:r>
        <w:t>总名额：4名</w:t>
      </w:r>
    </w:p>
    <w:p>
      <w:r>
        <w:t>名额分配如下：数学与应用数学（师范）专业2名；信息与计算科学专业1名；统计学专业1名。</w:t>
      </w:r>
    </w:p>
    <w:p>
      <w:r>
        <w:t>三、申请报名条件</w:t>
      </w:r>
    </w:p>
    <w:p>
      <w:r>
        <w:t>申请者须满足学校规定的遴选基本条件。</w:t>
      </w:r>
    </w:p>
    <w:p>
      <w:r>
        <w:t>四、申请受理时间、地点</w:t>
      </w:r>
    </w:p>
    <w:p>
      <w:r>
        <w:t>截止时间：9月5日12 :00之前，提交报名申请表等相关材料（附件3-附件6）。纸质版一式一份，电子版：数学与应用数学（师范）专业发送至1915910097@qq.com；信息与计算科学专业和统计学专业发送至joejoe1317@163.com。</w:t>
      </w:r>
    </w:p>
    <w:p>
      <w:r>
        <w:t>受理地点：石湖校区教2楼217室（数学与应用数学（师范）专业）；219室（信息与计算科学专业、统计学专业）。</w:t>
      </w:r>
    </w:p>
    <w:p>
      <w:r>
        <w:t>受理人员：史老师（数学与应用数学（师范）专业）；许老师（信息与计算科学专业、统计学专业）。</w:t>
      </w:r>
    </w:p>
    <w:p>
      <w:r>
        <w:t>五、推免生名单产生办法</w:t>
      </w:r>
    </w:p>
    <w:p>
      <w:r>
        <w:t>根据《苏州科技大学推荐2026年优秀应届本科毕业生免试攻读研究生工作实施方案》进行资格审查，通过者按以下程序产生推免生名单。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2、对学生开展综合评价，综合成绩=学业成绩*80 %+综合素质*20 %。课程清单和综合素质评价具体设置见附件。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推免相关工作人员有直系亲属或利益相关人员报名参加本单位推免招生的须主动申请回避，有非直系亲属等报名参加推免招生的要主动报备。相关学生申请推免资格时也应主动报备声明。回避报备应于9月8日前完成，并由学院汇总后报教务处备案。</w:t>
      </w:r>
    </w:p>
    <w:p>
      <w:r>
        <w:t>2、其他事项按照教育部和学校相关规定执行。</w:t>
      </w:r>
    </w:p>
    <w:p>
      <w:r>
        <w:t>3、本细则由学院推免生遴选工作小组负责解释。</w:t>
      </w:r>
    </w:p>
    <w:p>
      <w:r>
        <w:t>数学科学学院</w:t>
      </w:r>
    </w:p>
    <w:p>
      <w:r>
        <w:t>2025年9月3日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