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苏州科技大学数学科学学院推荐2027年优秀应届本科毕业生免试攻读研究生工作细则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组长：黄志刚、王开永</w:t>
      </w:r>
    </w:p>
    <w:p>
      <w:r>
        <w:t>成员：胡世怡、孙桂荣、宋传静、董迎辉、李孝诚</w:t>
      </w:r>
    </w:p>
    <w:p>
      <w:r>
        <w:t>咨询电话：0512-68138684申诉电话：0512-68418462邮箱：sxyjs@usts.edu.cn</w:t>
      </w:r>
    </w:p>
    <w:p>
      <w:r>
        <w:t>二、名额分配</w:t>
      </w:r>
    </w:p>
    <w:p>
      <w:r>
        <w:t>总名额：7名</w:t>
      </w:r>
    </w:p>
    <w:p>
      <w:r>
        <w:t>名额分配如下：数学与应用数学（师范）专业3名；信息与计算科学专业2名；统计学专业2名。</w:t>
      </w:r>
    </w:p>
    <w:p>
      <w:r>
        <w:t>三、申请报名条件</w:t>
      </w:r>
    </w:p>
    <w:p>
      <w:r>
        <w:t>申请者须满足学校规定的遴选基本条件。</w:t>
      </w:r>
    </w:p>
    <w:p>
      <w:r>
        <w:t>四、申请受理时间、地点</w:t>
      </w:r>
    </w:p>
    <w:p>
      <w:r>
        <w:t>截止时间：2026年9月1日下午4点，提交报名申请表等相关材料（附件5-附件9）。纸质版一式一份，电子版：数学与应用数学（师范）专业和统计学专业发送至1534495986@qq.com；信息与计算科学专业发送至545228772@qq.com。</w:t>
      </w:r>
    </w:p>
    <w:p>
      <w:r>
        <w:t>受理地点：石湖校区教2楼215室</w:t>
      </w:r>
    </w:p>
    <w:p>
      <w:r>
        <w:t>受理人员：程老师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数学科学学院</w:t>
      </w:r>
    </w:p>
    <w:p>
      <w:r>
        <w:t>2026年8月30日</w:t>
      </w:r>
    </w:p>
    <w:p>
      <w:r>
        <w:t>附件：</w:t>
      </w:r>
    </w:p>
    <w:p>
      <w:r>
        <w:t>1.关于印发《苏州科技大学推荐2027年优秀应届本科毕业生免试攻读研究生工作实施方案》的通知</w:t>
      </w:r>
    </w:p>
    <w:p>
      <w:r>
        <w:t>2.苏州科技大学推免生学科竞赛认定目录</w:t>
      </w:r>
    </w:p>
    <w:p>
      <w:r>
        <w:t>3.苏州科技大学数学科学学院推免生综合素质单项分值设置表</w:t>
      </w:r>
    </w:p>
    <w:p>
      <w:r>
        <w:t>4.苏州科技大学推荐2027年优秀应届本科毕业生免试攻读研究生课程清单</w:t>
      </w:r>
    </w:p>
    <w:p>
      <w:r>
        <w:t>5.苏州科技大学推荐2027年优秀应届本科毕业生免试攻读研究生思想政治品德考核表</w:t>
      </w:r>
    </w:p>
    <w:p>
      <w:r>
        <w:t>6.苏州科技大学推荐2027年优秀应届本科毕业生免试攻读研究生申请表</w:t>
      </w:r>
    </w:p>
    <w:p>
      <w:r>
        <w:t>7. 2027年推免综合素质加分申请表</w:t>
      </w:r>
    </w:p>
    <w:p>
      <w:r>
        <w:t>8.苏州科技大学推荐2027年优秀应届本科毕业生免试攻读研究生汇总表</w:t>
      </w:r>
    </w:p>
    <w:p>
      <w:r>
        <w:t>9.苏州科技大学推荐2027年优秀应届本科毕业生免试攻读研究生相关人员亲属或利益关系报备登记表</w:t>
      </w:r>
    </w:p>
    <w:p>
      <w:r>
        <w:t>苏州科技大学数学科学学院推免生综合素质单项分值设置表</w:t>
      </w:r>
    </w:p>
    <w:tbl>
      <w:tblPr>
        <w:tblStyle w:val="TableGrid"/>
        <w:tblW w:type="auto" w:w="0"/>
        <w:tblLook w:firstColumn="1" w:firstRow="1" w:lastColumn="0" w:lastRow="0" w:noHBand="0" w:noVBand="1" w:val="04A0"/>
      </w:tblPr>
      <w:tblGrid>
        <w:gridCol w:w="665"/>
        <w:gridCol w:w="665"/>
        <w:gridCol w:w="665"/>
        <w:gridCol w:w="665"/>
        <w:gridCol w:w="665"/>
        <w:gridCol w:w="665"/>
        <w:gridCol w:w="665"/>
        <w:gridCol w:w="665"/>
        <w:gridCol w:w="665"/>
        <w:gridCol w:w="665"/>
        <w:gridCol w:w="665"/>
        <w:gridCol w:w="665"/>
        <w:gridCol w:w="665"/>
      </w:tblGrid>
      <w:tr>
        <w:tc>
          <w:tcPr>
            <w:tcW w:type="dxa" w:w="665"/>
          </w:tcPr>
          <w:p>
            <w:r>
              <w:t>类别</w:t>
            </w:r>
          </w:p>
        </w:tc>
        <w:tc>
          <w:tcPr>
            <w:tcW w:type="dxa" w:w="665"/>
          </w:tcPr>
          <w:p>
            <w:r>
              <w:t>项目等级</w:t>
            </w:r>
          </w:p>
        </w:tc>
        <w:tc>
          <w:tcPr>
            <w:tcW w:type="dxa" w:w="665"/>
          </w:tcPr>
          <w:p>
            <w:r>
              <w:t>第一等次</w:t>
            </w:r>
          </w:p>
        </w:tc>
        <w:tc>
          <w:tcPr>
            <w:tcW w:type="dxa" w:w="665"/>
          </w:tcPr>
          <w:p>
            <w:r>
              <w:t>第二等次</w:t>
            </w:r>
          </w:p>
        </w:tc>
        <w:tc>
          <w:tcPr>
            <w:tcW w:type="dxa" w:w="665"/>
          </w:tcPr>
          <w:p>
            <w:r>
              <w:t>第三等次</w:t>
            </w:r>
          </w:p>
        </w:tc>
        <w:tc>
          <w:tcPr>
            <w:tcW w:type="dxa" w:w="665"/>
          </w:tcPr>
          <w:p>
            <w:r>
              <w:t>第四等次</w:t>
            </w:r>
          </w:p>
        </w:tc>
        <w:tc>
          <w:tcPr>
            <w:tcW w:type="dxa" w:w="665"/>
          </w:tcPr>
          <w:p>
            <w:r>
              <w:t>备注</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学科竞赛(不超过40分)</w:t>
            </w:r>
          </w:p>
        </w:tc>
        <w:tc>
          <w:tcPr>
            <w:tcW w:type="dxa" w:w="665"/>
          </w:tcPr>
          <w:p>
            <w:r>
              <w:t>I甲</w:t>
            </w:r>
          </w:p>
        </w:tc>
        <w:tc>
          <w:tcPr>
            <w:tcW w:type="dxa" w:w="665"/>
          </w:tcPr>
          <w:p>
            <w:r>
              <w:t>40</w:t>
            </w:r>
          </w:p>
        </w:tc>
        <w:tc>
          <w:tcPr>
            <w:tcW w:type="dxa" w:w="665"/>
          </w:tcPr>
          <w:p>
            <w:r>
              <w:t>30</w:t>
            </w:r>
          </w:p>
        </w:tc>
        <w:tc>
          <w:tcPr>
            <w:tcW w:type="dxa" w:w="665"/>
          </w:tcPr>
          <w:p>
            <w:r>
              <w:t>15</w:t>
            </w:r>
          </w:p>
        </w:tc>
        <w:tc>
          <w:tcPr>
            <w:tcW w:type="dxa" w:w="665"/>
          </w:tcPr>
          <w:p>
            <w:r>
              <w:t>5</w:t>
            </w:r>
          </w:p>
        </w:tc>
        <w:tc>
          <w:tcPr>
            <w:tcW w:type="dxa" w:w="665"/>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I乙</w:t>
            </w:r>
          </w:p>
        </w:tc>
        <w:tc>
          <w:tcPr>
            <w:tcW w:type="dxa" w:w="665"/>
          </w:tcPr>
          <w:p>
            <w:r>
              <w:t>15</w:t>
            </w:r>
          </w:p>
        </w:tc>
        <w:tc>
          <w:tcPr>
            <w:tcW w:type="dxa" w:w="665"/>
          </w:tcPr>
          <w:p>
            <w:r>
              <w:t>10</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科研成果(不超过40分)</w:t>
            </w:r>
          </w:p>
        </w:tc>
        <w:tc>
          <w:tcPr>
            <w:tcW w:type="dxa" w:w="665"/>
          </w:tcPr>
          <w:p>
            <w:r>
              <w:t>论文（40分）</w:t>
            </w:r>
          </w:p>
        </w:tc>
        <w:tc>
          <w:tcPr>
            <w:tcW w:type="dxa" w:w="665"/>
          </w:tcPr>
          <w:p>
            <w:r>
              <w:t>知识产权（10分）</w:t>
            </w:r>
          </w:p>
        </w:tc>
        <w:tc>
          <w:tcPr>
            <w:tcW w:type="dxa" w:w="665"/>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核心期刊及论文级别认定参见《苏州科技大学核心期刊目录（2021修订）》。（4）北大核心期刊以《中文北大核心期刊目录总览》为准。（5）论文取单篇最高分。</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一类权威</w:t>
            </w:r>
          </w:p>
        </w:tc>
        <w:tc>
          <w:tcPr>
            <w:tcW w:type="dxa" w:w="665"/>
          </w:tcPr>
          <w:p>
            <w:r>
              <w:t>40</w:t>
            </w:r>
          </w:p>
        </w:tc>
        <w:tc>
          <w:tcPr>
            <w:tcW w:type="dxa" w:w="665"/>
          </w:tcPr>
          <w:p>
            <w:r>
              <w:t>中国发明专利</w:t>
            </w:r>
          </w:p>
        </w:tc>
        <w:tc>
          <w:tcPr>
            <w:tcW w:type="dxa" w:w="665"/>
          </w:tcPr>
          <w:p>
            <w:r>
              <w:t>10</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一类核心</w:t>
            </w:r>
          </w:p>
        </w:tc>
        <w:tc>
          <w:tcPr>
            <w:tcW w:type="dxa" w:w="665"/>
          </w:tcPr>
          <w:p>
            <w:r>
              <w:t>32</w:t>
            </w:r>
          </w:p>
        </w:tc>
        <w:tc>
          <w:tcPr>
            <w:tcW w:type="dxa" w:w="665"/>
          </w:tcPr>
          <w:p>
            <w:r>
              <w:t>——</w:t>
            </w:r>
          </w:p>
        </w:tc>
        <w:tc>
          <w:tcPr>
            <w:tcW w:type="dxa" w:w="665"/>
          </w:tcPr>
          <w:p>
            <w:r>
              <w:t>——</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二类核心</w:t>
            </w:r>
          </w:p>
        </w:tc>
        <w:tc>
          <w:tcPr>
            <w:tcW w:type="dxa" w:w="665"/>
          </w:tcPr>
          <w:p>
            <w:r>
              <w:t>20</w:t>
            </w:r>
          </w:p>
        </w:tc>
        <w:tc>
          <w:tcPr>
            <w:tcW w:type="dxa" w:w="665"/>
          </w:tcPr>
          <w:p>
            <w:r>
              <w:t>——</w:t>
            </w:r>
          </w:p>
        </w:tc>
        <w:tc>
          <w:tcPr>
            <w:tcW w:type="dxa" w:w="665"/>
          </w:tcPr>
          <w:p>
            <w:r>
              <w:t>——</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三类核心</w:t>
            </w:r>
          </w:p>
        </w:tc>
        <w:tc>
          <w:tcPr>
            <w:tcW w:type="dxa" w:w="665"/>
          </w:tcPr>
          <w:p>
            <w:r>
              <w:t>12</w:t>
            </w:r>
          </w:p>
        </w:tc>
        <w:tc>
          <w:tcPr>
            <w:tcW w:type="dxa" w:w="665"/>
          </w:tcPr>
          <w:p>
            <w:r>
              <w:t>——</w:t>
            </w:r>
          </w:p>
        </w:tc>
        <w:tc>
          <w:tcPr>
            <w:tcW w:type="dxa" w:w="665"/>
          </w:tcPr>
          <w:p>
            <w:r>
              <w:t>——</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四类核心</w:t>
            </w:r>
          </w:p>
        </w:tc>
        <w:tc>
          <w:tcPr>
            <w:tcW w:type="dxa" w:w="665"/>
          </w:tcPr>
          <w:p>
            <w:r>
              <w:t>8</w:t>
            </w:r>
          </w:p>
        </w:tc>
        <w:tc>
          <w:tcPr>
            <w:tcW w:type="dxa" w:w="665"/>
          </w:tcPr>
          <w:p>
            <w:r>
              <w:t>——</w:t>
            </w:r>
          </w:p>
        </w:tc>
        <w:tc>
          <w:tcPr>
            <w:tcW w:type="dxa" w:w="665"/>
          </w:tcPr>
          <w:p>
            <w:r>
              <w:t>——</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北大核心</w:t>
            </w:r>
          </w:p>
        </w:tc>
        <w:tc>
          <w:tcPr>
            <w:tcW w:type="dxa" w:w="665"/>
          </w:tcPr>
          <w:p>
            <w:r>
              <w:t>2</w:t>
            </w:r>
          </w:p>
        </w:tc>
        <w:tc>
          <w:tcPr>
            <w:tcW w:type="dxa" w:w="665"/>
          </w:tcPr>
          <w:p>
            <w:r>
              <w:t>——</w:t>
            </w:r>
          </w:p>
        </w:tc>
        <w:tc>
          <w:tcPr>
            <w:tcW w:type="dxa" w:w="665"/>
          </w:tcPr>
          <w:p>
            <w:r>
              <w:t>——</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志愿服务(不超过10分)</w:t>
            </w:r>
          </w:p>
        </w:tc>
        <w:tc>
          <w:tcPr>
            <w:tcW w:type="dxa" w:w="665"/>
          </w:tcPr>
          <w:p>
            <w:r/>
          </w:p>
        </w:tc>
        <w:tc>
          <w:tcPr>
            <w:tcW w:type="dxa" w:w="665"/>
          </w:tcPr>
          <w:p>
            <w:r>
              <w:t>第一等次</w:t>
            </w:r>
          </w:p>
        </w:tc>
        <w:tc>
          <w:tcPr>
            <w:tcW w:type="dxa" w:w="665"/>
          </w:tcPr>
          <w:p>
            <w:r>
              <w:t>第二等次</w:t>
            </w:r>
          </w:p>
        </w:tc>
        <w:tc>
          <w:tcPr>
            <w:tcW w:type="dxa" w:w="665"/>
          </w:tcPr>
          <w:p>
            <w:r>
              <w:t>第三等次</w:t>
            </w:r>
          </w:p>
        </w:tc>
        <w:tc>
          <w:tcPr>
            <w:tcW w:type="dxa" w:w="665"/>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国家级</w:t>
            </w:r>
          </w:p>
        </w:tc>
        <w:tc>
          <w:tcPr>
            <w:tcW w:type="dxa" w:w="665"/>
          </w:tcPr>
          <w:p>
            <w:r>
              <w:t>10</w:t>
            </w:r>
          </w:p>
        </w:tc>
        <w:tc>
          <w:tcPr>
            <w:tcW w:type="dxa" w:w="665"/>
          </w:tcPr>
          <w:p>
            <w:r>
              <w:t>7</w:t>
            </w:r>
          </w:p>
        </w:tc>
        <w:tc>
          <w:tcPr>
            <w:tcW w:type="dxa" w:w="665"/>
          </w:tcPr>
          <w:p>
            <w:r>
              <w:t>5</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省部级</w:t>
            </w:r>
          </w:p>
        </w:tc>
        <w:tc>
          <w:tcPr>
            <w:tcW w:type="dxa" w:w="665"/>
          </w:tcPr>
          <w:p>
            <w:r>
              <w:t>5</w:t>
            </w:r>
          </w:p>
        </w:tc>
        <w:tc>
          <w:tcPr>
            <w:tcW w:type="dxa" w:w="665"/>
          </w:tcPr>
          <w:p>
            <w:r>
              <w:t>3</w:t>
            </w:r>
          </w:p>
        </w:tc>
        <w:tc>
          <w:tcPr>
            <w:tcW w:type="dxa" w:w="665"/>
          </w:tcPr>
          <w:p>
            <w:r>
              <w:t>1</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到国际组织实习（不超过5分）</w:t>
            </w:r>
          </w:p>
        </w:tc>
        <w:tc>
          <w:tcPr>
            <w:tcW w:type="dxa" w:w="665"/>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t>参军入伍服兵役（不超过5分）</w:t>
            </w:r>
          </w:p>
        </w:tc>
        <w:tc>
          <w:tcPr>
            <w:tcW w:type="dxa" w:w="665"/>
          </w:tcPr>
          <w:p>
            <w:r>
              <w:t>须提供入伍批准书及退出现役证。</w:t>
            </w: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c>
          <w:tcPr>
            <w:tcW w:type="dxa" w:w="665"/>
          </w:tcPr>
          <w:p/>
        </w:tc>
      </w:tr>
      <w:tr>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c>
          <w:tcPr>
            <w:tcW w:type="dxa" w:w="665"/>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数学与应用数学（师范）</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数学科学学院</w:t>
            </w:r>
          </w:p>
        </w:tc>
        <w:tc>
          <w:tcPr>
            <w:tcW w:type="dxa" w:w="1080"/>
          </w:tcPr>
          <w:p>
            <w:r>
              <w:t>2023-2024</w:t>
            </w:r>
          </w:p>
        </w:tc>
        <w:tc>
          <w:tcPr>
            <w:tcW w:type="dxa" w:w="1080"/>
          </w:tcPr>
          <w:p>
            <w:r>
              <w:t>1</w:t>
            </w:r>
          </w:p>
        </w:tc>
      </w:tr>
      <w:tr>
        <w:tc>
          <w:tcPr>
            <w:tcW w:type="dxa" w:w="1080"/>
          </w:tcPr>
          <w:p>
            <w:r>
              <w:t>2</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t>3</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5</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7</w:t>
            </w:r>
          </w:p>
        </w:tc>
        <w:tc>
          <w:tcPr>
            <w:tcW w:type="dxa" w:w="1080"/>
          </w:tcPr>
          <w:p>
            <w:r>
              <w:t>高等代数与解析几何(一)</w:t>
            </w:r>
          </w:p>
        </w:tc>
        <w:tc>
          <w:tcPr>
            <w:tcW w:type="dxa" w:w="1080"/>
          </w:tcPr>
          <w:p>
            <w:r>
              <w:t>2MA21001</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数学分析A(一)</w:t>
            </w:r>
          </w:p>
        </w:tc>
        <w:tc>
          <w:tcPr>
            <w:tcW w:type="dxa" w:w="1080"/>
          </w:tcPr>
          <w:p>
            <w:r>
              <w:t>2MA21003</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教师发展与职业道德</w:t>
            </w:r>
          </w:p>
        </w:tc>
        <w:tc>
          <w:tcPr>
            <w:tcW w:type="dxa" w:w="1080"/>
          </w:tcPr>
          <w:p>
            <w:r>
              <w:t>2MA41101</w:t>
            </w:r>
          </w:p>
        </w:tc>
        <w:tc>
          <w:tcPr>
            <w:tcW w:type="dxa" w:w="1080"/>
          </w:tcPr>
          <w:p>
            <w:r>
              <w:t>1</w:t>
            </w:r>
          </w:p>
        </w:tc>
        <w:tc>
          <w:tcPr>
            <w:tcW w:type="dxa" w:w="1080"/>
          </w:tcPr>
          <w:p>
            <w:r>
              <w:t>教师教育必修课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11</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12</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13</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14</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高等代数与解析几何(二)</w:t>
            </w:r>
          </w:p>
        </w:tc>
        <w:tc>
          <w:tcPr>
            <w:tcW w:type="dxa" w:w="1080"/>
          </w:tcPr>
          <w:p>
            <w:r>
              <w:t>2MA21002</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数学分析A(二)</w:t>
            </w:r>
          </w:p>
        </w:tc>
        <w:tc>
          <w:tcPr>
            <w:tcW w:type="dxa" w:w="1080"/>
          </w:tcPr>
          <w:p>
            <w:r>
              <w:t>2MA21004</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18</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20</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22</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23</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24</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25</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26</w:t>
            </w:r>
          </w:p>
        </w:tc>
        <w:tc>
          <w:tcPr>
            <w:tcW w:type="dxa" w:w="1080"/>
          </w:tcPr>
          <w:p>
            <w:r>
              <w:t>数学分析A(三)</w:t>
            </w:r>
          </w:p>
        </w:tc>
        <w:tc>
          <w:tcPr>
            <w:tcW w:type="dxa" w:w="1080"/>
          </w:tcPr>
          <w:p>
            <w:r>
              <w:t>2MA21005</w:t>
            </w:r>
          </w:p>
        </w:tc>
        <w:tc>
          <w:tcPr>
            <w:tcW w:type="dxa" w:w="1080"/>
          </w:tcPr>
          <w:p>
            <w:r>
              <w:t>4</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27</w:t>
            </w:r>
          </w:p>
        </w:tc>
        <w:tc>
          <w:tcPr>
            <w:tcW w:type="dxa" w:w="1080"/>
          </w:tcPr>
          <w:p>
            <w:r>
              <w:t>常微分方程A</w:t>
            </w:r>
          </w:p>
        </w:tc>
        <w:tc>
          <w:tcPr>
            <w:tcW w:type="dxa" w:w="1080"/>
          </w:tcPr>
          <w:p>
            <w:r>
              <w:t>2MA21006</w:t>
            </w:r>
          </w:p>
        </w:tc>
        <w:tc>
          <w:tcPr>
            <w:tcW w:type="dxa" w:w="1080"/>
          </w:tcPr>
          <w:p>
            <w:r>
              <w:t>2.5</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28</w:t>
            </w:r>
          </w:p>
        </w:tc>
        <w:tc>
          <w:tcPr>
            <w:tcW w:type="dxa" w:w="1080"/>
          </w:tcPr>
          <w:p>
            <w:r>
              <w:t>近世代数</w:t>
            </w:r>
          </w:p>
        </w:tc>
        <w:tc>
          <w:tcPr>
            <w:tcW w:type="dxa" w:w="1080"/>
          </w:tcPr>
          <w:p>
            <w:r>
              <w:t>2MA21101</w:t>
            </w:r>
          </w:p>
        </w:tc>
        <w:tc>
          <w:tcPr>
            <w:tcW w:type="dxa" w:w="1080"/>
          </w:tcPr>
          <w:p>
            <w:r>
              <w:t>3</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物理实验B</w:t>
            </w:r>
          </w:p>
        </w:tc>
        <w:tc>
          <w:tcPr>
            <w:tcW w:type="dxa" w:w="1080"/>
          </w:tcPr>
          <w:p>
            <w:r>
              <w:t>2PS11003</w:t>
            </w:r>
          </w:p>
        </w:tc>
        <w:tc>
          <w:tcPr>
            <w:tcW w:type="dxa" w:w="1080"/>
          </w:tcPr>
          <w:p>
            <w:r>
              <w:t>1</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31</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32</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33</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34</w:t>
            </w:r>
          </w:p>
        </w:tc>
        <w:tc>
          <w:tcPr>
            <w:tcW w:type="dxa" w:w="1080"/>
          </w:tcPr>
          <w:p>
            <w:r>
              <w:t>概率论与数理统计A</w:t>
            </w:r>
          </w:p>
        </w:tc>
        <w:tc>
          <w:tcPr>
            <w:tcW w:type="dxa" w:w="1080"/>
          </w:tcPr>
          <w:p>
            <w:r>
              <w:t>2MA21007</w:t>
            </w:r>
          </w:p>
        </w:tc>
        <w:tc>
          <w:tcPr>
            <w:tcW w:type="dxa" w:w="1080"/>
          </w:tcPr>
          <w:p>
            <w:r>
              <w:t>4.5</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35</w:t>
            </w:r>
          </w:p>
        </w:tc>
        <w:tc>
          <w:tcPr>
            <w:tcW w:type="dxa" w:w="1080"/>
          </w:tcPr>
          <w:p>
            <w:r>
              <w:t>复变函数A</w:t>
            </w:r>
          </w:p>
        </w:tc>
        <w:tc>
          <w:tcPr>
            <w:tcW w:type="dxa" w:w="1080"/>
          </w:tcPr>
          <w:p>
            <w:r>
              <w:t>2MA21102</w:t>
            </w:r>
          </w:p>
        </w:tc>
        <w:tc>
          <w:tcPr>
            <w:tcW w:type="dxa" w:w="1080"/>
          </w:tcPr>
          <w:p>
            <w:r>
              <w:t>3</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36</w:t>
            </w:r>
          </w:p>
        </w:tc>
        <w:tc>
          <w:tcPr>
            <w:tcW w:type="dxa" w:w="1080"/>
          </w:tcPr>
          <w:p>
            <w:r>
              <w:t>数学建模A</w:t>
            </w:r>
          </w:p>
        </w:tc>
        <w:tc>
          <w:tcPr>
            <w:tcW w:type="dxa" w:w="1080"/>
          </w:tcPr>
          <w:p>
            <w:r>
              <w:t>2MA21103</w:t>
            </w:r>
          </w:p>
        </w:tc>
        <w:tc>
          <w:tcPr>
            <w:tcW w:type="dxa" w:w="1080"/>
          </w:tcPr>
          <w:p>
            <w:r>
              <w:t>2.5</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拓扑学</w:t>
            </w:r>
          </w:p>
        </w:tc>
        <w:tc>
          <w:tcPr>
            <w:tcW w:type="dxa" w:w="1080"/>
          </w:tcPr>
          <w:p>
            <w:r>
              <w:t>2MA21104</w:t>
            </w:r>
          </w:p>
        </w:tc>
        <w:tc>
          <w:tcPr>
            <w:tcW w:type="dxa" w:w="1080"/>
          </w:tcPr>
          <w:p>
            <w:r>
              <w:t>2</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38</w:t>
            </w:r>
          </w:p>
        </w:tc>
        <w:tc>
          <w:tcPr>
            <w:tcW w:type="dxa" w:w="1080"/>
          </w:tcPr>
          <w:p>
            <w:r>
              <w:t>中学数学课程标准与教材分析</w:t>
            </w:r>
          </w:p>
        </w:tc>
        <w:tc>
          <w:tcPr>
            <w:tcW w:type="dxa" w:w="1080"/>
          </w:tcPr>
          <w:p>
            <w:r>
              <w:t>2MA41102</w:t>
            </w:r>
          </w:p>
        </w:tc>
        <w:tc>
          <w:tcPr>
            <w:tcW w:type="dxa" w:w="1080"/>
          </w:tcPr>
          <w:p>
            <w:r>
              <w:t>1.0</w:t>
            </w:r>
          </w:p>
        </w:tc>
        <w:tc>
          <w:tcPr>
            <w:tcW w:type="dxa" w:w="1080"/>
          </w:tcPr>
          <w:p>
            <w:r>
              <w:t>教师教育必修课</w:t>
            </w:r>
          </w:p>
        </w:tc>
        <w:tc>
          <w:tcPr>
            <w:tcW w:type="dxa" w:w="1080"/>
          </w:tcPr>
          <w:p>
            <w:r>
              <w:t>数学科学学院</w:t>
            </w:r>
          </w:p>
        </w:tc>
        <w:tc>
          <w:tcPr>
            <w:tcW w:type="dxa" w:w="1080"/>
          </w:tcPr>
          <w:p>
            <w:r>
              <w:t>2024-2025</w:t>
            </w:r>
          </w:p>
        </w:tc>
        <w:tc>
          <w:tcPr>
            <w:tcW w:type="dxa" w:w="1080"/>
          </w:tcPr>
          <w:p>
            <w:r>
              <w:t>2</w:t>
            </w:r>
          </w:p>
        </w:tc>
      </w:tr>
      <w:tr>
        <w:tc>
          <w:tcPr>
            <w:tcW w:type="dxa" w:w="1080"/>
          </w:tcPr>
          <w:p>
            <w:r>
              <w:t>39</w:t>
            </w:r>
          </w:p>
        </w:tc>
        <w:tc>
          <w:tcPr>
            <w:tcW w:type="dxa" w:w="1080"/>
          </w:tcPr>
          <w:p>
            <w:r>
              <w:t>教育见习一</w:t>
            </w:r>
          </w:p>
        </w:tc>
        <w:tc>
          <w:tcPr>
            <w:tcW w:type="dxa" w:w="1080"/>
          </w:tcPr>
          <w:p>
            <w:r>
              <w:t>2MA41103</w:t>
            </w:r>
          </w:p>
        </w:tc>
        <w:tc>
          <w:tcPr>
            <w:tcW w:type="dxa" w:w="1080"/>
          </w:tcPr>
          <w:p>
            <w:r>
              <w:t>1.0</w:t>
            </w:r>
          </w:p>
        </w:tc>
        <w:tc>
          <w:tcPr>
            <w:tcW w:type="dxa" w:w="1080"/>
          </w:tcPr>
          <w:p>
            <w:r>
              <w:t>教师教育必修课</w:t>
            </w:r>
          </w:p>
        </w:tc>
        <w:tc>
          <w:tcPr>
            <w:tcW w:type="dxa" w:w="1080"/>
          </w:tcPr>
          <w:p>
            <w:r>
              <w:t>数学科学学院</w:t>
            </w:r>
          </w:p>
        </w:tc>
        <w:tc>
          <w:tcPr>
            <w:tcW w:type="dxa" w:w="1080"/>
          </w:tcPr>
          <w:p>
            <w:r>
              <w:t>2024-2025</w:t>
            </w:r>
          </w:p>
        </w:tc>
        <w:tc>
          <w:tcPr>
            <w:tcW w:type="dxa" w:w="1080"/>
          </w:tcPr>
          <w:p>
            <w:r>
              <w:t>2</w:t>
            </w:r>
          </w:p>
        </w:tc>
      </w:tr>
      <w:tr>
        <w:tc>
          <w:tcPr>
            <w:tcW w:type="dxa" w:w="1080"/>
          </w:tcPr>
          <w:p>
            <w:r>
              <w:t>40</w:t>
            </w:r>
          </w:p>
        </w:tc>
        <w:tc>
          <w:tcPr>
            <w:tcW w:type="dxa" w:w="1080"/>
          </w:tcPr>
          <w:p>
            <w:r>
              <w:t>中学数学课程标准与教材分析实践课</w:t>
            </w:r>
          </w:p>
        </w:tc>
        <w:tc>
          <w:tcPr>
            <w:tcW w:type="dxa" w:w="1080"/>
          </w:tcPr>
          <w:p>
            <w:r>
              <w:t>2MA41109</w:t>
            </w:r>
          </w:p>
        </w:tc>
        <w:tc>
          <w:tcPr>
            <w:tcW w:type="dxa" w:w="1080"/>
          </w:tcPr>
          <w:p>
            <w:r>
              <w:t>1.0</w:t>
            </w:r>
          </w:p>
        </w:tc>
        <w:tc>
          <w:tcPr>
            <w:tcW w:type="dxa" w:w="1080"/>
          </w:tcPr>
          <w:p>
            <w:r>
              <w:t>教师教育必修课</w:t>
            </w:r>
          </w:p>
        </w:tc>
        <w:tc>
          <w:tcPr>
            <w:tcW w:type="dxa" w:w="1080"/>
          </w:tcPr>
          <w:p>
            <w:r>
              <w:t>数学科学学院</w:t>
            </w:r>
          </w:p>
        </w:tc>
        <w:tc>
          <w:tcPr>
            <w:tcW w:type="dxa" w:w="1080"/>
          </w:tcPr>
          <w:p>
            <w:r>
              <w:t>2024-2025</w:t>
            </w:r>
          </w:p>
        </w:tc>
        <w:tc>
          <w:tcPr>
            <w:tcW w:type="dxa" w:w="1080"/>
          </w:tcPr>
          <w:p>
            <w:r>
              <w:t>2</w:t>
            </w:r>
          </w:p>
        </w:tc>
      </w:tr>
      <w:tr>
        <w:tc>
          <w:tcPr>
            <w:tcW w:type="dxa" w:w="1080"/>
          </w:tcPr>
          <w:p>
            <w:r>
              <w:t>41</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42</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43</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44</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45</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46</w:t>
            </w:r>
          </w:p>
        </w:tc>
        <w:tc>
          <w:tcPr>
            <w:tcW w:type="dxa" w:w="1080"/>
          </w:tcPr>
          <w:p>
            <w:r>
              <w:t>实变函数A</w:t>
            </w:r>
          </w:p>
        </w:tc>
        <w:tc>
          <w:tcPr>
            <w:tcW w:type="dxa" w:w="1080"/>
          </w:tcPr>
          <w:p>
            <w:r>
              <w:t>2MA21105</w:t>
            </w:r>
          </w:p>
        </w:tc>
        <w:tc>
          <w:tcPr>
            <w:tcW w:type="dxa" w:w="1080"/>
          </w:tcPr>
          <w:p>
            <w:r>
              <w:t>3</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47</w:t>
            </w:r>
          </w:p>
        </w:tc>
        <w:tc>
          <w:tcPr>
            <w:tcW w:type="dxa" w:w="1080"/>
          </w:tcPr>
          <w:p>
            <w:r>
              <w:t>数学教学论</w:t>
            </w:r>
          </w:p>
        </w:tc>
        <w:tc>
          <w:tcPr>
            <w:tcW w:type="dxa" w:w="1080"/>
          </w:tcPr>
          <w:p>
            <w:r>
              <w:t>2MA21106</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48</w:t>
            </w:r>
          </w:p>
        </w:tc>
        <w:tc>
          <w:tcPr>
            <w:tcW w:type="dxa" w:w="1080"/>
          </w:tcPr>
          <w:p>
            <w:r>
              <w:t>数学教学论实践课</w:t>
            </w:r>
          </w:p>
        </w:tc>
        <w:tc>
          <w:tcPr>
            <w:tcW w:type="dxa" w:w="1080"/>
          </w:tcPr>
          <w:p>
            <w:r>
              <w:t>2MA21111</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49</w:t>
            </w:r>
          </w:p>
        </w:tc>
        <w:tc>
          <w:tcPr>
            <w:tcW w:type="dxa" w:w="1080"/>
          </w:tcPr>
          <w:p>
            <w:r>
              <w:t>教育见习二</w:t>
            </w:r>
          </w:p>
        </w:tc>
        <w:tc>
          <w:tcPr>
            <w:tcW w:type="dxa" w:w="1080"/>
          </w:tcPr>
          <w:p>
            <w:r>
              <w:t>2MA41104</w:t>
            </w:r>
          </w:p>
        </w:tc>
        <w:tc>
          <w:tcPr>
            <w:tcW w:type="dxa" w:w="1080"/>
          </w:tcPr>
          <w:p>
            <w:r>
              <w:t>1.0</w:t>
            </w:r>
          </w:p>
        </w:tc>
        <w:tc>
          <w:tcPr>
            <w:tcW w:type="dxa" w:w="1080"/>
          </w:tcPr>
          <w:p>
            <w:r>
              <w:t>教师教育必修课</w:t>
            </w:r>
          </w:p>
        </w:tc>
        <w:tc>
          <w:tcPr>
            <w:tcW w:type="dxa" w:w="1080"/>
          </w:tcPr>
          <w:p>
            <w:r>
              <w:t>数学科学学院</w:t>
            </w:r>
          </w:p>
        </w:tc>
        <w:tc>
          <w:tcPr>
            <w:tcW w:type="dxa" w:w="1080"/>
          </w:tcPr>
          <w:p>
            <w:r>
              <w:t>2025-2026</w:t>
            </w:r>
          </w:p>
        </w:tc>
        <w:tc>
          <w:tcPr>
            <w:tcW w:type="dxa" w:w="1080"/>
          </w:tcPr>
          <w:p>
            <w:r>
              <w:t>1</w:t>
            </w:r>
          </w:p>
        </w:tc>
      </w:tr>
      <w:tr>
        <w:tc>
          <w:tcPr>
            <w:tcW w:type="dxa" w:w="1080"/>
          </w:tcPr>
          <w:p>
            <w:r>
              <w:t>50</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51</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52</w:t>
            </w:r>
          </w:p>
        </w:tc>
        <w:tc>
          <w:tcPr>
            <w:tcW w:type="dxa" w:w="1080"/>
          </w:tcPr>
          <w:p>
            <w:r>
              <w:t>劳动教育实践（数学）</w:t>
            </w:r>
          </w:p>
        </w:tc>
        <w:tc>
          <w:tcPr>
            <w:tcW w:type="dxa" w:w="1080"/>
          </w:tcPr>
          <w:p>
            <w:r>
              <w:t>2MA21108</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53</w:t>
            </w:r>
          </w:p>
        </w:tc>
        <w:tc>
          <w:tcPr>
            <w:tcW w:type="dxa" w:w="1080"/>
          </w:tcPr>
          <w:p>
            <w:r>
              <w:t>数学教学案例研究</w:t>
            </w:r>
          </w:p>
        </w:tc>
        <w:tc>
          <w:tcPr>
            <w:tcW w:type="dxa" w:w="1080"/>
          </w:tcPr>
          <w:p>
            <w:r>
              <w:t>2MA21112</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54</w:t>
            </w:r>
          </w:p>
        </w:tc>
        <w:tc>
          <w:tcPr>
            <w:tcW w:type="dxa" w:w="1080"/>
          </w:tcPr>
          <w:p>
            <w:r>
              <w:t>教育实习</w:t>
            </w:r>
          </w:p>
        </w:tc>
        <w:tc>
          <w:tcPr>
            <w:tcW w:type="dxa" w:w="1080"/>
          </w:tcPr>
          <w:p>
            <w:r>
              <w:t>2MA41105</w:t>
            </w:r>
          </w:p>
        </w:tc>
        <w:tc>
          <w:tcPr>
            <w:tcW w:type="dxa" w:w="1080"/>
          </w:tcPr>
          <w:p>
            <w:r>
              <w:t>6.0</w:t>
            </w:r>
          </w:p>
        </w:tc>
        <w:tc>
          <w:tcPr>
            <w:tcW w:type="dxa" w:w="1080"/>
          </w:tcPr>
          <w:p>
            <w:r>
              <w:t>教师教育必修课</w:t>
            </w:r>
          </w:p>
        </w:tc>
        <w:tc>
          <w:tcPr>
            <w:tcW w:type="dxa" w:w="1080"/>
          </w:tcPr>
          <w:p>
            <w:r>
              <w:t>数学科学学院</w:t>
            </w:r>
          </w:p>
        </w:tc>
        <w:tc>
          <w:tcPr>
            <w:tcW w:type="dxa" w:w="1080"/>
          </w:tcPr>
          <w:p>
            <w:r>
              <w:t>2025-2026</w:t>
            </w:r>
          </w:p>
        </w:tc>
        <w:tc>
          <w:tcPr>
            <w:tcW w:type="dxa" w:w="1080"/>
          </w:tcPr>
          <w:p>
            <w:r>
              <w:t>2</w:t>
            </w:r>
          </w:p>
        </w:tc>
      </w:tr>
      <w:tr>
        <w:tc>
          <w:tcPr>
            <w:tcW w:type="dxa" w:w="1080"/>
          </w:tcPr>
          <w:p>
            <w:r>
              <w:t>55</w:t>
            </w:r>
          </w:p>
        </w:tc>
        <w:tc>
          <w:tcPr>
            <w:tcW w:type="dxa" w:w="1080"/>
          </w:tcPr>
          <w:p>
            <w:r>
              <w:t>教育研习</w:t>
            </w:r>
          </w:p>
        </w:tc>
        <w:tc>
          <w:tcPr>
            <w:tcW w:type="dxa" w:w="1080"/>
          </w:tcPr>
          <w:p>
            <w:r>
              <w:t>2MA41106</w:t>
            </w:r>
          </w:p>
        </w:tc>
        <w:tc>
          <w:tcPr>
            <w:tcW w:type="dxa" w:w="1080"/>
          </w:tcPr>
          <w:p>
            <w:r>
              <w:t>1.0</w:t>
            </w:r>
          </w:p>
        </w:tc>
        <w:tc>
          <w:tcPr>
            <w:tcW w:type="dxa" w:w="1080"/>
          </w:tcPr>
          <w:p>
            <w:r>
              <w:t>教师教育必修课</w:t>
            </w:r>
          </w:p>
        </w:tc>
        <w:tc>
          <w:tcPr>
            <w:tcW w:type="dxa" w:w="1080"/>
          </w:tcPr>
          <w:p>
            <w:r>
              <w:t>数学科学学院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统计学</w:t>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数学科学学院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计算思维与人工智能应用</w:t>
            </w:r>
          </w:p>
        </w:tc>
        <w:tc>
          <w:tcPr>
            <w:tcW w:type="dxa" w:w="1080"/>
          </w:tcPr>
          <w:p>
            <w:r>
              <w:t>2EI21010</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6</w:t>
            </w:r>
          </w:p>
        </w:tc>
        <w:tc>
          <w:tcPr>
            <w:tcW w:type="dxa" w:w="1080"/>
          </w:tcPr>
          <w:p>
            <w:r>
              <w:t>高等代数与解析几何(一)</w:t>
            </w:r>
          </w:p>
        </w:tc>
        <w:tc>
          <w:tcPr>
            <w:tcW w:type="dxa" w:w="1080"/>
          </w:tcPr>
          <w:p>
            <w:r>
              <w:t>2MA21001</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数学分析A(一)</w:t>
            </w:r>
          </w:p>
        </w:tc>
        <w:tc>
          <w:tcPr>
            <w:tcW w:type="dxa" w:w="1080"/>
          </w:tcPr>
          <w:p>
            <w:r>
              <w:t>2MA21003</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统计学导论</w:t>
            </w:r>
          </w:p>
        </w:tc>
        <w:tc>
          <w:tcPr>
            <w:tcW w:type="dxa" w:w="1080"/>
          </w:tcPr>
          <w:p>
            <w:r>
              <w:t>2MA21301</w:t>
            </w:r>
          </w:p>
        </w:tc>
        <w:tc>
          <w:tcPr>
            <w:tcW w:type="dxa" w:w="1080"/>
          </w:tcPr>
          <w:p>
            <w:r>
              <w:t>0.5</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高等代数与解析几何(二)</w:t>
            </w:r>
          </w:p>
        </w:tc>
        <w:tc>
          <w:tcPr>
            <w:tcW w:type="dxa" w:w="1080"/>
          </w:tcPr>
          <w:p>
            <w:r>
              <w:t>2MA21002</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15</w:t>
            </w:r>
          </w:p>
        </w:tc>
        <w:tc>
          <w:tcPr>
            <w:tcW w:type="dxa" w:w="1080"/>
          </w:tcPr>
          <w:p>
            <w:r>
              <w:t>数学分析A(二)</w:t>
            </w:r>
          </w:p>
        </w:tc>
        <w:tc>
          <w:tcPr>
            <w:tcW w:type="dxa" w:w="1080"/>
          </w:tcPr>
          <w:p>
            <w:r>
              <w:t>2MA21004</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R语言与数据分析</w:t>
            </w:r>
          </w:p>
        </w:tc>
        <w:tc>
          <w:tcPr>
            <w:tcW w:type="dxa" w:w="1080"/>
          </w:tcPr>
          <w:p>
            <w:r>
              <w:t>2MA21302</w:t>
            </w:r>
          </w:p>
        </w:tc>
        <w:tc>
          <w:tcPr>
            <w:tcW w:type="dxa" w:w="1080"/>
          </w:tcPr>
          <w:p>
            <w:r>
              <w:t>3</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20</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21</w:t>
            </w:r>
          </w:p>
        </w:tc>
        <w:tc>
          <w:tcPr>
            <w:tcW w:type="dxa" w:w="1080"/>
          </w:tcPr>
          <w:p>
            <w:r>
              <w:t>数学分析A(三)</w:t>
            </w:r>
          </w:p>
        </w:tc>
        <w:tc>
          <w:tcPr>
            <w:tcW w:type="dxa" w:w="1080"/>
          </w:tcPr>
          <w:p>
            <w:r>
              <w:t>2MA21005</w:t>
            </w:r>
          </w:p>
        </w:tc>
        <w:tc>
          <w:tcPr>
            <w:tcW w:type="dxa" w:w="1080"/>
          </w:tcPr>
          <w:p>
            <w:r>
              <w:t>4</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22</w:t>
            </w:r>
          </w:p>
        </w:tc>
        <w:tc>
          <w:tcPr>
            <w:tcW w:type="dxa" w:w="1080"/>
          </w:tcPr>
          <w:p>
            <w:r>
              <w:t>运筹学B</w:t>
            </w:r>
          </w:p>
        </w:tc>
        <w:tc>
          <w:tcPr>
            <w:tcW w:type="dxa" w:w="1080"/>
          </w:tcPr>
          <w:p>
            <w:r>
              <w:t>2MA21303</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23</w:t>
            </w:r>
          </w:p>
        </w:tc>
        <w:tc>
          <w:tcPr>
            <w:tcW w:type="dxa" w:w="1080"/>
          </w:tcPr>
          <w:p>
            <w:r>
              <w:t>概率论</w:t>
            </w:r>
          </w:p>
        </w:tc>
        <w:tc>
          <w:tcPr>
            <w:tcW w:type="dxa" w:w="1080"/>
          </w:tcPr>
          <w:p>
            <w:r>
              <w:t>2MA21304</w:t>
            </w:r>
          </w:p>
        </w:tc>
        <w:tc>
          <w:tcPr>
            <w:tcW w:type="dxa" w:w="1080"/>
          </w:tcPr>
          <w:p>
            <w:r>
              <w:t>3.0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24</w:t>
            </w:r>
          </w:p>
        </w:tc>
        <w:tc>
          <w:tcPr>
            <w:tcW w:type="dxa" w:w="1080"/>
          </w:tcPr>
          <w:p>
            <w:r>
              <w:t>智能办公及数据处理实践</w:t>
            </w:r>
          </w:p>
        </w:tc>
        <w:tc>
          <w:tcPr>
            <w:tcW w:type="dxa" w:w="1080"/>
          </w:tcPr>
          <w:p>
            <w:r>
              <w:t>2MA21319</w:t>
            </w:r>
          </w:p>
        </w:tc>
        <w:tc>
          <w:tcPr>
            <w:tcW w:type="dxa" w:w="1080"/>
          </w:tcPr>
          <w:p>
            <w:r>
              <w:t>1.0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运筹学B课程实践</w:t>
            </w:r>
          </w:p>
        </w:tc>
        <w:tc>
          <w:tcPr>
            <w:tcW w:type="dxa" w:w="1080"/>
          </w:tcPr>
          <w:p>
            <w:r>
              <w:t>2MA21320</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26</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27</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28</w:t>
            </w:r>
          </w:p>
        </w:tc>
        <w:tc>
          <w:tcPr>
            <w:tcW w:type="dxa" w:w="1080"/>
          </w:tcPr>
          <w:p>
            <w:r>
              <w:t>数据库原理与应用</w:t>
            </w:r>
          </w:p>
        </w:tc>
        <w:tc>
          <w:tcPr>
            <w:tcW w:type="dxa" w:w="1080"/>
          </w:tcPr>
          <w:p>
            <w:r>
              <w:t>2MA21009</w:t>
            </w:r>
          </w:p>
        </w:tc>
        <w:tc>
          <w:tcPr>
            <w:tcW w:type="dxa" w:w="1080"/>
          </w:tcPr>
          <w:p>
            <w:r>
              <w:t>3</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29</w:t>
            </w:r>
          </w:p>
        </w:tc>
        <w:tc>
          <w:tcPr>
            <w:tcW w:type="dxa" w:w="1080"/>
          </w:tcPr>
          <w:p>
            <w:r>
              <w:t>数学建模C</w:t>
            </w:r>
          </w:p>
        </w:tc>
        <w:tc>
          <w:tcPr>
            <w:tcW w:type="dxa" w:w="1080"/>
          </w:tcPr>
          <w:p>
            <w:r>
              <w:t>2MA21305</w:t>
            </w:r>
          </w:p>
        </w:tc>
        <w:tc>
          <w:tcPr>
            <w:tcW w:type="dxa" w:w="1080"/>
          </w:tcPr>
          <w:p>
            <w:r>
              <w:t>2.5</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30</w:t>
            </w:r>
          </w:p>
        </w:tc>
        <w:tc>
          <w:tcPr>
            <w:tcW w:type="dxa" w:w="1080"/>
          </w:tcPr>
          <w:p>
            <w:r>
              <w:t>数理统计</w:t>
            </w:r>
          </w:p>
        </w:tc>
        <w:tc>
          <w:tcPr>
            <w:tcW w:type="dxa" w:w="1080"/>
          </w:tcPr>
          <w:p>
            <w:r>
              <w:t>2MA21306</w:t>
            </w:r>
          </w:p>
        </w:tc>
        <w:tc>
          <w:tcPr>
            <w:tcW w:type="dxa" w:w="1080"/>
          </w:tcPr>
          <w:p>
            <w:r>
              <w:t>3.5</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31</w:t>
            </w:r>
          </w:p>
        </w:tc>
        <w:tc>
          <w:tcPr>
            <w:tcW w:type="dxa" w:w="1080"/>
          </w:tcPr>
          <w:p>
            <w:r>
              <w:t>随机过程</w:t>
            </w:r>
          </w:p>
        </w:tc>
        <w:tc>
          <w:tcPr>
            <w:tcW w:type="dxa" w:w="1080"/>
          </w:tcPr>
          <w:p>
            <w:r>
              <w:t>2MA21307</w:t>
            </w:r>
          </w:p>
        </w:tc>
        <w:tc>
          <w:tcPr>
            <w:tcW w:type="dxa" w:w="1080"/>
          </w:tcPr>
          <w:p>
            <w:r>
              <w:t>3.0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32</w:t>
            </w:r>
          </w:p>
        </w:tc>
        <w:tc>
          <w:tcPr>
            <w:tcW w:type="dxa" w:w="1080"/>
          </w:tcPr>
          <w:p>
            <w:r>
              <w:t>数学建模C课程实践</w:t>
            </w:r>
          </w:p>
        </w:tc>
        <w:tc>
          <w:tcPr>
            <w:tcW w:type="dxa" w:w="1080"/>
          </w:tcPr>
          <w:p>
            <w:r>
              <w:t>2MA21322</w:t>
            </w:r>
          </w:p>
        </w:tc>
        <w:tc>
          <w:tcPr>
            <w:tcW w:type="dxa" w:w="1080"/>
          </w:tcPr>
          <w:p>
            <w:r>
              <w:t>2.0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34</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35</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36</w:t>
            </w:r>
          </w:p>
        </w:tc>
        <w:tc>
          <w:tcPr>
            <w:tcW w:type="dxa" w:w="1080"/>
          </w:tcPr>
          <w:p>
            <w:r>
              <w:t>多元统计分析</w:t>
            </w:r>
          </w:p>
        </w:tc>
        <w:tc>
          <w:tcPr>
            <w:tcW w:type="dxa" w:w="1080"/>
          </w:tcPr>
          <w:p>
            <w:r>
              <w:t>2MA21308</w:t>
            </w:r>
          </w:p>
        </w:tc>
        <w:tc>
          <w:tcPr>
            <w:tcW w:type="dxa" w:w="1080"/>
          </w:tcPr>
          <w:p>
            <w:r>
              <w:t>2.5</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37</w:t>
            </w:r>
          </w:p>
        </w:tc>
        <w:tc>
          <w:tcPr>
            <w:tcW w:type="dxa" w:w="1080"/>
          </w:tcPr>
          <w:p>
            <w:r>
              <w:t>实变函数B</w:t>
            </w:r>
          </w:p>
        </w:tc>
        <w:tc>
          <w:tcPr>
            <w:tcW w:type="dxa" w:w="1080"/>
          </w:tcPr>
          <w:p>
            <w:r>
              <w:t>2MA21309</w:t>
            </w:r>
          </w:p>
        </w:tc>
        <w:tc>
          <w:tcPr>
            <w:tcW w:type="dxa" w:w="1080"/>
          </w:tcPr>
          <w:p>
            <w:r>
              <w:t>2</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38</w:t>
            </w:r>
          </w:p>
        </w:tc>
        <w:tc>
          <w:tcPr>
            <w:tcW w:type="dxa" w:w="1080"/>
          </w:tcPr>
          <w:p>
            <w:r>
              <w:t>抽样调查</w:t>
            </w:r>
          </w:p>
        </w:tc>
        <w:tc>
          <w:tcPr>
            <w:tcW w:type="dxa" w:w="1080"/>
          </w:tcPr>
          <w:p>
            <w:r>
              <w:t>2MA21310</w:t>
            </w:r>
          </w:p>
        </w:tc>
        <w:tc>
          <w:tcPr>
            <w:tcW w:type="dxa" w:w="1080"/>
          </w:tcPr>
          <w:p>
            <w:r>
              <w:t>2.5</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39</w:t>
            </w:r>
          </w:p>
        </w:tc>
        <w:tc>
          <w:tcPr>
            <w:tcW w:type="dxa" w:w="1080"/>
          </w:tcPr>
          <w:p>
            <w:r>
              <w:t>应用回归分析</w:t>
            </w:r>
          </w:p>
        </w:tc>
        <w:tc>
          <w:tcPr>
            <w:tcW w:type="dxa" w:w="1080"/>
          </w:tcPr>
          <w:p>
            <w:r>
              <w:t>2MA21311</w:t>
            </w:r>
          </w:p>
        </w:tc>
        <w:tc>
          <w:tcPr>
            <w:tcW w:type="dxa" w:w="1080"/>
          </w:tcPr>
          <w:p>
            <w:r>
              <w:t>3.0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40</w:t>
            </w:r>
          </w:p>
        </w:tc>
        <w:tc>
          <w:tcPr>
            <w:tcW w:type="dxa" w:w="1080"/>
          </w:tcPr>
          <w:p>
            <w:r>
              <w:t>多元统计分析课程实践</w:t>
            </w:r>
          </w:p>
        </w:tc>
        <w:tc>
          <w:tcPr>
            <w:tcW w:type="dxa" w:w="1080"/>
          </w:tcPr>
          <w:p>
            <w:r>
              <w:t>2MA21314</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41</w:t>
            </w:r>
          </w:p>
        </w:tc>
        <w:tc>
          <w:tcPr>
            <w:tcW w:type="dxa" w:w="1080"/>
          </w:tcPr>
          <w:p>
            <w:r>
              <w:t>劳动教育实践（统计）</w:t>
            </w:r>
          </w:p>
        </w:tc>
        <w:tc>
          <w:tcPr>
            <w:tcW w:type="dxa" w:w="1080"/>
          </w:tcPr>
          <w:p>
            <w:r>
              <w:t>2MA21321</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42</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43</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44</w:t>
            </w:r>
          </w:p>
        </w:tc>
        <w:tc>
          <w:tcPr>
            <w:tcW w:type="dxa" w:w="1080"/>
          </w:tcPr>
          <w:p>
            <w:r>
              <w:t>机器学习</w:t>
            </w:r>
          </w:p>
        </w:tc>
        <w:tc>
          <w:tcPr>
            <w:tcW w:type="dxa" w:w="1080"/>
          </w:tcPr>
          <w:p>
            <w:r>
              <w:t>2MA21008</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45</w:t>
            </w:r>
          </w:p>
        </w:tc>
        <w:tc>
          <w:tcPr>
            <w:tcW w:type="dxa" w:w="1080"/>
          </w:tcPr>
          <w:p>
            <w:r>
              <w:t>机器学习课程实践</w:t>
            </w:r>
          </w:p>
        </w:tc>
        <w:tc>
          <w:tcPr>
            <w:tcW w:type="dxa" w:w="1080"/>
          </w:tcPr>
          <w:p>
            <w:r>
              <w:t>2MA21011</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46</w:t>
            </w:r>
          </w:p>
        </w:tc>
        <w:tc>
          <w:tcPr>
            <w:tcW w:type="dxa" w:w="1080"/>
          </w:tcPr>
          <w:p>
            <w:r>
              <w:t>时间序列分析</w:t>
            </w:r>
          </w:p>
        </w:tc>
        <w:tc>
          <w:tcPr>
            <w:tcW w:type="dxa" w:w="1080"/>
          </w:tcPr>
          <w:p>
            <w:r>
              <w:t>2MA21312</w:t>
            </w:r>
          </w:p>
        </w:tc>
        <w:tc>
          <w:tcPr>
            <w:tcW w:type="dxa" w:w="1080"/>
          </w:tcPr>
          <w:p>
            <w:r>
              <w:t>3.0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47</w:t>
            </w:r>
          </w:p>
        </w:tc>
        <w:tc>
          <w:tcPr>
            <w:tcW w:type="dxa" w:w="1080"/>
          </w:tcPr>
          <w:p>
            <w:r>
              <w:t>数据挖掘与分析</w:t>
            </w:r>
          </w:p>
        </w:tc>
        <w:tc>
          <w:tcPr>
            <w:tcW w:type="dxa" w:w="1080"/>
          </w:tcPr>
          <w:p>
            <w:r>
              <w:t>2MA21313</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48</w:t>
            </w:r>
          </w:p>
        </w:tc>
        <w:tc>
          <w:tcPr>
            <w:tcW w:type="dxa" w:w="1080"/>
          </w:tcPr>
          <w:p>
            <w:r>
              <w:t>数据挖掘综合实践</w:t>
            </w:r>
          </w:p>
        </w:tc>
        <w:tc>
          <w:tcPr>
            <w:tcW w:type="dxa" w:w="1080"/>
          </w:tcPr>
          <w:p>
            <w:r>
              <w:t>2MA21316</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苏州科技大学2027年推荐优秀应届本科毕业生免试攻读研究生课程清单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t>信息与计算科学</w:t>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数学科学学院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计算思维与人工智能应用</w:t>
            </w:r>
          </w:p>
        </w:tc>
        <w:tc>
          <w:tcPr>
            <w:tcW w:type="dxa" w:w="1080"/>
          </w:tcPr>
          <w:p>
            <w:r>
              <w:t>2EI21010</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6</w:t>
            </w:r>
          </w:p>
        </w:tc>
        <w:tc>
          <w:tcPr>
            <w:tcW w:type="dxa" w:w="1080"/>
          </w:tcPr>
          <w:p>
            <w:r>
              <w:t>高等代数与解析几何(一)</w:t>
            </w:r>
          </w:p>
        </w:tc>
        <w:tc>
          <w:tcPr>
            <w:tcW w:type="dxa" w:w="1080"/>
          </w:tcPr>
          <w:p>
            <w:r>
              <w:t>2MA21001</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7</w:t>
            </w:r>
          </w:p>
        </w:tc>
        <w:tc>
          <w:tcPr>
            <w:tcW w:type="dxa" w:w="1080"/>
          </w:tcPr>
          <w:p>
            <w:r>
              <w:t>数学分析B（一）</w:t>
            </w:r>
          </w:p>
        </w:tc>
        <w:tc>
          <w:tcPr>
            <w:tcW w:type="dxa" w:w="1080"/>
          </w:tcPr>
          <w:p>
            <w:r>
              <w:t>2MA21201</w:t>
            </w:r>
          </w:p>
        </w:tc>
        <w:tc>
          <w:tcPr>
            <w:tcW w:type="dxa" w:w="1080"/>
          </w:tcPr>
          <w:p>
            <w:r>
              <w:t>5</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8</w:t>
            </w:r>
          </w:p>
        </w:tc>
        <w:tc>
          <w:tcPr>
            <w:tcW w:type="dxa" w:w="1080"/>
          </w:tcPr>
          <w:p>
            <w:r>
              <w:t>信息与计算科学专业导论</w:t>
            </w:r>
          </w:p>
        </w:tc>
        <w:tc>
          <w:tcPr>
            <w:tcW w:type="dxa" w:w="1080"/>
          </w:tcPr>
          <w:p>
            <w:r>
              <w:t>2MA21204</w:t>
            </w:r>
          </w:p>
        </w:tc>
        <w:tc>
          <w:tcPr>
            <w:tcW w:type="dxa" w:w="1080"/>
          </w:tcPr>
          <w:p>
            <w:r>
              <w:t>1</w:t>
            </w:r>
          </w:p>
        </w:tc>
        <w:tc>
          <w:tcPr>
            <w:tcW w:type="dxa" w:w="1080"/>
          </w:tcPr>
          <w:p>
            <w:r>
              <w:t>专业必修课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高等代数与解析几何(二)</w:t>
            </w:r>
          </w:p>
        </w:tc>
        <w:tc>
          <w:tcPr>
            <w:tcW w:type="dxa" w:w="1080"/>
          </w:tcPr>
          <w:p>
            <w:r>
              <w:t>2MA21002</w:t>
            </w:r>
          </w:p>
        </w:tc>
        <w:tc>
          <w:tcPr>
            <w:tcW w:type="dxa" w:w="1080"/>
          </w:tcPr>
          <w:p>
            <w:r>
              <w:t>6</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15</w:t>
            </w:r>
          </w:p>
        </w:tc>
        <w:tc>
          <w:tcPr>
            <w:tcW w:type="dxa" w:w="1080"/>
          </w:tcPr>
          <w:p>
            <w:r>
              <w:t>数学分析B（二）</w:t>
            </w:r>
          </w:p>
        </w:tc>
        <w:tc>
          <w:tcPr>
            <w:tcW w:type="dxa" w:w="1080"/>
          </w:tcPr>
          <w:p>
            <w:r>
              <w:t>2MA21202</w:t>
            </w:r>
          </w:p>
        </w:tc>
        <w:tc>
          <w:tcPr>
            <w:tcW w:type="dxa" w:w="1080"/>
          </w:tcPr>
          <w:p>
            <w:r>
              <w:t>5</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16</w:t>
            </w:r>
          </w:p>
        </w:tc>
        <w:tc>
          <w:tcPr>
            <w:tcW w:type="dxa" w:w="1080"/>
          </w:tcPr>
          <w:p>
            <w:r>
              <w:t>程序设计与算法语言</w:t>
            </w:r>
          </w:p>
        </w:tc>
        <w:tc>
          <w:tcPr>
            <w:tcW w:type="dxa" w:w="1080"/>
          </w:tcPr>
          <w:p>
            <w:r>
              <w:t>2MA21205</w:t>
            </w:r>
          </w:p>
        </w:tc>
        <w:tc>
          <w:tcPr>
            <w:tcW w:type="dxa" w:w="1080"/>
          </w:tcPr>
          <w:p>
            <w:r>
              <w:t>4</w:t>
            </w:r>
          </w:p>
        </w:tc>
        <w:tc>
          <w:tcPr>
            <w:tcW w:type="dxa" w:w="1080"/>
          </w:tcPr>
          <w:p>
            <w:r>
              <w:t>专业必修课</w:t>
            </w:r>
          </w:p>
        </w:tc>
        <w:tc>
          <w:tcPr>
            <w:tcW w:type="dxa" w:w="1080"/>
          </w:tcPr>
          <w:p>
            <w:r>
              <w:t>数学科学学院</w:t>
            </w:r>
          </w:p>
        </w:tc>
        <w:tc>
          <w:tcPr>
            <w:tcW w:type="dxa" w:w="1080"/>
          </w:tcPr>
          <w:p>
            <w:r>
              <w:t>2023-2024</w:t>
            </w:r>
          </w:p>
        </w:tc>
        <w:tc>
          <w:tcPr>
            <w:tcW w:type="dxa" w:w="1080"/>
          </w:tcPr>
          <w:p>
            <w:r>
              <w:t>2</w:t>
            </w:r>
          </w:p>
        </w:tc>
      </w:tr>
      <w:tr>
        <w:tc>
          <w:tcPr>
            <w:tcW w:type="dxa" w:w="1080"/>
          </w:tcPr>
          <w:p>
            <w:r>
              <w:t>17</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18</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19</w:t>
            </w:r>
          </w:p>
        </w:tc>
        <w:tc>
          <w:tcPr>
            <w:tcW w:type="dxa" w:w="1080"/>
          </w:tcPr>
          <w:p>
            <w:r>
              <w:t>大学物理B(一)</w:t>
            </w:r>
          </w:p>
        </w:tc>
        <w:tc>
          <w:tcPr>
            <w:tcW w:type="dxa" w:w="1080"/>
          </w:tcPr>
          <w:p>
            <w:r>
              <w:t>2PS11006</w:t>
            </w:r>
          </w:p>
        </w:tc>
        <w:tc>
          <w:tcPr>
            <w:tcW w:type="dxa" w:w="1080"/>
          </w:tcPr>
          <w:p>
            <w:r>
              <w:t>3</w:t>
            </w:r>
          </w:p>
        </w:tc>
        <w:tc>
          <w:tcPr>
            <w:tcW w:type="dxa" w:w="1080"/>
          </w:tcPr>
          <w:p>
            <w:r>
              <w:t>通识必修课</w:t>
            </w:r>
          </w:p>
        </w:tc>
        <w:tc>
          <w:tcPr>
            <w:tcW w:type="dxa" w:w="1080"/>
          </w:tcPr>
          <w:p>
            <w:r>
              <w:t>物理科学与技术学院</w:t>
            </w:r>
          </w:p>
        </w:tc>
        <w:tc>
          <w:tcPr>
            <w:tcW w:type="dxa" w:w="1080"/>
          </w:tcPr>
          <w:p>
            <w:r>
              <w:t>2023-2024</w:t>
            </w:r>
          </w:p>
        </w:tc>
        <w:tc>
          <w:tcPr>
            <w:tcW w:type="dxa" w:w="1080"/>
          </w:tcPr>
          <w:p>
            <w:r>
              <w:t>2</w:t>
            </w:r>
          </w:p>
        </w:tc>
      </w:tr>
      <w:tr>
        <w:tc>
          <w:tcPr>
            <w:tcW w:type="dxa" w:w="1080"/>
          </w:tcPr>
          <w:p>
            <w:r>
              <w:t>20</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21</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22</w:t>
            </w:r>
          </w:p>
        </w:tc>
        <w:tc>
          <w:tcPr>
            <w:tcW w:type="dxa" w:w="1080"/>
          </w:tcPr>
          <w:p>
            <w:r>
              <w:t>常微分方程A</w:t>
            </w:r>
          </w:p>
        </w:tc>
        <w:tc>
          <w:tcPr>
            <w:tcW w:type="dxa" w:w="1080"/>
          </w:tcPr>
          <w:p>
            <w:r>
              <w:t>2MA21006</w:t>
            </w:r>
          </w:p>
        </w:tc>
        <w:tc>
          <w:tcPr>
            <w:tcW w:type="dxa" w:w="1080"/>
          </w:tcPr>
          <w:p>
            <w:r>
              <w:t>2.5</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23</w:t>
            </w:r>
          </w:p>
        </w:tc>
        <w:tc>
          <w:tcPr>
            <w:tcW w:type="dxa" w:w="1080"/>
          </w:tcPr>
          <w:p>
            <w:r>
              <w:t>数学分析B（三）</w:t>
            </w:r>
          </w:p>
        </w:tc>
        <w:tc>
          <w:tcPr>
            <w:tcW w:type="dxa" w:w="1080"/>
          </w:tcPr>
          <w:p>
            <w:r>
              <w:t>2MA21203</w:t>
            </w:r>
          </w:p>
        </w:tc>
        <w:tc>
          <w:tcPr>
            <w:tcW w:type="dxa" w:w="1080"/>
          </w:tcPr>
          <w:p>
            <w:r>
              <w:t>4</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24</w:t>
            </w:r>
          </w:p>
        </w:tc>
        <w:tc>
          <w:tcPr>
            <w:tcW w:type="dxa" w:w="1080"/>
          </w:tcPr>
          <w:p>
            <w:r>
              <w:t>数据结构</w:t>
            </w:r>
          </w:p>
        </w:tc>
        <w:tc>
          <w:tcPr>
            <w:tcW w:type="dxa" w:w="1080"/>
          </w:tcPr>
          <w:p>
            <w:r>
              <w:t>2MA21206</w:t>
            </w:r>
          </w:p>
        </w:tc>
        <w:tc>
          <w:tcPr>
            <w:tcW w:type="dxa" w:w="1080"/>
          </w:tcPr>
          <w:p>
            <w:r>
              <w:t>4</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25</w:t>
            </w:r>
          </w:p>
        </w:tc>
        <w:tc>
          <w:tcPr>
            <w:tcW w:type="dxa" w:w="1080"/>
          </w:tcPr>
          <w:p>
            <w:r>
              <w:t>数值分析</w:t>
            </w:r>
          </w:p>
        </w:tc>
        <w:tc>
          <w:tcPr>
            <w:tcW w:type="dxa" w:w="1080"/>
          </w:tcPr>
          <w:p>
            <w:r>
              <w:t>2MA21208</w:t>
            </w:r>
          </w:p>
        </w:tc>
        <w:tc>
          <w:tcPr>
            <w:tcW w:type="dxa" w:w="1080"/>
          </w:tcPr>
          <w:p>
            <w:r>
              <w:t>3.0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26</w:t>
            </w:r>
          </w:p>
        </w:tc>
        <w:tc>
          <w:tcPr>
            <w:tcW w:type="dxa" w:w="1080"/>
          </w:tcPr>
          <w:p>
            <w:r>
              <w:t>MATLAB语言A</w:t>
            </w:r>
          </w:p>
        </w:tc>
        <w:tc>
          <w:tcPr>
            <w:tcW w:type="dxa" w:w="1080"/>
          </w:tcPr>
          <w:p>
            <w:r>
              <w:t>2MA21209</w:t>
            </w:r>
          </w:p>
        </w:tc>
        <w:tc>
          <w:tcPr>
            <w:tcW w:type="dxa" w:w="1080"/>
          </w:tcPr>
          <w:p>
            <w:r>
              <w:t>2.5</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27</w:t>
            </w:r>
          </w:p>
        </w:tc>
        <w:tc>
          <w:tcPr>
            <w:tcW w:type="dxa" w:w="1080"/>
          </w:tcPr>
          <w:p>
            <w:r>
              <w:t>数值分析课程实践</w:t>
            </w:r>
          </w:p>
        </w:tc>
        <w:tc>
          <w:tcPr>
            <w:tcW w:type="dxa" w:w="1080"/>
          </w:tcPr>
          <w:p>
            <w:r>
              <w:t>2MA21214</w:t>
            </w:r>
          </w:p>
        </w:tc>
        <w:tc>
          <w:tcPr>
            <w:tcW w:type="dxa" w:w="1080"/>
          </w:tcPr>
          <w:p>
            <w:r>
              <w:t>1.0</w:t>
            </w:r>
          </w:p>
        </w:tc>
        <w:tc>
          <w:tcPr>
            <w:tcW w:type="dxa" w:w="1080"/>
          </w:tcPr>
          <w:p>
            <w:r>
              <w:t>专业必修课</w:t>
            </w:r>
          </w:p>
        </w:tc>
        <w:tc>
          <w:tcPr>
            <w:tcW w:type="dxa" w:w="1080"/>
          </w:tcPr>
          <w:p>
            <w:r>
              <w:t>数学科学学院</w:t>
            </w:r>
          </w:p>
        </w:tc>
        <w:tc>
          <w:tcPr>
            <w:tcW w:type="dxa" w:w="1080"/>
          </w:tcPr>
          <w:p>
            <w:r>
              <w:t>2024-2025</w:t>
            </w:r>
          </w:p>
        </w:tc>
        <w:tc>
          <w:tcPr>
            <w:tcW w:type="dxa" w:w="1080"/>
          </w:tcPr>
          <w:p>
            <w:r>
              <w:t>1</w:t>
            </w:r>
          </w:p>
        </w:tc>
      </w:tr>
      <w:tr>
        <w:tc>
          <w:tcPr>
            <w:tcW w:type="dxa" w:w="1080"/>
          </w:tcPr>
          <w:p>
            <w:r>
              <w:t>28</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29</w:t>
            </w:r>
          </w:p>
        </w:tc>
        <w:tc>
          <w:tcPr>
            <w:tcW w:type="dxa" w:w="1080"/>
          </w:tcPr>
          <w:p>
            <w:r>
              <w:t>物理实验B</w:t>
            </w:r>
          </w:p>
        </w:tc>
        <w:tc>
          <w:tcPr>
            <w:tcW w:type="dxa" w:w="1080"/>
          </w:tcPr>
          <w:p>
            <w:r>
              <w:t>2PS11003</w:t>
            </w:r>
          </w:p>
        </w:tc>
        <w:tc>
          <w:tcPr>
            <w:tcW w:type="dxa" w:w="1080"/>
          </w:tcPr>
          <w:p>
            <w:r>
              <w:t>1.0</w:t>
            </w:r>
          </w:p>
        </w:tc>
        <w:tc>
          <w:tcPr>
            <w:tcW w:type="dxa" w:w="1080"/>
          </w:tcPr>
          <w:p>
            <w:r>
              <w:t>通识必修课</w:t>
            </w:r>
          </w:p>
        </w:tc>
        <w:tc>
          <w:tcPr>
            <w:tcW w:type="dxa" w:w="1080"/>
          </w:tcPr>
          <w:p>
            <w:r>
              <w:t>物理科学与技术学院</w:t>
            </w:r>
          </w:p>
        </w:tc>
        <w:tc>
          <w:tcPr>
            <w:tcW w:type="dxa" w:w="1080"/>
          </w:tcPr>
          <w:p>
            <w:r>
              <w:t>2024-2025</w:t>
            </w:r>
          </w:p>
        </w:tc>
        <w:tc>
          <w:tcPr>
            <w:tcW w:type="dxa" w:w="1080"/>
          </w:tcPr>
          <w:p>
            <w:r>
              <w:t>1</w:t>
            </w:r>
          </w:p>
        </w:tc>
      </w:tr>
      <w:tr>
        <w:tc>
          <w:tcPr>
            <w:tcW w:type="dxa" w:w="1080"/>
          </w:tcPr>
          <w:p>
            <w:r>
              <w:t>30</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31</w:t>
            </w:r>
          </w:p>
        </w:tc>
        <w:tc>
          <w:tcPr>
            <w:tcW w:type="dxa" w:w="1080"/>
          </w:tcPr>
          <w:p>
            <w:r>
              <w:t>概率论与数理统计A</w:t>
            </w:r>
          </w:p>
        </w:tc>
        <w:tc>
          <w:tcPr>
            <w:tcW w:type="dxa" w:w="1080"/>
          </w:tcPr>
          <w:p>
            <w:r>
              <w:t>2MA21007</w:t>
            </w:r>
          </w:p>
        </w:tc>
        <w:tc>
          <w:tcPr>
            <w:tcW w:type="dxa" w:w="1080"/>
          </w:tcPr>
          <w:p>
            <w:r>
              <w:t>4.5</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32</w:t>
            </w:r>
          </w:p>
        </w:tc>
        <w:tc>
          <w:tcPr>
            <w:tcW w:type="dxa" w:w="1080"/>
          </w:tcPr>
          <w:p>
            <w:r>
              <w:t>数据库原理与应用</w:t>
            </w:r>
          </w:p>
        </w:tc>
        <w:tc>
          <w:tcPr>
            <w:tcW w:type="dxa" w:w="1080"/>
          </w:tcPr>
          <w:p>
            <w:r>
              <w:t>2MA21009</w:t>
            </w:r>
          </w:p>
        </w:tc>
        <w:tc>
          <w:tcPr>
            <w:tcW w:type="dxa" w:w="1080"/>
          </w:tcPr>
          <w:p>
            <w:r>
              <w:t>3</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33</w:t>
            </w:r>
          </w:p>
        </w:tc>
        <w:tc>
          <w:tcPr>
            <w:tcW w:type="dxa" w:w="1080"/>
          </w:tcPr>
          <w:p>
            <w:r>
              <w:t>离散数学</w:t>
            </w:r>
          </w:p>
        </w:tc>
        <w:tc>
          <w:tcPr>
            <w:tcW w:type="dxa" w:w="1080"/>
          </w:tcPr>
          <w:p>
            <w:r>
              <w:t>2MA21210</w:t>
            </w:r>
          </w:p>
        </w:tc>
        <w:tc>
          <w:tcPr>
            <w:tcW w:type="dxa" w:w="1080"/>
          </w:tcPr>
          <w:p>
            <w:r>
              <w:t>4</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34</w:t>
            </w:r>
          </w:p>
        </w:tc>
        <w:tc>
          <w:tcPr>
            <w:tcW w:type="dxa" w:w="1080"/>
          </w:tcPr>
          <w:p>
            <w:r>
              <w:t>算法导论</w:t>
            </w:r>
          </w:p>
        </w:tc>
        <w:tc>
          <w:tcPr>
            <w:tcW w:type="dxa" w:w="1080"/>
          </w:tcPr>
          <w:p>
            <w:r>
              <w:t>2MA21211</w:t>
            </w:r>
          </w:p>
        </w:tc>
        <w:tc>
          <w:tcPr>
            <w:tcW w:type="dxa" w:w="1080"/>
          </w:tcPr>
          <w:p>
            <w:r>
              <w:t>3.0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35</w:t>
            </w:r>
          </w:p>
        </w:tc>
        <w:tc>
          <w:tcPr>
            <w:tcW w:type="dxa" w:w="1080"/>
          </w:tcPr>
          <w:p>
            <w:r>
              <w:t>数学建模B</w:t>
            </w:r>
          </w:p>
        </w:tc>
        <w:tc>
          <w:tcPr>
            <w:tcW w:type="dxa" w:w="1080"/>
          </w:tcPr>
          <w:p>
            <w:r>
              <w:t>2MA21215</w:t>
            </w:r>
          </w:p>
        </w:tc>
        <w:tc>
          <w:tcPr>
            <w:tcW w:type="dxa" w:w="1080"/>
          </w:tcPr>
          <w:p>
            <w:r>
              <w:t>3.0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36</w:t>
            </w:r>
          </w:p>
        </w:tc>
        <w:tc>
          <w:tcPr>
            <w:tcW w:type="dxa" w:w="1080"/>
          </w:tcPr>
          <w:p>
            <w:r>
              <w:t>数学建模B课程实践</w:t>
            </w:r>
          </w:p>
        </w:tc>
        <w:tc>
          <w:tcPr>
            <w:tcW w:type="dxa" w:w="1080"/>
          </w:tcPr>
          <w:p>
            <w:r>
              <w:t>2MA21219</w:t>
            </w:r>
          </w:p>
        </w:tc>
        <w:tc>
          <w:tcPr>
            <w:tcW w:type="dxa" w:w="1080"/>
          </w:tcPr>
          <w:p>
            <w:r>
              <w:t>1.0</w:t>
            </w:r>
          </w:p>
        </w:tc>
        <w:tc>
          <w:tcPr>
            <w:tcW w:type="dxa" w:w="1080"/>
          </w:tcPr>
          <w:p>
            <w:r>
              <w:t>专业必修课</w:t>
            </w:r>
          </w:p>
        </w:tc>
        <w:tc>
          <w:tcPr>
            <w:tcW w:type="dxa" w:w="1080"/>
          </w:tcPr>
          <w:p>
            <w:r>
              <w:t>数学科学学院</w:t>
            </w:r>
          </w:p>
        </w:tc>
        <w:tc>
          <w:tcPr>
            <w:tcW w:type="dxa" w:w="1080"/>
          </w:tcPr>
          <w:p>
            <w:r>
              <w:t>2024-2025</w:t>
            </w:r>
          </w:p>
        </w:tc>
        <w:tc>
          <w:tcPr>
            <w:tcW w:type="dxa" w:w="1080"/>
          </w:tcPr>
          <w:p>
            <w:r>
              <w:t>2</w:t>
            </w:r>
          </w:p>
        </w:tc>
      </w:tr>
      <w:tr>
        <w:tc>
          <w:tcPr>
            <w:tcW w:type="dxa" w:w="1080"/>
          </w:tcPr>
          <w:p>
            <w:r>
              <w:t>37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38</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39</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40</w:t>
            </w:r>
          </w:p>
        </w:tc>
        <w:tc>
          <w:tcPr>
            <w:tcW w:type="dxa" w:w="1080"/>
          </w:tcPr>
          <w:p>
            <w:r>
              <w:t>运筹学A</w:t>
            </w:r>
          </w:p>
        </w:tc>
        <w:tc>
          <w:tcPr>
            <w:tcW w:type="dxa" w:w="1080"/>
          </w:tcPr>
          <w:p>
            <w:r>
              <w:t>2MA21212</w:t>
            </w:r>
          </w:p>
        </w:tc>
        <w:tc>
          <w:tcPr>
            <w:tcW w:type="dxa" w:w="1080"/>
          </w:tcPr>
          <w:p>
            <w:r>
              <w:t>3.0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41</w:t>
            </w:r>
          </w:p>
        </w:tc>
        <w:tc>
          <w:tcPr>
            <w:tcW w:type="dxa" w:w="1080"/>
          </w:tcPr>
          <w:p>
            <w:r>
              <w:t>运筹学A课程实践</w:t>
            </w:r>
          </w:p>
        </w:tc>
        <w:tc>
          <w:tcPr>
            <w:tcW w:type="dxa" w:w="1080"/>
          </w:tcPr>
          <w:p>
            <w:r>
              <w:t>2MA21216</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1</w:t>
            </w:r>
          </w:p>
        </w:tc>
      </w:tr>
      <w:tr>
        <w:tc>
          <w:tcPr>
            <w:tcW w:type="dxa" w:w="1080"/>
          </w:tcPr>
          <w:p>
            <w:r>
              <w:t>42</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43</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44</w:t>
            </w:r>
          </w:p>
        </w:tc>
        <w:tc>
          <w:tcPr>
            <w:tcW w:type="dxa" w:w="1080"/>
          </w:tcPr>
          <w:p>
            <w:r>
              <w:t>机器学习</w:t>
            </w:r>
          </w:p>
        </w:tc>
        <w:tc>
          <w:tcPr>
            <w:tcW w:type="dxa" w:w="1080"/>
          </w:tcPr>
          <w:p>
            <w:r>
              <w:t>2MA21008</w:t>
            </w:r>
          </w:p>
        </w:tc>
        <w:tc>
          <w:tcPr>
            <w:tcW w:type="dxa" w:w="1080"/>
          </w:tcPr>
          <w:p>
            <w:r>
              <w:t>2.0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45</w:t>
            </w:r>
          </w:p>
        </w:tc>
        <w:tc>
          <w:tcPr>
            <w:tcW w:type="dxa" w:w="1080"/>
          </w:tcPr>
          <w:p>
            <w:r>
              <w:t>机器学习课程实践</w:t>
            </w:r>
          </w:p>
        </w:tc>
        <w:tc>
          <w:tcPr>
            <w:tcW w:type="dxa" w:w="1080"/>
          </w:tcPr>
          <w:p>
            <w:r>
              <w:t>2MA21011</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46</w:t>
            </w:r>
          </w:p>
        </w:tc>
        <w:tc>
          <w:tcPr>
            <w:tcW w:type="dxa" w:w="1080"/>
          </w:tcPr>
          <w:p>
            <w:r>
              <w:t>劳动教育实践（信计）</w:t>
            </w:r>
          </w:p>
        </w:tc>
        <w:tc>
          <w:tcPr>
            <w:tcW w:type="dxa" w:w="1080"/>
          </w:tcPr>
          <w:p>
            <w:r>
              <w:t>2MA21207</w:t>
            </w:r>
          </w:p>
        </w:tc>
        <w:tc>
          <w:tcPr>
            <w:tcW w:type="dxa" w:w="1080"/>
          </w:tcPr>
          <w:p>
            <w:r>
              <w:t>1.0</w:t>
            </w:r>
          </w:p>
        </w:tc>
        <w:tc>
          <w:tcPr>
            <w:tcW w:type="dxa" w:w="1080"/>
          </w:tcPr>
          <w:p>
            <w:r>
              <w:t>专业必修课</w:t>
            </w:r>
          </w:p>
        </w:tc>
        <w:tc>
          <w:tcPr>
            <w:tcW w:type="dxa" w:w="1080"/>
          </w:tcPr>
          <w:p>
            <w:r>
              <w:t>数学科学学院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