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苏州科技大学教育学院推荐2026年优秀应届本科毕业生免试攻读研究生思想品德考核实施细则</w:t>
      </w:r>
    </w:p>
    <w:p>
      <w:r>
        <w:t>为进一步规范和加强推免工作，保证推免招生公平公正，根据《苏州科技大学推荐2026年优秀应届本科毕业生免试攻读研究生工作实施方案》，特制定《苏州科技大学推荐2026年优秀应届本科毕业生免试攻读研究生思想品德考核办法》，现结合学院情况，制定本细则。</w:t>
      </w:r>
    </w:p>
    <w:p>
      <w:r>
        <w:t>一、考核内容与标准</w:t>
      </w:r>
    </w:p>
    <w:p>
      <w:r>
        <w:t>思想品德考核工作重点考察学生在政治态度、思想表现、道德品质、科学精神，诚实守信、遵纪守法等方面的表现，具体内容如下：</w:t>
      </w:r>
    </w:p>
    <w:p>
      <w:r>
        <w:t>（一）政治态度</w:t>
      </w:r>
    </w:p>
    <w:p>
      <w:r>
        <w:t>1.坚决拥护中国共产党的领导，热爱祖国，具备坚定的政治立场和正确的政治态度，理想信念牢固，自觉践行社会主义核心价值观。</w:t>
      </w:r>
    </w:p>
    <w:p>
      <w:r>
        <w:t>2.高度认同中国特色社会主义制度，认真学习贯彻习近平新时代中国特色社会主义思想，深刻领悟“两个确立”的决定性意义、不断增强“四个意识”、坚定“四个自信”、做到“两个维护”。</w:t>
      </w:r>
    </w:p>
    <w:p>
      <w:r>
        <w:t>（二）思想表现</w:t>
      </w:r>
    </w:p>
    <w:p>
      <w:r>
        <w:t>1.牢固树立正确的世界观、人生观、价值观，具备良好的道德修养和社会责任感。</w:t>
      </w:r>
    </w:p>
    <w:p>
      <w:r>
        <w:t>2.积极参与思想政治教育活动（如党、团课学习，青年大学习，主题班会等），表现突出。</w:t>
      </w:r>
    </w:p>
    <w:p>
      <w:r>
        <w:t>（三）道德品质</w:t>
      </w:r>
    </w:p>
    <w:p>
      <w:r>
        <w:t>1.遵守社会公德，在公共场合文明礼貌、爱护公物、热心助人。</w:t>
      </w:r>
    </w:p>
    <w:p>
      <w:r>
        <w:t>2.恪守个人品德，尊敬师长，团结同学，积极维护集体荣誉，展现新时代青年良好精神风貌。</w:t>
      </w:r>
    </w:p>
    <w:p>
      <w:r>
        <w:t>（四）科学精神</w:t>
      </w:r>
    </w:p>
    <w:p>
      <w:r>
        <w:t>1.秉持求真务实的态度，在学术研究、课程学习与科研实践中勇于探索、追求真理，具备创新意识和批判性思维。</w:t>
      </w:r>
    </w:p>
    <w:p>
      <w:r>
        <w:t>2.学风端正，在学习过程中面对困难和挫折，保持积极心态、持之以恒，同时在科研团队中做到协作和包容。</w:t>
      </w:r>
    </w:p>
    <w:p>
      <w:r>
        <w:t>（五）诚实守信</w:t>
      </w:r>
    </w:p>
    <w:p>
      <w:r>
        <w:t>1.严格遵守学术道德与科研规范，杜绝任何形式的抄袭、剽窃、伪造、篡改数据及一稿多投等学术不端行为。</w:t>
      </w:r>
    </w:p>
    <w:p>
      <w:r>
        <w:t>2.在课程学习、科研实践、学科竞赛等各类学术活动中坚持诚实守信，无任何考试作弊、违纪及其它失信行为，维护学术公正与严肃性。</w:t>
      </w:r>
    </w:p>
    <w:p>
      <w:r>
        <w:t>如有考试作弊、剽窃他人学术成果等学术不端行为的，思想品德考核直接认定为不合格。</w:t>
      </w:r>
    </w:p>
    <w:p>
      <w:r>
        <w:t>（六）遵纪守法</w:t>
      </w:r>
    </w:p>
    <w:p>
      <w:r>
        <w:t>1.自觉遵守国家法律法规和学校规章制度，无任何违法违纪受处分记录，严格规范个人言行；</w:t>
      </w:r>
    </w:p>
    <w:p>
      <w:r>
        <w:t>2.坚决抵制非法组织与邪教活动，不参与制作、传播网络谣言及不实信息，积极维护清朗网络环境和校园稳定。</w:t>
      </w:r>
    </w:p>
    <w:p>
      <w:r>
        <w:t>如有违法违纪受处分记录的，思想品德考核直接认定为不合格。</w:t>
      </w:r>
    </w:p>
    <w:p>
      <w:r>
        <w:t>二、考核方式与程序</w:t>
      </w:r>
    </w:p>
    <w:p>
      <w:r>
        <w:t>思想品德考核工作由学院思想品德考核小组负责组织实施。具体如下：</w:t>
      </w:r>
    </w:p>
    <w:p>
      <w:r>
        <w:t>（一）考核小组</w:t>
      </w:r>
    </w:p>
    <w:p>
      <w:r>
        <w:t>组长：徐瑾</w:t>
      </w:r>
    </w:p>
    <w:p>
      <w:r>
        <w:t>组员：张洁、薛颖、毕业班班主任（段乔雨、杨驹、吴晓刚、张迅）</w:t>
      </w:r>
    </w:p>
    <w:p>
      <w:r>
        <w:t>（二）工作程序</w:t>
      </w:r>
    </w:p>
    <w:p>
      <w:r>
        <w:t>1、申报学生需9月5日前填写《苏州科技大学推荐2026年优秀应届本科毕业生免试攻读研究生思想品德考核表》。</w:t>
      </w:r>
    </w:p>
    <w:p>
      <w:r>
        <w:t>2、9月6日教师评价。辅导员、班主任、相关教师等结合日常表现，通过查阅学生档案，核对奥蓝系统学生日常管理记录，对学生的思想品德出具书面评价意见。</w:t>
      </w:r>
    </w:p>
    <w:p>
      <w:r>
        <w:t>3、9月7日学院思想品德考核小组结合评价意见，综合判定考核结果。</w:t>
      </w:r>
    </w:p>
    <w:p>
      <w:r>
        <w:t>三、考核结果认定</w:t>
      </w:r>
    </w:p>
    <w:p>
      <w:r>
        <w:t>思想品德考核结果分为“合格”和“不合格”两个等级。考核结果为“不合格”的学生，不予推免。</w:t>
      </w:r>
    </w:p>
    <w:p>
      <w:r>
        <w:t>各学院须结合实际制定实施细则并报学生工作处备案后施行。</w:t>
      </w:r>
    </w:p>
    <w:p>
      <w:r>
        <w:t>教育学院</w:t>
      </w:r>
    </w:p>
    <w:p>
      <w:r>
        <w:t>2025年9月1日</w:t>
      </w:r>
    </w:p>
    <w:p>
      <w:r>
        <w:t>附件：苏州科技大学推荐2026年优秀应届本科毕业生免试攻读研究生思想政治品德考核表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