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苏州科技大学建筑与城市规划学院推荐2027年优秀应届本科毕业生免试攻读研究生工作细则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组长：刘志强、邱德华</w:t>
      </w:r>
    </w:p>
    <w:p>
      <w:r>
        <w:t>成员：王松、胡莹、罗超、邵大伟、裴立东、魏晓芳、朱颖</w:t>
      </w:r>
    </w:p>
    <w:p>
      <w:r>
        <w:t>咨询电话：0512-68095087申诉电话：0512-68247040邮箱：ard@usts.edu.cn</w:t>
      </w:r>
    </w:p>
    <w:p>
      <w:r>
        <w:t>二、名额分配</w:t>
      </w:r>
    </w:p>
    <w:p>
      <w:r>
        <w:t>总名额：18名</w:t>
      </w:r>
    </w:p>
    <w:p>
      <w:r>
        <w:t>名额分配如下：建筑学专业6名；城乡规划专业7名；风景园林专业5名。</w:t>
      </w:r>
    </w:p>
    <w:p>
      <w:r>
        <w:t>三、申请报名条件</w:t>
      </w:r>
    </w:p>
    <w:p>
      <w:r>
        <w:t>申请者须满足学校规定的遴选基本条件。</w:t>
      </w:r>
    </w:p>
    <w:p>
      <w:r>
        <w:t>四、申请受理时间、地点</w:t>
      </w:r>
    </w:p>
    <w:p>
      <w:r>
        <w:t>截止时间：9月1日16:00之前，提交报名申请及相关材料</w:t>
      </w:r>
    </w:p>
    <w:p>
      <w:r>
        <w:t>受理地点：江枫校区建筑系馆201教学管理办公室</w:t>
      </w:r>
    </w:p>
    <w:p>
      <w:r>
        <w:t>受理人员：李源老师</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 80%+综合素质× 20%。课程清单和综合素质评价具体设置见附件。</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也应主动报备声明。回避报备应于9月2日前完成，并由学院汇总后报教务处备案。</w:t>
      </w:r>
    </w:p>
    <w:p>
      <w:r>
        <w:t>2、其他事项按照教育部和学校相关规定执行。</w:t>
      </w:r>
    </w:p>
    <w:p>
      <w:r>
        <w:t>3、本细则由学院推免生遴选工作小组负责解释。</w:t>
      </w:r>
    </w:p>
    <w:p>
      <w:r>
        <w:t>建筑与城市规划学院</w:t>
      </w:r>
    </w:p>
    <w:p>
      <w:r>
        <w:t>日期：2026年8月30日</w:t>
      </w:r>
    </w:p>
    <w:p>
      <w:r>
        <w:t>附件1:苏州科技大学建筑与城市规划学院推免生综合素质单项分值设置表</w:t>
      </w:r>
    </w:p>
    <w:p>
      <w:r>
        <w:t>附件2：苏州科技大学推荐2027年优秀应届本科毕业生免试攻读研究生课程清单</w:t>
      </w:r>
    </w:p>
    <w:p>
      <w:r>
        <w:t>苏州科技大学推免生综合素质单项分值设置表</w:t>
      </w:r>
    </w:p>
    <w:tbl>
      <w:tblPr>
        <w:tblStyle w:val="TableGrid"/>
        <w:tblW w:type="auto" w:w="0"/>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t>类别</w:t>
            </w:r>
          </w:p>
        </w:tc>
        <w:tc>
          <w:tcPr>
            <w:tcW w:type="dxa" w:w="960"/>
          </w:tcPr>
          <w:p>
            <w:r>
              <w:t>项目等级</w:t>
            </w:r>
          </w:p>
        </w:tc>
        <w:tc>
          <w:tcPr>
            <w:tcW w:type="dxa" w:w="960"/>
          </w:tcPr>
          <w:p>
            <w:r>
              <w:t>第一等次</w:t>
            </w:r>
          </w:p>
        </w:tc>
        <w:tc>
          <w:tcPr>
            <w:tcW w:type="dxa" w:w="960"/>
          </w:tcPr>
          <w:p>
            <w:r>
              <w:t>第二等次</w:t>
            </w:r>
          </w:p>
        </w:tc>
        <w:tc>
          <w:tcPr>
            <w:tcW w:type="dxa" w:w="960"/>
          </w:tcPr>
          <w:p>
            <w:r>
              <w:t>第三等次</w:t>
            </w:r>
          </w:p>
        </w:tc>
        <w:tc>
          <w:tcPr>
            <w:tcW w:type="dxa" w:w="960"/>
          </w:tcPr>
          <w:p>
            <w:r>
              <w:t>第四等次</w:t>
            </w:r>
          </w:p>
        </w:tc>
        <w:tc>
          <w:tcPr>
            <w:tcW w:type="dxa" w:w="960"/>
          </w:tcPr>
          <w:p>
            <w:r>
              <w:t>备注</w:t>
            </w:r>
          </w:p>
        </w:tc>
        <w:tc>
          <w:tcPr>
            <w:tcW w:type="dxa" w:w="960"/>
          </w:tcPr>
          <w:p/>
        </w:tc>
        <w:tc>
          <w:tcPr>
            <w:tcW w:type="dxa" w:w="960"/>
          </w:tcPr>
          <w:p/>
        </w:tc>
      </w:tr>
      <w:tr>
        <w:tc>
          <w:tcPr>
            <w:tcW w:type="dxa" w:w="960"/>
          </w:tcPr>
          <w:p>
            <w:r>
              <w:t>学科竞赛(不超过40分)</w:t>
            </w:r>
          </w:p>
        </w:tc>
        <w:tc>
          <w:tcPr>
            <w:tcW w:type="dxa" w:w="960"/>
          </w:tcPr>
          <w:p>
            <w:r>
              <w:t>I甲</w:t>
            </w:r>
          </w:p>
        </w:tc>
        <w:tc>
          <w:tcPr>
            <w:tcW w:type="dxa" w:w="960"/>
          </w:tcPr>
          <w:p>
            <w:r>
              <w:t>40</w:t>
            </w:r>
          </w:p>
        </w:tc>
        <w:tc>
          <w:tcPr>
            <w:tcW w:type="dxa" w:w="960"/>
          </w:tcPr>
          <w:p>
            <w:r>
              <w:t>30</w:t>
            </w:r>
          </w:p>
        </w:tc>
        <w:tc>
          <w:tcPr>
            <w:tcW w:type="dxa" w:w="960"/>
          </w:tcPr>
          <w:p>
            <w:r>
              <w:t>15</w:t>
            </w:r>
          </w:p>
        </w:tc>
        <w:tc>
          <w:tcPr>
            <w:tcW w:type="dxa" w:w="960"/>
          </w:tcPr>
          <w:p>
            <w:r>
              <w:t>5</w:t>
            </w:r>
          </w:p>
        </w:tc>
        <w:tc>
          <w:tcPr>
            <w:tcW w:type="dxa" w:w="960"/>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c>
          <w:tcPr>
            <w:tcW w:type="dxa" w:w="960"/>
          </w:tcPr>
          <w:p/>
        </w:tc>
        <w:tc>
          <w:tcPr>
            <w:tcW w:type="dxa" w:w="960"/>
          </w:tcPr>
          <w:p/>
        </w:tc>
      </w:tr>
      <w:tr>
        <w:tc>
          <w:tcPr>
            <w:tcW w:type="dxa" w:w="960"/>
          </w:tcPr>
          <w:p>
            <w:r>
              <w:t>I乙</w:t>
            </w:r>
          </w:p>
        </w:tc>
        <w:tc>
          <w:tcPr>
            <w:tcW w:type="dxa" w:w="960"/>
          </w:tcPr>
          <w:p>
            <w:r>
              <w:t>15</w:t>
            </w:r>
          </w:p>
        </w:tc>
        <w:tc>
          <w:tcPr>
            <w:tcW w:type="dxa" w:w="960"/>
          </w:tcPr>
          <w:p>
            <w:r>
              <w:t>10</w:t>
            </w:r>
          </w:p>
        </w:tc>
        <w:tc>
          <w:tcPr>
            <w:tcW w:type="dxa" w:w="960"/>
          </w:tcPr>
          <w:p>
            <w:r>
              <w:t>3</w:t>
            </w:r>
          </w:p>
        </w:tc>
        <w:tc>
          <w:tcPr>
            <w:tcW w:type="dxa" w:w="960"/>
          </w:tcPr>
          <w:p>
            <w:r>
              <w:t>1</w:t>
            </w:r>
          </w:p>
        </w:tc>
        <w:tc>
          <w:tcPr>
            <w:tcW w:type="dxa" w:w="960"/>
          </w:tcPr>
          <w:p/>
        </w:tc>
        <w:tc>
          <w:tcPr>
            <w:tcW w:type="dxa" w:w="960"/>
          </w:tcPr>
          <w:p/>
        </w:tc>
        <w:tc>
          <w:tcPr>
            <w:tcW w:type="dxa" w:w="960"/>
          </w:tcPr>
          <w:p/>
        </w:tc>
        <w:tc>
          <w:tcPr>
            <w:tcW w:type="dxa" w:w="960"/>
          </w:tcPr>
          <w:p/>
        </w:tc>
      </w:tr>
      <w:tr>
        <w:tc>
          <w:tcPr>
            <w:tcW w:type="dxa" w:w="960"/>
          </w:tcPr>
          <w:p>
            <w:r>
              <w:t>科研成果(不超过40分)</w:t>
            </w:r>
          </w:p>
        </w:tc>
        <w:tc>
          <w:tcPr>
            <w:tcW w:type="dxa" w:w="960"/>
          </w:tcPr>
          <w:p>
            <w:r>
              <w:t>一类核心</w:t>
            </w:r>
          </w:p>
        </w:tc>
        <w:tc>
          <w:tcPr>
            <w:tcW w:type="dxa" w:w="960"/>
          </w:tcPr>
          <w:p>
            <w:r>
              <w:t>二类核心</w:t>
            </w:r>
          </w:p>
        </w:tc>
        <w:tc>
          <w:tcPr>
            <w:tcW w:type="dxa" w:w="960"/>
          </w:tcPr>
          <w:p>
            <w:r>
              <w:t>三类核心</w:t>
            </w:r>
          </w:p>
        </w:tc>
        <w:tc>
          <w:tcPr>
            <w:tcW w:type="dxa" w:w="960"/>
          </w:tcPr>
          <w:p>
            <w:r>
              <w:t>四类核心</w:t>
            </w:r>
          </w:p>
        </w:tc>
        <w:tc>
          <w:tcPr>
            <w:tcW w:type="dxa" w:w="960"/>
          </w:tcPr>
          <w:p>
            <w:r>
              <w:t>中文核心</w:t>
            </w:r>
          </w:p>
        </w:tc>
        <w:tc>
          <w:tcPr>
            <w:tcW w:type="dxa" w:w="960"/>
          </w:tcPr>
          <w:p>
            <w:r>
              <w:t>（1）本科阶段在核心及以上期刊，以独立作者或第一作者正式发表的与学业相关的科研论文（若为共同一作的，仅认定共同一作中排名第一的作者）,或以第一发明人身份获得授权的中国发明专利。国际专利参照执行，但标准不得低于中国发明专利。（2）发明专利不得超过10分。须提供相关专利授权书。（3）一类、二类、三类、四类核心期刊目录参见《苏州科技大学核心期刊目录（2021修订）》。中文核心是指除上述一类、二类、三类、四类之外的北大《中文核心期刊要目总览》中的期刊。</w:t>
            </w:r>
          </w:p>
        </w:tc>
        <w:tc>
          <w:tcPr>
            <w:tcW w:type="dxa" w:w="960"/>
          </w:tcPr>
          <w:p/>
        </w:tc>
        <w:tc>
          <w:tcPr>
            <w:tcW w:type="dxa" w:w="960"/>
          </w:tcPr>
          <w:p/>
        </w:tc>
      </w:tr>
      <w:tr>
        <w:tc>
          <w:tcPr>
            <w:tcW w:type="dxa" w:w="960"/>
          </w:tcPr>
          <w:p>
            <w:r>
              <w:t>40/篇</w:t>
            </w:r>
          </w:p>
        </w:tc>
        <w:tc>
          <w:tcPr>
            <w:tcW w:type="dxa" w:w="960"/>
          </w:tcPr>
          <w:p>
            <w:r>
              <w:t>35/篇</w:t>
            </w:r>
          </w:p>
        </w:tc>
        <w:tc>
          <w:tcPr>
            <w:tcW w:type="dxa" w:w="960"/>
          </w:tcPr>
          <w:p>
            <w:r>
              <w:t>30/篇</w:t>
            </w:r>
          </w:p>
        </w:tc>
        <w:tc>
          <w:tcPr>
            <w:tcW w:type="dxa" w:w="960"/>
          </w:tcPr>
          <w:p>
            <w:r>
              <w:t>20/篇</w:t>
            </w:r>
          </w:p>
        </w:tc>
        <w:tc>
          <w:tcPr>
            <w:tcW w:type="dxa" w:w="960"/>
          </w:tcPr>
          <w:p>
            <w:r>
              <w:t>15/篇</w:t>
            </w:r>
          </w:p>
        </w:tc>
        <w:tc>
          <w:tcPr>
            <w:tcW w:type="dxa" w:w="960"/>
          </w:tcPr>
          <w:p/>
        </w:tc>
        <w:tc>
          <w:tcPr>
            <w:tcW w:type="dxa" w:w="960"/>
          </w:tcPr>
          <w:p/>
        </w:tc>
        <w:tc>
          <w:tcPr>
            <w:tcW w:type="dxa" w:w="960"/>
          </w:tcPr>
          <w:p/>
        </w:tc>
        <w:tc>
          <w:tcPr>
            <w:tcW w:type="dxa" w:w="960"/>
          </w:tcPr>
          <w:p/>
        </w:tc>
      </w:tr>
      <w:tr>
        <w:tc>
          <w:tcPr>
            <w:tcW w:type="dxa" w:w="960"/>
          </w:tcPr>
          <w:p>
            <w:r>
              <w:t>国际发明专利</w:t>
            </w:r>
          </w:p>
        </w:tc>
        <w:tc>
          <w:tcPr>
            <w:tcW w:type="dxa" w:w="960"/>
          </w:tcPr>
          <w:p>
            <w:r>
              <w:t>中国发明专利</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10分/项</w:t>
            </w:r>
          </w:p>
        </w:tc>
        <w:tc>
          <w:tcPr>
            <w:tcW w:type="dxa" w:w="960"/>
          </w:tcPr>
          <w:p>
            <w:r>
              <w:t>5分/项</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志愿服务(不超过10分)</w:t>
            </w:r>
          </w:p>
        </w:tc>
        <w:tc>
          <w:tcPr>
            <w:tcW w:type="dxa" w:w="960"/>
          </w:tcPr>
          <w:p>
            <w:r/>
          </w:p>
        </w:tc>
        <w:tc>
          <w:tcPr>
            <w:tcW w:type="dxa" w:w="960"/>
          </w:tcPr>
          <w:p>
            <w:r>
              <w:t>第一等次</w:t>
            </w:r>
          </w:p>
        </w:tc>
        <w:tc>
          <w:tcPr>
            <w:tcW w:type="dxa" w:w="960"/>
          </w:tcPr>
          <w:p>
            <w:r>
              <w:t>第二等次</w:t>
            </w:r>
          </w:p>
        </w:tc>
        <w:tc>
          <w:tcPr>
            <w:tcW w:type="dxa" w:w="960"/>
          </w:tcPr>
          <w:p>
            <w:r>
              <w:t>第三等次</w:t>
            </w:r>
          </w:p>
        </w:tc>
        <w:tc>
          <w:tcPr>
            <w:tcW w:type="dxa" w:w="960"/>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960"/>
          </w:tcPr>
          <w:p/>
        </w:tc>
        <w:tc>
          <w:tcPr>
            <w:tcW w:type="dxa" w:w="960"/>
          </w:tcPr>
          <w:p/>
        </w:tc>
        <w:tc>
          <w:tcPr>
            <w:tcW w:type="dxa" w:w="960"/>
          </w:tcPr>
          <w:p/>
        </w:tc>
      </w:tr>
      <w:tr>
        <w:tc>
          <w:tcPr>
            <w:tcW w:type="dxa" w:w="960"/>
          </w:tcPr>
          <w:p>
            <w:r>
              <w:t>国家级</w:t>
            </w:r>
          </w:p>
        </w:tc>
        <w:tc>
          <w:tcPr>
            <w:tcW w:type="dxa" w:w="960"/>
          </w:tcPr>
          <w:p>
            <w:r>
              <w:t>10</w:t>
            </w:r>
          </w:p>
        </w:tc>
        <w:tc>
          <w:tcPr>
            <w:tcW w:type="dxa" w:w="960"/>
          </w:tcPr>
          <w:p>
            <w:r>
              <w:t>7</w:t>
            </w:r>
          </w:p>
        </w:tc>
        <w:tc>
          <w:tcPr>
            <w:tcW w:type="dxa" w:w="960"/>
          </w:tcPr>
          <w:p>
            <w:r>
              <w:t>5</w:t>
            </w:r>
          </w:p>
        </w:tc>
        <w:tc>
          <w:tcPr>
            <w:tcW w:type="dxa" w:w="960"/>
          </w:tcPr>
          <w:p/>
        </w:tc>
        <w:tc>
          <w:tcPr>
            <w:tcW w:type="dxa" w:w="960"/>
          </w:tcPr>
          <w:p/>
        </w:tc>
        <w:tc>
          <w:tcPr>
            <w:tcW w:type="dxa" w:w="960"/>
          </w:tcPr>
          <w:p/>
        </w:tc>
        <w:tc>
          <w:tcPr>
            <w:tcW w:type="dxa" w:w="960"/>
          </w:tcPr>
          <w:p/>
        </w:tc>
        <w:tc>
          <w:tcPr>
            <w:tcW w:type="dxa" w:w="960"/>
          </w:tcPr>
          <w:p/>
        </w:tc>
      </w:tr>
      <w:tr>
        <w:tc>
          <w:tcPr>
            <w:tcW w:type="dxa" w:w="960"/>
          </w:tcPr>
          <w:p>
            <w:r>
              <w:t>省部级</w:t>
            </w:r>
          </w:p>
        </w:tc>
        <w:tc>
          <w:tcPr>
            <w:tcW w:type="dxa" w:w="960"/>
          </w:tcPr>
          <w:p>
            <w:r>
              <w:t>5</w:t>
            </w:r>
          </w:p>
        </w:tc>
        <w:tc>
          <w:tcPr>
            <w:tcW w:type="dxa" w:w="960"/>
          </w:tcPr>
          <w:p>
            <w:r>
              <w:t>3</w:t>
            </w:r>
          </w:p>
        </w:tc>
        <w:tc>
          <w:tcPr>
            <w:tcW w:type="dxa" w:w="960"/>
          </w:tcPr>
          <w:p>
            <w:r>
              <w:t>1</w:t>
            </w:r>
          </w:p>
        </w:tc>
        <w:tc>
          <w:tcPr>
            <w:tcW w:type="dxa" w:w="960"/>
          </w:tcPr>
          <w:p/>
        </w:tc>
        <w:tc>
          <w:tcPr>
            <w:tcW w:type="dxa" w:w="960"/>
          </w:tcPr>
          <w:p/>
        </w:tc>
        <w:tc>
          <w:tcPr>
            <w:tcW w:type="dxa" w:w="960"/>
          </w:tcPr>
          <w:p/>
        </w:tc>
        <w:tc>
          <w:tcPr>
            <w:tcW w:type="dxa" w:w="960"/>
          </w:tcPr>
          <w:p/>
        </w:tc>
        <w:tc>
          <w:tcPr>
            <w:tcW w:type="dxa" w:w="960"/>
          </w:tcPr>
          <w:p/>
        </w:tc>
      </w:tr>
      <w:tr>
        <w:tc>
          <w:tcPr>
            <w:tcW w:type="dxa" w:w="960"/>
          </w:tcPr>
          <w:p>
            <w:r>
              <w:t>到国际组织实习（不超过5分）</w:t>
            </w:r>
          </w:p>
        </w:tc>
        <w:tc>
          <w:tcPr>
            <w:tcW w:type="dxa" w:w="960"/>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参军入伍服兵役（不超过5分）</w:t>
            </w:r>
          </w:p>
        </w:tc>
        <w:tc>
          <w:tcPr>
            <w:tcW w:type="dxa" w:w="960"/>
          </w:tcPr>
          <w:p>
            <w:r>
              <w:t>须提供入伍批准书及退出现役证。</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r>
    </w:tbl>
    <w:p>
      <w:r>
        <w:t>注：（1）成果所列第一单位须为“苏州科技大学”。</w:t>
      </w:r>
    </w:p>
    <w:p>
      <w:r>
        <w:t>（2）成果或活动认定依据记载日期须在2026年8月31日前。</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年级：2022</w:t>
            </w:r>
          </w:p>
        </w:tc>
        <w:tc>
          <w:tcPr>
            <w:tcW w:type="dxa" w:w="1080"/>
          </w:tcPr>
          <w:p>
            <w:r>
              <w:t>专业：</w:t>
            </w:r>
          </w:p>
        </w:tc>
        <w:tc>
          <w:tcPr>
            <w:tcW w:type="dxa" w:w="1080"/>
          </w:tcPr>
          <w:p>
            <w:r>
              <w:t>建筑学</w:t>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思想道德与法治</w:t>
            </w:r>
          </w:p>
        </w:tc>
        <w:tc>
          <w:tcPr>
            <w:tcW w:type="dxa" w:w="1080"/>
          </w:tcPr>
          <w:p>
            <w:r>
              <w:t>1MX11007</w:t>
            </w:r>
          </w:p>
        </w:tc>
        <w:tc>
          <w:tcPr>
            <w:tcW w:type="dxa" w:w="1080"/>
          </w:tcPr>
          <w:p>
            <w:r>
              <w:t>2.5</w:t>
            </w:r>
          </w:p>
        </w:tc>
        <w:tc>
          <w:tcPr>
            <w:tcW w:type="dxa" w:w="1080"/>
          </w:tcPr>
          <w:p>
            <w:r>
              <w:t>通识教育必修课</w:t>
            </w:r>
          </w:p>
        </w:tc>
        <w:tc>
          <w:tcPr>
            <w:tcW w:type="dxa" w:w="1080"/>
          </w:tcPr>
          <w:p>
            <w:r>
              <w:t>马克思主义学院</w:t>
            </w:r>
          </w:p>
        </w:tc>
        <w:tc>
          <w:tcPr>
            <w:tcW w:type="dxa" w:w="1080"/>
          </w:tcPr>
          <w:p>
            <w:r>
              <w:t>2022-2023</w:t>
            </w:r>
          </w:p>
        </w:tc>
        <w:tc>
          <w:tcPr>
            <w:tcW w:type="dxa" w:w="1080"/>
          </w:tcPr>
          <w:p>
            <w:r>
              <w:t>1</w:t>
            </w:r>
          </w:p>
        </w:tc>
      </w:tr>
      <w:tr>
        <w:tc>
          <w:tcPr>
            <w:tcW w:type="dxa" w:w="1080"/>
          </w:tcPr>
          <w:p>
            <w:r>
              <w:t>2</w:t>
            </w:r>
          </w:p>
        </w:tc>
        <w:tc>
          <w:tcPr>
            <w:tcW w:type="dxa" w:w="1080"/>
          </w:tcPr>
          <w:p>
            <w:r>
              <w:t>体育(一)</w:t>
            </w:r>
          </w:p>
        </w:tc>
        <w:tc>
          <w:tcPr>
            <w:tcW w:type="dxa" w:w="1080"/>
          </w:tcPr>
          <w:p>
            <w:r>
              <w:t>1SP11001</w:t>
            </w:r>
          </w:p>
        </w:tc>
        <w:tc>
          <w:tcPr>
            <w:tcW w:type="dxa" w:w="1080"/>
          </w:tcPr>
          <w:p>
            <w:r>
              <w:t>1</w:t>
            </w:r>
          </w:p>
        </w:tc>
        <w:tc>
          <w:tcPr>
            <w:tcW w:type="dxa" w:w="1080"/>
          </w:tcPr>
          <w:p>
            <w:r>
              <w:t>通识教育必修课</w:t>
            </w:r>
          </w:p>
        </w:tc>
        <w:tc>
          <w:tcPr>
            <w:tcW w:type="dxa" w:w="1080"/>
          </w:tcPr>
          <w:p>
            <w:r>
              <w:t>体育部</w:t>
            </w:r>
          </w:p>
        </w:tc>
        <w:tc>
          <w:tcPr>
            <w:tcW w:type="dxa" w:w="1080"/>
          </w:tcPr>
          <w:p>
            <w:r>
              <w:t>2022-2023</w:t>
            </w:r>
          </w:p>
        </w:tc>
        <w:tc>
          <w:tcPr>
            <w:tcW w:type="dxa" w:w="1080"/>
          </w:tcPr>
          <w:p>
            <w:r>
              <w:t>1</w:t>
            </w:r>
          </w:p>
        </w:tc>
      </w:tr>
      <w:tr>
        <w:tc>
          <w:tcPr>
            <w:tcW w:type="dxa" w:w="1080"/>
          </w:tcPr>
          <w:p>
            <w:r>
              <w:t>3</w:t>
            </w:r>
          </w:p>
        </w:tc>
        <w:tc>
          <w:tcPr>
            <w:tcW w:type="dxa" w:w="1080"/>
          </w:tcPr>
          <w:p>
            <w:r>
              <w:t>形势与政策</w:t>
            </w:r>
          </w:p>
        </w:tc>
        <w:tc>
          <w:tcPr>
            <w:tcW w:type="dxa" w:w="1080"/>
          </w:tcPr>
          <w:p>
            <w:r>
              <w:t>1MX11005</w:t>
            </w:r>
          </w:p>
        </w:tc>
        <w:tc>
          <w:tcPr>
            <w:tcW w:type="dxa" w:w="1080"/>
          </w:tcPr>
          <w:p>
            <w:r>
              <w:t>2</w:t>
            </w:r>
          </w:p>
        </w:tc>
        <w:tc>
          <w:tcPr>
            <w:tcW w:type="dxa" w:w="1080"/>
          </w:tcPr>
          <w:p>
            <w:r>
              <w:t>通识教育必修课</w:t>
            </w:r>
          </w:p>
        </w:tc>
        <w:tc>
          <w:tcPr>
            <w:tcW w:type="dxa" w:w="1080"/>
          </w:tcPr>
          <w:p>
            <w:r>
              <w:t>马克思主义学院</w:t>
            </w:r>
          </w:p>
        </w:tc>
        <w:tc>
          <w:tcPr>
            <w:tcW w:type="dxa" w:w="1080"/>
          </w:tcPr>
          <w:p>
            <w:r>
              <w:t>2022-2023</w:t>
            </w:r>
          </w:p>
        </w:tc>
        <w:tc>
          <w:tcPr>
            <w:tcW w:type="dxa" w:w="1080"/>
          </w:tcPr>
          <w:p>
            <w:r>
              <w:t>1</w:t>
            </w:r>
          </w:p>
        </w:tc>
      </w:tr>
      <w:tr>
        <w:tc>
          <w:tcPr>
            <w:tcW w:type="dxa" w:w="1080"/>
          </w:tcPr>
          <w:p>
            <w:r>
              <w:t>4</w:t>
            </w:r>
          </w:p>
        </w:tc>
        <w:tc>
          <w:tcPr>
            <w:tcW w:type="dxa" w:w="1080"/>
          </w:tcPr>
          <w:p>
            <w:r>
              <w:t>习近平新时代中国特色社会主义思想概论</w:t>
            </w:r>
          </w:p>
        </w:tc>
        <w:tc>
          <w:tcPr>
            <w:tcW w:type="dxa" w:w="1080"/>
          </w:tcPr>
          <w:p>
            <w:r>
              <w:t>1MX11009</w:t>
            </w:r>
          </w:p>
        </w:tc>
        <w:tc>
          <w:tcPr>
            <w:tcW w:type="dxa" w:w="1080"/>
          </w:tcPr>
          <w:p>
            <w:r>
              <w:t>3</w:t>
            </w:r>
          </w:p>
        </w:tc>
        <w:tc>
          <w:tcPr>
            <w:tcW w:type="dxa" w:w="1080"/>
          </w:tcPr>
          <w:p>
            <w:r>
              <w:t>通识教育必修课</w:t>
            </w:r>
          </w:p>
        </w:tc>
        <w:tc>
          <w:tcPr>
            <w:tcW w:type="dxa" w:w="1080"/>
          </w:tcPr>
          <w:p>
            <w:r>
              <w:t>马克思主义学院</w:t>
            </w:r>
          </w:p>
        </w:tc>
        <w:tc>
          <w:tcPr>
            <w:tcW w:type="dxa" w:w="1080"/>
          </w:tcPr>
          <w:p>
            <w:r>
              <w:t>2022-2023</w:t>
            </w:r>
          </w:p>
        </w:tc>
        <w:tc>
          <w:tcPr>
            <w:tcW w:type="dxa" w:w="1080"/>
          </w:tcPr>
          <w:p>
            <w:r>
              <w:t>1</w:t>
            </w:r>
          </w:p>
        </w:tc>
      </w:tr>
      <w:tr>
        <w:tc>
          <w:tcPr>
            <w:tcW w:type="dxa" w:w="1080"/>
          </w:tcPr>
          <w:p>
            <w:r>
              <w:t>5</w:t>
            </w:r>
          </w:p>
        </w:tc>
        <w:tc>
          <w:tcPr>
            <w:tcW w:type="dxa" w:w="1080"/>
          </w:tcPr>
          <w:p>
            <w:r>
              <w:t>建筑设计基础A(一)</w:t>
            </w:r>
          </w:p>
        </w:tc>
        <w:tc>
          <w:tcPr>
            <w:tcW w:type="dxa" w:w="1080"/>
          </w:tcPr>
          <w:p>
            <w:r>
              <w:t>1AU21001</w:t>
            </w:r>
          </w:p>
        </w:tc>
        <w:tc>
          <w:tcPr>
            <w:tcW w:type="dxa" w:w="1080"/>
          </w:tcPr>
          <w:p>
            <w:r>
              <w:t>6</w:t>
            </w:r>
          </w:p>
        </w:tc>
        <w:tc>
          <w:tcPr>
            <w:tcW w:type="dxa" w:w="1080"/>
          </w:tcPr>
          <w:p>
            <w:r>
              <w:t>学科基础必修课</w:t>
            </w:r>
          </w:p>
        </w:tc>
        <w:tc>
          <w:tcPr>
            <w:tcW w:type="dxa" w:w="1080"/>
          </w:tcPr>
          <w:p>
            <w:r>
              <w:t>建筑与城市规划学院</w:t>
            </w:r>
          </w:p>
        </w:tc>
        <w:tc>
          <w:tcPr>
            <w:tcW w:type="dxa" w:w="1080"/>
          </w:tcPr>
          <w:p>
            <w:r>
              <w:t>2022-2023</w:t>
            </w:r>
          </w:p>
        </w:tc>
        <w:tc>
          <w:tcPr>
            <w:tcW w:type="dxa" w:w="1080"/>
          </w:tcPr>
          <w:p>
            <w:r>
              <w:t>1</w:t>
            </w:r>
          </w:p>
        </w:tc>
      </w:tr>
      <w:tr>
        <w:tc>
          <w:tcPr>
            <w:tcW w:type="dxa" w:w="1080"/>
          </w:tcPr>
          <w:p>
            <w:r>
              <w:t>6</w:t>
            </w:r>
          </w:p>
        </w:tc>
        <w:tc>
          <w:tcPr>
            <w:tcW w:type="dxa" w:w="1080"/>
          </w:tcPr>
          <w:p>
            <w:r>
              <w:t>建筑美术A(一)</w:t>
            </w:r>
          </w:p>
        </w:tc>
        <w:tc>
          <w:tcPr>
            <w:tcW w:type="dxa" w:w="1080"/>
          </w:tcPr>
          <w:p>
            <w:r>
              <w:t>1AU21002</w:t>
            </w:r>
          </w:p>
        </w:tc>
        <w:tc>
          <w:tcPr>
            <w:tcW w:type="dxa" w:w="1080"/>
          </w:tcPr>
          <w:p>
            <w:r>
              <w:t>3</w:t>
            </w:r>
          </w:p>
        </w:tc>
        <w:tc>
          <w:tcPr>
            <w:tcW w:type="dxa" w:w="1080"/>
          </w:tcPr>
          <w:p>
            <w:r>
              <w:t>学科基础必修课</w:t>
            </w:r>
          </w:p>
        </w:tc>
        <w:tc>
          <w:tcPr>
            <w:tcW w:type="dxa" w:w="1080"/>
          </w:tcPr>
          <w:p>
            <w:r>
              <w:t>艺术学院</w:t>
            </w:r>
          </w:p>
        </w:tc>
        <w:tc>
          <w:tcPr>
            <w:tcW w:type="dxa" w:w="1080"/>
          </w:tcPr>
          <w:p>
            <w:r>
              <w:t>2022-2023</w:t>
            </w:r>
          </w:p>
        </w:tc>
        <w:tc>
          <w:tcPr>
            <w:tcW w:type="dxa" w:w="1080"/>
          </w:tcPr>
          <w:p>
            <w:r>
              <w:t>1</w:t>
            </w:r>
          </w:p>
        </w:tc>
      </w:tr>
      <w:tr>
        <w:tc>
          <w:tcPr>
            <w:tcW w:type="dxa" w:w="1080"/>
          </w:tcPr>
          <w:p>
            <w:r>
              <w:t>7</w:t>
            </w:r>
          </w:p>
        </w:tc>
        <w:tc>
          <w:tcPr>
            <w:tcW w:type="dxa" w:w="1080"/>
          </w:tcPr>
          <w:p>
            <w:r>
              <w:t>建筑学概论</w:t>
            </w:r>
          </w:p>
        </w:tc>
        <w:tc>
          <w:tcPr>
            <w:tcW w:type="dxa" w:w="1080"/>
          </w:tcPr>
          <w:p>
            <w:r>
              <w:t>1AU21101</w:t>
            </w:r>
          </w:p>
        </w:tc>
        <w:tc>
          <w:tcPr>
            <w:tcW w:type="dxa" w:w="1080"/>
          </w:tcPr>
          <w:p>
            <w:r>
              <w:t>1</w:t>
            </w:r>
          </w:p>
        </w:tc>
        <w:tc>
          <w:tcPr>
            <w:tcW w:type="dxa" w:w="1080"/>
          </w:tcPr>
          <w:p>
            <w:r>
              <w:t>学科基础必修课</w:t>
            </w:r>
          </w:p>
        </w:tc>
        <w:tc>
          <w:tcPr>
            <w:tcW w:type="dxa" w:w="1080"/>
          </w:tcPr>
          <w:p>
            <w:r>
              <w:t>建筑与城市规划学院</w:t>
            </w:r>
          </w:p>
        </w:tc>
        <w:tc>
          <w:tcPr>
            <w:tcW w:type="dxa" w:w="1080"/>
          </w:tcPr>
          <w:p>
            <w:r>
              <w:t>2022-2023</w:t>
            </w:r>
          </w:p>
        </w:tc>
        <w:tc>
          <w:tcPr>
            <w:tcW w:type="dxa" w:w="1080"/>
          </w:tcPr>
          <w:p>
            <w:r>
              <w:t>1</w:t>
            </w:r>
          </w:p>
        </w:tc>
      </w:tr>
      <w:tr>
        <w:tc>
          <w:tcPr>
            <w:tcW w:type="dxa" w:w="1080"/>
          </w:tcPr>
          <w:p>
            <w:r>
              <w:t>8</w:t>
            </w:r>
          </w:p>
        </w:tc>
        <w:tc>
          <w:tcPr>
            <w:tcW w:type="dxa" w:w="1080"/>
          </w:tcPr>
          <w:p>
            <w:r>
              <w:t>高等数学D</w:t>
            </w:r>
          </w:p>
        </w:tc>
        <w:tc>
          <w:tcPr>
            <w:tcW w:type="dxa" w:w="1080"/>
          </w:tcPr>
          <w:p>
            <w:r>
              <w:t>1MP21007</w:t>
            </w:r>
          </w:p>
        </w:tc>
        <w:tc>
          <w:tcPr>
            <w:tcW w:type="dxa" w:w="1080"/>
          </w:tcPr>
          <w:p>
            <w:r>
              <w:t>3</w:t>
            </w:r>
          </w:p>
        </w:tc>
        <w:tc>
          <w:tcPr>
            <w:tcW w:type="dxa" w:w="1080"/>
          </w:tcPr>
          <w:p>
            <w:r>
              <w:t>学科基础必修课</w:t>
            </w:r>
          </w:p>
        </w:tc>
        <w:tc>
          <w:tcPr>
            <w:tcW w:type="dxa" w:w="1080"/>
          </w:tcPr>
          <w:p>
            <w:r>
              <w:t>数学科学学院</w:t>
            </w:r>
          </w:p>
        </w:tc>
        <w:tc>
          <w:tcPr>
            <w:tcW w:type="dxa" w:w="1080"/>
          </w:tcPr>
          <w:p>
            <w:r>
              <w:t>2022-2023</w:t>
            </w:r>
          </w:p>
        </w:tc>
        <w:tc>
          <w:tcPr>
            <w:tcW w:type="dxa" w:w="1080"/>
          </w:tcPr>
          <w:p>
            <w:r>
              <w:t>1</w:t>
            </w:r>
          </w:p>
        </w:tc>
      </w:tr>
      <w:tr>
        <w:tc>
          <w:tcPr>
            <w:tcW w:type="dxa" w:w="1080"/>
          </w:tcPr>
          <w:p>
            <w:r>
              <w:t>9</w:t>
            </w:r>
          </w:p>
        </w:tc>
        <w:tc>
          <w:tcPr>
            <w:tcW w:type="dxa" w:w="1080"/>
          </w:tcPr>
          <w:p>
            <w:r>
              <w:t>建筑制图</w:t>
            </w:r>
          </w:p>
        </w:tc>
        <w:tc>
          <w:tcPr>
            <w:tcW w:type="dxa" w:w="1080"/>
          </w:tcPr>
          <w:p>
            <w:r>
              <w:t>1ME21003</w:t>
            </w:r>
          </w:p>
        </w:tc>
        <w:tc>
          <w:tcPr>
            <w:tcW w:type="dxa" w:w="1080"/>
          </w:tcPr>
          <w:p>
            <w:r>
              <w:t>3</w:t>
            </w:r>
          </w:p>
        </w:tc>
        <w:tc>
          <w:tcPr>
            <w:tcW w:type="dxa" w:w="1080"/>
          </w:tcPr>
          <w:p>
            <w:r>
              <w:t>学科基础必修课</w:t>
            </w:r>
          </w:p>
        </w:tc>
        <w:tc>
          <w:tcPr>
            <w:tcW w:type="dxa" w:w="1080"/>
          </w:tcPr>
          <w:p>
            <w:r>
              <w:t>机械工程学院</w:t>
            </w:r>
          </w:p>
        </w:tc>
        <w:tc>
          <w:tcPr>
            <w:tcW w:type="dxa" w:w="1080"/>
          </w:tcPr>
          <w:p>
            <w:r>
              <w:t>2022-2023</w:t>
            </w:r>
          </w:p>
        </w:tc>
        <w:tc>
          <w:tcPr>
            <w:tcW w:type="dxa" w:w="1080"/>
          </w:tcPr>
          <w:p>
            <w:r>
              <w:t>1</w:t>
            </w:r>
          </w:p>
        </w:tc>
      </w:tr>
      <w:tr>
        <w:tc>
          <w:tcPr>
            <w:tcW w:type="dxa" w:w="1080"/>
          </w:tcPr>
          <w:p>
            <w:r>
              <w:t>10</w:t>
            </w:r>
          </w:p>
        </w:tc>
        <w:tc>
          <w:tcPr>
            <w:tcW w:type="dxa" w:w="1080"/>
          </w:tcPr>
          <w:p>
            <w:r>
              <w:t>大学生心理健康实践</w:t>
            </w:r>
          </w:p>
        </w:tc>
        <w:tc>
          <w:tcPr>
            <w:tcW w:type="dxa" w:w="1080"/>
          </w:tcPr>
          <w:p>
            <w:r>
              <w:t>1ED41001</w:t>
            </w:r>
          </w:p>
        </w:tc>
        <w:tc>
          <w:tcPr>
            <w:tcW w:type="dxa" w:w="1080"/>
          </w:tcPr>
          <w:p>
            <w:r>
              <w:t>1</w:t>
            </w:r>
          </w:p>
        </w:tc>
        <w:tc>
          <w:tcPr>
            <w:tcW w:type="dxa" w:w="1080"/>
          </w:tcPr>
          <w:p>
            <w:r>
              <w:t>集中实践必修课</w:t>
            </w:r>
          </w:p>
        </w:tc>
        <w:tc>
          <w:tcPr>
            <w:tcW w:type="dxa" w:w="1080"/>
          </w:tcPr>
          <w:p>
            <w:r>
              <w:t>教育学院</w:t>
            </w:r>
          </w:p>
        </w:tc>
        <w:tc>
          <w:tcPr>
            <w:tcW w:type="dxa" w:w="1080"/>
          </w:tcPr>
          <w:p>
            <w:r>
              <w:t>2022-2023</w:t>
            </w:r>
          </w:p>
        </w:tc>
        <w:tc>
          <w:tcPr>
            <w:tcW w:type="dxa" w:w="1080"/>
          </w:tcPr>
          <w:p>
            <w:r>
              <w:t>1</w:t>
            </w:r>
          </w:p>
        </w:tc>
      </w:tr>
      <w:tr>
        <w:tc>
          <w:tcPr>
            <w:tcW w:type="dxa" w:w="1080"/>
          </w:tcPr>
          <w:p>
            <w:r>
              <w:t>11</w:t>
            </w:r>
          </w:p>
        </w:tc>
        <w:tc>
          <w:tcPr>
            <w:tcW w:type="dxa" w:w="1080"/>
          </w:tcPr>
          <w:p>
            <w:r>
              <w:t>思想政治理论课综合实践(一)</w:t>
            </w:r>
          </w:p>
        </w:tc>
        <w:tc>
          <w:tcPr>
            <w:tcW w:type="dxa" w:w="1080"/>
          </w:tcPr>
          <w:p>
            <w:r>
              <w:t>1MX41001</w:t>
            </w:r>
          </w:p>
        </w:tc>
        <w:tc>
          <w:tcPr>
            <w:tcW w:type="dxa" w:w="1080"/>
          </w:tcPr>
          <w:p>
            <w:r>
              <w:t>0.5</w:t>
            </w:r>
          </w:p>
        </w:tc>
        <w:tc>
          <w:tcPr>
            <w:tcW w:type="dxa" w:w="1080"/>
          </w:tcPr>
          <w:p>
            <w:r>
              <w:t>集中实践必修课</w:t>
            </w:r>
          </w:p>
        </w:tc>
        <w:tc>
          <w:tcPr>
            <w:tcW w:type="dxa" w:w="1080"/>
          </w:tcPr>
          <w:p>
            <w:r>
              <w:t>马克思主义学院</w:t>
            </w:r>
          </w:p>
        </w:tc>
        <w:tc>
          <w:tcPr>
            <w:tcW w:type="dxa" w:w="1080"/>
          </w:tcPr>
          <w:p>
            <w:r>
              <w:t>2022-2023</w:t>
            </w:r>
          </w:p>
        </w:tc>
        <w:tc>
          <w:tcPr>
            <w:tcW w:type="dxa" w:w="1080"/>
          </w:tcPr>
          <w:p>
            <w:r>
              <w:t>1</w:t>
            </w:r>
          </w:p>
        </w:tc>
      </w:tr>
      <w:tr>
        <w:tc>
          <w:tcPr>
            <w:tcW w:type="dxa" w:w="1080"/>
          </w:tcPr>
          <w:p>
            <w:r>
              <w:t>12</w:t>
            </w:r>
          </w:p>
        </w:tc>
        <w:tc>
          <w:tcPr>
            <w:tcW w:type="dxa" w:w="1080"/>
          </w:tcPr>
          <w:p>
            <w:r>
              <w:t>军事理论</w:t>
            </w:r>
          </w:p>
        </w:tc>
        <w:tc>
          <w:tcPr>
            <w:tcW w:type="dxa" w:w="1080"/>
          </w:tcPr>
          <w:p>
            <w:r>
              <w:t>1SD51002</w:t>
            </w:r>
          </w:p>
        </w:tc>
        <w:tc>
          <w:tcPr>
            <w:tcW w:type="dxa" w:w="1080"/>
          </w:tcPr>
          <w:p>
            <w:r>
              <w:t>2</w:t>
            </w:r>
          </w:p>
        </w:tc>
        <w:tc>
          <w:tcPr>
            <w:tcW w:type="dxa" w:w="1080"/>
          </w:tcPr>
          <w:p>
            <w:r>
              <w:t>素质拓展必修课</w:t>
            </w:r>
          </w:p>
        </w:tc>
        <w:tc>
          <w:tcPr>
            <w:tcW w:type="dxa" w:w="1080"/>
          </w:tcPr>
          <w:p>
            <w:r>
              <w:t>武保处</w:t>
            </w:r>
          </w:p>
        </w:tc>
        <w:tc>
          <w:tcPr>
            <w:tcW w:type="dxa" w:w="1080"/>
          </w:tcPr>
          <w:p>
            <w:r>
              <w:t>2022-2023</w:t>
            </w:r>
          </w:p>
        </w:tc>
        <w:tc>
          <w:tcPr>
            <w:tcW w:type="dxa" w:w="1080"/>
          </w:tcPr>
          <w:p>
            <w:r>
              <w:t>1</w:t>
            </w:r>
          </w:p>
        </w:tc>
      </w:tr>
      <w:tr>
        <w:tc>
          <w:tcPr>
            <w:tcW w:type="dxa" w:w="1080"/>
          </w:tcPr>
          <w:p>
            <w:r>
              <w:t>13</w:t>
            </w:r>
          </w:p>
        </w:tc>
        <w:tc>
          <w:tcPr>
            <w:tcW w:type="dxa" w:w="1080"/>
          </w:tcPr>
          <w:p>
            <w:r>
              <w:t>军事技能</w:t>
            </w:r>
          </w:p>
        </w:tc>
        <w:tc>
          <w:tcPr>
            <w:tcW w:type="dxa" w:w="1080"/>
          </w:tcPr>
          <w:p>
            <w:r>
              <w:t>1SD51003</w:t>
            </w:r>
          </w:p>
        </w:tc>
        <w:tc>
          <w:tcPr>
            <w:tcW w:type="dxa" w:w="1080"/>
          </w:tcPr>
          <w:p>
            <w:r>
              <w:t>2</w:t>
            </w:r>
          </w:p>
        </w:tc>
        <w:tc>
          <w:tcPr>
            <w:tcW w:type="dxa" w:w="1080"/>
          </w:tcPr>
          <w:p>
            <w:r>
              <w:t>素质拓展必修课</w:t>
            </w:r>
          </w:p>
        </w:tc>
        <w:tc>
          <w:tcPr>
            <w:tcW w:type="dxa" w:w="1080"/>
          </w:tcPr>
          <w:p>
            <w:r>
              <w:t>武保处</w:t>
            </w:r>
          </w:p>
        </w:tc>
        <w:tc>
          <w:tcPr>
            <w:tcW w:type="dxa" w:w="1080"/>
          </w:tcPr>
          <w:p>
            <w:r>
              <w:t>2022-2023</w:t>
            </w:r>
          </w:p>
        </w:tc>
        <w:tc>
          <w:tcPr>
            <w:tcW w:type="dxa" w:w="1080"/>
          </w:tcPr>
          <w:p>
            <w:r>
              <w:t>1</w:t>
            </w:r>
          </w:p>
        </w:tc>
      </w:tr>
      <w:tr>
        <w:tc>
          <w:tcPr>
            <w:tcW w:type="dxa" w:w="1080"/>
          </w:tcPr>
          <w:p>
            <w:r>
              <w:t>14</w:t>
            </w:r>
          </w:p>
        </w:tc>
        <w:tc>
          <w:tcPr>
            <w:tcW w:type="dxa" w:w="1080"/>
          </w:tcPr>
          <w:p>
            <w:r>
              <w:t>写生实习(一)</w:t>
            </w:r>
          </w:p>
        </w:tc>
        <w:tc>
          <w:tcPr>
            <w:tcW w:type="dxa" w:w="1080"/>
          </w:tcPr>
          <w:p>
            <w:r>
              <w:t>1AU41001</w:t>
            </w:r>
          </w:p>
        </w:tc>
        <w:tc>
          <w:tcPr>
            <w:tcW w:type="dxa" w:w="1080"/>
          </w:tcPr>
          <w:p>
            <w:r>
              <w:t>2</w:t>
            </w:r>
          </w:p>
        </w:tc>
        <w:tc>
          <w:tcPr>
            <w:tcW w:type="dxa" w:w="1080"/>
          </w:tcPr>
          <w:p>
            <w:r>
              <w:t>集中实践必修课</w:t>
            </w:r>
          </w:p>
        </w:tc>
        <w:tc>
          <w:tcPr>
            <w:tcW w:type="dxa" w:w="1080"/>
          </w:tcPr>
          <w:p>
            <w:r>
              <w:t>艺术学院</w:t>
            </w:r>
          </w:p>
        </w:tc>
        <w:tc>
          <w:tcPr>
            <w:tcW w:type="dxa" w:w="1080"/>
          </w:tcPr>
          <w:p>
            <w:r>
              <w:t>2022-2023</w:t>
            </w:r>
          </w:p>
        </w:tc>
        <w:tc>
          <w:tcPr>
            <w:tcW w:type="dxa" w:w="1080"/>
          </w:tcPr>
          <w:p>
            <w:r>
              <w:t>2</w:t>
            </w:r>
          </w:p>
        </w:tc>
      </w:tr>
      <w:tr>
        <w:tc>
          <w:tcPr>
            <w:tcW w:type="dxa" w:w="1080"/>
          </w:tcPr>
          <w:p>
            <w:r>
              <w:t>15</w:t>
            </w:r>
          </w:p>
        </w:tc>
        <w:tc>
          <w:tcPr>
            <w:tcW w:type="dxa" w:w="1080"/>
          </w:tcPr>
          <w:p>
            <w:r>
              <w:t>中国近现代史纲要</w:t>
            </w:r>
          </w:p>
        </w:tc>
        <w:tc>
          <w:tcPr>
            <w:tcW w:type="dxa" w:w="1080"/>
          </w:tcPr>
          <w:p>
            <w:r>
              <w:t>1MX11002</w:t>
            </w:r>
          </w:p>
        </w:tc>
        <w:tc>
          <w:tcPr>
            <w:tcW w:type="dxa" w:w="1080"/>
          </w:tcPr>
          <w:p>
            <w:r>
              <w:t>2.5</w:t>
            </w:r>
          </w:p>
        </w:tc>
        <w:tc>
          <w:tcPr>
            <w:tcW w:type="dxa" w:w="1080"/>
          </w:tcPr>
          <w:p>
            <w:r>
              <w:t>通识教育必修课</w:t>
            </w:r>
          </w:p>
        </w:tc>
        <w:tc>
          <w:tcPr>
            <w:tcW w:type="dxa" w:w="1080"/>
          </w:tcPr>
          <w:p>
            <w:r>
              <w:t>马克思主义学院</w:t>
            </w:r>
          </w:p>
        </w:tc>
        <w:tc>
          <w:tcPr>
            <w:tcW w:type="dxa" w:w="1080"/>
          </w:tcPr>
          <w:p>
            <w:r>
              <w:t>2022-2023</w:t>
            </w:r>
          </w:p>
        </w:tc>
        <w:tc>
          <w:tcPr>
            <w:tcW w:type="dxa" w:w="1080"/>
          </w:tcPr>
          <w:p>
            <w:r>
              <w:t>2</w:t>
            </w:r>
          </w:p>
        </w:tc>
      </w:tr>
      <w:tr>
        <w:tc>
          <w:tcPr>
            <w:tcW w:type="dxa" w:w="1080"/>
          </w:tcPr>
          <w:p>
            <w:r>
              <w:t>16</w:t>
            </w:r>
          </w:p>
        </w:tc>
        <w:tc>
          <w:tcPr>
            <w:tcW w:type="dxa" w:w="1080"/>
          </w:tcPr>
          <w:p>
            <w:r>
              <w:t>体育(二)</w:t>
            </w:r>
          </w:p>
        </w:tc>
        <w:tc>
          <w:tcPr>
            <w:tcW w:type="dxa" w:w="1080"/>
          </w:tcPr>
          <w:p>
            <w:r>
              <w:t>1SP11002</w:t>
            </w:r>
          </w:p>
        </w:tc>
        <w:tc>
          <w:tcPr>
            <w:tcW w:type="dxa" w:w="1080"/>
          </w:tcPr>
          <w:p>
            <w:r>
              <w:t>1</w:t>
            </w:r>
          </w:p>
        </w:tc>
        <w:tc>
          <w:tcPr>
            <w:tcW w:type="dxa" w:w="1080"/>
          </w:tcPr>
          <w:p>
            <w:r>
              <w:t>通识教育必修课</w:t>
            </w:r>
          </w:p>
        </w:tc>
        <w:tc>
          <w:tcPr>
            <w:tcW w:type="dxa" w:w="1080"/>
          </w:tcPr>
          <w:p>
            <w:r>
              <w:t>体育部</w:t>
            </w:r>
          </w:p>
        </w:tc>
        <w:tc>
          <w:tcPr>
            <w:tcW w:type="dxa" w:w="1080"/>
          </w:tcPr>
          <w:p>
            <w:r>
              <w:t>2022-2023</w:t>
            </w:r>
          </w:p>
        </w:tc>
        <w:tc>
          <w:tcPr>
            <w:tcW w:type="dxa" w:w="1080"/>
          </w:tcPr>
          <w:p>
            <w:r>
              <w:t>2</w:t>
            </w:r>
          </w:p>
        </w:tc>
      </w:tr>
      <w:tr>
        <w:tc>
          <w:tcPr>
            <w:tcW w:type="dxa" w:w="1080"/>
          </w:tcPr>
          <w:p>
            <w:r>
              <w:t>17</w:t>
            </w:r>
          </w:p>
        </w:tc>
        <w:tc>
          <w:tcPr>
            <w:tcW w:type="dxa" w:w="1080"/>
          </w:tcPr>
          <w:p>
            <w:r>
              <w:t>大学生心理健康教育</w:t>
            </w:r>
          </w:p>
        </w:tc>
        <w:tc>
          <w:tcPr>
            <w:tcW w:type="dxa" w:w="1080"/>
          </w:tcPr>
          <w:p>
            <w:r>
              <w:t>1ED11001</w:t>
            </w:r>
          </w:p>
        </w:tc>
        <w:tc>
          <w:tcPr>
            <w:tcW w:type="dxa" w:w="1080"/>
          </w:tcPr>
          <w:p>
            <w:r>
              <w:t>1</w:t>
            </w:r>
          </w:p>
        </w:tc>
        <w:tc>
          <w:tcPr>
            <w:tcW w:type="dxa" w:w="1080"/>
          </w:tcPr>
          <w:p>
            <w:r>
              <w:t>通识教育必修课</w:t>
            </w:r>
          </w:p>
        </w:tc>
        <w:tc>
          <w:tcPr>
            <w:tcW w:type="dxa" w:w="1080"/>
          </w:tcPr>
          <w:p>
            <w:r>
              <w:t>教育学院</w:t>
            </w:r>
          </w:p>
        </w:tc>
        <w:tc>
          <w:tcPr>
            <w:tcW w:type="dxa" w:w="1080"/>
          </w:tcPr>
          <w:p>
            <w:r>
              <w:t>2022-2023</w:t>
            </w:r>
          </w:p>
        </w:tc>
        <w:tc>
          <w:tcPr>
            <w:tcW w:type="dxa" w:w="1080"/>
          </w:tcPr>
          <w:p>
            <w:r>
              <w:t>2</w:t>
            </w:r>
          </w:p>
        </w:tc>
      </w:tr>
      <w:tr>
        <w:tc>
          <w:tcPr>
            <w:tcW w:type="dxa" w:w="1080"/>
          </w:tcPr>
          <w:p>
            <w:r>
              <w:t>18</w:t>
            </w:r>
          </w:p>
        </w:tc>
        <w:tc>
          <w:tcPr>
            <w:tcW w:type="dxa" w:w="1080"/>
          </w:tcPr>
          <w:p>
            <w:r>
              <w:t>建筑设计基础A(二)</w:t>
            </w:r>
          </w:p>
        </w:tc>
        <w:tc>
          <w:tcPr>
            <w:tcW w:type="dxa" w:w="1080"/>
          </w:tcPr>
          <w:p>
            <w:r>
              <w:t>1AU21004</w:t>
            </w:r>
          </w:p>
        </w:tc>
        <w:tc>
          <w:tcPr>
            <w:tcW w:type="dxa" w:w="1080"/>
          </w:tcPr>
          <w:p>
            <w:r>
              <w:t>6</w:t>
            </w:r>
          </w:p>
        </w:tc>
        <w:tc>
          <w:tcPr>
            <w:tcW w:type="dxa" w:w="1080"/>
          </w:tcPr>
          <w:p>
            <w:r>
              <w:t>学科基础必修课</w:t>
            </w:r>
          </w:p>
        </w:tc>
        <w:tc>
          <w:tcPr>
            <w:tcW w:type="dxa" w:w="1080"/>
          </w:tcPr>
          <w:p>
            <w:r>
              <w:t>建筑与城市规划学院</w:t>
            </w:r>
          </w:p>
        </w:tc>
        <w:tc>
          <w:tcPr>
            <w:tcW w:type="dxa" w:w="1080"/>
          </w:tcPr>
          <w:p>
            <w:r>
              <w:t>2022-2023</w:t>
            </w:r>
          </w:p>
        </w:tc>
        <w:tc>
          <w:tcPr>
            <w:tcW w:type="dxa" w:w="1080"/>
          </w:tcPr>
          <w:p>
            <w:r>
              <w:t>2</w:t>
            </w:r>
          </w:p>
        </w:tc>
      </w:tr>
      <w:tr>
        <w:tc>
          <w:tcPr>
            <w:tcW w:type="dxa" w:w="1080"/>
          </w:tcPr>
          <w:p>
            <w:r>
              <w:t>19</w:t>
            </w:r>
          </w:p>
        </w:tc>
        <w:tc>
          <w:tcPr>
            <w:tcW w:type="dxa" w:w="1080"/>
          </w:tcPr>
          <w:p>
            <w:r>
              <w:t>建筑美术A(二)</w:t>
            </w:r>
          </w:p>
        </w:tc>
        <w:tc>
          <w:tcPr>
            <w:tcW w:type="dxa" w:w="1080"/>
          </w:tcPr>
          <w:p>
            <w:r>
              <w:t>1AU21003</w:t>
            </w:r>
          </w:p>
        </w:tc>
        <w:tc>
          <w:tcPr>
            <w:tcW w:type="dxa" w:w="1080"/>
          </w:tcPr>
          <w:p>
            <w:r>
              <w:t>3</w:t>
            </w:r>
          </w:p>
        </w:tc>
        <w:tc>
          <w:tcPr>
            <w:tcW w:type="dxa" w:w="1080"/>
          </w:tcPr>
          <w:p>
            <w:r>
              <w:t>学科基础必修课</w:t>
            </w:r>
          </w:p>
        </w:tc>
        <w:tc>
          <w:tcPr>
            <w:tcW w:type="dxa" w:w="1080"/>
          </w:tcPr>
          <w:p>
            <w:r>
              <w:t>艺术学院</w:t>
            </w:r>
          </w:p>
        </w:tc>
        <w:tc>
          <w:tcPr>
            <w:tcW w:type="dxa" w:w="1080"/>
          </w:tcPr>
          <w:p>
            <w:r>
              <w:t>2022-2023</w:t>
            </w:r>
          </w:p>
        </w:tc>
        <w:tc>
          <w:tcPr>
            <w:tcW w:type="dxa" w:w="1080"/>
          </w:tcPr>
          <w:p>
            <w:r>
              <w:t>2</w:t>
            </w:r>
          </w:p>
        </w:tc>
      </w:tr>
      <w:tr>
        <w:tc>
          <w:tcPr>
            <w:tcW w:type="dxa" w:w="1080"/>
          </w:tcPr>
          <w:p>
            <w:r>
              <w:t>20</w:t>
            </w:r>
          </w:p>
        </w:tc>
        <w:tc>
          <w:tcPr>
            <w:tcW w:type="dxa" w:w="1080"/>
          </w:tcPr>
          <w:p>
            <w:r>
              <w:t>建筑力学A(一)</w:t>
            </w:r>
          </w:p>
        </w:tc>
        <w:tc>
          <w:tcPr>
            <w:tcW w:type="dxa" w:w="1080"/>
          </w:tcPr>
          <w:p>
            <w:r>
              <w:t>1CE21008</w:t>
            </w:r>
          </w:p>
        </w:tc>
        <w:tc>
          <w:tcPr>
            <w:tcW w:type="dxa" w:w="1080"/>
          </w:tcPr>
          <w:p>
            <w:r>
              <w:t>2</w:t>
            </w:r>
          </w:p>
        </w:tc>
        <w:tc>
          <w:tcPr>
            <w:tcW w:type="dxa" w:w="1080"/>
          </w:tcPr>
          <w:p>
            <w:r>
              <w:t>学科基础必修课</w:t>
            </w:r>
          </w:p>
        </w:tc>
        <w:tc>
          <w:tcPr>
            <w:tcW w:type="dxa" w:w="1080"/>
          </w:tcPr>
          <w:p>
            <w:r>
              <w:t>土木工程学院</w:t>
            </w:r>
          </w:p>
        </w:tc>
        <w:tc>
          <w:tcPr>
            <w:tcW w:type="dxa" w:w="1080"/>
          </w:tcPr>
          <w:p>
            <w:r>
              <w:t>2022-2023</w:t>
            </w:r>
          </w:p>
        </w:tc>
        <w:tc>
          <w:tcPr>
            <w:tcW w:type="dxa" w:w="1080"/>
          </w:tcPr>
          <w:p>
            <w:r>
              <w:t>2</w:t>
            </w:r>
          </w:p>
        </w:tc>
      </w:tr>
      <w:tr>
        <w:tc>
          <w:tcPr>
            <w:tcW w:type="dxa" w:w="1080"/>
          </w:tcPr>
          <w:p>
            <w:r>
              <w:t>21</w:t>
            </w:r>
          </w:p>
        </w:tc>
        <w:tc>
          <w:tcPr>
            <w:tcW w:type="dxa" w:w="1080"/>
          </w:tcPr>
          <w:p>
            <w:r>
              <w:t>思想政治理论课综合实践(二)</w:t>
            </w:r>
          </w:p>
        </w:tc>
        <w:tc>
          <w:tcPr>
            <w:tcW w:type="dxa" w:w="1080"/>
          </w:tcPr>
          <w:p>
            <w:r>
              <w:t>1MX41002</w:t>
            </w:r>
          </w:p>
        </w:tc>
        <w:tc>
          <w:tcPr>
            <w:tcW w:type="dxa" w:w="1080"/>
          </w:tcPr>
          <w:p>
            <w:r>
              <w:t>0.5</w:t>
            </w:r>
          </w:p>
        </w:tc>
        <w:tc>
          <w:tcPr>
            <w:tcW w:type="dxa" w:w="1080"/>
          </w:tcPr>
          <w:p>
            <w:r>
              <w:t>集中实践必修课</w:t>
            </w:r>
          </w:p>
        </w:tc>
        <w:tc>
          <w:tcPr>
            <w:tcW w:type="dxa" w:w="1080"/>
          </w:tcPr>
          <w:p>
            <w:r>
              <w:t>马克思主义学院</w:t>
            </w:r>
          </w:p>
        </w:tc>
        <w:tc>
          <w:tcPr>
            <w:tcW w:type="dxa" w:w="1080"/>
          </w:tcPr>
          <w:p>
            <w:r>
              <w:t>2022-2023</w:t>
            </w:r>
          </w:p>
        </w:tc>
        <w:tc>
          <w:tcPr>
            <w:tcW w:type="dxa" w:w="1080"/>
          </w:tcPr>
          <w:p>
            <w:r>
              <w:t>2</w:t>
            </w:r>
          </w:p>
        </w:tc>
      </w:tr>
      <w:tr>
        <w:tc>
          <w:tcPr>
            <w:tcW w:type="dxa" w:w="1080"/>
          </w:tcPr>
          <w:p>
            <w:r>
              <w:t>22</w:t>
            </w:r>
          </w:p>
        </w:tc>
        <w:tc>
          <w:tcPr>
            <w:tcW w:type="dxa" w:w="1080"/>
          </w:tcPr>
          <w:p>
            <w:r>
              <w:t>认识实习A</w:t>
            </w:r>
          </w:p>
        </w:tc>
        <w:tc>
          <w:tcPr>
            <w:tcW w:type="dxa" w:w="1080"/>
          </w:tcPr>
          <w:p>
            <w:r>
              <w:t>1AU41101</w:t>
            </w:r>
          </w:p>
        </w:tc>
        <w:tc>
          <w:tcPr>
            <w:tcW w:type="dxa" w:w="1080"/>
          </w:tcPr>
          <w:p>
            <w:r>
              <w:t>2</w:t>
            </w:r>
          </w:p>
        </w:tc>
        <w:tc>
          <w:tcPr>
            <w:tcW w:type="dxa" w:w="1080"/>
          </w:tcPr>
          <w:p>
            <w:r>
              <w:t>集中实践必修课</w:t>
            </w:r>
          </w:p>
        </w:tc>
        <w:tc>
          <w:tcPr>
            <w:tcW w:type="dxa" w:w="1080"/>
          </w:tcPr>
          <w:p>
            <w:r>
              <w:t>建筑与城市规划学院</w:t>
            </w:r>
          </w:p>
        </w:tc>
        <w:tc>
          <w:tcPr>
            <w:tcW w:type="dxa" w:w="1080"/>
          </w:tcPr>
          <w:p>
            <w:r>
              <w:t>2022-2023</w:t>
            </w:r>
          </w:p>
        </w:tc>
        <w:tc>
          <w:tcPr>
            <w:tcW w:type="dxa" w:w="1080"/>
          </w:tcPr>
          <w:p>
            <w:r>
              <w:t>2</w:t>
            </w:r>
          </w:p>
        </w:tc>
      </w:tr>
      <w:tr>
        <w:tc>
          <w:tcPr>
            <w:tcW w:type="dxa" w:w="1080"/>
          </w:tcPr>
          <w:p>
            <w:r>
              <w:t>23</w:t>
            </w:r>
          </w:p>
        </w:tc>
        <w:tc>
          <w:tcPr>
            <w:tcW w:type="dxa" w:w="1080"/>
          </w:tcPr>
          <w:p>
            <w:r>
              <w:t>职业生涯规划</w:t>
            </w:r>
          </w:p>
        </w:tc>
        <w:tc>
          <w:tcPr>
            <w:tcW w:type="dxa" w:w="1080"/>
          </w:tcPr>
          <w:p>
            <w:r>
              <w:t>1SO51002</w:t>
            </w:r>
          </w:p>
        </w:tc>
        <w:tc>
          <w:tcPr>
            <w:tcW w:type="dxa" w:w="1080"/>
          </w:tcPr>
          <w:p>
            <w:r>
              <w:t>1</w:t>
            </w:r>
          </w:p>
        </w:tc>
        <w:tc>
          <w:tcPr>
            <w:tcW w:type="dxa" w:w="1080"/>
          </w:tcPr>
          <w:p>
            <w:r>
              <w:t>素质拓展必修课</w:t>
            </w:r>
          </w:p>
        </w:tc>
        <w:tc>
          <w:tcPr>
            <w:tcW w:type="dxa" w:w="1080"/>
          </w:tcPr>
          <w:p>
            <w:r>
              <w:t>学生工作处</w:t>
            </w:r>
          </w:p>
        </w:tc>
        <w:tc>
          <w:tcPr>
            <w:tcW w:type="dxa" w:w="1080"/>
          </w:tcPr>
          <w:p>
            <w:r>
              <w:t>2022-2023</w:t>
            </w:r>
          </w:p>
        </w:tc>
        <w:tc>
          <w:tcPr>
            <w:tcW w:type="dxa" w:w="1080"/>
          </w:tcPr>
          <w:p>
            <w:r>
              <w:t>2</w:t>
            </w:r>
          </w:p>
        </w:tc>
      </w:tr>
      <w:tr>
        <w:tc>
          <w:tcPr>
            <w:tcW w:type="dxa" w:w="1080"/>
          </w:tcPr>
          <w:p>
            <w:r>
              <w:t>24</w:t>
            </w:r>
          </w:p>
        </w:tc>
        <w:tc>
          <w:tcPr>
            <w:tcW w:type="dxa" w:w="1080"/>
          </w:tcPr>
          <w:p>
            <w:r>
              <w:t>马克思主义基本原理</w:t>
            </w:r>
          </w:p>
        </w:tc>
        <w:tc>
          <w:tcPr>
            <w:tcW w:type="dxa" w:w="1080"/>
          </w:tcPr>
          <w:p>
            <w:r>
              <w:t>1MX11008</w:t>
            </w:r>
          </w:p>
        </w:tc>
        <w:tc>
          <w:tcPr>
            <w:tcW w:type="dxa" w:w="1080"/>
          </w:tcPr>
          <w:p>
            <w:r>
              <w:t>2.5</w:t>
            </w:r>
          </w:p>
        </w:tc>
        <w:tc>
          <w:tcPr>
            <w:tcW w:type="dxa" w:w="1080"/>
          </w:tcPr>
          <w:p>
            <w:r>
              <w:t>通识教育必修课</w:t>
            </w:r>
          </w:p>
        </w:tc>
        <w:tc>
          <w:tcPr>
            <w:tcW w:type="dxa" w:w="1080"/>
          </w:tcPr>
          <w:p>
            <w:r>
              <w:t>马克思主义学院</w:t>
            </w:r>
          </w:p>
        </w:tc>
        <w:tc>
          <w:tcPr>
            <w:tcW w:type="dxa" w:w="1080"/>
          </w:tcPr>
          <w:p>
            <w:r>
              <w:t>2023-2024</w:t>
            </w:r>
          </w:p>
        </w:tc>
        <w:tc>
          <w:tcPr>
            <w:tcW w:type="dxa" w:w="1080"/>
          </w:tcPr>
          <w:p>
            <w:r>
              <w:t>3</w:t>
            </w:r>
          </w:p>
        </w:tc>
      </w:tr>
      <w:tr>
        <w:tc>
          <w:tcPr>
            <w:tcW w:type="dxa" w:w="1080"/>
          </w:tcPr>
          <w:p>
            <w:r>
              <w:t>25</w:t>
            </w:r>
          </w:p>
        </w:tc>
        <w:tc>
          <w:tcPr>
            <w:tcW w:type="dxa" w:w="1080"/>
          </w:tcPr>
          <w:p>
            <w:r>
              <w:t>改革开放史</w:t>
            </w:r>
          </w:p>
        </w:tc>
        <w:tc>
          <w:tcPr>
            <w:tcW w:type="dxa" w:w="1080"/>
          </w:tcPr>
          <w:p>
            <w:r>
              <w:t>1MX12003</w:t>
            </w:r>
          </w:p>
        </w:tc>
        <w:tc>
          <w:tcPr>
            <w:tcW w:type="dxa" w:w="1080"/>
          </w:tcPr>
          <w:p>
            <w:r>
              <w:t>1</w:t>
            </w:r>
          </w:p>
        </w:tc>
        <w:tc>
          <w:tcPr>
            <w:tcW w:type="dxa" w:w="1080"/>
          </w:tcPr>
          <w:p>
            <w:r>
              <w:t>通识教育限选课</w:t>
            </w:r>
          </w:p>
        </w:tc>
        <w:tc>
          <w:tcPr>
            <w:tcW w:type="dxa" w:w="1080"/>
          </w:tcPr>
          <w:p>
            <w:r>
              <w:t>马克思主义学院</w:t>
            </w:r>
          </w:p>
        </w:tc>
        <w:tc>
          <w:tcPr>
            <w:tcW w:type="dxa" w:w="1080"/>
          </w:tcPr>
          <w:p>
            <w:r>
              <w:t>2023-2024</w:t>
            </w:r>
          </w:p>
        </w:tc>
        <w:tc>
          <w:tcPr>
            <w:tcW w:type="dxa" w:w="1080"/>
          </w:tcPr>
          <w:p>
            <w:r>
              <w:t>3</w:t>
            </w:r>
          </w:p>
        </w:tc>
      </w:tr>
      <w:tr>
        <w:tc>
          <w:tcPr>
            <w:tcW w:type="dxa" w:w="1080"/>
          </w:tcPr>
          <w:p>
            <w:r>
              <w:t>26</w:t>
            </w:r>
          </w:p>
        </w:tc>
        <w:tc>
          <w:tcPr>
            <w:tcW w:type="dxa" w:w="1080"/>
          </w:tcPr>
          <w:p>
            <w:r>
              <w:t>体育(三)</w:t>
            </w:r>
          </w:p>
        </w:tc>
        <w:tc>
          <w:tcPr>
            <w:tcW w:type="dxa" w:w="1080"/>
          </w:tcPr>
          <w:p>
            <w:r>
              <w:t>1SP12001</w:t>
            </w:r>
          </w:p>
        </w:tc>
        <w:tc>
          <w:tcPr>
            <w:tcW w:type="dxa" w:w="1080"/>
          </w:tcPr>
          <w:p>
            <w:r>
              <w:t>1</w:t>
            </w:r>
          </w:p>
        </w:tc>
        <w:tc>
          <w:tcPr>
            <w:tcW w:type="dxa" w:w="1080"/>
          </w:tcPr>
          <w:p>
            <w:r>
              <w:t>通识教育限选课</w:t>
            </w:r>
          </w:p>
        </w:tc>
        <w:tc>
          <w:tcPr>
            <w:tcW w:type="dxa" w:w="1080"/>
          </w:tcPr>
          <w:p>
            <w:r>
              <w:t>体育部</w:t>
            </w:r>
          </w:p>
        </w:tc>
        <w:tc>
          <w:tcPr>
            <w:tcW w:type="dxa" w:w="1080"/>
          </w:tcPr>
          <w:p>
            <w:r>
              <w:t>2023-2024</w:t>
            </w:r>
          </w:p>
        </w:tc>
        <w:tc>
          <w:tcPr>
            <w:tcW w:type="dxa" w:w="1080"/>
          </w:tcPr>
          <w:p>
            <w:r>
              <w:t>3</w:t>
            </w:r>
          </w:p>
        </w:tc>
      </w:tr>
      <w:tr>
        <w:tc>
          <w:tcPr>
            <w:tcW w:type="dxa" w:w="1080"/>
          </w:tcPr>
          <w:p>
            <w:r>
              <w:t>27</w:t>
            </w:r>
          </w:p>
        </w:tc>
        <w:tc>
          <w:tcPr>
            <w:tcW w:type="dxa" w:w="1080"/>
          </w:tcPr>
          <w:p>
            <w:r>
              <w:t>建筑设计(一)</w:t>
            </w:r>
          </w:p>
        </w:tc>
        <w:tc>
          <w:tcPr>
            <w:tcW w:type="dxa" w:w="1080"/>
          </w:tcPr>
          <w:p>
            <w:r>
              <w:t>1AU21006</w:t>
            </w:r>
          </w:p>
        </w:tc>
        <w:tc>
          <w:tcPr>
            <w:tcW w:type="dxa" w:w="1080"/>
          </w:tcPr>
          <w:p>
            <w:r>
              <w:t>6</w:t>
            </w:r>
          </w:p>
        </w:tc>
        <w:tc>
          <w:tcPr>
            <w:tcW w:type="dxa" w:w="1080"/>
          </w:tcPr>
          <w:p>
            <w:r>
              <w:t>学科基础必修课</w:t>
            </w:r>
          </w:p>
        </w:tc>
        <w:tc>
          <w:tcPr>
            <w:tcW w:type="dxa" w:w="1080"/>
          </w:tcPr>
          <w:p>
            <w:r>
              <w:t>建筑与城市规划学院</w:t>
            </w:r>
          </w:p>
        </w:tc>
        <w:tc>
          <w:tcPr>
            <w:tcW w:type="dxa" w:w="1080"/>
          </w:tcPr>
          <w:p>
            <w:r>
              <w:t>2023-2024</w:t>
            </w:r>
          </w:p>
        </w:tc>
        <w:tc>
          <w:tcPr>
            <w:tcW w:type="dxa" w:w="1080"/>
          </w:tcPr>
          <w:p>
            <w:r>
              <w:t>3</w:t>
            </w:r>
          </w:p>
        </w:tc>
      </w:tr>
      <w:tr>
        <w:tc>
          <w:tcPr>
            <w:tcW w:type="dxa" w:w="1080"/>
          </w:tcPr>
          <w:p>
            <w:r>
              <w:t>28</w:t>
            </w:r>
          </w:p>
        </w:tc>
        <w:tc>
          <w:tcPr>
            <w:tcW w:type="dxa" w:w="1080"/>
          </w:tcPr>
          <w:p>
            <w:r>
              <w:t>公共建筑设计原理(一)</w:t>
            </w:r>
          </w:p>
        </w:tc>
        <w:tc>
          <w:tcPr>
            <w:tcW w:type="dxa" w:w="1080"/>
          </w:tcPr>
          <w:p>
            <w:r>
              <w:t>1AU21102</w:t>
            </w:r>
          </w:p>
        </w:tc>
        <w:tc>
          <w:tcPr>
            <w:tcW w:type="dxa" w:w="1080"/>
          </w:tcPr>
          <w:p>
            <w:r>
              <w:t>1</w:t>
            </w:r>
          </w:p>
        </w:tc>
        <w:tc>
          <w:tcPr>
            <w:tcW w:type="dxa" w:w="1080"/>
          </w:tcPr>
          <w:p>
            <w:r>
              <w:t>学科基础必修课</w:t>
            </w:r>
          </w:p>
        </w:tc>
        <w:tc>
          <w:tcPr>
            <w:tcW w:type="dxa" w:w="1080"/>
          </w:tcPr>
          <w:p>
            <w:r>
              <w:t>建筑与城市规划学院</w:t>
            </w:r>
          </w:p>
        </w:tc>
        <w:tc>
          <w:tcPr>
            <w:tcW w:type="dxa" w:w="1080"/>
          </w:tcPr>
          <w:p>
            <w:r>
              <w:t>2023-2024</w:t>
            </w:r>
          </w:p>
        </w:tc>
        <w:tc>
          <w:tcPr>
            <w:tcW w:type="dxa" w:w="1080"/>
          </w:tcPr>
          <w:p>
            <w:r>
              <w:t>3</w:t>
            </w:r>
          </w:p>
        </w:tc>
      </w:tr>
      <w:tr>
        <w:tc>
          <w:tcPr>
            <w:tcW w:type="dxa" w:w="1080"/>
          </w:tcPr>
          <w:p>
            <w:r>
              <w:t>29</w:t>
            </w:r>
          </w:p>
        </w:tc>
        <w:tc>
          <w:tcPr>
            <w:tcW w:type="dxa" w:w="1080"/>
          </w:tcPr>
          <w:p>
            <w:r>
              <w:t>建筑设计表现基础</w:t>
            </w:r>
          </w:p>
        </w:tc>
        <w:tc>
          <w:tcPr>
            <w:tcW w:type="dxa" w:w="1080"/>
          </w:tcPr>
          <w:p>
            <w:r>
              <w:t>1AU21103</w:t>
            </w:r>
          </w:p>
        </w:tc>
        <w:tc>
          <w:tcPr>
            <w:tcW w:type="dxa" w:w="1080"/>
          </w:tcPr>
          <w:p>
            <w:r>
              <w:t>4</w:t>
            </w:r>
          </w:p>
        </w:tc>
        <w:tc>
          <w:tcPr>
            <w:tcW w:type="dxa" w:w="1080"/>
          </w:tcPr>
          <w:p>
            <w:r>
              <w:t>学科基础必修课</w:t>
            </w:r>
          </w:p>
        </w:tc>
        <w:tc>
          <w:tcPr>
            <w:tcW w:type="dxa" w:w="1080"/>
          </w:tcPr>
          <w:p>
            <w:r>
              <w:t>建筑与城市规划学院</w:t>
            </w:r>
          </w:p>
        </w:tc>
        <w:tc>
          <w:tcPr>
            <w:tcW w:type="dxa" w:w="1080"/>
          </w:tcPr>
          <w:p>
            <w:r>
              <w:t>2023-2024</w:t>
            </w:r>
          </w:p>
        </w:tc>
        <w:tc>
          <w:tcPr>
            <w:tcW w:type="dxa" w:w="1080"/>
          </w:tcPr>
          <w:p>
            <w:r>
              <w:t>3</w:t>
            </w:r>
          </w:p>
        </w:tc>
      </w:tr>
      <w:tr>
        <w:tc>
          <w:tcPr>
            <w:tcW w:type="dxa" w:w="1080"/>
          </w:tcPr>
          <w:p>
            <w:r>
              <w:t>30</w:t>
            </w:r>
          </w:p>
        </w:tc>
        <w:tc>
          <w:tcPr>
            <w:tcW w:type="dxa" w:w="1080"/>
          </w:tcPr>
          <w:p>
            <w:r>
              <w:t>建筑力学A(二)</w:t>
            </w:r>
          </w:p>
        </w:tc>
        <w:tc>
          <w:tcPr>
            <w:tcW w:type="dxa" w:w="1080"/>
          </w:tcPr>
          <w:p>
            <w:r>
              <w:t>1CE21007</w:t>
            </w:r>
          </w:p>
        </w:tc>
        <w:tc>
          <w:tcPr>
            <w:tcW w:type="dxa" w:w="1080"/>
          </w:tcPr>
          <w:p>
            <w:r>
              <w:t>3.5</w:t>
            </w:r>
          </w:p>
        </w:tc>
        <w:tc>
          <w:tcPr>
            <w:tcW w:type="dxa" w:w="1080"/>
          </w:tcPr>
          <w:p>
            <w:r>
              <w:t>学科基础必修课</w:t>
            </w:r>
          </w:p>
        </w:tc>
        <w:tc>
          <w:tcPr>
            <w:tcW w:type="dxa" w:w="1080"/>
          </w:tcPr>
          <w:p>
            <w:r>
              <w:t>土木工程学院</w:t>
            </w:r>
          </w:p>
        </w:tc>
        <w:tc>
          <w:tcPr>
            <w:tcW w:type="dxa" w:w="1080"/>
          </w:tcPr>
          <w:p>
            <w:r>
              <w:t>2023-2024</w:t>
            </w:r>
          </w:p>
        </w:tc>
        <w:tc>
          <w:tcPr>
            <w:tcW w:type="dxa" w:w="1080"/>
          </w:tcPr>
          <w:p>
            <w:r>
              <w:t>3</w:t>
            </w:r>
          </w:p>
        </w:tc>
      </w:tr>
      <w:tr>
        <w:tc>
          <w:tcPr>
            <w:tcW w:type="dxa" w:w="1080"/>
          </w:tcPr>
          <w:p>
            <w:r>
              <w:t>31</w:t>
            </w:r>
          </w:p>
        </w:tc>
        <w:tc>
          <w:tcPr>
            <w:tcW w:type="dxa" w:w="1080"/>
          </w:tcPr>
          <w:p>
            <w:r>
              <w:t>思想政治理论课综合实践(三)</w:t>
            </w:r>
          </w:p>
        </w:tc>
        <w:tc>
          <w:tcPr>
            <w:tcW w:type="dxa" w:w="1080"/>
          </w:tcPr>
          <w:p>
            <w:r>
              <w:t>1MX41003</w:t>
            </w:r>
          </w:p>
        </w:tc>
        <w:tc>
          <w:tcPr>
            <w:tcW w:type="dxa" w:w="1080"/>
          </w:tcPr>
          <w:p>
            <w:r>
              <w:t>0.5</w:t>
            </w:r>
          </w:p>
        </w:tc>
        <w:tc>
          <w:tcPr>
            <w:tcW w:type="dxa" w:w="1080"/>
          </w:tcPr>
          <w:p>
            <w:r>
              <w:t>集中实践必修课</w:t>
            </w:r>
          </w:p>
        </w:tc>
        <w:tc>
          <w:tcPr>
            <w:tcW w:type="dxa" w:w="1080"/>
          </w:tcPr>
          <w:p>
            <w:r>
              <w:t>马克思主义学院</w:t>
            </w:r>
          </w:p>
        </w:tc>
        <w:tc>
          <w:tcPr>
            <w:tcW w:type="dxa" w:w="1080"/>
          </w:tcPr>
          <w:p>
            <w:r>
              <w:t>2023-2024</w:t>
            </w:r>
          </w:p>
        </w:tc>
        <w:tc>
          <w:tcPr>
            <w:tcW w:type="dxa" w:w="1080"/>
          </w:tcPr>
          <w:p>
            <w:r>
              <w:t>3</w:t>
            </w:r>
          </w:p>
        </w:tc>
      </w:tr>
      <w:tr>
        <w:tc>
          <w:tcPr>
            <w:tcW w:type="dxa" w:w="1080"/>
          </w:tcPr>
          <w:p>
            <w:r>
              <w:t>32</w:t>
            </w:r>
          </w:p>
        </w:tc>
        <w:tc>
          <w:tcPr>
            <w:tcW w:type="dxa" w:w="1080"/>
          </w:tcPr>
          <w:p>
            <w:r>
              <w:t>毛泽东思想和中国特色社会主义理论体系概论</w:t>
            </w:r>
          </w:p>
        </w:tc>
        <w:tc>
          <w:tcPr>
            <w:tcW w:type="dxa" w:w="1080"/>
          </w:tcPr>
          <w:p>
            <w:r>
              <w:t>1MX11010</w:t>
            </w:r>
          </w:p>
        </w:tc>
        <w:tc>
          <w:tcPr>
            <w:tcW w:type="dxa" w:w="1080"/>
          </w:tcPr>
          <w:p>
            <w:r>
              <w:t>2.5</w:t>
            </w:r>
          </w:p>
        </w:tc>
        <w:tc>
          <w:tcPr>
            <w:tcW w:type="dxa" w:w="1080"/>
          </w:tcPr>
          <w:p>
            <w:r>
              <w:t>通识教育必修课</w:t>
            </w:r>
          </w:p>
        </w:tc>
        <w:tc>
          <w:tcPr>
            <w:tcW w:type="dxa" w:w="1080"/>
          </w:tcPr>
          <w:p>
            <w:r>
              <w:t>马克思主义学院</w:t>
            </w:r>
          </w:p>
        </w:tc>
        <w:tc>
          <w:tcPr>
            <w:tcW w:type="dxa" w:w="1080"/>
          </w:tcPr>
          <w:p>
            <w:r>
              <w:t>2023-2024</w:t>
            </w:r>
          </w:p>
        </w:tc>
        <w:tc>
          <w:tcPr>
            <w:tcW w:type="dxa" w:w="1080"/>
          </w:tcPr>
          <w:p>
            <w:r>
              <w:t>4</w:t>
            </w:r>
          </w:p>
        </w:tc>
      </w:tr>
      <w:tr>
        <w:tc>
          <w:tcPr>
            <w:tcW w:type="dxa" w:w="1080"/>
          </w:tcPr>
          <w:p>
            <w:r>
              <w:t>33</w:t>
            </w:r>
          </w:p>
        </w:tc>
        <w:tc>
          <w:tcPr>
            <w:tcW w:type="dxa" w:w="1080"/>
          </w:tcPr>
          <w:p>
            <w:r>
              <w:t>体育(四)</w:t>
            </w:r>
          </w:p>
        </w:tc>
        <w:tc>
          <w:tcPr>
            <w:tcW w:type="dxa" w:w="1080"/>
          </w:tcPr>
          <w:p>
            <w:r>
              <w:t>1SP12002</w:t>
            </w:r>
          </w:p>
        </w:tc>
        <w:tc>
          <w:tcPr>
            <w:tcW w:type="dxa" w:w="1080"/>
          </w:tcPr>
          <w:p>
            <w:r>
              <w:t>1</w:t>
            </w:r>
          </w:p>
        </w:tc>
        <w:tc>
          <w:tcPr>
            <w:tcW w:type="dxa" w:w="1080"/>
          </w:tcPr>
          <w:p>
            <w:r>
              <w:t>通识教育限选课</w:t>
            </w:r>
          </w:p>
        </w:tc>
        <w:tc>
          <w:tcPr>
            <w:tcW w:type="dxa" w:w="1080"/>
          </w:tcPr>
          <w:p>
            <w:r>
              <w:t>体育部</w:t>
            </w:r>
          </w:p>
        </w:tc>
        <w:tc>
          <w:tcPr>
            <w:tcW w:type="dxa" w:w="1080"/>
          </w:tcPr>
          <w:p>
            <w:r>
              <w:t>2023-2024</w:t>
            </w:r>
          </w:p>
        </w:tc>
        <w:tc>
          <w:tcPr>
            <w:tcW w:type="dxa" w:w="1080"/>
          </w:tcPr>
          <w:p>
            <w:r>
              <w:t>4</w:t>
            </w:r>
          </w:p>
        </w:tc>
      </w:tr>
      <w:tr>
        <w:tc>
          <w:tcPr>
            <w:tcW w:type="dxa" w:w="1080"/>
          </w:tcPr>
          <w:p>
            <w:r>
              <w:t>34</w:t>
            </w:r>
          </w:p>
        </w:tc>
        <w:tc>
          <w:tcPr>
            <w:tcW w:type="dxa" w:w="1080"/>
          </w:tcPr>
          <w:p>
            <w:r>
              <w:t>计算机辅助设计</w:t>
            </w:r>
          </w:p>
        </w:tc>
        <w:tc>
          <w:tcPr>
            <w:tcW w:type="dxa" w:w="1080"/>
          </w:tcPr>
          <w:p>
            <w:r>
              <w:t>1AU21005</w:t>
            </w:r>
          </w:p>
        </w:tc>
        <w:tc>
          <w:tcPr>
            <w:tcW w:type="dxa" w:w="1080"/>
          </w:tcPr>
          <w:p>
            <w:r>
              <w:t>2</w:t>
            </w:r>
          </w:p>
        </w:tc>
        <w:tc>
          <w:tcPr>
            <w:tcW w:type="dxa" w:w="1080"/>
          </w:tcPr>
          <w:p>
            <w:r>
              <w:t>学科基础必修课</w:t>
            </w:r>
          </w:p>
        </w:tc>
        <w:tc>
          <w:tcPr>
            <w:tcW w:type="dxa" w:w="1080"/>
          </w:tcPr>
          <w:p>
            <w:r>
              <w:t>建筑与城市规划学院</w:t>
            </w:r>
          </w:p>
        </w:tc>
        <w:tc>
          <w:tcPr>
            <w:tcW w:type="dxa" w:w="1080"/>
          </w:tcPr>
          <w:p>
            <w:r>
              <w:t>2023-2024</w:t>
            </w:r>
          </w:p>
        </w:tc>
        <w:tc>
          <w:tcPr>
            <w:tcW w:type="dxa" w:w="1080"/>
          </w:tcPr>
          <w:p>
            <w:r>
              <w:t>4</w:t>
            </w:r>
          </w:p>
        </w:tc>
      </w:tr>
      <w:tr>
        <w:tc>
          <w:tcPr>
            <w:tcW w:type="dxa" w:w="1080"/>
          </w:tcPr>
          <w:p>
            <w:r>
              <w:t>35</w:t>
            </w:r>
          </w:p>
        </w:tc>
        <w:tc>
          <w:tcPr>
            <w:tcW w:type="dxa" w:w="1080"/>
          </w:tcPr>
          <w:p>
            <w:r>
              <w:t>外国古代建筑史</w:t>
            </w:r>
          </w:p>
        </w:tc>
        <w:tc>
          <w:tcPr>
            <w:tcW w:type="dxa" w:w="1080"/>
          </w:tcPr>
          <w:p>
            <w:r>
              <w:t>1AU21104</w:t>
            </w:r>
          </w:p>
        </w:tc>
        <w:tc>
          <w:tcPr>
            <w:tcW w:type="dxa" w:w="1080"/>
          </w:tcPr>
          <w:p>
            <w:r>
              <w:t>2</w:t>
            </w:r>
          </w:p>
        </w:tc>
        <w:tc>
          <w:tcPr>
            <w:tcW w:type="dxa" w:w="1080"/>
          </w:tcPr>
          <w:p>
            <w:r>
              <w:t>学科基础必修课</w:t>
            </w:r>
          </w:p>
        </w:tc>
        <w:tc>
          <w:tcPr>
            <w:tcW w:type="dxa" w:w="1080"/>
          </w:tcPr>
          <w:p>
            <w:r>
              <w:t>建筑与城市规划学院</w:t>
            </w:r>
          </w:p>
        </w:tc>
        <w:tc>
          <w:tcPr>
            <w:tcW w:type="dxa" w:w="1080"/>
          </w:tcPr>
          <w:p>
            <w:r>
              <w:t>2023-2024</w:t>
            </w:r>
          </w:p>
        </w:tc>
        <w:tc>
          <w:tcPr>
            <w:tcW w:type="dxa" w:w="1080"/>
          </w:tcPr>
          <w:p>
            <w:r>
              <w:t>4</w:t>
            </w:r>
          </w:p>
        </w:tc>
      </w:tr>
      <w:tr>
        <w:tc>
          <w:tcPr>
            <w:tcW w:type="dxa" w:w="1080"/>
          </w:tcPr>
          <w:p>
            <w:r>
              <w:t>36</w:t>
            </w:r>
          </w:p>
        </w:tc>
        <w:tc>
          <w:tcPr>
            <w:tcW w:type="dxa" w:w="1080"/>
          </w:tcPr>
          <w:p>
            <w:r>
              <w:t>建筑设计(二)</w:t>
            </w:r>
          </w:p>
        </w:tc>
        <w:tc>
          <w:tcPr>
            <w:tcW w:type="dxa" w:w="1080"/>
          </w:tcPr>
          <w:p>
            <w:r>
              <w:t>1AU21105</w:t>
            </w:r>
          </w:p>
        </w:tc>
        <w:tc>
          <w:tcPr>
            <w:tcW w:type="dxa" w:w="1080"/>
          </w:tcPr>
          <w:p>
            <w:r>
              <w:t>6</w:t>
            </w:r>
          </w:p>
        </w:tc>
        <w:tc>
          <w:tcPr>
            <w:tcW w:type="dxa" w:w="1080"/>
          </w:tcPr>
          <w:p>
            <w:r>
              <w:t>学科基础必修课</w:t>
            </w:r>
          </w:p>
        </w:tc>
        <w:tc>
          <w:tcPr>
            <w:tcW w:type="dxa" w:w="1080"/>
          </w:tcPr>
          <w:p>
            <w:r>
              <w:t>建筑与城市规划学院</w:t>
            </w:r>
          </w:p>
        </w:tc>
        <w:tc>
          <w:tcPr>
            <w:tcW w:type="dxa" w:w="1080"/>
          </w:tcPr>
          <w:p>
            <w:r>
              <w:t>2023-2024</w:t>
            </w:r>
          </w:p>
        </w:tc>
        <w:tc>
          <w:tcPr>
            <w:tcW w:type="dxa" w:w="1080"/>
          </w:tcPr>
          <w:p>
            <w:r>
              <w:t>4</w:t>
            </w:r>
          </w:p>
        </w:tc>
      </w:tr>
      <w:tr>
        <w:tc>
          <w:tcPr>
            <w:tcW w:type="dxa" w:w="1080"/>
          </w:tcPr>
          <w:p>
            <w:r>
              <w:t>37</w:t>
            </w:r>
          </w:p>
        </w:tc>
        <w:tc>
          <w:tcPr>
            <w:tcW w:type="dxa" w:w="1080"/>
          </w:tcPr>
          <w:p>
            <w:r>
              <w:t>建筑结构A</w:t>
            </w:r>
          </w:p>
        </w:tc>
        <w:tc>
          <w:tcPr>
            <w:tcW w:type="dxa" w:w="1080"/>
          </w:tcPr>
          <w:p>
            <w:r>
              <w:t>1AU31104</w:t>
            </w:r>
          </w:p>
        </w:tc>
        <w:tc>
          <w:tcPr>
            <w:tcW w:type="dxa" w:w="1080"/>
          </w:tcPr>
          <w:p>
            <w:r>
              <w:t>4</w:t>
            </w:r>
          </w:p>
        </w:tc>
        <w:tc>
          <w:tcPr>
            <w:tcW w:type="dxa" w:w="1080"/>
          </w:tcPr>
          <w:p>
            <w:r>
              <w:t>专业教育必修课</w:t>
            </w:r>
          </w:p>
        </w:tc>
        <w:tc>
          <w:tcPr>
            <w:tcW w:type="dxa" w:w="1080"/>
          </w:tcPr>
          <w:p>
            <w:r>
              <w:t>建筑与城市规划学院</w:t>
            </w:r>
          </w:p>
        </w:tc>
        <w:tc>
          <w:tcPr>
            <w:tcW w:type="dxa" w:w="1080"/>
          </w:tcPr>
          <w:p>
            <w:r>
              <w:t>2023-2024</w:t>
            </w:r>
          </w:p>
        </w:tc>
        <w:tc>
          <w:tcPr>
            <w:tcW w:type="dxa" w:w="1080"/>
          </w:tcPr>
          <w:p>
            <w:r>
              <w:t>4</w:t>
            </w:r>
          </w:p>
        </w:tc>
      </w:tr>
      <w:tr>
        <w:tc>
          <w:tcPr>
            <w:tcW w:type="dxa" w:w="1080"/>
          </w:tcPr>
          <w:p>
            <w:r>
              <w:t>38</w:t>
            </w:r>
          </w:p>
        </w:tc>
        <w:tc>
          <w:tcPr>
            <w:tcW w:type="dxa" w:w="1080"/>
          </w:tcPr>
          <w:p>
            <w:r>
              <w:t>计算机辅助设计实践周</w:t>
            </w:r>
          </w:p>
        </w:tc>
        <w:tc>
          <w:tcPr>
            <w:tcW w:type="dxa" w:w="1080"/>
          </w:tcPr>
          <w:p>
            <w:r>
              <w:t>1AU41102</w:t>
            </w:r>
          </w:p>
        </w:tc>
        <w:tc>
          <w:tcPr>
            <w:tcW w:type="dxa" w:w="1080"/>
          </w:tcPr>
          <w:p>
            <w:r>
              <w:t>1</w:t>
            </w:r>
          </w:p>
        </w:tc>
        <w:tc>
          <w:tcPr>
            <w:tcW w:type="dxa" w:w="1080"/>
          </w:tcPr>
          <w:p>
            <w:r>
              <w:t>集中实践必修课</w:t>
            </w:r>
          </w:p>
        </w:tc>
        <w:tc>
          <w:tcPr>
            <w:tcW w:type="dxa" w:w="1080"/>
          </w:tcPr>
          <w:p>
            <w:r>
              <w:t>建筑与城市规划学院</w:t>
            </w:r>
          </w:p>
        </w:tc>
        <w:tc>
          <w:tcPr>
            <w:tcW w:type="dxa" w:w="1080"/>
          </w:tcPr>
          <w:p>
            <w:r>
              <w:t>2023-2024</w:t>
            </w:r>
          </w:p>
        </w:tc>
        <w:tc>
          <w:tcPr>
            <w:tcW w:type="dxa" w:w="1080"/>
          </w:tcPr>
          <w:p>
            <w:r>
              <w:t>4</w:t>
            </w:r>
          </w:p>
        </w:tc>
      </w:tr>
      <w:tr>
        <w:tc>
          <w:tcPr>
            <w:tcW w:type="dxa" w:w="1080"/>
          </w:tcPr>
          <w:p>
            <w:r>
              <w:t>39</w:t>
            </w:r>
          </w:p>
        </w:tc>
        <w:tc>
          <w:tcPr>
            <w:tcW w:type="dxa" w:w="1080"/>
          </w:tcPr>
          <w:p>
            <w:r>
              <w:t>思想政治理论课综合实践(四)</w:t>
            </w:r>
          </w:p>
        </w:tc>
        <w:tc>
          <w:tcPr>
            <w:tcW w:type="dxa" w:w="1080"/>
          </w:tcPr>
          <w:p>
            <w:r>
              <w:t>1MX41004</w:t>
            </w:r>
          </w:p>
        </w:tc>
        <w:tc>
          <w:tcPr>
            <w:tcW w:type="dxa" w:w="1080"/>
          </w:tcPr>
          <w:p>
            <w:r>
              <w:t>0.5</w:t>
            </w:r>
          </w:p>
        </w:tc>
        <w:tc>
          <w:tcPr>
            <w:tcW w:type="dxa" w:w="1080"/>
          </w:tcPr>
          <w:p>
            <w:r>
              <w:t>集中实践必修课</w:t>
            </w:r>
          </w:p>
        </w:tc>
        <w:tc>
          <w:tcPr>
            <w:tcW w:type="dxa" w:w="1080"/>
          </w:tcPr>
          <w:p>
            <w:r>
              <w:t>马克思主义学院</w:t>
            </w:r>
          </w:p>
        </w:tc>
        <w:tc>
          <w:tcPr>
            <w:tcW w:type="dxa" w:w="1080"/>
          </w:tcPr>
          <w:p>
            <w:r>
              <w:t>2023-2024</w:t>
            </w:r>
          </w:p>
        </w:tc>
        <w:tc>
          <w:tcPr>
            <w:tcW w:type="dxa" w:w="1080"/>
          </w:tcPr>
          <w:p>
            <w:r>
              <w:t>4</w:t>
            </w:r>
          </w:p>
        </w:tc>
      </w:tr>
      <w:tr>
        <w:tc>
          <w:tcPr>
            <w:tcW w:type="dxa" w:w="1080"/>
          </w:tcPr>
          <w:p>
            <w:r>
              <w:t>40</w:t>
            </w:r>
          </w:p>
        </w:tc>
        <w:tc>
          <w:tcPr>
            <w:tcW w:type="dxa" w:w="1080"/>
          </w:tcPr>
          <w:p>
            <w:r>
              <w:t>写生实习(二)</w:t>
            </w:r>
          </w:p>
        </w:tc>
        <w:tc>
          <w:tcPr>
            <w:tcW w:type="dxa" w:w="1080"/>
          </w:tcPr>
          <w:p>
            <w:r>
              <w:t>1AR41803</w:t>
            </w:r>
          </w:p>
        </w:tc>
        <w:tc>
          <w:tcPr>
            <w:tcW w:type="dxa" w:w="1080"/>
          </w:tcPr>
          <w:p>
            <w:r>
              <w:t>2</w:t>
            </w:r>
          </w:p>
        </w:tc>
        <w:tc>
          <w:tcPr>
            <w:tcW w:type="dxa" w:w="1080"/>
          </w:tcPr>
          <w:p>
            <w:r>
              <w:t>集中实践必修课</w:t>
            </w:r>
          </w:p>
        </w:tc>
        <w:tc>
          <w:tcPr>
            <w:tcW w:type="dxa" w:w="1080"/>
          </w:tcPr>
          <w:p>
            <w:r>
              <w:t>艺术学院</w:t>
            </w:r>
          </w:p>
        </w:tc>
        <w:tc>
          <w:tcPr>
            <w:tcW w:type="dxa" w:w="1080"/>
          </w:tcPr>
          <w:p>
            <w:r>
              <w:t>2023-2024</w:t>
            </w:r>
          </w:p>
        </w:tc>
        <w:tc>
          <w:tcPr>
            <w:tcW w:type="dxa" w:w="1080"/>
          </w:tcPr>
          <w:p>
            <w:r>
              <w:t>4</w:t>
            </w:r>
          </w:p>
        </w:tc>
      </w:tr>
      <w:tr>
        <w:tc>
          <w:tcPr>
            <w:tcW w:type="dxa" w:w="1080"/>
          </w:tcPr>
          <w:p>
            <w:r>
              <w:t>41</w:t>
            </w:r>
          </w:p>
        </w:tc>
        <w:tc>
          <w:tcPr>
            <w:tcW w:type="dxa" w:w="1080"/>
          </w:tcPr>
          <w:p>
            <w:r>
              <w:t>建筑结构课程设计（一）</w:t>
            </w:r>
          </w:p>
        </w:tc>
        <w:tc>
          <w:tcPr>
            <w:tcW w:type="dxa" w:w="1080"/>
          </w:tcPr>
          <w:p>
            <w:r>
              <w:t>1AU41104</w:t>
            </w:r>
          </w:p>
        </w:tc>
        <w:tc>
          <w:tcPr>
            <w:tcW w:type="dxa" w:w="1080"/>
          </w:tcPr>
          <w:p>
            <w:r>
              <w:t>1</w:t>
            </w:r>
          </w:p>
        </w:tc>
        <w:tc>
          <w:tcPr>
            <w:tcW w:type="dxa" w:w="1080"/>
          </w:tcPr>
          <w:p>
            <w:r>
              <w:t>集中实践必修课</w:t>
            </w:r>
          </w:p>
        </w:tc>
        <w:tc>
          <w:tcPr>
            <w:tcW w:type="dxa" w:w="1080"/>
          </w:tcPr>
          <w:p>
            <w:r>
              <w:t>建筑与城市规划学院</w:t>
            </w:r>
          </w:p>
        </w:tc>
        <w:tc>
          <w:tcPr>
            <w:tcW w:type="dxa" w:w="1080"/>
          </w:tcPr>
          <w:p>
            <w:r>
              <w:t>2023-2024</w:t>
            </w:r>
          </w:p>
        </w:tc>
        <w:tc>
          <w:tcPr>
            <w:tcW w:type="dxa" w:w="1080"/>
          </w:tcPr>
          <w:p>
            <w:r>
              <w:t>4</w:t>
            </w:r>
          </w:p>
        </w:tc>
      </w:tr>
      <w:tr>
        <w:tc>
          <w:tcPr>
            <w:tcW w:type="dxa" w:w="1080"/>
          </w:tcPr>
          <w:p>
            <w:r>
              <w:t>42</w:t>
            </w:r>
          </w:p>
        </w:tc>
        <w:tc>
          <w:tcPr>
            <w:tcW w:type="dxa" w:w="1080"/>
          </w:tcPr>
          <w:p>
            <w:r>
              <w:t>建筑设计(三)</w:t>
            </w:r>
          </w:p>
        </w:tc>
        <w:tc>
          <w:tcPr>
            <w:tcW w:type="dxa" w:w="1080"/>
          </w:tcPr>
          <w:p>
            <w:r>
              <w:t>1AU31101</w:t>
            </w:r>
          </w:p>
        </w:tc>
        <w:tc>
          <w:tcPr>
            <w:tcW w:type="dxa" w:w="1080"/>
          </w:tcPr>
          <w:p>
            <w:r>
              <w:t>6</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5</w:t>
            </w:r>
          </w:p>
        </w:tc>
      </w:tr>
      <w:tr>
        <w:tc>
          <w:tcPr>
            <w:tcW w:type="dxa" w:w="1080"/>
          </w:tcPr>
          <w:p>
            <w:r>
              <w:t>43</w:t>
            </w:r>
          </w:p>
        </w:tc>
        <w:tc>
          <w:tcPr>
            <w:tcW w:type="dxa" w:w="1080"/>
          </w:tcPr>
          <w:p>
            <w:r>
              <w:t>建筑构造与材料(一)</w:t>
            </w:r>
          </w:p>
        </w:tc>
        <w:tc>
          <w:tcPr>
            <w:tcW w:type="dxa" w:w="1080"/>
          </w:tcPr>
          <w:p>
            <w:r>
              <w:t>1AU31103</w:t>
            </w:r>
          </w:p>
        </w:tc>
        <w:tc>
          <w:tcPr>
            <w:tcW w:type="dxa" w:w="1080"/>
          </w:tcPr>
          <w:p>
            <w:r>
              <w:t>2</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5</w:t>
            </w:r>
          </w:p>
        </w:tc>
      </w:tr>
      <w:tr>
        <w:tc>
          <w:tcPr>
            <w:tcW w:type="dxa" w:w="1080"/>
          </w:tcPr>
          <w:p>
            <w:r>
              <w:t>44</w:t>
            </w:r>
          </w:p>
        </w:tc>
        <w:tc>
          <w:tcPr>
            <w:tcW w:type="dxa" w:w="1080"/>
          </w:tcPr>
          <w:p>
            <w:r>
              <w:t>外国近现代建筑史</w:t>
            </w:r>
          </w:p>
        </w:tc>
        <w:tc>
          <w:tcPr>
            <w:tcW w:type="dxa" w:w="1080"/>
          </w:tcPr>
          <w:p>
            <w:r>
              <w:t>1AU31102</w:t>
            </w:r>
          </w:p>
        </w:tc>
        <w:tc>
          <w:tcPr>
            <w:tcW w:type="dxa" w:w="1080"/>
          </w:tcPr>
          <w:p>
            <w:r>
              <w:t>2</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5</w:t>
            </w:r>
          </w:p>
        </w:tc>
      </w:tr>
      <w:tr>
        <w:tc>
          <w:tcPr>
            <w:tcW w:type="dxa" w:w="1080"/>
          </w:tcPr>
          <w:p>
            <w:r>
              <w:t>45</w:t>
            </w:r>
          </w:p>
        </w:tc>
        <w:tc>
          <w:tcPr>
            <w:tcW w:type="dxa" w:w="1080"/>
          </w:tcPr>
          <w:p>
            <w:r>
              <w:t>场地设计</w:t>
            </w:r>
          </w:p>
        </w:tc>
        <w:tc>
          <w:tcPr>
            <w:tcW w:type="dxa" w:w="1080"/>
          </w:tcPr>
          <w:p>
            <w:r>
              <w:t>1AU31105</w:t>
            </w:r>
          </w:p>
        </w:tc>
        <w:tc>
          <w:tcPr>
            <w:tcW w:type="dxa" w:w="1080"/>
          </w:tcPr>
          <w:p>
            <w:r>
              <w:t>1</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5</w:t>
            </w:r>
          </w:p>
        </w:tc>
      </w:tr>
      <w:tr>
        <w:tc>
          <w:tcPr>
            <w:tcW w:type="dxa" w:w="1080"/>
          </w:tcPr>
          <w:p>
            <w:r>
              <w:t>46</w:t>
            </w:r>
          </w:p>
        </w:tc>
        <w:tc>
          <w:tcPr>
            <w:tcW w:type="dxa" w:w="1080"/>
          </w:tcPr>
          <w:p>
            <w:r>
              <w:t>建筑安全与法规</w:t>
            </w:r>
          </w:p>
        </w:tc>
        <w:tc>
          <w:tcPr>
            <w:tcW w:type="dxa" w:w="1080"/>
          </w:tcPr>
          <w:p>
            <w:r>
              <w:t>1AU31106</w:t>
            </w:r>
          </w:p>
        </w:tc>
        <w:tc>
          <w:tcPr>
            <w:tcW w:type="dxa" w:w="1080"/>
          </w:tcPr>
          <w:p>
            <w:r>
              <w:t>1</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5</w:t>
            </w:r>
          </w:p>
        </w:tc>
      </w:tr>
      <w:tr>
        <w:tc>
          <w:tcPr>
            <w:tcW w:type="dxa" w:w="1080"/>
          </w:tcPr>
          <w:p>
            <w:r>
              <w:t>47</w:t>
            </w:r>
          </w:p>
        </w:tc>
        <w:tc>
          <w:tcPr>
            <w:tcW w:type="dxa" w:w="1080"/>
          </w:tcPr>
          <w:p>
            <w:r>
              <w:t>公共建筑设计原理(二)</w:t>
            </w:r>
          </w:p>
        </w:tc>
        <w:tc>
          <w:tcPr>
            <w:tcW w:type="dxa" w:w="1080"/>
          </w:tcPr>
          <w:p>
            <w:r>
              <w:t>1AU31107</w:t>
            </w:r>
          </w:p>
        </w:tc>
        <w:tc>
          <w:tcPr>
            <w:tcW w:type="dxa" w:w="1080"/>
          </w:tcPr>
          <w:p>
            <w:r>
              <w:t>1</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5</w:t>
            </w:r>
          </w:p>
        </w:tc>
      </w:tr>
      <w:tr>
        <w:tc>
          <w:tcPr>
            <w:tcW w:type="dxa" w:w="1080"/>
          </w:tcPr>
          <w:p>
            <w:r>
              <w:t>48</w:t>
            </w:r>
          </w:p>
        </w:tc>
        <w:tc>
          <w:tcPr>
            <w:tcW w:type="dxa" w:w="1080"/>
          </w:tcPr>
          <w:p>
            <w:r>
              <w:t>设计软件应用</w:t>
            </w:r>
          </w:p>
        </w:tc>
        <w:tc>
          <w:tcPr>
            <w:tcW w:type="dxa" w:w="1080"/>
          </w:tcPr>
          <w:p>
            <w:r>
              <w:t>1AU31108</w:t>
            </w:r>
          </w:p>
        </w:tc>
        <w:tc>
          <w:tcPr>
            <w:tcW w:type="dxa" w:w="1080"/>
          </w:tcPr>
          <w:p>
            <w:r>
              <w:t>2</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5</w:t>
            </w:r>
          </w:p>
        </w:tc>
      </w:tr>
      <w:tr>
        <w:tc>
          <w:tcPr>
            <w:tcW w:type="dxa" w:w="1080"/>
          </w:tcPr>
          <w:p>
            <w:r>
              <w:t>49</w:t>
            </w:r>
          </w:p>
        </w:tc>
        <w:tc>
          <w:tcPr>
            <w:tcW w:type="dxa" w:w="1080"/>
          </w:tcPr>
          <w:p>
            <w:r>
              <w:t>建筑构造工地实习</w:t>
            </w:r>
          </w:p>
        </w:tc>
        <w:tc>
          <w:tcPr>
            <w:tcW w:type="dxa" w:w="1080"/>
          </w:tcPr>
          <w:p>
            <w:r>
              <w:t>1AU41109</w:t>
            </w:r>
          </w:p>
        </w:tc>
        <w:tc>
          <w:tcPr>
            <w:tcW w:type="dxa" w:w="1080"/>
          </w:tcPr>
          <w:p>
            <w:r>
              <w:t>1</w:t>
            </w:r>
          </w:p>
        </w:tc>
        <w:tc>
          <w:tcPr>
            <w:tcW w:type="dxa" w:w="1080"/>
          </w:tcPr>
          <w:p>
            <w:r>
              <w:t>集中实践必修课</w:t>
            </w:r>
          </w:p>
        </w:tc>
        <w:tc>
          <w:tcPr>
            <w:tcW w:type="dxa" w:w="1080"/>
          </w:tcPr>
          <w:p>
            <w:r>
              <w:t>建筑与城市规划学院</w:t>
            </w:r>
          </w:p>
        </w:tc>
        <w:tc>
          <w:tcPr>
            <w:tcW w:type="dxa" w:w="1080"/>
          </w:tcPr>
          <w:p>
            <w:r>
              <w:t>2024-2025</w:t>
            </w:r>
          </w:p>
        </w:tc>
        <w:tc>
          <w:tcPr>
            <w:tcW w:type="dxa" w:w="1080"/>
          </w:tcPr>
          <w:p>
            <w:r>
              <w:t>5</w:t>
            </w:r>
          </w:p>
        </w:tc>
      </w:tr>
      <w:tr>
        <w:tc>
          <w:tcPr>
            <w:tcW w:type="dxa" w:w="1080"/>
          </w:tcPr>
          <w:p>
            <w:r>
              <w:t>50</w:t>
            </w:r>
          </w:p>
        </w:tc>
        <w:tc>
          <w:tcPr>
            <w:tcW w:type="dxa" w:w="1080"/>
          </w:tcPr>
          <w:p>
            <w:r>
              <w:t>建筑设计(四)</w:t>
            </w:r>
          </w:p>
        </w:tc>
        <w:tc>
          <w:tcPr>
            <w:tcW w:type="dxa" w:w="1080"/>
          </w:tcPr>
          <w:p>
            <w:r>
              <w:t>1AU31109</w:t>
            </w:r>
          </w:p>
        </w:tc>
        <w:tc>
          <w:tcPr>
            <w:tcW w:type="dxa" w:w="1080"/>
          </w:tcPr>
          <w:p>
            <w:r>
              <w:t>6</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6</w:t>
            </w:r>
          </w:p>
        </w:tc>
      </w:tr>
      <w:tr>
        <w:tc>
          <w:tcPr>
            <w:tcW w:type="dxa" w:w="1080"/>
          </w:tcPr>
          <w:p>
            <w:r>
              <w:t>51</w:t>
            </w:r>
          </w:p>
        </w:tc>
        <w:tc>
          <w:tcPr>
            <w:tcW w:type="dxa" w:w="1080"/>
          </w:tcPr>
          <w:p>
            <w:r>
              <w:t>建筑构造与材料(二)</w:t>
            </w:r>
          </w:p>
        </w:tc>
        <w:tc>
          <w:tcPr>
            <w:tcW w:type="dxa" w:w="1080"/>
          </w:tcPr>
          <w:p>
            <w:r>
              <w:t>1AU31111</w:t>
            </w:r>
          </w:p>
        </w:tc>
        <w:tc>
          <w:tcPr>
            <w:tcW w:type="dxa" w:w="1080"/>
          </w:tcPr>
          <w:p>
            <w:r>
              <w:t>2</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6</w:t>
            </w:r>
          </w:p>
        </w:tc>
      </w:tr>
      <w:tr>
        <w:tc>
          <w:tcPr>
            <w:tcW w:type="dxa" w:w="1080"/>
          </w:tcPr>
          <w:p>
            <w:r>
              <w:t>52</w:t>
            </w:r>
          </w:p>
        </w:tc>
        <w:tc>
          <w:tcPr>
            <w:tcW w:type="dxa" w:w="1080"/>
          </w:tcPr>
          <w:p>
            <w:r>
              <w:t>中国建筑史</w:t>
            </w:r>
          </w:p>
        </w:tc>
        <w:tc>
          <w:tcPr>
            <w:tcW w:type="dxa" w:w="1080"/>
          </w:tcPr>
          <w:p>
            <w:r>
              <w:t>1AU31110</w:t>
            </w:r>
          </w:p>
        </w:tc>
        <w:tc>
          <w:tcPr>
            <w:tcW w:type="dxa" w:w="1080"/>
          </w:tcPr>
          <w:p>
            <w:r>
              <w:t>2</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6</w:t>
            </w:r>
          </w:p>
        </w:tc>
      </w:tr>
      <w:tr>
        <w:tc>
          <w:tcPr>
            <w:tcW w:type="dxa" w:w="1080"/>
          </w:tcPr>
          <w:p>
            <w:r>
              <w:t>53</w:t>
            </w:r>
          </w:p>
        </w:tc>
        <w:tc>
          <w:tcPr>
            <w:tcW w:type="dxa" w:w="1080"/>
          </w:tcPr>
          <w:p>
            <w:r>
              <w:t>建筑结构选型</w:t>
            </w:r>
          </w:p>
        </w:tc>
        <w:tc>
          <w:tcPr>
            <w:tcW w:type="dxa" w:w="1080"/>
          </w:tcPr>
          <w:p>
            <w:r>
              <w:t>1AU31112</w:t>
            </w:r>
          </w:p>
        </w:tc>
        <w:tc>
          <w:tcPr>
            <w:tcW w:type="dxa" w:w="1080"/>
          </w:tcPr>
          <w:p>
            <w:r>
              <w:t>1</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6</w:t>
            </w:r>
          </w:p>
        </w:tc>
      </w:tr>
      <w:tr>
        <w:tc>
          <w:tcPr>
            <w:tcW w:type="dxa" w:w="1080"/>
          </w:tcPr>
          <w:p>
            <w:r>
              <w:t>54</w:t>
            </w:r>
          </w:p>
        </w:tc>
        <w:tc>
          <w:tcPr>
            <w:tcW w:type="dxa" w:w="1080"/>
          </w:tcPr>
          <w:p>
            <w:r>
              <w:t>建筑物理</w:t>
            </w:r>
          </w:p>
        </w:tc>
        <w:tc>
          <w:tcPr>
            <w:tcW w:type="dxa" w:w="1080"/>
          </w:tcPr>
          <w:p>
            <w:r>
              <w:t>1AU31113</w:t>
            </w:r>
          </w:p>
        </w:tc>
        <w:tc>
          <w:tcPr>
            <w:tcW w:type="dxa" w:w="1080"/>
          </w:tcPr>
          <w:p>
            <w:r>
              <w:t>4</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6</w:t>
            </w:r>
          </w:p>
        </w:tc>
      </w:tr>
      <w:tr>
        <w:tc>
          <w:tcPr>
            <w:tcW w:type="dxa" w:w="1080"/>
          </w:tcPr>
          <w:p>
            <w:r>
              <w:t>55</w:t>
            </w:r>
          </w:p>
        </w:tc>
        <w:tc>
          <w:tcPr>
            <w:tcW w:type="dxa" w:w="1080"/>
          </w:tcPr>
          <w:p>
            <w:r>
              <w:t>建筑环境心理学</w:t>
            </w:r>
          </w:p>
        </w:tc>
        <w:tc>
          <w:tcPr>
            <w:tcW w:type="dxa" w:w="1080"/>
          </w:tcPr>
          <w:p>
            <w:r>
              <w:t>1AU31114</w:t>
            </w:r>
          </w:p>
        </w:tc>
        <w:tc>
          <w:tcPr>
            <w:tcW w:type="dxa" w:w="1080"/>
          </w:tcPr>
          <w:p>
            <w:r>
              <w:t>1</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6</w:t>
            </w:r>
          </w:p>
        </w:tc>
      </w:tr>
      <w:tr>
        <w:tc>
          <w:tcPr>
            <w:tcW w:type="dxa" w:w="1080"/>
          </w:tcPr>
          <w:p>
            <w:r>
              <w:t>56</w:t>
            </w:r>
          </w:p>
        </w:tc>
        <w:tc>
          <w:tcPr>
            <w:tcW w:type="dxa" w:w="1080"/>
          </w:tcPr>
          <w:p>
            <w:r>
              <w:t>室内设计原理</w:t>
            </w:r>
          </w:p>
        </w:tc>
        <w:tc>
          <w:tcPr>
            <w:tcW w:type="dxa" w:w="1080"/>
          </w:tcPr>
          <w:p>
            <w:r>
              <w:t>1AU31122</w:t>
            </w:r>
          </w:p>
        </w:tc>
        <w:tc>
          <w:tcPr>
            <w:tcW w:type="dxa" w:w="1080"/>
          </w:tcPr>
          <w:p>
            <w:r>
              <w:t>1</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6</w:t>
            </w:r>
          </w:p>
        </w:tc>
      </w:tr>
      <w:tr>
        <w:tc>
          <w:tcPr>
            <w:tcW w:type="dxa" w:w="1080"/>
          </w:tcPr>
          <w:p>
            <w:r>
              <w:t>57</w:t>
            </w:r>
          </w:p>
        </w:tc>
        <w:tc>
          <w:tcPr>
            <w:tcW w:type="dxa" w:w="1080"/>
          </w:tcPr>
          <w:p>
            <w:r>
              <w:t>古建调查与测绘实习</w:t>
            </w:r>
          </w:p>
        </w:tc>
        <w:tc>
          <w:tcPr>
            <w:tcW w:type="dxa" w:w="1080"/>
          </w:tcPr>
          <w:p>
            <w:r>
              <w:t>1AU41103</w:t>
            </w:r>
          </w:p>
        </w:tc>
        <w:tc>
          <w:tcPr>
            <w:tcW w:type="dxa" w:w="1080"/>
          </w:tcPr>
          <w:p>
            <w:r>
              <w:t>2</w:t>
            </w:r>
          </w:p>
        </w:tc>
        <w:tc>
          <w:tcPr>
            <w:tcW w:type="dxa" w:w="1080"/>
          </w:tcPr>
          <w:p>
            <w:r>
              <w:t>集中实践必修课</w:t>
            </w:r>
          </w:p>
        </w:tc>
        <w:tc>
          <w:tcPr>
            <w:tcW w:type="dxa" w:w="1080"/>
          </w:tcPr>
          <w:p>
            <w:r>
              <w:t>建筑与城市规划学院</w:t>
            </w:r>
          </w:p>
        </w:tc>
        <w:tc>
          <w:tcPr>
            <w:tcW w:type="dxa" w:w="1080"/>
          </w:tcPr>
          <w:p>
            <w:r>
              <w:t>2024-2025</w:t>
            </w:r>
          </w:p>
        </w:tc>
        <w:tc>
          <w:tcPr>
            <w:tcW w:type="dxa" w:w="1080"/>
          </w:tcPr>
          <w:p>
            <w:r>
              <w:t>6</w:t>
            </w:r>
          </w:p>
        </w:tc>
      </w:tr>
      <w:tr>
        <w:tc>
          <w:tcPr>
            <w:tcW w:type="dxa" w:w="1080"/>
          </w:tcPr>
          <w:p>
            <w:r>
              <w:t>58</w:t>
            </w:r>
          </w:p>
        </w:tc>
        <w:tc>
          <w:tcPr>
            <w:tcW w:type="dxa" w:w="1080"/>
          </w:tcPr>
          <w:p>
            <w:r>
              <w:t>建筑结构课程设计（二）</w:t>
            </w:r>
          </w:p>
        </w:tc>
        <w:tc>
          <w:tcPr>
            <w:tcW w:type="dxa" w:w="1080"/>
          </w:tcPr>
          <w:p>
            <w:r>
              <w:t>1AU41110</w:t>
            </w:r>
          </w:p>
        </w:tc>
        <w:tc>
          <w:tcPr>
            <w:tcW w:type="dxa" w:w="1080"/>
          </w:tcPr>
          <w:p>
            <w:r>
              <w:t>1</w:t>
            </w:r>
          </w:p>
        </w:tc>
        <w:tc>
          <w:tcPr>
            <w:tcW w:type="dxa" w:w="1080"/>
          </w:tcPr>
          <w:p>
            <w:r>
              <w:t>集中实践必修课</w:t>
            </w:r>
          </w:p>
        </w:tc>
        <w:tc>
          <w:tcPr>
            <w:tcW w:type="dxa" w:w="1080"/>
          </w:tcPr>
          <w:p>
            <w:r>
              <w:t>建筑与城市规划学院</w:t>
            </w:r>
          </w:p>
        </w:tc>
        <w:tc>
          <w:tcPr>
            <w:tcW w:type="dxa" w:w="1080"/>
          </w:tcPr>
          <w:p>
            <w:r>
              <w:t>2024-2025</w:t>
            </w:r>
          </w:p>
        </w:tc>
        <w:tc>
          <w:tcPr>
            <w:tcW w:type="dxa" w:w="1080"/>
          </w:tcPr>
          <w:p>
            <w:r>
              <w:t>6</w:t>
            </w:r>
          </w:p>
        </w:tc>
      </w:tr>
      <w:tr>
        <w:tc>
          <w:tcPr>
            <w:tcW w:type="dxa" w:w="1080"/>
          </w:tcPr>
          <w:p>
            <w:r>
              <w:t>59</w:t>
            </w:r>
          </w:p>
        </w:tc>
        <w:tc>
          <w:tcPr>
            <w:tcW w:type="dxa" w:w="1080"/>
          </w:tcPr>
          <w:p>
            <w:r>
              <w:t>就业指导与创业教育</w:t>
            </w:r>
          </w:p>
        </w:tc>
        <w:tc>
          <w:tcPr>
            <w:tcW w:type="dxa" w:w="1080"/>
          </w:tcPr>
          <w:p>
            <w:r>
              <w:t>1SO51003</w:t>
            </w:r>
          </w:p>
        </w:tc>
        <w:tc>
          <w:tcPr>
            <w:tcW w:type="dxa" w:w="1080"/>
          </w:tcPr>
          <w:p>
            <w:r>
              <w:t>1</w:t>
            </w:r>
          </w:p>
        </w:tc>
        <w:tc>
          <w:tcPr>
            <w:tcW w:type="dxa" w:w="1080"/>
          </w:tcPr>
          <w:p>
            <w:r>
              <w:t>素质拓展必修课</w:t>
            </w:r>
          </w:p>
        </w:tc>
        <w:tc>
          <w:tcPr>
            <w:tcW w:type="dxa" w:w="1080"/>
          </w:tcPr>
          <w:p>
            <w:r>
              <w:t>学生工作处</w:t>
            </w:r>
          </w:p>
        </w:tc>
        <w:tc>
          <w:tcPr>
            <w:tcW w:type="dxa" w:w="1080"/>
          </w:tcPr>
          <w:p>
            <w:r>
              <w:t>2025-2026</w:t>
            </w:r>
          </w:p>
        </w:tc>
        <w:tc>
          <w:tcPr>
            <w:tcW w:type="dxa" w:w="1080"/>
          </w:tcPr>
          <w:p>
            <w:r>
              <w:t>7</w:t>
            </w:r>
          </w:p>
        </w:tc>
      </w:tr>
      <w:tr>
        <w:tc>
          <w:tcPr>
            <w:tcW w:type="dxa" w:w="1080"/>
          </w:tcPr>
          <w:p>
            <w:r>
              <w:t>60</w:t>
            </w:r>
          </w:p>
        </w:tc>
        <w:tc>
          <w:tcPr>
            <w:tcW w:type="dxa" w:w="1080"/>
          </w:tcPr>
          <w:p>
            <w:r>
              <w:t>建筑设计(五)</w:t>
            </w:r>
          </w:p>
        </w:tc>
        <w:tc>
          <w:tcPr>
            <w:tcW w:type="dxa" w:w="1080"/>
          </w:tcPr>
          <w:p>
            <w:r>
              <w:t>1AU31116</w:t>
            </w:r>
          </w:p>
        </w:tc>
        <w:tc>
          <w:tcPr>
            <w:tcW w:type="dxa" w:w="1080"/>
          </w:tcPr>
          <w:p>
            <w:r>
              <w:t>6</w:t>
            </w:r>
          </w:p>
        </w:tc>
        <w:tc>
          <w:tcPr>
            <w:tcW w:type="dxa" w:w="1080"/>
          </w:tcPr>
          <w:p>
            <w:r>
              <w:t>专业教育必修课</w:t>
            </w:r>
          </w:p>
        </w:tc>
        <w:tc>
          <w:tcPr>
            <w:tcW w:type="dxa" w:w="1080"/>
          </w:tcPr>
          <w:p>
            <w:r>
              <w:t>建筑与城市规划学院</w:t>
            </w:r>
          </w:p>
        </w:tc>
        <w:tc>
          <w:tcPr>
            <w:tcW w:type="dxa" w:w="1080"/>
          </w:tcPr>
          <w:p>
            <w:r>
              <w:t>2025-2026</w:t>
            </w:r>
          </w:p>
        </w:tc>
        <w:tc>
          <w:tcPr>
            <w:tcW w:type="dxa" w:w="1080"/>
          </w:tcPr>
          <w:p>
            <w:r>
              <w:t>7</w:t>
            </w:r>
          </w:p>
        </w:tc>
      </w:tr>
      <w:tr>
        <w:tc>
          <w:tcPr>
            <w:tcW w:type="dxa" w:w="1080"/>
          </w:tcPr>
          <w:p>
            <w:r>
              <w:t>61</w:t>
            </w:r>
          </w:p>
        </w:tc>
        <w:tc>
          <w:tcPr>
            <w:tcW w:type="dxa" w:w="1080"/>
          </w:tcPr>
          <w:p>
            <w:r>
              <w:t>城乡规划原理B</w:t>
            </w:r>
          </w:p>
        </w:tc>
        <w:tc>
          <w:tcPr>
            <w:tcW w:type="dxa" w:w="1080"/>
          </w:tcPr>
          <w:p>
            <w:r>
              <w:t>1AU31115</w:t>
            </w:r>
          </w:p>
        </w:tc>
        <w:tc>
          <w:tcPr>
            <w:tcW w:type="dxa" w:w="1080"/>
          </w:tcPr>
          <w:p>
            <w:r>
              <w:t>2</w:t>
            </w:r>
          </w:p>
        </w:tc>
        <w:tc>
          <w:tcPr>
            <w:tcW w:type="dxa" w:w="1080"/>
          </w:tcPr>
          <w:p>
            <w:r>
              <w:t>专业教育必修课</w:t>
            </w:r>
          </w:p>
        </w:tc>
        <w:tc>
          <w:tcPr>
            <w:tcW w:type="dxa" w:w="1080"/>
          </w:tcPr>
          <w:p>
            <w:r>
              <w:t>建筑与城市规划学院</w:t>
            </w:r>
          </w:p>
        </w:tc>
        <w:tc>
          <w:tcPr>
            <w:tcW w:type="dxa" w:w="1080"/>
          </w:tcPr>
          <w:p>
            <w:r>
              <w:t>2025-2026</w:t>
            </w:r>
          </w:p>
        </w:tc>
        <w:tc>
          <w:tcPr>
            <w:tcW w:type="dxa" w:w="1080"/>
          </w:tcPr>
          <w:p>
            <w:r>
              <w:t>7</w:t>
            </w:r>
          </w:p>
        </w:tc>
      </w:tr>
      <w:tr>
        <w:tc>
          <w:tcPr>
            <w:tcW w:type="dxa" w:w="1080"/>
          </w:tcPr>
          <w:p>
            <w:r>
              <w:t>62</w:t>
            </w:r>
          </w:p>
        </w:tc>
        <w:tc>
          <w:tcPr>
            <w:tcW w:type="dxa" w:w="1080"/>
          </w:tcPr>
          <w:p>
            <w:r>
              <w:t>居住建筑设计原理</w:t>
            </w:r>
          </w:p>
        </w:tc>
        <w:tc>
          <w:tcPr>
            <w:tcW w:type="dxa" w:w="1080"/>
          </w:tcPr>
          <w:p>
            <w:r>
              <w:t>1AU31117</w:t>
            </w:r>
          </w:p>
        </w:tc>
        <w:tc>
          <w:tcPr>
            <w:tcW w:type="dxa" w:w="1080"/>
          </w:tcPr>
          <w:p>
            <w:r>
              <w:t>1</w:t>
            </w:r>
          </w:p>
        </w:tc>
        <w:tc>
          <w:tcPr>
            <w:tcW w:type="dxa" w:w="1080"/>
          </w:tcPr>
          <w:p>
            <w:r>
              <w:t>专业教育必修课</w:t>
            </w:r>
          </w:p>
        </w:tc>
        <w:tc>
          <w:tcPr>
            <w:tcW w:type="dxa" w:w="1080"/>
          </w:tcPr>
          <w:p>
            <w:r>
              <w:t>建筑与城市规划学院</w:t>
            </w:r>
          </w:p>
        </w:tc>
        <w:tc>
          <w:tcPr>
            <w:tcW w:type="dxa" w:w="1080"/>
          </w:tcPr>
          <w:p>
            <w:r>
              <w:t>2025-2026</w:t>
            </w:r>
          </w:p>
        </w:tc>
        <w:tc>
          <w:tcPr>
            <w:tcW w:type="dxa" w:w="1080"/>
          </w:tcPr>
          <w:p>
            <w:r>
              <w:t>7</w:t>
            </w:r>
          </w:p>
        </w:tc>
      </w:tr>
      <w:tr>
        <w:tc>
          <w:tcPr>
            <w:tcW w:type="dxa" w:w="1080"/>
          </w:tcPr>
          <w:p>
            <w:r>
              <w:t>63</w:t>
            </w:r>
          </w:p>
        </w:tc>
        <w:tc>
          <w:tcPr>
            <w:tcW w:type="dxa" w:w="1080"/>
          </w:tcPr>
          <w:p>
            <w:r>
              <w:t>建筑设备A</w:t>
            </w:r>
          </w:p>
        </w:tc>
        <w:tc>
          <w:tcPr>
            <w:tcW w:type="dxa" w:w="1080"/>
          </w:tcPr>
          <w:p>
            <w:r>
              <w:t>1ES31901</w:t>
            </w:r>
          </w:p>
        </w:tc>
        <w:tc>
          <w:tcPr>
            <w:tcW w:type="dxa" w:w="1080"/>
          </w:tcPr>
          <w:p>
            <w:r>
              <w:t>3</w:t>
            </w:r>
          </w:p>
        </w:tc>
        <w:tc>
          <w:tcPr>
            <w:tcW w:type="dxa" w:w="1080"/>
          </w:tcPr>
          <w:p>
            <w:r>
              <w:t>专业教育必修课</w:t>
            </w:r>
          </w:p>
        </w:tc>
        <w:tc>
          <w:tcPr>
            <w:tcW w:type="dxa" w:w="1080"/>
          </w:tcPr>
          <w:p>
            <w:r>
              <w:t>环境科学与工程学院</w:t>
            </w:r>
          </w:p>
        </w:tc>
        <w:tc>
          <w:tcPr>
            <w:tcW w:type="dxa" w:w="1080"/>
          </w:tcPr>
          <w:p>
            <w:r>
              <w:t>2025-2026</w:t>
            </w:r>
          </w:p>
        </w:tc>
        <w:tc>
          <w:tcPr>
            <w:tcW w:type="dxa" w:w="1080"/>
          </w:tcPr>
          <w:p>
            <w:r>
              <w:t>7</w:t>
            </w:r>
          </w:p>
        </w:tc>
      </w:tr>
      <w:tr>
        <w:tc>
          <w:tcPr>
            <w:tcW w:type="dxa" w:w="1080"/>
          </w:tcPr>
          <w:p>
            <w:r>
              <w:t>64</w:t>
            </w:r>
          </w:p>
        </w:tc>
        <w:tc>
          <w:tcPr>
            <w:tcW w:type="dxa" w:w="1080"/>
          </w:tcPr>
          <w:p>
            <w:r>
              <w:t>建筑师职业教育</w:t>
            </w:r>
          </w:p>
        </w:tc>
        <w:tc>
          <w:tcPr>
            <w:tcW w:type="dxa" w:w="1080"/>
          </w:tcPr>
          <w:p>
            <w:r>
              <w:t>1AU31118</w:t>
            </w:r>
          </w:p>
        </w:tc>
        <w:tc>
          <w:tcPr>
            <w:tcW w:type="dxa" w:w="1080"/>
          </w:tcPr>
          <w:p>
            <w:r>
              <w:t>1.5</w:t>
            </w:r>
          </w:p>
        </w:tc>
        <w:tc>
          <w:tcPr>
            <w:tcW w:type="dxa" w:w="1080"/>
          </w:tcPr>
          <w:p>
            <w:r>
              <w:t>专业教育必修课</w:t>
            </w:r>
          </w:p>
        </w:tc>
        <w:tc>
          <w:tcPr>
            <w:tcW w:type="dxa" w:w="1080"/>
          </w:tcPr>
          <w:p>
            <w:r>
              <w:t>建筑与城市规划学院</w:t>
            </w:r>
          </w:p>
        </w:tc>
        <w:tc>
          <w:tcPr>
            <w:tcW w:type="dxa" w:w="1080"/>
          </w:tcPr>
          <w:p>
            <w:r>
              <w:t>2025-2026</w:t>
            </w:r>
          </w:p>
        </w:tc>
        <w:tc>
          <w:tcPr>
            <w:tcW w:type="dxa" w:w="1080"/>
          </w:tcPr>
          <w:p>
            <w:r>
              <w:t>8</w:t>
            </w:r>
          </w:p>
        </w:tc>
      </w:tr>
      <w:tr>
        <w:tc>
          <w:tcPr>
            <w:tcW w:type="dxa" w:w="1080"/>
          </w:tcPr>
          <w:p>
            <w:r>
              <w:t>65</w:t>
            </w:r>
          </w:p>
        </w:tc>
        <w:tc>
          <w:tcPr>
            <w:tcW w:type="dxa" w:w="1080"/>
          </w:tcPr>
          <w:p>
            <w:r>
              <w:t>居住区规划与住宅设计</w:t>
            </w:r>
          </w:p>
        </w:tc>
        <w:tc>
          <w:tcPr>
            <w:tcW w:type="dxa" w:w="1080"/>
          </w:tcPr>
          <w:p>
            <w:r>
              <w:t>1AU31119</w:t>
            </w:r>
          </w:p>
        </w:tc>
        <w:tc>
          <w:tcPr>
            <w:tcW w:type="dxa" w:w="1080"/>
          </w:tcPr>
          <w:p>
            <w:r>
              <w:t>3</w:t>
            </w:r>
          </w:p>
        </w:tc>
        <w:tc>
          <w:tcPr>
            <w:tcW w:type="dxa" w:w="1080"/>
          </w:tcPr>
          <w:p>
            <w:r>
              <w:t>专业教育必修课</w:t>
            </w:r>
          </w:p>
        </w:tc>
        <w:tc>
          <w:tcPr>
            <w:tcW w:type="dxa" w:w="1080"/>
          </w:tcPr>
          <w:p>
            <w:r>
              <w:t>建筑与城市规划学院</w:t>
            </w:r>
          </w:p>
        </w:tc>
        <w:tc>
          <w:tcPr>
            <w:tcW w:type="dxa" w:w="1080"/>
          </w:tcPr>
          <w:p>
            <w:r>
              <w:t>2025-2026</w:t>
            </w:r>
          </w:p>
        </w:tc>
        <w:tc>
          <w:tcPr>
            <w:tcW w:type="dxa" w:w="1080"/>
          </w:tcPr>
          <w:p>
            <w:r>
              <w:t>8</w:t>
            </w:r>
          </w:p>
        </w:tc>
      </w:tr>
      <w:tr>
        <w:tc>
          <w:tcPr>
            <w:tcW w:type="dxa" w:w="1080"/>
          </w:tcPr>
          <w:p>
            <w:r>
              <w:t>66</w:t>
            </w:r>
          </w:p>
        </w:tc>
        <w:tc>
          <w:tcPr>
            <w:tcW w:type="dxa" w:w="1080"/>
          </w:tcPr>
          <w:p>
            <w:r>
              <w:t>城市设计</w:t>
            </w:r>
          </w:p>
        </w:tc>
        <w:tc>
          <w:tcPr>
            <w:tcW w:type="dxa" w:w="1080"/>
          </w:tcPr>
          <w:p>
            <w:r>
              <w:t>1AU31120</w:t>
            </w:r>
          </w:p>
        </w:tc>
        <w:tc>
          <w:tcPr>
            <w:tcW w:type="dxa" w:w="1080"/>
          </w:tcPr>
          <w:p>
            <w:r>
              <w:t>3</w:t>
            </w:r>
          </w:p>
        </w:tc>
        <w:tc>
          <w:tcPr>
            <w:tcW w:type="dxa" w:w="1080"/>
          </w:tcPr>
          <w:p>
            <w:r>
              <w:t>专业教育必修课</w:t>
            </w:r>
          </w:p>
        </w:tc>
        <w:tc>
          <w:tcPr>
            <w:tcW w:type="dxa" w:w="1080"/>
          </w:tcPr>
          <w:p>
            <w:r>
              <w:t>建筑与城市规划学院</w:t>
            </w:r>
          </w:p>
        </w:tc>
        <w:tc>
          <w:tcPr>
            <w:tcW w:type="dxa" w:w="1080"/>
          </w:tcPr>
          <w:p>
            <w:r>
              <w:t>2025-2026</w:t>
            </w:r>
          </w:p>
        </w:tc>
        <w:tc>
          <w:tcPr>
            <w:tcW w:type="dxa" w:w="1080"/>
          </w:tcPr>
          <w:p>
            <w:r>
              <w:t>8</w:t>
            </w:r>
          </w:p>
        </w:tc>
      </w:tr>
      <w:tr>
        <w:tc>
          <w:tcPr>
            <w:tcW w:type="dxa" w:w="1080"/>
          </w:tcPr>
          <w:p>
            <w:r>
              <w:t>67</w:t>
            </w:r>
          </w:p>
        </w:tc>
        <w:tc>
          <w:tcPr>
            <w:tcW w:type="dxa" w:w="1080"/>
          </w:tcPr>
          <w:p>
            <w:r>
              <w:t>可持续建筑概论</w:t>
            </w:r>
          </w:p>
        </w:tc>
        <w:tc>
          <w:tcPr>
            <w:tcW w:type="dxa" w:w="1080"/>
          </w:tcPr>
          <w:p>
            <w:r>
              <w:t>1AU31121</w:t>
            </w:r>
          </w:p>
        </w:tc>
        <w:tc>
          <w:tcPr>
            <w:tcW w:type="dxa" w:w="1080"/>
          </w:tcPr>
          <w:p>
            <w:r>
              <w:t>1</w:t>
            </w:r>
          </w:p>
        </w:tc>
        <w:tc>
          <w:tcPr>
            <w:tcW w:type="dxa" w:w="1080"/>
          </w:tcPr>
          <w:p>
            <w:r>
              <w:t>专业教育必修课</w:t>
            </w:r>
          </w:p>
        </w:tc>
        <w:tc>
          <w:tcPr>
            <w:tcW w:type="dxa" w:w="1080"/>
          </w:tcPr>
          <w:p>
            <w:r>
              <w:t>建筑与城市规划学院</w:t>
            </w:r>
          </w:p>
        </w:tc>
        <w:tc>
          <w:tcPr>
            <w:tcW w:type="dxa" w:w="1080"/>
          </w:tcPr>
          <w:p>
            <w:r>
              <w:t>2025-2026</w:t>
            </w:r>
          </w:p>
        </w:tc>
        <w:tc>
          <w:tcPr>
            <w:tcW w:type="dxa" w:w="1080"/>
          </w:tcPr>
          <w:p>
            <w:r>
              <w:t>8</w:t>
            </w:r>
          </w:p>
        </w:tc>
      </w:tr>
      <w:tr>
        <w:tc>
          <w:tcPr>
            <w:tcW w:type="dxa" w:w="1080"/>
          </w:tcPr>
          <w:p>
            <w:r>
              <w:t>68</w:t>
            </w:r>
          </w:p>
        </w:tc>
        <w:tc>
          <w:tcPr>
            <w:tcW w:type="dxa" w:w="1080"/>
          </w:tcPr>
          <w:p>
            <w:r>
              <w:t>城市设计概论</w:t>
            </w:r>
          </w:p>
        </w:tc>
        <w:tc>
          <w:tcPr>
            <w:tcW w:type="dxa" w:w="1080"/>
          </w:tcPr>
          <w:p>
            <w:r>
              <w:t>1AU31001</w:t>
            </w:r>
          </w:p>
        </w:tc>
        <w:tc>
          <w:tcPr>
            <w:tcW w:type="dxa" w:w="1080"/>
          </w:tcPr>
          <w:p>
            <w:r>
              <w:t>1</w:t>
            </w:r>
          </w:p>
        </w:tc>
        <w:tc>
          <w:tcPr>
            <w:tcW w:type="dxa" w:w="1080"/>
          </w:tcPr>
          <w:p>
            <w:r>
              <w:t>专业教育必修课</w:t>
            </w:r>
          </w:p>
        </w:tc>
        <w:tc>
          <w:tcPr>
            <w:tcW w:type="dxa" w:w="1080"/>
          </w:tcPr>
          <w:p>
            <w:r>
              <w:t>建筑与城市规划学院</w:t>
            </w:r>
          </w:p>
        </w:tc>
        <w:tc>
          <w:tcPr>
            <w:tcW w:type="dxa" w:w="1080"/>
          </w:tcPr>
          <w:p>
            <w:r>
              <w:t>2025-2026</w:t>
            </w:r>
          </w:p>
        </w:tc>
        <w:tc>
          <w:tcPr>
            <w:tcW w:type="dxa" w:w="1080"/>
          </w:tcPr>
          <w:p>
            <w:r>
              <w:t>8</w:t>
            </w:r>
          </w:p>
        </w:tc>
      </w:tr>
      <w:tr>
        <w:tc>
          <w:tcPr>
            <w:tcW w:type="dxa" w:w="1080"/>
          </w:tcPr>
          <w:p>
            <w:r>
              <w:t>69</w:t>
            </w:r>
          </w:p>
        </w:tc>
        <w:tc>
          <w:tcPr>
            <w:tcW w:type="dxa" w:w="1080"/>
          </w:tcPr>
          <w:p>
            <w:r>
              <w:t>建筑批评</w:t>
            </w:r>
          </w:p>
        </w:tc>
        <w:tc>
          <w:tcPr>
            <w:tcW w:type="dxa" w:w="1080"/>
          </w:tcPr>
          <w:p>
            <w:r>
              <w:t>1AU32101</w:t>
            </w:r>
          </w:p>
        </w:tc>
        <w:tc>
          <w:tcPr>
            <w:tcW w:type="dxa" w:w="1080"/>
          </w:tcPr>
          <w:p>
            <w:r>
              <w:t>1</w:t>
            </w:r>
          </w:p>
        </w:tc>
        <w:tc>
          <w:tcPr>
            <w:tcW w:type="dxa" w:w="1080"/>
          </w:tcPr>
          <w:p>
            <w:r>
              <w:t>专业教育限选课</w:t>
            </w:r>
          </w:p>
        </w:tc>
        <w:tc>
          <w:tcPr>
            <w:tcW w:type="dxa" w:w="1080"/>
          </w:tcPr>
          <w:p>
            <w:r>
              <w:t>建筑与城市规划学院</w:t>
            </w:r>
          </w:p>
        </w:tc>
        <w:tc>
          <w:tcPr>
            <w:tcW w:type="dxa" w:w="1080"/>
          </w:tcPr>
          <w:p>
            <w:r>
              <w:t>2025-2026</w:t>
            </w:r>
          </w:p>
        </w:tc>
        <w:tc>
          <w:tcPr>
            <w:tcW w:type="dxa" w:w="1080"/>
          </w:tcPr>
          <w:p>
            <w:r>
              <w:t>8</w:t>
            </w:r>
          </w:p>
        </w:tc>
      </w:tr>
      <w:tr>
        <w:tc>
          <w:tcPr>
            <w:tcW w:type="dxa" w:w="1080"/>
          </w:tcPr>
          <w:p>
            <w:r>
              <w:t>70</w:t>
            </w:r>
          </w:p>
        </w:tc>
        <w:tc>
          <w:tcPr>
            <w:tcW w:type="dxa" w:w="1080"/>
          </w:tcPr>
          <w:p>
            <w:r>
              <w:t>城市设计调查方法</w:t>
            </w:r>
          </w:p>
        </w:tc>
        <w:tc>
          <w:tcPr>
            <w:tcW w:type="dxa" w:w="1080"/>
          </w:tcPr>
          <w:p>
            <w:r>
              <w:t>1AU32104</w:t>
            </w:r>
          </w:p>
        </w:tc>
        <w:tc>
          <w:tcPr>
            <w:tcW w:type="dxa" w:w="1080"/>
          </w:tcPr>
          <w:p>
            <w:r>
              <w:t>1</w:t>
            </w:r>
          </w:p>
        </w:tc>
        <w:tc>
          <w:tcPr>
            <w:tcW w:type="dxa" w:w="1080"/>
          </w:tcPr>
          <w:p>
            <w:r>
              <w:t>专业教育限选课</w:t>
            </w:r>
          </w:p>
        </w:tc>
        <w:tc>
          <w:tcPr>
            <w:tcW w:type="dxa" w:w="1080"/>
          </w:tcPr>
          <w:p>
            <w:r>
              <w:t>建筑与城市规划学院</w:t>
            </w:r>
          </w:p>
        </w:tc>
        <w:tc>
          <w:tcPr>
            <w:tcW w:type="dxa" w:w="1080"/>
          </w:tcPr>
          <w:p>
            <w:r>
              <w:t>2025-2026</w:t>
            </w:r>
          </w:p>
        </w:tc>
        <w:tc>
          <w:tcPr>
            <w:tcW w:type="dxa" w:w="1080"/>
          </w:tcPr>
          <w:p>
            <w:r>
              <w:t>8</w:t>
            </w:r>
          </w:p>
        </w:tc>
      </w:tr>
      <w:tr>
        <w:tc>
          <w:tcPr>
            <w:tcW w:type="dxa" w:w="1080"/>
          </w:tcPr>
          <w:p>
            <w:r>
              <w:t>71</w:t>
            </w:r>
          </w:p>
        </w:tc>
        <w:tc>
          <w:tcPr>
            <w:tcW w:type="dxa" w:w="1080"/>
          </w:tcPr>
          <w:p>
            <w:r>
              <w:t>建筑遗产保护与利用</w:t>
            </w:r>
          </w:p>
        </w:tc>
        <w:tc>
          <w:tcPr>
            <w:tcW w:type="dxa" w:w="1080"/>
          </w:tcPr>
          <w:p>
            <w:r>
              <w:t>1AU32107</w:t>
            </w:r>
          </w:p>
        </w:tc>
        <w:tc>
          <w:tcPr>
            <w:tcW w:type="dxa" w:w="1080"/>
          </w:tcPr>
          <w:p>
            <w:r>
              <w:t>1</w:t>
            </w:r>
          </w:p>
        </w:tc>
        <w:tc>
          <w:tcPr>
            <w:tcW w:type="dxa" w:w="1080"/>
          </w:tcPr>
          <w:p>
            <w:r>
              <w:t>专业教育限选课</w:t>
            </w:r>
          </w:p>
        </w:tc>
        <w:tc>
          <w:tcPr>
            <w:tcW w:type="dxa" w:w="1080"/>
          </w:tcPr>
          <w:p>
            <w:r>
              <w:t>建筑与城市规划学院</w:t>
            </w:r>
          </w:p>
        </w:tc>
        <w:tc>
          <w:tcPr>
            <w:tcW w:type="dxa" w:w="1080"/>
          </w:tcPr>
          <w:p>
            <w:r>
              <w:t>2025-2026</w:t>
            </w:r>
          </w:p>
        </w:tc>
        <w:tc>
          <w:tcPr>
            <w:tcW w:type="dxa" w:w="1080"/>
          </w:tcPr>
          <w:p>
            <w:r>
              <w:t>8</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苏州科技大学推荐2027年优秀应届本科毕业生免试攻读研究生课程清单（包括但不仅限于以下内容）</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年级：2022</w:t>
            </w:r>
          </w:p>
        </w:tc>
        <w:tc>
          <w:tcPr>
            <w:tcW w:type="dxa" w:w="1080"/>
          </w:tcPr>
          <w:p>
            <w:r>
              <w:t>专业：</w:t>
            </w:r>
          </w:p>
        </w:tc>
        <w:tc>
          <w:tcPr>
            <w:tcW w:type="dxa" w:w="1080"/>
          </w:tcPr>
          <w:p>
            <w:r>
              <w:t>城乡规划</w:t>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思想道德与法治</w:t>
            </w:r>
          </w:p>
        </w:tc>
        <w:tc>
          <w:tcPr>
            <w:tcW w:type="dxa" w:w="1080"/>
          </w:tcPr>
          <w:p>
            <w:r>
              <w:t>1MX11007</w:t>
            </w:r>
          </w:p>
        </w:tc>
        <w:tc>
          <w:tcPr>
            <w:tcW w:type="dxa" w:w="1080"/>
          </w:tcPr>
          <w:p>
            <w:r>
              <w:t>2.5</w:t>
            </w:r>
          </w:p>
        </w:tc>
        <w:tc>
          <w:tcPr>
            <w:tcW w:type="dxa" w:w="1080"/>
          </w:tcPr>
          <w:p>
            <w:r>
              <w:t>通识教育必修课</w:t>
            </w:r>
          </w:p>
        </w:tc>
        <w:tc>
          <w:tcPr>
            <w:tcW w:type="dxa" w:w="1080"/>
          </w:tcPr>
          <w:p>
            <w:r>
              <w:t>马克思主义学院</w:t>
            </w:r>
          </w:p>
        </w:tc>
        <w:tc>
          <w:tcPr>
            <w:tcW w:type="dxa" w:w="1080"/>
          </w:tcPr>
          <w:p>
            <w:r>
              <w:t>2022-2023</w:t>
            </w:r>
          </w:p>
        </w:tc>
        <w:tc>
          <w:tcPr>
            <w:tcW w:type="dxa" w:w="1080"/>
          </w:tcPr>
          <w:p>
            <w:r>
              <w:t>1</w:t>
            </w:r>
          </w:p>
        </w:tc>
      </w:tr>
      <w:tr>
        <w:tc>
          <w:tcPr>
            <w:tcW w:type="dxa" w:w="1080"/>
          </w:tcPr>
          <w:p>
            <w:r>
              <w:t>2</w:t>
            </w:r>
          </w:p>
        </w:tc>
        <w:tc>
          <w:tcPr>
            <w:tcW w:type="dxa" w:w="1080"/>
          </w:tcPr>
          <w:p>
            <w:r>
              <w:t>体育(一)</w:t>
            </w:r>
          </w:p>
        </w:tc>
        <w:tc>
          <w:tcPr>
            <w:tcW w:type="dxa" w:w="1080"/>
          </w:tcPr>
          <w:p>
            <w:r>
              <w:t>1SP11001</w:t>
            </w:r>
          </w:p>
        </w:tc>
        <w:tc>
          <w:tcPr>
            <w:tcW w:type="dxa" w:w="1080"/>
          </w:tcPr>
          <w:p>
            <w:r>
              <w:t>1</w:t>
            </w:r>
          </w:p>
        </w:tc>
        <w:tc>
          <w:tcPr>
            <w:tcW w:type="dxa" w:w="1080"/>
          </w:tcPr>
          <w:p>
            <w:r>
              <w:t>通识教育必修课</w:t>
            </w:r>
          </w:p>
        </w:tc>
        <w:tc>
          <w:tcPr>
            <w:tcW w:type="dxa" w:w="1080"/>
          </w:tcPr>
          <w:p>
            <w:r>
              <w:t>体育部</w:t>
            </w:r>
          </w:p>
        </w:tc>
        <w:tc>
          <w:tcPr>
            <w:tcW w:type="dxa" w:w="1080"/>
          </w:tcPr>
          <w:p>
            <w:r>
              <w:t>2022-2023</w:t>
            </w:r>
          </w:p>
        </w:tc>
        <w:tc>
          <w:tcPr>
            <w:tcW w:type="dxa" w:w="1080"/>
          </w:tcPr>
          <w:p>
            <w:r>
              <w:t>1</w:t>
            </w:r>
          </w:p>
        </w:tc>
      </w:tr>
      <w:tr>
        <w:tc>
          <w:tcPr>
            <w:tcW w:type="dxa" w:w="1080"/>
          </w:tcPr>
          <w:p>
            <w:r>
              <w:t>3</w:t>
            </w:r>
          </w:p>
        </w:tc>
        <w:tc>
          <w:tcPr>
            <w:tcW w:type="dxa" w:w="1080"/>
          </w:tcPr>
          <w:p>
            <w:r>
              <w:t>习近平新时代中国特色社会主义思想概论</w:t>
            </w:r>
          </w:p>
        </w:tc>
        <w:tc>
          <w:tcPr>
            <w:tcW w:type="dxa" w:w="1080"/>
          </w:tcPr>
          <w:p>
            <w:r>
              <w:t>1MX11009</w:t>
            </w:r>
          </w:p>
        </w:tc>
        <w:tc>
          <w:tcPr>
            <w:tcW w:type="dxa" w:w="1080"/>
          </w:tcPr>
          <w:p>
            <w:r>
              <w:t>3</w:t>
            </w:r>
          </w:p>
        </w:tc>
        <w:tc>
          <w:tcPr>
            <w:tcW w:type="dxa" w:w="1080"/>
          </w:tcPr>
          <w:p>
            <w:r>
              <w:t>通识教育必修课</w:t>
            </w:r>
          </w:p>
        </w:tc>
        <w:tc>
          <w:tcPr>
            <w:tcW w:type="dxa" w:w="1080"/>
          </w:tcPr>
          <w:p>
            <w:r>
              <w:t>马克思主义学院</w:t>
            </w:r>
          </w:p>
        </w:tc>
        <w:tc>
          <w:tcPr>
            <w:tcW w:type="dxa" w:w="1080"/>
          </w:tcPr>
          <w:p>
            <w:r>
              <w:t>2022-2023</w:t>
            </w:r>
          </w:p>
        </w:tc>
        <w:tc>
          <w:tcPr>
            <w:tcW w:type="dxa" w:w="1080"/>
          </w:tcPr>
          <w:p>
            <w:r>
              <w:t>1</w:t>
            </w:r>
          </w:p>
        </w:tc>
      </w:tr>
      <w:tr>
        <w:tc>
          <w:tcPr>
            <w:tcW w:type="dxa" w:w="1080"/>
          </w:tcPr>
          <w:p>
            <w:r>
              <w:t>4</w:t>
            </w:r>
          </w:p>
        </w:tc>
        <w:tc>
          <w:tcPr>
            <w:tcW w:type="dxa" w:w="1080"/>
          </w:tcPr>
          <w:p>
            <w:r>
              <w:t>形势与政策</w:t>
            </w:r>
          </w:p>
        </w:tc>
        <w:tc>
          <w:tcPr>
            <w:tcW w:type="dxa" w:w="1080"/>
          </w:tcPr>
          <w:p>
            <w:r>
              <w:t>1MX11005</w:t>
            </w:r>
          </w:p>
        </w:tc>
        <w:tc>
          <w:tcPr>
            <w:tcW w:type="dxa" w:w="1080"/>
          </w:tcPr>
          <w:p>
            <w:r>
              <w:t>2</w:t>
            </w:r>
          </w:p>
        </w:tc>
        <w:tc>
          <w:tcPr>
            <w:tcW w:type="dxa" w:w="1080"/>
          </w:tcPr>
          <w:p>
            <w:r>
              <w:t>通识教育必修课</w:t>
            </w:r>
          </w:p>
        </w:tc>
        <w:tc>
          <w:tcPr>
            <w:tcW w:type="dxa" w:w="1080"/>
          </w:tcPr>
          <w:p>
            <w:r>
              <w:t>马克思主义学院</w:t>
            </w:r>
          </w:p>
        </w:tc>
        <w:tc>
          <w:tcPr>
            <w:tcW w:type="dxa" w:w="1080"/>
          </w:tcPr>
          <w:p>
            <w:r>
              <w:t>2022-2023</w:t>
            </w:r>
          </w:p>
        </w:tc>
        <w:tc>
          <w:tcPr>
            <w:tcW w:type="dxa" w:w="1080"/>
          </w:tcPr>
          <w:p>
            <w:r>
              <w:t>1</w:t>
            </w:r>
          </w:p>
        </w:tc>
      </w:tr>
      <w:tr>
        <w:tc>
          <w:tcPr>
            <w:tcW w:type="dxa" w:w="1080"/>
          </w:tcPr>
          <w:p>
            <w:r>
              <w:t>5</w:t>
            </w:r>
          </w:p>
        </w:tc>
        <w:tc>
          <w:tcPr>
            <w:tcW w:type="dxa" w:w="1080"/>
          </w:tcPr>
          <w:p>
            <w:r>
              <w:t>建筑设计基础A(一)</w:t>
            </w:r>
          </w:p>
        </w:tc>
        <w:tc>
          <w:tcPr>
            <w:tcW w:type="dxa" w:w="1080"/>
          </w:tcPr>
          <w:p>
            <w:r>
              <w:t>1AU21001</w:t>
            </w:r>
          </w:p>
        </w:tc>
        <w:tc>
          <w:tcPr>
            <w:tcW w:type="dxa" w:w="1080"/>
          </w:tcPr>
          <w:p>
            <w:r>
              <w:t>6</w:t>
            </w:r>
          </w:p>
        </w:tc>
        <w:tc>
          <w:tcPr>
            <w:tcW w:type="dxa" w:w="1080"/>
          </w:tcPr>
          <w:p>
            <w:r>
              <w:t>学科基础必修课</w:t>
            </w:r>
          </w:p>
        </w:tc>
        <w:tc>
          <w:tcPr>
            <w:tcW w:type="dxa" w:w="1080"/>
          </w:tcPr>
          <w:p>
            <w:r>
              <w:t>建筑与城市规划学院</w:t>
            </w:r>
          </w:p>
        </w:tc>
        <w:tc>
          <w:tcPr>
            <w:tcW w:type="dxa" w:w="1080"/>
          </w:tcPr>
          <w:p>
            <w:r>
              <w:t>2022-2023</w:t>
            </w:r>
          </w:p>
        </w:tc>
        <w:tc>
          <w:tcPr>
            <w:tcW w:type="dxa" w:w="1080"/>
          </w:tcPr>
          <w:p>
            <w:r>
              <w:t>1</w:t>
            </w:r>
          </w:p>
        </w:tc>
      </w:tr>
      <w:tr>
        <w:tc>
          <w:tcPr>
            <w:tcW w:type="dxa" w:w="1080"/>
          </w:tcPr>
          <w:p>
            <w:r>
              <w:t>6</w:t>
            </w:r>
          </w:p>
        </w:tc>
        <w:tc>
          <w:tcPr>
            <w:tcW w:type="dxa" w:w="1080"/>
          </w:tcPr>
          <w:p>
            <w:r>
              <w:t>建筑美术A(一)</w:t>
            </w:r>
          </w:p>
        </w:tc>
        <w:tc>
          <w:tcPr>
            <w:tcW w:type="dxa" w:w="1080"/>
          </w:tcPr>
          <w:p>
            <w:r>
              <w:t>1AU21002</w:t>
            </w:r>
          </w:p>
        </w:tc>
        <w:tc>
          <w:tcPr>
            <w:tcW w:type="dxa" w:w="1080"/>
          </w:tcPr>
          <w:p>
            <w:r>
              <w:t>3</w:t>
            </w:r>
          </w:p>
        </w:tc>
        <w:tc>
          <w:tcPr>
            <w:tcW w:type="dxa" w:w="1080"/>
          </w:tcPr>
          <w:p>
            <w:r>
              <w:t>学科基础必修课</w:t>
            </w:r>
          </w:p>
        </w:tc>
        <w:tc>
          <w:tcPr>
            <w:tcW w:type="dxa" w:w="1080"/>
          </w:tcPr>
          <w:p>
            <w:r>
              <w:t>艺术学院</w:t>
            </w:r>
          </w:p>
        </w:tc>
        <w:tc>
          <w:tcPr>
            <w:tcW w:type="dxa" w:w="1080"/>
          </w:tcPr>
          <w:p>
            <w:r>
              <w:t>2022-2023</w:t>
            </w:r>
          </w:p>
        </w:tc>
        <w:tc>
          <w:tcPr>
            <w:tcW w:type="dxa" w:w="1080"/>
          </w:tcPr>
          <w:p>
            <w:r>
              <w:t>1</w:t>
            </w:r>
          </w:p>
        </w:tc>
      </w:tr>
      <w:tr>
        <w:tc>
          <w:tcPr>
            <w:tcW w:type="dxa" w:w="1080"/>
          </w:tcPr>
          <w:p>
            <w:r>
              <w:t>7</w:t>
            </w:r>
          </w:p>
        </w:tc>
        <w:tc>
          <w:tcPr>
            <w:tcW w:type="dxa" w:w="1080"/>
          </w:tcPr>
          <w:p>
            <w:r>
              <w:t>城乡规划概论</w:t>
            </w:r>
          </w:p>
        </w:tc>
        <w:tc>
          <w:tcPr>
            <w:tcW w:type="dxa" w:w="1080"/>
          </w:tcPr>
          <w:p>
            <w:r>
              <w:t>1AU21201</w:t>
            </w:r>
          </w:p>
        </w:tc>
        <w:tc>
          <w:tcPr>
            <w:tcW w:type="dxa" w:w="1080"/>
          </w:tcPr>
          <w:p>
            <w:r>
              <w:t>1</w:t>
            </w:r>
          </w:p>
        </w:tc>
        <w:tc>
          <w:tcPr>
            <w:tcW w:type="dxa" w:w="1080"/>
          </w:tcPr>
          <w:p>
            <w:r>
              <w:t>学科基础必修课</w:t>
            </w:r>
          </w:p>
        </w:tc>
        <w:tc>
          <w:tcPr>
            <w:tcW w:type="dxa" w:w="1080"/>
          </w:tcPr>
          <w:p>
            <w:r>
              <w:t>建筑与城市规划学院</w:t>
            </w:r>
          </w:p>
        </w:tc>
        <w:tc>
          <w:tcPr>
            <w:tcW w:type="dxa" w:w="1080"/>
          </w:tcPr>
          <w:p>
            <w:r>
              <w:t>2022-2023</w:t>
            </w:r>
          </w:p>
        </w:tc>
        <w:tc>
          <w:tcPr>
            <w:tcW w:type="dxa" w:w="1080"/>
          </w:tcPr>
          <w:p>
            <w:r>
              <w:t>1</w:t>
            </w:r>
          </w:p>
        </w:tc>
      </w:tr>
      <w:tr>
        <w:tc>
          <w:tcPr>
            <w:tcW w:type="dxa" w:w="1080"/>
          </w:tcPr>
          <w:p>
            <w:r>
              <w:t>8</w:t>
            </w:r>
          </w:p>
        </w:tc>
        <w:tc>
          <w:tcPr>
            <w:tcW w:type="dxa" w:w="1080"/>
          </w:tcPr>
          <w:p>
            <w:r>
              <w:t>高等数学D</w:t>
            </w:r>
          </w:p>
        </w:tc>
        <w:tc>
          <w:tcPr>
            <w:tcW w:type="dxa" w:w="1080"/>
          </w:tcPr>
          <w:p>
            <w:r>
              <w:t>1MP21007</w:t>
            </w:r>
          </w:p>
        </w:tc>
        <w:tc>
          <w:tcPr>
            <w:tcW w:type="dxa" w:w="1080"/>
          </w:tcPr>
          <w:p>
            <w:r>
              <w:t>3</w:t>
            </w:r>
          </w:p>
        </w:tc>
        <w:tc>
          <w:tcPr>
            <w:tcW w:type="dxa" w:w="1080"/>
          </w:tcPr>
          <w:p>
            <w:r>
              <w:t>学科基础必修课</w:t>
            </w:r>
          </w:p>
        </w:tc>
        <w:tc>
          <w:tcPr>
            <w:tcW w:type="dxa" w:w="1080"/>
          </w:tcPr>
          <w:p>
            <w:r>
              <w:t>数学科学学院</w:t>
            </w:r>
          </w:p>
        </w:tc>
        <w:tc>
          <w:tcPr>
            <w:tcW w:type="dxa" w:w="1080"/>
          </w:tcPr>
          <w:p>
            <w:r>
              <w:t>2022-2023</w:t>
            </w:r>
          </w:p>
        </w:tc>
        <w:tc>
          <w:tcPr>
            <w:tcW w:type="dxa" w:w="1080"/>
          </w:tcPr>
          <w:p>
            <w:r>
              <w:t>1</w:t>
            </w:r>
          </w:p>
        </w:tc>
      </w:tr>
      <w:tr>
        <w:tc>
          <w:tcPr>
            <w:tcW w:type="dxa" w:w="1080"/>
          </w:tcPr>
          <w:p>
            <w:r>
              <w:t>9</w:t>
            </w:r>
          </w:p>
        </w:tc>
        <w:tc>
          <w:tcPr>
            <w:tcW w:type="dxa" w:w="1080"/>
          </w:tcPr>
          <w:p>
            <w:r>
              <w:t>建筑制图</w:t>
            </w:r>
          </w:p>
        </w:tc>
        <w:tc>
          <w:tcPr>
            <w:tcW w:type="dxa" w:w="1080"/>
          </w:tcPr>
          <w:p>
            <w:r>
              <w:t>1ME21003</w:t>
            </w:r>
          </w:p>
        </w:tc>
        <w:tc>
          <w:tcPr>
            <w:tcW w:type="dxa" w:w="1080"/>
          </w:tcPr>
          <w:p>
            <w:r>
              <w:t>3</w:t>
            </w:r>
          </w:p>
        </w:tc>
        <w:tc>
          <w:tcPr>
            <w:tcW w:type="dxa" w:w="1080"/>
          </w:tcPr>
          <w:p>
            <w:r>
              <w:t>学科基础必修课</w:t>
            </w:r>
          </w:p>
        </w:tc>
        <w:tc>
          <w:tcPr>
            <w:tcW w:type="dxa" w:w="1080"/>
          </w:tcPr>
          <w:p>
            <w:r>
              <w:t>机械工程学院</w:t>
            </w:r>
          </w:p>
        </w:tc>
        <w:tc>
          <w:tcPr>
            <w:tcW w:type="dxa" w:w="1080"/>
          </w:tcPr>
          <w:p>
            <w:r>
              <w:t>2022-2023</w:t>
            </w:r>
          </w:p>
        </w:tc>
        <w:tc>
          <w:tcPr>
            <w:tcW w:type="dxa" w:w="1080"/>
          </w:tcPr>
          <w:p>
            <w:r>
              <w:t>1</w:t>
            </w:r>
          </w:p>
        </w:tc>
      </w:tr>
      <w:tr>
        <w:tc>
          <w:tcPr>
            <w:tcW w:type="dxa" w:w="1080"/>
          </w:tcPr>
          <w:p>
            <w:r>
              <w:t>10</w:t>
            </w:r>
          </w:p>
        </w:tc>
        <w:tc>
          <w:tcPr>
            <w:tcW w:type="dxa" w:w="1080"/>
          </w:tcPr>
          <w:p>
            <w:r>
              <w:t>思想政治理论课综合实践(一)</w:t>
            </w:r>
          </w:p>
        </w:tc>
        <w:tc>
          <w:tcPr>
            <w:tcW w:type="dxa" w:w="1080"/>
          </w:tcPr>
          <w:p>
            <w:r>
              <w:t>1MX41001</w:t>
            </w:r>
          </w:p>
        </w:tc>
        <w:tc>
          <w:tcPr>
            <w:tcW w:type="dxa" w:w="1080"/>
          </w:tcPr>
          <w:p>
            <w:r>
              <w:t>0.5</w:t>
            </w:r>
          </w:p>
        </w:tc>
        <w:tc>
          <w:tcPr>
            <w:tcW w:type="dxa" w:w="1080"/>
          </w:tcPr>
          <w:p>
            <w:r>
              <w:t>集中实践必修课</w:t>
            </w:r>
          </w:p>
        </w:tc>
        <w:tc>
          <w:tcPr>
            <w:tcW w:type="dxa" w:w="1080"/>
          </w:tcPr>
          <w:p>
            <w:r>
              <w:t>马克思主义学院</w:t>
            </w:r>
          </w:p>
        </w:tc>
        <w:tc>
          <w:tcPr>
            <w:tcW w:type="dxa" w:w="1080"/>
          </w:tcPr>
          <w:p>
            <w:r>
              <w:t>2022-2023</w:t>
            </w:r>
          </w:p>
        </w:tc>
        <w:tc>
          <w:tcPr>
            <w:tcW w:type="dxa" w:w="1080"/>
          </w:tcPr>
          <w:p>
            <w:r>
              <w:t>1</w:t>
            </w:r>
          </w:p>
        </w:tc>
      </w:tr>
      <w:tr>
        <w:tc>
          <w:tcPr>
            <w:tcW w:type="dxa" w:w="1080"/>
          </w:tcPr>
          <w:p>
            <w:r>
              <w:t>11</w:t>
            </w:r>
          </w:p>
        </w:tc>
        <w:tc>
          <w:tcPr>
            <w:tcW w:type="dxa" w:w="1080"/>
          </w:tcPr>
          <w:p>
            <w:r>
              <w:t>大学生心理健康实践</w:t>
            </w:r>
          </w:p>
        </w:tc>
        <w:tc>
          <w:tcPr>
            <w:tcW w:type="dxa" w:w="1080"/>
          </w:tcPr>
          <w:p>
            <w:r>
              <w:t>1ED41001</w:t>
            </w:r>
          </w:p>
        </w:tc>
        <w:tc>
          <w:tcPr>
            <w:tcW w:type="dxa" w:w="1080"/>
          </w:tcPr>
          <w:p>
            <w:r>
              <w:t>1</w:t>
            </w:r>
          </w:p>
        </w:tc>
        <w:tc>
          <w:tcPr>
            <w:tcW w:type="dxa" w:w="1080"/>
          </w:tcPr>
          <w:p>
            <w:r>
              <w:t>集中实践必修课</w:t>
            </w:r>
          </w:p>
        </w:tc>
        <w:tc>
          <w:tcPr>
            <w:tcW w:type="dxa" w:w="1080"/>
          </w:tcPr>
          <w:p>
            <w:r>
              <w:t>教育学院</w:t>
            </w:r>
          </w:p>
        </w:tc>
        <w:tc>
          <w:tcPr>
            <w:tcW w:type="dxa" w:w="1080"/>
          </w:tcPr>
          <w:p>
            <w:r>
              <w:t>2022-2023</w:t>
            </w:r>
          </w:p>
        </w:tc>
        <w:tc>
          <w:tcPr>
            <w:tcW w:type="dxa" w:w="1080"/>
          </w:tcPr>
          <w:p>
            <w:r>
              <w:t>1</w:t>
            </w:r>
          </w:p>
        </w:tc>
      </w:tr>
      <w:tr>
        <w:tc>
          <w:tcPr>
            <w:tcW w:type="dxa" w:w="1080"/>
          </w:tcPr>
          <w:p>
            <w:r>
              <w:t>12</w:t>
            </w:r>
          </w:p>
        </w:tc>
        <w:tc>
          <w:tcPr>
            <w:tcW w:type="dxa" w:w="1080"/>
          </w:tcPr>
          <w:p>
            <w:r>
              <w:t>军事理论</w:t>
            </w:r>
          </w:p>
        </w:tc>
        <w:tc>
          <w:tcPr>
            <w:tcW w:type="dxa" w:w="1080"/>
          </w:tcPr>
          <w:p>
            <w:r>
              <w:t>1SD51002</w:t>
            </w:r>
          </w:p>
        </w:tc>
        <w:tc>
          <w:tcPr>
            <w:tcW w:type="dxa" w:w="1080"/>
          </w:tcPr>
          <w:p>
            <w:r>
              <w:t>2</w:t>
            </w:r>
          </w:p>
        </w:tc>
        <w:tc>
          <w:tcPr>
            <w:tcW w:type="dxa" w:w="1080"/>
          </w:tcPr>
          <w:p>
            <w:r>
              <w:t>素质拓展必修课</w:t>
            </w:r>
          </w:p>
        </w:tc>
        <w:tc>
          <w:tcPr>
            <w:tcW w:type="dxa" w:w="1080"/>
          </w:tcPr>
          <w:p>
            <w:r>
              <w:t>武保处</w:t>
            </w:r>
          </w:p>
        </w:tc>
        <w:tc>
          <w:tcPr>
            <w:tcW w:type="dxa" w:w="1080"/>
          </w:tcPr>
          <w:p>
            <w:r>
              <w:t>2022-2023</w:t>
            </w:r>
          </w:p>
        </w:tc>
        <w:tc>
          <w:tcPr>
            <w:tcW w:type="dxa" w:w="1080"/>
          </w:tcPr>
          <w:p>
            <w:r>
              <w:t>1</w:t>
            </w:r>
          </w:p>
        </w:tc>
      </w:tr>
      <w:tr>
        <w:tc>
          <w:tcPr>
            <w:tcW w:type="dxa" w:w="1080"/>
          </w:tcPr>
          <w:p>
            <w:r>
              <w:t>13</w:t>
            </w:r>
          </w:p>
        </w:tc>
        <w:tc>
          <w:tcPr>
            <w:tcW w:type="dxa" w:w="1080"/>
          </w:tcPr>
          <w:p>
            <w:r>
              <w:t>军事技能</w:t>
            </w:r>
          </w:p>
        </w:tc>
        <w:tc>
          <w:tcPr>
            <w:tcW w:type="dxa" w:w="1080"/>
          </w:tcPr>
          <w:p>
            <w:r>
              <w:t>1SD51003</w:t>
            </w:r>
          </w:p>
        </w:tc>
        <w:tc>
          <w:tcPr>
            <w:tcW w:type="dxa" w:w="1080"/>
          </w:tcPr>
          <w:p>
            <w:r>
              <w:t>2</w:t>
            </w:r>
          </w:p>
        </w:tc>
        <w:tc>
          <w:tcPr>
            <w:tcW w:type="dxa" w:w="1080"/>
          </w:tcPr>
          <w:p>
            <w:r>
              <w:t>素质拓展必修课</w:t>
            </w:r>
          </w:p>
        </w:tc>
        <w:tc>
          <w:tcPr>
            <w:tcW w:type="dxa" w:w="1080"/>
          </w:tcPr>
          <w:p>
            <w:r>
              <w:t>武保处</w:t>
            </w:r>
          </w:p>
        </w:tc>
        <w:tc>
          <w:tcPr>
            <w:tcW w:type="dxa" w:w="1080"/>
          </w:tcPr>
          <w:p>
            <w:r>
              <w:t>2022-2023</w:t>
            </w:r>
          </w:p>
        </w:tc>
        <w:tc>
          <w:tcPr>
            <w:tcW w:type="dxa" w:w="1080"/>
          </w:tcPr>
          <w:p>
            <w:r>
              <w:t>1</w:t>
            </w:r>
          </w:p>
        </w:tc>
      </w:tr>
      <w:tr>
        <w:tc>
          <w:tcPr>
            <w:tcW w:type="dxa" w:w="1080"/>
          </w:tcPr>
          <w:p>
            <w:r>
              <w:t>14</w:t>
            </w:r>
          </w:p>
        </w:tc>
        <w:tc>
          <w:tcPr>
            <w:tcW w:type="dxa" w:w="1080"/>
          </w:tcPr>
          <w:p>
            <w:r>
              <w:t>写生实习(一)</w:t>
            </w:r>
          </w:p>
        </w:tc>
        <w:tc>
          <w:tcPr>
            <w:tcW w:type="dxa" w:w="1080"/>
          </w:tcPr>
          <w:p>
            <w:r>
              <w:t>1AU41001</w:t>
            </w:r>
          </w:p>
        </w:tc>
        <w:tc>
          <w:tcPr>
            <w:tcW w:type="dxa" w:w="1080"/>
          </w:tcPr>
          <w:p>
            <w:r>
              <w:t>2</w:t>
            </w:r>
          </w:p>
        </w:tc>
        <w:tc>
          <w:tcPr>
            <w:tcW w:type="dxa" w:w="1080"/>
          </w:tcPr>
          <w:p>
            <w:r>
              <w:t>集中实践必修课</w:t>
            </w:r>
          </w:p>
        </w:tc>
        <w:tc>
          <w:tcPr>
            <w:tcW w:type="dxa" w:w="1080"/>
          </w:tcPr>
          <w:p>
            <w:r>
              <w:t>艺术学院</w:t>
            </w:r>
          </w:p>
        </w:tc>
        <w:tc>
          <w:tcPr>
            <w:tcW w:type="dxa" w:w="1080"/>
          </w:tcPr>
          <w:p>
            <w:r>
              <w:t>2022-2023</w:t>
            </w:r>
          </w:p>
        </w:tc>
        <w:tc>
          <w:tcPr>
            <w:tcW w:type="dxa" w:w="1080"/>
          </w:tcPr>
          <w:p>
            <w:r>
              <w:t>2</w:t>
            </w:r>
          </w:p>
        </w:tc>
      </w:tr>
      <w:tr>
        <w:tc>
          <w:tcPr>
            <w:tcW w:type="dxa" w:w="1080"/>
          </w:tcPr>
          <w:p>
            <w:r>
              <w:t>15</w:t>
            </w:r>
          </w:p>
        </w:tc>
        <w:tc>
          <w:tcPr>
            <w:tcW w:type="dxa" w:w="1080"/>
          </w:tcPr>
          <w:p>
            <w:r>
              <w:t>中国近现代史纲要</w:t>
            </w:r>
          </w:p>
        </w:tc>
        <w:tc>
          <w:tcPr>
            <w:tcW w:type="dxa" w:w="1080"/>
          </w:tcPr>
          <w:p>
            <w:r>
              <w:t>1MX11002</w:t>
            </w:r>
          </w:p>
        </w:tc>
        <w:tc>
          <w:tcPr>
            <w:tcW w:type="dxa" w:w="1080"/>
          </w:tcPr>
          <w:p>
            <w:r>
              <w:t>2.5</w:t>
            </w:r>
          </w:p>
        </w:tc>
        <w:tc>
          <w:tcPr>
            <w:tcW w:type="dxa" w:w="1080"/>
          </w:tcPr>
          <w:p>
            <w:r>
              <w:t>通识教育必修课</w:t>
            </w:r>
          </w:p>
        </w:tc>
        <w:tc>
          <w:tcPr>
            <w:tcW w:type="dxa" w:w="1080"/>
          </w:tcPr>
          <w:p>
            <w:r>
              <w:t>马克思主义学院</w:t>
            </w:r>
          </w:p>
        </w:tc>
        <w:tc>
          <w:tcPr>
            <w:tcW w:type="dxa" w:w="1080"/>
          </w:tcPr>
          <w:p>
            <w:r>
              <w:t>2022-2023</w:t>
            </w:r>
          </w:p>
        </w:tc>
        <w:tc>
          <w:tcPr>
            <w:tcW w:type="dxa" w:w="1080"/>
          </w:tcPr>
          <w:p>
            <w:r>
              <w:t>2</w:t>
            </w:r>
          </w:p>
        </w:tc>
      </w:tr>
      <w:tr>
        <w:tc>
          <w:tcPr>
            <w:tcW w:type="dxa" w:w="1080"/>
          </w:tcPr>
          <w:p>
            <w:r>
              <w:t>16</w:t>
            </w:r>
          </w:p>
        </w:tc>
        <w:tc>
          <w:tcPr>
            <w:tcW w:type="dxa" w:w="1080"/>
          </w:tcPr>
          <w:p>
            <w:r>
              <w:t>体育(二)</w:t>
            </w:r>
          </w:p>
        </w:tc>
        <w:tc>
          <w:tcPr>
            <w:tcW w:type="dxa" w:w="1080"/>
          </w:tcPr>
          <w:p>
            <w:r>
              <w:t>1SP11002</w:t>
            </w:r>
          </w:p>
        </w:tc>
        <w:tc>
          <w:tcPr>
            <w:tcW w:type="dxa" w:w="1080"/>
          </w:tcPr>
          <w:p>
            <w:r>
              <w:t>1</w:t>
            </w:r>
          </w:p>
        </w:tc>
        <w:tc>
          <w:tcPr>
            <w:tcW w:type="dxa" w:w="1080"/>
          </w:tcPr>
          <w:p>
            <w:r>
              <w:t>通识教育必修课</w:t>
            </w:r>
          </w:p>
        </w:tc>
        <w:tc>
          <w:tcPr>
            <w:tcW w:type="dxa" w:w="1080"/>
          </w:tcPr>
          <w:p>
            <w:r>
              <w:t>体育部</w:t>
            </w:r>
          </w:p>
        </w:tc>
        <w:tc>
          <w:tcPr>
            <w:tcW w:type="dxa" w:w="1080"/>
          </w:tcPr>
          <w:p>
            <w:r>
              <w:t>2022-2023</w:t>
            </w:r>
          </w:p>
        </w:tc>
        <w:tc>
          <w:tcPr>
            <w:tcW w:type="dxa" w:w="1080"/>
          </w:tcPr>
          <w:p>
            <w:r>
              <w:t>2</w:t>
            </w:r>
          </w:p>
        </w:tc>
      </w:tr>
      <w:tr>
        <w:tc>
          <w:tcPr>
            <w:tcW w:type="dxa" w:w="1080"/>
          </w:tcPr>
          <w:p>
            <w:r>
              <w:t>17</w:t>
            </w:r>
          </w:p>
        </w:tc>
        <w:tc>
          <w:tcPr>
            <w:tcW w:type="dxa" w:w="1080"/>
          </w:tcPr>
          <w:p>
            <w:r>
              <w:t>大学生心理健康教育</w:t>
            </w:r>
          </w:p>
        </w:tc>
        <w:tc>
          <w:tcPr>
            <w:tcW w:type="dxa" w:w="1080"/>
          </w:tcPr>
          <w:p>
            <w:r>
              <w:t>1ED11001</w:t>
            </w:r>
          </w:p>
        </w:tc>
        <w:tc>
          <w:tcPr>
            <w:tcW w:type="dxa" w:w="1080"/>
          </w:tcPr>
          <w:p>
            <w:r>
              <w:t>1</w:t>
            </w:r>
          </w:p>
        </w:tc>
        <w:tc>
          <w:tcPr>
            <w:tcW w:type="dxa" w:w="1080"/>
          </w:tcPr>
          <w:p>
            <w:r>
              <w:t>通识教育必修课</w:t>
            </w:r>
          </w:p>
        </w:tc>
        <w:tc>
          <w:tcPr>
            <w:tcW w:type="dxa" w:w="1080"/>
          </w:tcPr>
          <w:p>
            <w:r>
              <w:t>教育学院</w:t>
            </w:r>
          </w:p>
        </w:tc>
        <w:tc>
          <w:tcPr>
            <w:tcW w:type="dxa" w:w="1080"/>
          </w:tcPr>
          <w:p>
            <w:r>
              <w:t>2022-2023</w:t>
            </w:r>
          </w:p>
        </w:tc>
        <w:tc>
          <w:tcPr>
            <w:tcW w:type="dxa" w:w="1080"/>
          </w:tcPr>
          <w:p>
            <w:r>
              <w:t>2</w:t>
            </w:r>
          </w:p>
        </w:tc>
      </w:tr>
      <w:tr>
        <w:tc>
          <w:tcPr>
            <w:tcW w:type="dxa" w:w="1080"/>
          </w:tcPr>
          <w:p>
            <w:r>
              <w:t>18</w:t>
            </w:r>
          </w:p>
        </w:tc>
        <w:tc>
          <w:tcPr>
            <w:tcW w:type="dxa" w:w="1080"/>
          </w:tcPr>
          <w:p>
            <w:r>
              <w:t>建筑设计基础A(二)</w:t>
            </w:r>
          </w:p>
        </w:tc>
        <w:tc>
          <w:tcPr>
            <w:tcW w:type="dxa" w:w="1080"/>
          </w:tcPr>
          <w:p>
            <w:r>
              <w:t>1AU21004</w:t>
            </w:r>
          </w:p>
        </w:tc>
        <w:tc>
          <w:tcPr>
            <w:tcW w:type="dxa" w:w="1080"/>
          </w:tcPr>
          <w:p>
            <w:r>
              <w:t>6</w:t>
            </w:r>
          </w:p>
        </w:tc>
        <w:tc>
          <w:tcPr>
            <w:tcW w:type="dxa" w:w="1080"/>
          </w:tcPr>
          <w:p>
            <w:r>
              <w:t>学科基础必修课</w:t>
            </w:r>
          </w:p>
        </w:tc>
        <w:tc>
          <w:tcPr>
            <w:tcW w:type="dxa" w:w="1080"/>
          </w:tcPr>
          <w:p>
            <w:r>
              <w:t>建筑与城市规划学院</w:t>
            </w:r>
          </w:p>
        </w:tc>
        <w:tc>
          <w:tcPr>
            <w:tcW w:type="dxa" w:w="1080"/>
          </w:tcPr>
          <w:p>
            <w:r>
              <w:t>2022-2023</w:t>
            </w:r>
          </w:p>
        </w:tc>
        <w:tc>
          <w:tcPr>
            <w:tcW w:type="dxa" w:w="1080"/>
          </w:tcPr>
          <w:p>
            <w:r>
              <w:t>2</w:t>
            </w:r>
          </w:p>
        </w:tc>
      </w:tr>
      <w:tr>
        <w:tc>
          <w:tcPr>
            <w:tcW w:type="dxa" w:w="1080"/>
          </w:tcPr>
          <w:p>
            <w:r>
              <w:t>19</w:t>
            </w:r>
          </w:p>
        </w:tc>
        <w:tc>
          <w:tcPr>
            <w:tcW w:type="dxa" w:w="1080"/>
          </w:tcPr>
          <w:p>
            <w:r>
              <w:t>建筑美术A(二)</w:t>
            </w:r>
          </w:p>
        </w:tc>
        <w:tc>
          <w:tcPr>
            <w:tcW w:type="dxa" w:w="1080"/>
          </w:tcPr>
          <w:p>
            <w:r>
              <w:t>1AU21003</w:t>
            </w:r>
          </w:p>
        </w:tc>
        <w:tc>
          <w:tcPr>
            <w:tcW w:type="dxa" w:w="1080"/>
          </w:tcPr>
          <w:p>
            <w:r>
              <w:t>3</w:t>
            </w:r>
          </w:p>
        </w:tc>
        <w:tc>
          <w:tcPr>
            <w:tcW w:type="dxa" w:w="1080"/>
          </w:tcPr>
          <w:p>
            <w:r>
              <w:t>学科基础必修课</w:t>
            </w:r>
          </w:p>
        </w:tc>
        <w:tc>
          <w:tcPr>
            <w:tcW w:type="dxa" w:w="1080"/>
          </w:tcPr>
          <w:p>
            <w:r>
              <w:t>艺术学院</w:t>
            </w:r>
          </w:p>
        </w:tc>
        <w:tc>
          <w:tcPr>
            <w:tcW w:type="dxa" w:w="1080"/>
          </w:tcPr>
          <w:p>
            <w:r>
              <w:t>2022-2023</w:t>
            </w:r>
          </w:p>
        </w:tc>
        <w:tc>
          <w:tcPr>
            <w:tcW w:type="dxa" w:w="1080"/>
          </w:tcPr>
          <w:p>
            <w:r>
              <w:t>2</w:t>
            </w:r>
          </w:p>
        </w:tc>
      </w:tr>
      <w:tr>
        <w:tc>
          <w:tcPr>
            <w:tcW w:type="dxa" w:w="1080"/>
          </w:tcPr>
          <w:p>
            <w:r>
              <w:t>20</w:t>
            </w:r>
          </w:p>
        </w:tc>
        <w:tc>
          <w:tcPr>
            <w:tcW w:type="dxa" w:w="1080"/>
          </w:tcPr>
          <w:p>
            <w:r>
              <w:t>思想政治理论课综合实践(二)</w:t>
            </w:r>
          </w:p>
        </w:tc>
        <w:tc>
          <w:tcPr>
            <w:tcW w:type="dxa" w:w="1080"/>
          </w:tcPr>
          <w:p>
            <w:r>
              <w:t>1MX41002</w:t>
            </w:r>
          </w:p>
        </w:tc>
        <w:tc>
          <w:tcPr>
            <w:tcW w:type="dxa" w:w="1080"/>
          </w:tcPr>
          <w:p>
            <w:r>
              <w:t>0.5</w:t>
            </w:r>
          </w:p>
        </w:tc>
        <w:tc>
          <w:tcPr>
            <w:tcW w:type="dxa" w:w="1080"/>
          </w:tcPr>
          <w:p>
            <w:r>
              <w:t>集中实践必修课</w:t>
            </w:r>
          </w:p>
        </w:tc>
        <w:tc>
          <w:tcPr>
            <w:tcW w:type="dxa" w:w="1080"/>
          </w:tcPr>
          <w:p>
            <w:r>
              <w:t>马克思主义学院</w:t>
            </w:r>
          </w:p>
        </w:tc>
        <w:tc>
          <w:tcPr>
            <w:tcW w:type="dxa" w:w="1080"/>
          </w:tcPr>
          <w:p>
            <w:r>
              <w:t>2022-2023</w:t>
            </w:r>
          </w:p>
        </w:tc>
        <w:tc>
          <w:tcPr>
            <w:tcW w:type="dxa" w:w="1080"/>
          </w:tcPr>
          <w:p>
            <w:r>
              <w:t>2</w:t>
            </w:r>
          </w:p>
        </w:tc>
      </w:tr>
      <w:tr>
        <w:tc>
          <w:tcPr>
            <w:tcW w:type="dxa" w:w="1080"/>
          </w:tcPr>
          <w:p>
            <w:r>
              <w:t>21</w:t>
            </w:r>
          </w:p>
        </w:tc>
        <w:tc>
          <w:tcPr>
            <w:tcW w:type="dxa" w:w="1080"/>
          </w:tcPr>
          <w:p>
            <w:r>
              <w:t>认识实习B</w:t>
            </w:r>
          </w:p>
        </w:tc>
        <w:tc>
          <w:tcPr>
            <w:tcW w:type="dxa" w:w="1080"/>
          </w:tcPr>
          <w:p>
            <w:r>
              <w:t>1AU41201</w:t>
            </w:r>
          </w:p>
        </w:tc>
        <w:tc>
          <w:tcPr>
            <w:tcW w:type="dxa" w:w="1080"/>
          </w:tcPr>
          <w:p>
            <w:r>
              <w:t>1</w:t>
            </w:r>
          </w:p>
        </w:tc>
        <w:tc>
          <w:tcPr>
            <w:tcW w:type="dxa" w:w="1080"/>
          </w:tcPr>
          <w:p>
            <w:r>
              <w:t>集中实践必修课</w:t>
            </w:r>
          </w:p>
        </w:tc>
        <w:tc>
          <w:tcPr>
            <w:tcW w:type="dxa" w:w="1080"/>
          </w:tcPr>
          <w:p>
            <w:r>
              <w:t>建筑与城市规划学院</w:t>
            </w:r>
          </w:p>
        </w:tc>
        <w:tc>
          <w:tcPr>
            <w:tcW w:type="dxa" w:w="1080"/>
          </w:tcPr>
          <w:p>
            <w:r>
              <w:t>2022-2023</w:t>
            </w:r>
          </w:p>
        </w:tc>
        <w:tc>
          <w:tcPr>
            <w:tcW w:type="dxa" w:w="1080"/>
          </w:tcPr>
          <w:p>
            <w:r>
              <w:t>2</w:t>
            </w:r>
          </w:p>
        </w:tc>
      </w:tr>
      <w:tr>
        <w:tc>
          <w:tcPr>
            <w:tcW w:type="dxa" w:w="1080"/>
          </w:tcPr>
          <w:p>
            <w:r>
              <w:t>22</w:t>
            </w:r>
          </w:p>
        </w:tc>
        <w:tc>
          <w:tcPr>
            <w:tcW w:type="dxa" w:w="1080"/>
          </w:tcPr>
          <w:p>
            <w:r>
              <w:t>职业生涯规划</w:t>
            </w:r>
          </w:p>
        </w:tc>
        <w:tc>
          <w:tcPr>
            <w:tcW w:type="dxa" w:w="1080"/>
          </w:tcPr>
          <w:p>
            <w:r>
              <w:t>1SO51002</w:t>
            </w:r>
          </w:p>
        </w:tc>
        <w:tc>
          <w:tcPr>
            <w:tcW w:type="dxa" w:w="1080"/>
          </w:tcPr>
          <w:p>
            <w:r>
              <w:t>1</w:t>
            </w:r>
          </w:p>
        </w:tc>
        <w:tc>
          <w:tcPr>
            <w:tcW w:type="dxa" w:w="1080"/>
          </w:tcPr>
          <w:p>
            <w:r>
              <w:t>素质拓展必修课</w:t>
            </w:r>
          </w:p>
        </w:tc>
        <w:tc>
          <w:tcPr>
            <w:tcW w:type="dxa" w:w="1080"/>
          </w:tcPr>
          <w:p>
            <w:r>
              <w:t>学生工作处</w:t>
            </w:r>
          </w:p>
        </w:tc>
        <w:tc>
          <w:tcPr>
            <w:tcW w:type="dxa" w:w="1080"/>
          </w:tcPr>
          <w:p>
            <w:r>
              <w:t>2022-2023</w:t>
            </w:r>
          </w:p>
        </w:tc>
        <w:tc>
          <w:tcPr>
            <w:tcW w:type="dxa" w:w="1080"/>
          </w:tcPr>
          <w:p>
            <w:r>
              <w:t>2</w:t>
            </w:r>
          </w:p>
        </w:tc>
      </w:tr>
      <w:tr>
        <w:tc>
          <w:tcPr>
            <w:tcW w:type="dxa" w:w="1080"/>
          </w:tcPr>
          <w:p>
            <w:r>
              <w:t>23</w:t>
            </w:r>
          </w:p>
        </w:tc>
        <w:tc>
          <w:tcPr>
            <w:tcW w:type="dxa" w:w="1080"/>
          </w:tcPr>
          <w:p>
            <w:r>
              <w:t>马克思主义基本原理</w:t>
            </w:r>
          </w:p>
        </w:tc>
        <w:tc>
          <w:tcPr>
            <w:tcW w:type="dxa" w:w="1080"/>
          </w:tcPr>
          <w:p>
            <w:r>
              <w:t>1MX11008</w:t>
            </w:r>
          </w:p>
        </w:tc>
        <w:tc>
          <w:tcPr>
            <w:tcW w:type="dxa" w:w="1080"/>
          </w:tcPr>
          <w:p>
            <w:r>
              <w:t>2.5</w:t>
            </w:r>
          </w:p>
        </w:tc>
        <w:tc>
          <w:tcPr>
            <w:tcW w:type="dxa" w:w="1080"/>
          </w:tcPr>
          <w:p>
            <w:r>
              <w:t>通识教育必修课</w:t>
            </w:r>
          </w:p>
        </w:tc>
        <w:tc>
          <w:tcPr>
            <w:tcW w:type="dxa" w:w="1080"/>
          </w:tcPr>
          <w:p>
            <w:r>
              <w:t>马克思主义学院</w:t>
            </w:r>
          </w:p>
        </w:tc>
        <w:tc>
          <w:tcPr>
            <w:tcW w:type="dxa" w:w="1080"/>
          </w:tcPr>
          <w:p>
            <w:r>
              <w:t>2023-2024</w:t>
            </w:r>
          </w:p>
        </w:tc>
        <w:tc>
          <w:tcPr>
            <w:tcW w:type="dxa" w:w="1080"/>
          </w:tcPr>
          <w:p>
            <w:r>
              <w:t>3</w:t>
            </w:r>
          </w:p>
        </w:tc>
      </w:tr>
      <w:tr>
        <w:tc>
          <w:tcPr>
            <w:tcW w:type="dxa" w:w="1080"/>
          </w:tcPr>
          <w:p>
            <w:r>
              <w:t>24</w:t>
            </w:r>
          </w:p>
        </w:tc>
        <w:tc>
          <w:tcPr>
            <w:tcW w:type="dxa" w:w="1080"/>
          </w:tcPr>
          <w:p>
            <w:r>
              <w:t>改革开放史</w:t>
            </w:r>
          </w:p>
        </w:tc>
        <w:tc>
          <w:tcPr>
            <w:tcW w:type="dxa" w:w="1080"/>
          </w:tcPr>
          <w:p>
            <w:r>
              <w:t>1MX12003</w:t>
            </w:r>
          </w:p>
        </w:tc>
        <w:tc>
          <w:tcPr>
            <w:tcW w:type="dxa" w:w="1080"/>
          </w:tcPr>
          <w:p>
            <w:r>
              <w:t>1</w:t>
            </w:r>
          </w:p>
        </w:tc>
        <w:tc>
          <w:tcPr>
            <w:tcW w:type="dxa" w:w="1080"/>
          </w:tcPr>
          <w:p>
            <w:r>
              <w:t>通识教育限选课</w:t>
            </w:r>
          </w:p>
        </w:tc>
        <w:tc>
          <w:tcPr>
            <w:tcW w:type="dxa" w:w="1080"/>
          </w:tcPr>
          <w:p>
            <w:r>
              <w:t>马克思主义学院</w:t>
            </w:r>
          </w:p>
        </w:tc>
        <w:tc>
          <w:tcPr>
            <w:tcW w:type="dxa" w:w="1080"/>
          </w:tcPr>
          <w:p>
            <w:r>
              <w:t>2023-2024</w:t>
            </w:r>
          </w:p>
        </w:tc>
        <w:tc>
          <w:tcPr>
            <w:tcW w:type="dxa" w:w="1080"/>
          </w:tcPr>
          <w:p>
            <w:r>
              <w:t>3</w:t>
            </w:r>
          </w:p>
        </w:tc>
      </w:tr>
      <w:tr>
        <w:tc>
          <w:tcPr>
            <w:tcW w:type="dxa" w:w="1080"/>
          </w:tcPr>
          <w:p>
            <w:r>
              <w:t>25</w:t>
            </w:r>
          </w:p>
        </w:tc>
        <w:tc>
          <w:tcPr>
            <w:tcW w:type="dxa" w:w="1080"/>
          </w:tcPr>
          <w:p>
            <w:r>
              <w:t>体育(三)</w:t>
            </w:r>
          </w:p>
        </w:tc>
        <w:tc>
          <w:tcPr>
            <w:tcW w:type="dxa" w:w="1080"/>
          </w:tcPr>
          <w:p>
            <w:r>
              <w:t>1SP12001</w:t>
            </w:r>
          </w:p>
        </w:tc>
        <w:tc>
          <w:tcPr>
            <w:tcW w:type="dxa" w:w="1080"/>
          </w:tcPr>
          <w:p>
            <w:r>
              <w:t>1</w:t>
            </w:r>
          </w:p>
        </w:tc>
        <w:tc>
          <w:tcPr>
            <w:tcW w:type="dxa" w:w="1080"/>
          </w:tcPr>
          <w:p>
            <w:r>
              <w:t>通识教育限选课</w:t>
            </w:r>
          </w:p>
        </w:tc>
        <w:tc>
          <w:tcPr>
            <w:tcW w:type="dxa" w:w="1080"/>
          </w:tcPr>
          <w:p>
            <w:r>
              <w:t>体育部</w:t>
            </w:r>
          </w:p>
        </w:tc>
        <w:tc>
          <w:tcPr>
            <w:tcW w:type="dxa" w:w="1080"/>
          </w:tcPr>
          <w:p>
            <w:r>
              <w:t>2023-2024</w:t>
            </w:r>
          </w:p>
        </w:tc>
        <w:tc>
          <w:tcPr>
            <w:tcW w:type="dxa" w:w="1080"/>
          </w:tcPr>
          <w:p>
            <w:r>
              <w:t>3</w:t>
            </w:r>
          </w:p>
        </w:tc>
      </w:tr>
      <w:tr>
        <w:tc>
          <w:tcPr>
            <w:tcW w:type="dxa" w:w="1080"/>
          </w:tcPr>
          <w:p>
            <w:r>
              <w:t>26</w:t>
            </w:r>
          </w:p>
        </w:tc>
        <w:tc>
          <w:tcPr>
            <w:tcW w:type="dxa" w:w="1080"/>
          </w:tcPr>
          <w:p>
            <w:r>
              <w:t>中外建筑历史与理论</w:t>
            </w:r>
          </w:p>
        </w:tc>
        <w:tc>
          <w:tcPr>
            <w:tcW w:type="dxa" w:w="1080"/>
          </w:tcPr>
          <w:p>
            <w:r>
              <w:t>1AU21203</w:t>
            </w:r>
          </w:p>
        </w:tc>
        <w:tc>
          <w:tcPr>
            <w:tcW w:type="dxa" w:w="1080"/>
          </w:tcPr>
          <w:p>
            <w:r>
              <w:t>2</w:t>
            </w:r>
          </w:p>
        </w:tc>
        <w:tc>
          <w:tcPr>
            <w:tcW w:type="dxa" w:w="1080"/>
          </w:tcPr>
          <w:p>
            <w:r>
              <w:t>学科基础必修课</w:t>
            </w:r>
          </w:p>
        </w:tc>
        <w:tc>
          <w:tcPr>
            <w:tcW w:type="dxa" w:w="1080"/>
          </w:tcPr>
          <w:p>
            <w:r>
              <w:t>建筑与城市规划学院</w:t>
            </w:r>
          </w:p>
        </w:tc>
        <w:tc>
          <w:tcPr>
            <w:tcW w:type="dxa" w:w="1080"/>
          </w:tcPr>
          <w:p>
            <w:r>
              <w:t>2023-2024</w:t>
            </w:r>
          </w:p>
        </w:tc>
        <w:tc>
          <w:tcPr>
            <w:tcW w:type="dxa" w:w="1080"/>
          </w:tcPr>
          <w:p>
            <w:r>
              <w:t>3</w:t>
            </w:r>
          </w:p>
        </w:tc>
      </w:tr>
      <w:tr>
        <w:tc>
          <w:tcPr>
            <w:tcW w:type="dxa" w:w="1080"/>
          </w:tcPr>
          <w:p>
            <w:r>
              <w:t>27</w:t>
            </w:r>
          </w:p>
        </w:tc>
        <w:tc>
          <w:tcPr>
            <w:tcW w:type="dxa" w:w="1080"/>
          </w:tcPr>
          <w:p>
            <w:r>
              <w:t>建筑表现基础A</w:t>
            </w:r>
          </w:p>
        </w:tc>
        <w:tc>
          <w:tcPr>
            <w:tcW w:type="dxa" w:w="1080"/>
          </w:tcPr>
          <w:p>
            <w:r>
              <w:t>1AR21804</w:t>
            </w:r>
          </w:p>
        </w:tc>
        <w:tc>
          <w:tcPr>
            <w:tcW w:type="dxa" w:w="1080"/>
          </w:tcPr>
          <w:p>
            <w:r>
              <w:t>4</w:t>
            </w:r>
          </w:p>
        </w:tc>
        <w:tc>
          <w:tcPr>
            <w:tcW w:type="dxa" w:w="1080"/>
          </w:tcPr>
          <w:p>
            <w:r>
              <w:t>学科基础必修课</w:t>
            </w:r>
          </w:p>
        </w:tc>
        <w:tc>
          <w:tcPr>
            <w:tcW w:type="dxa" w:w="1080"/>
          </w:tcPr>
          <w:p>
            <w:r>
              <w:t>艺术学院</w:t>
            </w:r>
          </w:p>
        </w:tc>
        <w:tc>
          <w:tcPr>
            <w:tcW w:type="dxa" w:w="1080"/>
          </w:tcPr>
          <w:p>
            <w:r>
              <w:t>2023-2024</w:t>
            </w:r>
          </w:p>
        </w:tc>
        <w:tc>
          <w:tcPr>
            <w:tcW w:type="dxa" w:w="1080"/>
          </w:tcPr>
          <w:p>
            <w:r>
              <w:t>3</w:t>
            </w:r>
          </w:p>
        </w:tc>
      </w:tr>
      <w:tr>
        <w:tc>
          <w:tcPr>
            <w:tcW w:type="dxa" w:w="1080"/>
          </w:tcPr>
          <w:p>
            <w:r>
              <w:t>28</w:t>
            </w:r>
          </w:p>
        </w:tc>
        <w:tc>
          <w:tcPr>
            <w:tcW w:type="dxa" w:w="1080"/>
          </w:tcPr>
          <w:p>
            <w:r>
              <w:t>测量学C</w:t>
            </w:r>
          </w:p>
        </w:tc>
        <w:tc>
          <w:tcPr>
            <w:tcW w:type="dxa" w:w="1080"/>
          </w:tcPr>
          <w:p>
            <w:r>
              <w:t>1ES21901</w:t>
            </w:r>
          </w:p>
        </w:tc>
        <w:tc>
          <w:tcPr>
            <w:tcW w:type="dxa" w:w="1080"/>
          </w:tcPr>
          <w:p>
            <w:r>
              <w:t>2</w:t>
            </w:r>
          </w:p>
        </w:tc>
        <w:tc>
          <w:tcPr>
            <w:tcW w:type="dxa" w:w="1080"/>
          </w:tcPr>
          <w:p>
            <w:r>
              <w:t>学科基础必修课</w:t>
            </w:r>
          </w:p>
        </w:tc>
        <w:tc>
          <w:tcPr>
            <w:tcW w:type="dxa" w:w="1080"/>
          </w:tcPr>
          <w:p>
            <w:r>
              <w:t>地理科学与测绘工程学院</w:t>
            </w:r>
          </w:p>
        </w:tc>
        <w:tc>
          <w:tcPr>
            <w:tcW w:type="dxa" w:w="1080"/>
          </w:tcPr>
          <w:p>
            <w:r>
              <w:t>2023-2024</w:t>
            </w:r>
          </w:p>
        </w:tc>
        <w:tc>
          <w:tcPr>
            <w:tcW w:type="dxa" w:w="1080"/>
          </w:tcPr>
          <w:p>
            <w:r>
              <w:t>3</w:t>
            </w:r>
          </w:p>
        </w:tc>
      </w:tr>
      <w:tr>
        <w:tc>
          <w:tcPr>
            <w:tcW w:type="dxa" w:w="1080"/>
          </w:tcPr>
          <w:p>
            <w:r>
              <w:t>29</w:t>
            </w:r>
          </w:p>
        </w:tc>
        <w:tc>
          <w:tcPr>
            <w:tcW w:type="dxa" w:w="1080"/>
          </w:tcPr>
          <w:p>
            <w:r>
              <w:t>建筑设计(一)</w:t>
            </w:r>
          </w:p>
        </w:tc>
        <w:tc>
          <w:tcPr>
            <w:tcW w:type="dxa" w:w="1080"/>
          </w:tcPr>
          <w:p>
            <w:r>
              <w:t>1AU31201</w:t>
            </w:r>
          </w:p>
        </w:tc>
        <w:tc>
          <w:tcPr>
            <w:tcW w:type="dxa" w:w="1080"/>
          </w:tcPr>
          <w:p>
            <w:r>
              <w:t>6</w:t>
            </w:r>
          </w:p>
        </w:tc>
        <w:tc>
          <w:tcPr>
            <w:tcW w:type="dxa" w:w="1080"/>
          </w:tcPr>
          <w:p>
            <w:r>
              <w:t>专业教育必修课</w:t>
            </w:r>
          </w:p>
        </w:tc>
        <w:tc>
          <w:tcPr>
            <w:tcW w:type="dxa" w:w="1080"/>
          </w:tcPr>
          <w:p>
            <w:r>
              <w:t>建筑与城市规划学院</w:t>
            </w:r>
          </w:p>
        </w:tc>
        <w:tc>
          <w:tcPr>
            <w:tcW w:type="dxa" w:w="1080"/>
          </w:tcPr>
          <w:p>
            <w:r>
              <w:t>2023-2024</w:t>
            </w:r>
          </w:p>
        </w:tc>
        <w:tc>
          <w:tcPr>
            <w:tcW w:type="dxa" w:w="1080"/>
          </w:tcPr>
          <w:p>
            <w:r>
              <w:t>3</w:t>
            </w:r>
          </w:p>
        </w:tc>
      </w:tr>
      <w:tr>
        <w:tc>
          <w:tcPr>
            <w:tcW w:type="dxa" w:w="1080"/>
          </w:tcPr>
          <w:p>
            <w:r>
              <w:t>30</w:t>
            </w:r>
          </w:p>
        </w:tc>
        <w:tc>
          <w:tcPr>
            <w:tcW w:type="dxa" w:w="1080"/>
          </w:tcPr>
          <w:p>
            <w:r>
              <w:t>思想政治理论课综合实践(三)</w:t>
            </w:r>
          </w:p>
        </w:tc>
        <w:tc>
          <w:tcPr>
            <w:tcW w:type="dxa" w:w="1080"/>
          </w:tcPr>
          <w:p>
            <w:r>
              <w:t>1MX41003</w:t>
            </w:r>
          </w:p>
        </w:tc>
        <w:tc>
          <w:tcPr>
            <w:tcW w:type="dxa" w:w="1080"/>
          </w:tcPr>
          <w:p>
            <w:r>
              <w:t>0.5</w:t>
            </w:r>
          </w:p>
        </w:tc>
        <w:tc>
          <w:tcPr>
            <w:tcW w:type="dxa" w:w="1080"/>
          </w:tcPr>
          <w:p>
            <w:r>
              <w:t>集中实践必修课</w:t>
            </w:r>
          </w:p>
        </w:tc>
        <w:tc>
          <w:tcPr>
            <w:tcW w:type="dxa" w:w="1080"/>
          </w:tcPr>
          <w:p>
            <w:r>
              <w:t>马克思主义学院</w:t>
            </w:r>
          </w:p>
        </w:tc>
        <w:tc>
          <w:tcPr>
            <w:tcW w:type="dxa" w:w="1080"/>
          </w:tcPr>
          <w:p>
            <w:r>
              <w:t>2023-2024</w:t>
            </w:r>
          </w:p>
        </w:tc>
        <w:tc>
          <w:tcPr>
            <w:tcW w:type="dxa" w:w="1080"/>
          </w:tcPr>
          <w:p>
            <w:r>
              <w:t>3</w:t>
            </w:r>
          </w:p>
        </w:tc>
      </w:tr>
      <w:tr>
        <w:tc>
          <w:tcPr>
            <w:tcW w:type="dxa" w:w="1080"/>
          </w:tcPr>
          <w:p>
            <w:r>
              <w:t>31</w:t>
            </w:r>
          </w:p>
        </w:tc>
        <w:tc>
          <w:tcPr>
            <w:tcW w:type="dxa" w:w="1080"/>
          </w:tcPr>
          <w:p>
            <w:r>
              <w:t>毛泽东思想和中国特色社会主义理论体系概论</w:t>
            </w:r>
          </w:p>
        </w:tc>
        <w:tc>
          <w:tcPr>
            <w:tcW w:type="dxa" w:w="1080"/>
          </w:tcPr>
          <w:p>
            <w:r>
              <w:t>1MX11010</w:t>
            </w:r>
          </w:p>
        </w:tc>
        <w:tc>
          <w:tcPr>
            <w:tcW w:type="dxa" w:w="1080"/>
          </w:tcPr>
          <w:p>
            <w:r>
              <w:t>2.5</w:t>
            </w:r>
          </w:p>
        </w:tc>
        <w:tc>
          <w:tcPr>
            <w:tcW w:type="dxa" w:w="1080"/>
          </w:tcPr>
          <w:p>
            <w:r>
              <w:t>通识教育必修课</w:t>
            </w:r>
          </w:p>
        </w:tc>
        <w:tc>
          <w:tcPr>
            <w:tcW w:type="dxa" w:w="1080"/>
          </w:tcPr>
          <w:p>
            <w:r>
              <w:t>马克思主义学院</w:t>
            </w:r>
          </w:p>
        </w:tc>
        <w:tc>
          <w:tcPr>
            <w:tcW w:type="dxa" w:w="1080"/>
          </w:tcPr>
          <w:p>
            <w:r>
              <w:t>2023-2024</w:t>
            </w:r>
          </w:p>
        </w:tc>
        <w:tc>
          <w:tcPr>
            <w:tcW w:type="dxa" w:w="1080"/>
          </w:tcPr>
          <w:p>
            <w:r>
              <w:t>4</w:t>
            </w:r>
          </w:p>
        </w:tc>
      </w:tr>
      <w:tr>
        <w:tc>
          <w:tcPr>
            <w:tcW w:type="dxa" w:w="1080"/>
          </w:tcPr>
          <w:p>
            <w:r>
              <w:t>32</w:t>
            </w:r>
          </w:p>
        </w:tc>
        <w:tc>
          <w:tcPr>
            <w:tcW w:type="dxa" w:w="1080"/>
          </w:tcPr>
          <w:p>
            <w:r>
              <w:t>体育(四)</w:t>
            </w:r>
          </w:p>
        </w:tc>
        <w:tc>
          <w:tcPr>
            <w:tcW w:type="dxa" w:w="1080"/>
          </w:tcPr>
          <w:p>
            <w:r>
              <w:t>1SP12002</w:t>
            </w:r>
          </w:p>
        </w:tc>
        <w:tc>
          <w:tcPr>
            <w:tcW w:type="dxa" w:w="1080"/>
          </w:tcPr>
          <w:p>
            <w:r>
              <w:t>1</w:t>
            </w:r>
          </w:p>
        </w:tc>
        <w:tc>
          <w:tcPr>
            <w:tcW w:type="dxa" w:w="1080"/>
          </w:tcPr>
          <w:p>
            <w:r>
              <w:t>通识教育限选课</w:t>
            </w:r>
          </w:p>
        </w:tc>
        <w:tc>
          <w:tcPr>
            <w:tcW w:type="dxa" w:w="1080"/>
          </w:tcPr>
          <w:p>
            <w:r>
              <w:t>体育部</w:t>
            </w:r>
          </w:p>
        </w:tc>
        <w:tc>
          <w:tcPr>
            <w:tcW w:type="dxa" w:w="1080"/>
          </w:tcPr>
          <w:p>
            <w:r>
              <w:t>2023-2024</w:t>
            </w:r>
          </w:p>
        </w:tc>
        <w:tc>
          <w:tcPr>
            <w:tcW w:type="dxa" w:w="1080"/>
          </w:tcPr>
          <w:p>
            <w:r>
              <w:t>4</w:t>
            </w:r>
          </w:p>
        </w:tc>
      </w:tr>
      <w:tr>
        <w:tc>
          <w:tcPr>
            <w:tcW w:type="dxa" w:w="1080"/>
          </w:tcPr>
          <w:p>
            <w:r>
              <w:t>33</w:t>
            </w:r>
          </w:p>
        </w:tc>
        <w:tc>
          <w:tcPr>
            <w:tcW w:type="dxa" w:w="1080"/>
          </w:tcPr>
          <w:p>
            <w:r>
              <w:t>城市环境物理</w:t>
            </w:r>
          </w:p>
        </w:tc>
        <w:tc>
          <w:tcPr>
            <w:tcW w:type="dxa" w:w="1080"/>
          </w:tcPr>
          <w:p>
            <w:r>
              <w:t>1AU21204</w:t>
            </w:r>
          </w:p>
        </w:tc>
        <w:tc>
          <w:tcPr>
            <w:tcW w:type="dxa" w:w="1080"/>
          </w:tcPr>
          <w:p>
            <w:r>
              <w:t>2</w:t>
            </w:r>
          </w:p>
        </w:tc>
        <w:tc>
          <w:tcPr>
            <w:tcW w:type="dxa" w:w="1080"/>
          </w:tcPr>
          <w:p>
            <w:r>
              <w:t>学科基础必修课</w:t>
            </w:r>
          </w:p>
        </w:tc>
        <w:tc>
          <w:tcPr>
            <w:tcW w:type="dxa" w:w="1080"/>
          </w:tcPr>
          <w:p>
            <w:r>
              <w:t>建筑与城市规划学院</w:t>
            </w:r>
          </w:p>
        </w:tc>
        <w:tc>
          <w:tcPr>
            <w:tcW w:type="dxa" w:w="1080"/>
          </w:tcPr>
          <w:p>
            <w:r>
              <w:t>2023-2024</w:t>
            </w:r>
          </w:p>
        </w:tc>
        <w:tc>
          <w:tcPr>
            <w:tcW w:type="dxa" w:w="1080"/>
          </w:tcPr>
          <w:p>
            <w:r>
              <w:t>4</w:t>
            </w:r>
          </w:p>
        </w:tc>
      </w:tr>
      <w:tr>
        <w:tc>
          <w:tcPr>
            <w:tcW w:type="dxa" w:w="1080"/>
          </w:tcPr>
          <w:p>
            <w:r>
              <w:t>34</w:t>
            </w:r>
          </w:p>
        </w:tc>
        <w:tc>
          <w:tcPr>
            <w:tcW w:type="dxa" w:w="1080"/>
          </w:tcPr>
          <w:p>
            <w:r>
              <w:t>中外城市建设与规划史</w:t>
            </w:r>
          </w:p>
        </w:tc>
        <w:tc>
          <w:tcPr>
            <w:tcW w:type="dxa" w:w="1080"/>
          </w:tcPr>
          <w:p>
            <w:r>
              <w:t>1AU31202</w:t>
            </w:r>
          </w:p>
        </w:tc>
        <w:tc>
          <w:tcPr>
            <w:tcW w:type="dxa" w:w="1080"/>
          </w:tcPr>
          <w:p>
            <w:r>
              <w:t>3</w:t>
            </w:r>
          </w:p>
        </w:tc>
        <w:tc>
          <w:tcPr>
            <w:tcW w:type="dxa" w:w="1080"/>
          </w:tcPr>
          <w:p>
            <w:r>
              <w:t>专业教育必修课</w:t>
            </w:r>
          </w:p>
        </w:tc>
        <w:tc>
          <w:tcPr>
            <w:tcW w:type="dxa" w:w="1080"/>
          </w:tcPr>
          <w:p>
            <w:r>
              <w:t>建筑与城市规划学院</w:t>
            </w:r>
          </w:p>
        </w:tc>
        <w:tc>
          <w:tcPr>
            <w:tcW w:type="dxa" w:w="1080"/>
          </w:tcPr>
          <w:p>
            <w:r>
              <w:t>2023-2024</w:t>
            </w:r>
          </w:p>
        </w:tc>
        <w:tc>
          <w:tcPr>
            <w:tcW w:type="dxa" w:w="1080"/>
          </w:tcPr>
          <w:p>
            <w:r>
              <w:t>4</w:t>
            </w:r>
          </w:p>
        </w:tc>
      </w:tr>
      <w:tr>
        <w:tc>
          <w:tcPr>
            <w:tcW w:type="dxa" w:w="1080"/>
          </w:tcPr>
          <w:p>
            <w:r>
              <w:t>35</w:t>
            </w:r>
          </w:p>
        </w:tc>
        <w:tc>
          <w:tcPr>
            <w:tcW w:type="dxa" w:w="1080"/>
          </w:tcPr>
          <w:p>
            <w:r>
              <w:t>规划设计基础</w:t>
            </w:r>
          </w:p>
        </w:tc>
        <w:tc>
          <w:tcPr>
            <w:tcW w:type="dxa" w:w="1080"/>
          </w:tcPr>
          <w:p>
            <w:r>
              <w:t>1AU31211</w:t>
            </w:r>
          </w:p>
        </w:tc>
        <w:tc>
          <w:tcPr>
            <w:tcW w:type="dxa" w:w="1080"/>
          </w:tcPr>
          <w:p>
            <w:r>
              <w:t>6</w:t>
            </w:r>
          </w:p>
        </w:tc>
        <w:tc>
          <w:tcPr>
            <w:tcW w:type="dxa" w:w="1080"/>
          </w:tcPr>
          <w:p>
            <w:r>
              <w:t>专业教育必修课</w:t>
            </w:r>
          </w:p>
        </w:tc>
        <w:tc>
          <w:tcPr>
            <w:tcW w:type="dxa" w:w="1080"/>
          </w:tcPr>
          <w:p>
            <w:r>
              <w:t>建筑与城市规划学院</w:t>
            </w:r>
          </w:p>
        </w:tc>
        <w:tc>
          <w:tcPr>
            <w:tcW w:type="dxa" w:w="1080"/>
          </w:tcPr>
          <w:p>
            <w:r>
              <w:t>2023-2024</w:t>
            </w:r>
          </w:p>
        </w:tc>
        <w:tc>
          <w:tcPr>
            <w:tcW w:type="dxa" w:w="1080"/>
          </w:tcPr>
          <w:p>
            <w:r>
              <w:t>4</w:t>
            </w:r>
          </w:p>
        </w:tc>
      </w:tr>
      <w:tr>
        <w:tc>
          <w:tcPr>
            <w:tcW w:type="dxa" w:w="1080"/>
          </w:tcPr>
          <w:p>
            <w:r>
              <w:t>36</w:t>
            </w:r>
          </w:p>
        </w:tc>
        <w:tc>
          <w:tcPr>
            <w:tcW w:type="dxa" w:w="1080"/>
          </w:tcPr>
          <w:p>
            <w:r>
              <w:t>思想政治理论课综合实践(四)</w:t>
            </w:r>
          </w:p>
        </w:tc>
        <w:tc>
          <w:tcPr>
            <w:tcW w:type="dxa" w:w="1080"/>
          </w:tcPr>
          <w:p>
            <w:r>
              <w:t>1MX41004</w:t>
            </w:r>
          </w:p>
        </w:tc>
        <w:tc>
          <w:tcPr>
            <w:tcW w:type="dxa" w:w="1080"/>
          </w:tcPr>
          <w:p>
            <w:r>
              <w:t>0.5</w:t>
            </w:r>
          </w:p>
        </w:tc>
        <w:tc>
          <w:tcPr>
            <w:tcW w:type="dxa" w:w="1080"/>
          </w:tcPr>
          <w:p>
            <w:r>
              <w:t>集中实践必修课</w:t>
            </w:r>
          </w:p>
        </w:tc>
        <w:tc>
          <w:tcPr>
            <w:tcW w:type="dxa" w:w="1080"/>
          </w:tcPr>
          <w:p>
            <w:r>
              <w:t>马克思主义学院</w:t>
            </w:r>
          </w:p>
        </w:tc>
        <w:tc>
          <w:tcPr>
            <w:tcW w:type="dxa" w:w="1080"/>
          </w:tcPr>
          <w:p>
            <w:r>
              <w:t>2023-2024</w:t>
            </w:r>
          </w:p>
        </w:tc>
        <w:tc>
          <w:tcPr>
            <w:tcW w:type="dxa" w:w="1080"/>
          </w:tcPr>
          <w:p>
            <w:r>
              <w:t>4</w:t>
            </w:r>
          </w:p>
        </w:tc>
      </w:tr>
      <w:tr>
        <w:tc>
          <w:tcPr>
            <w:tcW w:type="dxa" w:w="1080"/>
          </w:tcPr>
          <w:p>
            <w:r>
              <w:t>37</w:t>
            </w:r>
          </w:p>
        </w:tc>
        <w:tc>
          <w:tcPr>
            <w:tcW w:type="dxa" w:w="1080"/>
          </w:tcPr>
          <w:p>
            <w:r>
              <w:t>写生实习(二)</w:t>
            </w:r>
          </w:p>
        </w:tc>
        <w:tc>
          <w:tcPr>
            <w:tcW w:type="dxa" w:w="1080"/>
          </w:tcPr>
          <w:p>
            <w:r>
              <w:t>1AR41803</w:t>
            </w:r>
          </w:p>
        </w:tc>
        <w:tc>
          <w:tcPr>
            <w:tcW w:type="dxa" w:w="1080"/>
          </w:tcPr>
          <w:p>
            <w:r>
              <w:t>2</w:t>
            </w:r>
          </w:p>
        </w:tc>
        <w:tc>
          <w:tcPr>
            <w:tcW w:type="dxa" w:w="1080"/>
          </w:tcPr>
          <w:p>
            <w:r>
              <w:t>集中实践必修课</w:t>
            </w:r>
          </w:p>
        </w:tc>
        <w:tc>
          <w:tcPr>
            <w:tcW w:type="dxa" w:w="1080"/>
          </w:tcPr>
          <w:p>
            <w:r>
              <w:t>艺术学院</w:t>
            </w:r>
          </w:p>
        </w:tc>
        <w:tc>
          <w:tcPr>
            <w:tcW w:type="dxa" w:w="1080"/>
          </w:tcPr>
          <w:p>
            <w:r>
              <w:t>2023-2024</w:t>
            </w:r>
          </w:p>
        </w:tc>
        <w:tc>
          <w:tcPr>
            <w:tcW w:type="dxa" w:w="1080"/>
          </w:tcPr>
          <w:p>
            <w:r>
              <w:t>4</w:t>
            </w:r>
          </w:p>
        </w:tc>
      </w:tr>
      <w:tr>
        <w:tc>
          <w:tcPr>
            <w:tcW w:type="dxa" w:w="1080"/>
          </w:tcPr>
          <w:p>
            <w:r>
              <w:t>38</w:t>
            </w:r>
          </w:p>
        </w:tc>
        <w:tc>
          <w:tcPr>
            <w:tcW w:type="dxa" w:w="1080"/>
          </w:tcPr>
          <w:p>
            <w:r>
              <w:t>城乡认识实习</w:t>
            </w:r>
          </w:p>
        </w:tc>
        <w:tc>
          <w:tcPr>
            <w:tcW w:type="dxa" w:w="1080"/>
          </w:tcPr>
          <w:p>
            <w:r>
              <w:t>1AU41202</w:t>
            </w:r>
          </w:p>
        </w:tc>
        <w:tc>
          <w:tcPr>
            <w:tcW w:type="dxa" w:w="1080"/>
          </w:tcPr>
          <w:p>
            <w:r>
              <w:t>1</w:t>
            </w:r>
          </w:p>
        </w:tc>
        <w:tc>
          <w:tcPr>
            <w:tcW w:type="dxa" w:w="1080"/>
          </w:tcPr>
          <w:p>
            <w:r>
              <w:t>集中实践必修课</w:t>
            </w:r>
          </w:p>
        </w:tc>
        <w:tc>
          <w:tcPr>
            <w:tcW w:type="dxa" w:w="1080"/>
          </w:tcPr>
          <w:p>
            <w:r>
              <w:t>建筑与城市规划学院</w:t>
            </w:r>
          </w:p>
        </w:tc>
        <w:tc>
          <w:tcPr>
            <w:tcW w:type="dxa" w:w="1080"/>
          </w:tcPr>
          <w:p>
            <w:r>
              <w:t>2023-2024</w:t>
            </w:r>
          </w:p>
        </w:tc>
        <w:tc>
          <w:tcPr>
            <w:tcW w:type="dxa" w:w="1080"/>
          </w:tcPr>
          <w:p>
            <w:r>
              <w:t>4</w:t>
            </w:r>
          </w:p>
        </w:tc>
      </w:tr>
      <w:tr>
        <w:tc>
          <w:tcPr>
            <w:tcW w:type="dxa" w:w="1080"/>
          </w:tcPr>
          <w:p>
            <w:r>
              <w:t>39</w:t>
            </w:r>
          </w:p>
        </w:tc>
        <w:tc>
          <w:tcPr>
            <w:tcW w:type="dxa" w:w="1080"/>
          </w:tcPr>
          <w:p>
            <w:r>
              <w:t>城市设计概论</w:t>
            </w:r>
          </w:p>
        </w:tc>
        <w:tc>
          <w:tcPr>
            <w:tcW w:type="dxa" w:w="1080"/>
          </w:tcPr>
          <w:p>
            <w:r>
              <w:t>1AU31001</w:t>
            </w:r>
          </w:p>
        </w:tc>
        <w:tc>
          <w:tcPr>
            <w:tcW w:type="dxa" w:w="1080"/>
          </w:tcPr>
          <w:p>
            <w:r>
              <w:t>1</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5</w:t>
            </w:r>
          </w:p>
        </w:tc>
      </w:tr>
      <w:tr>
        <w:tc>
          <w:tcPr>
            <w:tcW w:type="dxa" w:w="1080"/>
          </w:tcPr>
          <w:p>
            <w:r>
              <w:t>40</w:t>
            </w:r>
          </w:p>
        </w:tc>
        <w:tc>
          <w:tcPr>
            <w:tcW w:type="dxa" w:w="1080"/>
          </w:tcPr>
          <w:p>
            <w:r>
              <w:t>城市道路与交通(一)</w:t>
            </w:r>
          </w:p>
        </w:tc>
        <w:tc>
          <w:tcPr>
            <w:tcW w:type="dxa" w:w="1080"/>
          </w:tcPr>
          <w:p>
            <w:r>
              <w:t>1AU31205</w:t>
            </w:r>
          </w:p>
        </w:tc>
        <w:tc>
          <w:tcPr>
            <w:tcW w:type="dxa" w:w="1080"/>
          </w:tcPr>
          <w:p>
            <w:r>
              <w:t>2</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5</w:t>
            </w:r>
          </w:p>
        </w:tc>
      </w:tr>
      <w:tr>
        <w:tc>
          <w:tcPr>
            <w:tcW w:type="dxa" w:w="1080"/>
          </w:tcPr>
          <w:p>
            <w:r>
              <w:t>41</w:t>
            </w:r>
          </w:p>
        </w:tc>
        <w:tc>
          <w:tcPr>
            <w:tcW w:type="dxa" w:w="1080"/>
          </w:tcPr>
          <w:p>
            <w:r>
              <w:t>城乡规划原理A(1)</w:t>
            </w:r>
          </w:p>
        </w:tc>
        <w:tc>
          <w:tcPr>
            <w:tcW w:type="dxa" w:w="1080"/>
          </w:tcPr>
          <w:p>
            <w:r>
              <w:t>1AU31219</w:t>
            </w:r>
          </w:p>
        </w:tc>
        <w:tc>
          <w:tcPr>
            <w:tcW w:type="dxa" w:w="1080"/>
          </w:tcPr>
          <w:p>
            <w:r>
              <w:t>2</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5</w:t>
            </w:r>
          </w:p>
        </w:tc>
      </w:tr>
      <w:tr>
        <w:tc>
          <w:tcPr>
            <w:tcW w:type="dxa" w:w="1080"/>
          </w:tcPr>
          <w:p>
            <w:r>
              <w:t>42</w:t>
            </w:r>
          </w:p>
        </w:tc>
        <w:tc>
          <w:tcPr>
            <w:tcW w:type="dxa" w:w="1080"/>
          </w:tcPr>
          <w:p>
            <w:r>
              <w:t>城市详细规划(1)</w:t>
            </w:r>
          </w:p>
        </w:tc>
        <w:tc>
          <w:tcPr>
            <w:tcW w:type="dxa" w:w="1080"/>
          </w:tcPr>
          <w:p>
            <w:r>
              <w:t>1AU31222</w:t>
            </w:r>
          </w:p>
        </w:tc>
        <w:tc>
          <w:tcPr>
            <w:tcW w:type="dxa" w:w="1080"/>
          </w:tcPr>
          <w:p>
            <w:r>
              <w:t>6</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5</w:t>
            </w:r>
          </w:p>
        </w:tc>
      </w:tr>
      <w:tr>
        <w:tc>
          <w:tcPr>
            <w:tcW w:type="dxa" w:w="1080"/>
          </w:tcPr>
          <w:p>
            <w:r>
              <w:t>43</w:t>
            </w:r>
          </w:p>
        </w:tc>
        <w:tc>
          <w:tcPr>
            <w:tcW w:type="dxa" w:w="1080"/>
          </w:tcPr>
          <w:p>
            <w:r>
              <w:t>城市社会学</w:t>
            </w:r>
          </w:p>
        </w:tc>
        <w:tc>
          <w:tcPr>
            <w:tcW w:type="dxa" w:w="1080"/>
          </w:tcPr>
          <w:p>
            <w:r>
              <w:t>1AU32201</w:t>
            </w:r>
          </w:p>
        </w:tc>
        <w:tc>
          <w:tcPr>
            <w:tcW w:type="dxa" w:w="1080"/>
          </w:tcPr>
          <w:p>
            <w:r>
              <w:t>1</w:t>
            </w:r>
          </w:p>
        </w:tc>
        <w:tc>
          <w:tcPr>
            <w:tcW w:type="dxa" w:w="1080"/>
          </w:tcPr>
          <w:p>
            <w:r>
              <w:t>专业教育限选课</w:t>
            </w:r>
          </w:p>
        </w:tc>
        <w:tc>
          <w:tcPr>
            <w:tcW w:type="dxa" w:w="1080"/>
          </w:tcPr>
          <w:p>
            <w:r>
              <w:t>建筑与城市规划学院</w:t>
            </w:r>
          </w:p>
        </w:tc>
        <w:tc>
          <w:tcPr>
            <w:tcW w:type="dxa" w:w="1080"/>
          </w:tcPr>
          <w:p>
            <w:r>
              <w:t>2024-2025</w:t>
            </w:r>
          </w:p>
        </w:tc>
        <w:tc>
          <w:tcPr>
            <w:tcW w:type="dxa" w:w="1080"/>
          </w:tcPr>
          <w:p>
            <w:r>
              <w:t>5</w:t>
            </w:r>
          </w:p>
        </w:tc>
      </w:tr>
      <w:tr>
        <w:tc>
          <w:tcPr>
            <w:tcW w:type="dxa" w:w="1080"/>
          </w:tcPr>
          <w:p>
            <w:r>
              <w:t>44</w:t>
            </w:r>
          </w:p>
        </w:tc>
        <w:tc>
          <w:tcPr>
            <w:tcW w:type="dxa" w:w="1080"/>
          </w:tcPr>
          <w:p>
            <w:r>
              <w:t>详细规划实习</w:t>
            </w:r>
          </w:p>
        </w:tc>
        <w:tc>
          <w:tcPr>
            <w:tcW w:type="dxa" w:w="1080"/>
          </w:tcPr>
          <w:p>
            <w:r>
              <w:t>1AU41203</w:t>
            </w:r>
          </w:p>
        </w:tc>
        <w:tc>
          <w:tcPr>
            <w:tcW w:type="dxa" w:w="1080"/>
          </w:tcPr>
          <w:p>
            <w:r>
              <w:t>1</w:t>
            </w:r>
          </w:p>
        </w:tc>
        <w:tc>
          <w:tcPr>
            <w:tcW w:type="dxa" w:w="1080"/>
          </w:tcPr>
          <w:p>
            <w:r>
              <w:t>集中实践必修课</w:t>
            </w:r>
          </w:p>
        </w:tc>
        <w:tc>
          <w:tcPr>
            <w:tcW w:type="dxa" w:w="1080"/>
          </w:tcPr>
          <w:p>
            <w:r>
              <w:t>建筑与城市规划学院</w:t>
            </w:r>
          </w:p>
        </w:tc>
        <w:tc>
          <w:tcPr>
            <w:tcW w:type="dxa" w:w="1080"/>
          </w:tcPr>
          <w:p>
            <w:r>
              <w:t>2024-2025</w:t>
            </w:r>
          </w:p>
        </w:tc>
        <w:tc>
          <w:tcPr>
            <w:tcW w:type="dxa" w:w="1080"/>
          </w:tcPr>
          <w:p>
            <w:r>
              <w:t>5</w:t>
            </w:r>
          </w:p>
        </w:tc>
      </w:tr>
      <w:tr>
        <w:tc>
          <w:tcPr>
            <w:tcW w:type="dxa" w:w="1080"/>
          </w:tcPr>
          <w:p>
            <w:r>
              <w:t>45</w:t>
            </w:r>
          </w:p>
        </w:tc>
        <w:tc>
          <w:tcPr>
            <w:tcW w:type="dxa" w:w="1080"/>
          </w:tcPr>
          <w:p>
            <w:r>
              <w:t>城市地理信息系统A</w:t>
            </w:r>
          </w:p>
        </w:tc>
        <w:tc>
          <w:tcPr>
            <w:tcW w:type="dxa" w:w="1080"/>
          </w:tcPr>
          <w:p>
            <w:r>
              <w:t>1AU31203</w:t>
            </w:r>
          </w:p>
        </w:tc>
        <w:tc>
          <w:tcPr>
            <w:tcW w:type="dxa" w:w="1080"/>
          </w:tcPr>
          <w:p>
            <w:r>
              <w:t>2</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6</w:t>
            </w:r>
          </w:p>
        </w:tc>
      </w:tr>
      <w:tr>
        <w:tc>
          <w:tcPr>
            <w:tcW w:type="dxa" w:w="1080"/>
          </w:tcPr>
          <w:p>
            <w:r>
              <w:t>46</w:t>
            </w:r>
          </w:p>
        </w:tc>
        <w:tc>
          <w:tcPr>
            <w:tcW w:type="dxa" w:w="1080"/>
          </w:tcPr>
          <w:p>
            <w:r>
              <w:t>城市道路与交通（二）</w:t>
            </w:r>
          </w:p>
        </w:tc>
        <w:tc>
          <w:tcPr>
            <w:tcW w:type="dxa" w:w="1080"/>
          </w:tcPr>
          <w:p>
            <w:r>
              <w:t>1AU31206</w:t>
            </w:r>
          </w:p>
        </w:tc>
        <w:tc>
          <w:tcPr>
            <w:tcW w:type="dxa" w:w="1080"/>
          </w:tcPr>
          <w:p>
            <w:r>
              <w:t>2</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6</w:t>
            </w:r>
          </w:p>
        </w:tc>
      </w:tr>
      <w:tr>
        <w:tc>
          <w:tcPr>
            <w:tcW w:type="dxa" w:w="1080"/>
          </w:tcPr>
          <w:p>
            <w:r>
              <w:t>47</w:t>
            </w:r>
          </w:p>
        </w:tc>
        <w:tc>
          <w:tcPr>
            <w:tcW w:type="dxa" w:w="1080"/>
          </w:tcPr>
          <w:p>
            <w:r>
              <w:t>城乡规划管理与法规</w:t>
            </w:r>
          </w:p>
        </w:tc>
        <w:tc>
          <w:tcPr>
            <w:tcW w:type="dxa" w:w="1080"/>
          </w:tcPr>
          <w:p>
            <w:r>
              <w:t>1AU31207</w:t>
            </w:r>
          </w:p>
        </w:tc>
        <w:tc>
          <w:tcPr>
            <w:tcW w:type="dxa" w:w="1080"/>
          </w:tcPr>
          <w:p>
            <w:r>
              <w:t>2</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6</w:t>
            </w:r>
          </w:p>
        </w:tc>
      </w:tr>
      <w:tr>
        <w:tc>
          <w:tcPr>
            <w:tcW w:type="dxa" w:w="1080"/>
          </w:tcPr>
          <w:p>
            <w:r>
              <w:t>48</w:t>
            </w:r>
          </w:p>
        </w:tc>
        <w:tc>
          <w:tcPr>
            <w:tcW w:type="dxa" w:w="1080"/>
          </w:tcPr>
          <w:p>
            <w:r>
              <w:t>城乡规划原理A(2)</w:t>
            </w:r>
          </w:p>
        </w:tc>
        <w:tc>
          <w:tcPr>
            <w:tcW w:type="dxa" w:w="1080"/>
          </w:tcPr>
          <w:p>
            <w:r>
              <w:t>1AU31220</w:t>
            </w:r>
          </w:p>
        </w:tc>
        <w:tc>
          <w:tcPr>
            <w:tcW w:type="dxa" w:w="1080"/>
          </w:tcPr>
          <w:p>
            <w:r>
              <w:t>1</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6</w:t>
            </w:r>
          </w:p>
        </w:tc>
      </w:tr>
      <w:tr>
        <w:tc>
          <w:tcPr>
            <w:tcW w:type="dxa" w:w="1080"/>
          </w:tcPr>
          <w:p>
            <w:r>
              <w:t>49</w:t>
            </w:r>
          </w:p>
        </w:tc>
        <w:tc>
          <w:tcPr>
            <w:tcW w:type="dxa" w:w="1080"/>
          </w:tcPr>
          <w:p>
            <w:r>
              <w:t>城市详细规划(2)</w:t>
            </w:r>
          </w:p>
        </w:tc>
        <w:tc>
          <w:tcPr>
            <w:tcW w:type="dxa" w:w="1080"/>
          </w:tcPr>
          <w:p>
            <w:r>
              <w:t>1AU31223</w:t>
            </w:r>
          </w:p>
        </w:tc>
        <w:tc>
          <w:tcPr>
            <w:tcW w:type="dxa" w:w="1080"/>
          </w:tcPr>
          <w:p>
            <w:r>
              <w:t>6</w:t>
            </w:r>
          </w:p>
        </w:tc>
        <w:tc>
          <w:tcPr>
            <w:tcW w:type="dxa" w:w="1080"/>
          </w:tcPr>
          <w:p>
            <w:r>
              <w:t>专业教育必修课</w:t>
            </w:r>
          </w:p>
        </w:tc>
        <w:tc>
          <w:tcPr>
            <w:tcW w:type="dxa" w:w="1080"/>
          </w:tcPr>
          <w:p>
            <w:r>
              <w:t>建筑与城市规划学院</w:t>
            </w:r>
          </w:p>
        </w:tc>
        <w:tc>
          <w:tcPr>
            <w:tcW w:type="dxa" w:w="1080"/>
          </w:tcPr>
          <w:p>
            <w:r>
              <w:t>2024-2025</w:t>
            </w:r>
          </w:p>
        </w:tc>
        <w:tc>
          <w:tcPr>
            <w:tcW w:type="dxa" w:w="1080"/>
          </w:tcPr>
          <w:p>
            <w:r>
              <w:t>6</w:t>
            </w:r>
          </w:p>
        </w:tc>
      </w:tr>
      <w:tr>
        <w:tc>
          <w:tcPr>
            <w:tcW w:type="dxa" w:w="1080"/>
          </w:tcPr>
          <w:p>
            <w:r>
              <w:t>50</w:t>
            </w:r>
          </w:p>
        </w:tc>
        <w:tc>
          <w:tcPr>
            <w:tcW w:type="dxa" w:w="1080"/>
          </w:tcPr>
          <w:p>
            <w:r>
              <w:t>城市地理学</w:t>
            </w:r>
          </w:p>
        </w:tc>
        <w:tc>
          <w:tcPr>
            <w:tcW w:type="dxa" w:w="1080"/>
          </w:tcPr>
          <w:p>
            <w:r>
              <w:t>1AU32202</w:t>
            </w:r>
          </w:p>
        </w:tc>
        <w:tc>
          <w:tcPr>
            <w:tcW w:type="dxa" w:w="1080"/>
          </w:tcPr>
          <w:p>
            <w:r>
              <w:t>2</w:t>
            </w:r>
          </w:p>
        </w:tc>
        <w:tc>
          <w:tcPr>
            <w:tcW w:type="dxa" w:w="1080"/>
          </w:tcPr>
          <w:p>
            <w:r>
              <w:t>专业教育限选课</w:t>
            </w:r>
          </w:p>
        </w:tc>
        <w:tc>
          <w:tcPr>
            <w:tcW w:type="dxa" w:w="1080"/>
          </w:tcPr>
          <w:p>
            <w:r>
              <w:t>建筑与城市规划学院</w:t>
            </w:r>
          </w:p>
        </w:tc>
        <w:tc>
          <w:tcPr>
            <w:tcW w:type="dxa" w:w="1080"/>
          </w:tcPr>
          <w:p>
            <w:r>
              <w:t>2024-2025</w:t>
            </w:r>
          </w:p>
        </w:tc>
        <w:tc>
          <w:tcPr>
            <w:tcW w:type="dxa" w:w="1080"/>
          </w:tcPr>
          <w:p>
            <w:r>
              <w:t>6</w:t>
            </w:r>
          </w:p>
        </w:tc>
      </w:tr>
      <w:tr>
        <w:tc>
          <w:tcPr>
            <w:tcW w:type="dxa" w:w="1080"/>
          </w:tcPr>
          <w:p>
            <w:r>
              <w:t>51</w:t>
            </w:r>
          </w:p>
        </w:tc>
        <w:tc>
          <w:tcPr>
            <w:tcW w:type="dxa" w:w="1080"/>
          </w:tcPr>
          <w:p>
            <w:r>
              <w:t>城乡规划原理A(3)</w:t>
            </w:r>
          </w:p>
        </w:tc>
        <w:tc>
          <w:tcPr>
            <w:tcW w:type="dxa" w:w="1080"/>
          </w:tcPr>
          <w:p>
            <w:r>
              <w:t>1AU31221</w:t>
            </w:r>
          </w:p>
        </w:tc>
        <w:tc>
          <w:tcPr>
            <w:tcW w:type="dxa" w:w="1080"/>
          </w:tcPr>
          <w:p>
            <w:r>
              <w:t>2</w:t>
            </w:r>
          </w:p>
        </w:tc>
        <w:tc>
          <w:tcPr>
            <w:tcW w:type="dxa" w:w="1080"/>
          </w:tcPr>
          <w:p>
            <w:r>
              <w:t>专业教育必修课</w:t>
            </w:r>
          </w:p>
        </w:tc>
        <w:tc>
          <w:tcPr>
            <w:tcW w:type="dxa" w:w="1080"/>
          </w:tcPr>
          <w:p>
            <w:r>
              <w:t>建筑与城市规划学院</w:t>
            </w:r>
          </w:p>
        </w:tc>
        <w:tc>
          <w:tcPr>
            <w:tcW w:type="dxa" w:w="1080"/>
          </w:tcPr>
          <w:p>
            <w:r>
              <w:t>2025-2026</w:t>
            </w:r>
          </w:p>
        </w:tc>
        <w:tc>
          <w:tcPr>
            <w:tcW w:type="dxa" w:w="1080"/>
          </w:tcPr>
          <w:p>
            <w:r>
              <w:t>7</w:t>
            </w:r>
          </w:p>
        </w:tc>
      </w:tr>
      <w:tr>
        <w:tc>
          <w:tcPr>
            <w:tcW w:type="dxa" w:w="1080"/>
          </w:tcPr>
          <w:p>
            <w:r>
              <w:t>52</w:t>
            </w:r>
          </w:p>
        </w:tc>
        <w:tc>
          <w:tcPr>
            <w:tcW w:type="dxa" w:w="1080"/>
          </w:tcPr>
          <w:p>
            <w:r>
              <w:t>城市详细规划(3)</w:t>
            </w:r>
          </w:p>
        </w:tc>
        <w:tc>
          <w:tcPr>
            <w:tcW w:type="dxa" w:w="1080"/>
          </w:tcPr>
          <w:p>
            <w:r>
              <w:t>1AU31224</w:t>
            </w:r>
          </w:p>
        </w:tc>
        <w:tc>
          <w:tcPr>
            <w:tcW w:type="dxa" w:w="1080"/>
          </w:tcPr>
          <w:p>
            <w:r>
              <w:t>4</w:t>
            </w:r>
          </w:p>
        </w:tc>
        <w:tc>
          <w:tcPr>
            <w:tcW w:type="dxa" w:w="1080"/>
          </w:tcPr>
          <w:p>
            <w:r>
              <w:t>专业教育必修课</w:t>
            </w:r>
          </w:p>
        </w:tc>
        <w:tc>
          <w:tcPr>
            <w:tcW w:type="dxa" w:w="1080"/>
          </w:tcPr>
          <w:p>
            <w:r>
              <w:t>建筑与城市规划学院</w:t>
            </w:r>
          </w:p>
        </w:tc>
        <w:tc>
          <w:tcPr>
            <w:tcW w:type="dxa" w:w="1080"/>
          </w:tcPr>
          <w:p>
            <w:r>
              <w:t>2025-2026</w:t>
            </w:r>
          </w:p>
        </w:tc>
        <w:tc>
          <w:tcPr>
            <w:tcW w:type="dxa" w:w="1080"/>
          </w:tcPr>
          <w:p>
            <w:r>
              <w:t>7</w:t>
            </w:r>
          </w:p>
        </w:tc>
      </w:tr>
      <w:tr>
        <w:tc>
          <w:tcPr>
            <w:tcW w:type="dxa" w:w="1080"/>
          </w:tcPr>
          <w:p>
            <w:r>
              <w:t>53</w:t>
            </w:r>
          </w:p>
        </w:tc>
        <w:tc>
          <w:tcPr>
            <w:tcW w:type="dxa" w:w="1080"/>
          </w:tcPr>
          <w:p>
            <w:r>
              <w:t>城市工程系统规划</w:t>
            </w:r>
          </w:p>
        </w:tc>
        <w:tc>
          <w:tcPr>
            <w:tcW w:type="dxa" w:w="1080"/>
          </w:tcPr>
          <w:p>
            <w:r>
              <w:t>1AU31216</w:t>
            </w:r>
          </w:p>
        </w:tc>
        <w:tc>
          <w:tcPr>
            <w:tcW w:type="dxa" w:w="1080"/>
          </w:tcPr>
          <w:p>
            <w:r>
              <w:t>2</w:t>
            </w:r>
          </w:p>
        </w:tc>
        <w:tc>
          <w:tcPr>
            <w:tcW w:type="dxa" w:w="1080"/>
          </w:tcPr>
          <w:p>
            <w:r>
              <w:t>专业教育必修课</w:t>
            </w:r>
          </w:p>
        </w:tc>
        <w:tc>
          <w:tcPr>
            <w:tcW w:type="dxa" w:w="1080"/>
          </w:tcPr>
          <w:p>
            <w:r>
              <w:t>建筑与城市规划学院</w:t>
            </w:r>
          </w:p>
        </w:tc>
        <w:tc>
          <w:tcPr>
            <w:tcW w:type="dxa" w:w="1080"/>
          </w:tcPr>
          <w:p>
            <w:r>
              <w:t>2025-2026</w:t>
            </w:r>
          </w:p>
        </w:tc>
        <w:tc>
          <w:tcPr>
            <w:tcW w:type="dxa" w:w="1080"/>
          </w:tcPr>
          <w:p>
            <w:r>
              <w:t>7</w:t>
            </w:r>
          </w:p>
        </w:tc>
      </w:tr>
      <w:tr>
        <w:tc>
          <w:tcPr>
            <w:tcW w:type="dxa" w:w="1080"/>
          </w:tcPr>
          <w:p>
            <w:r>
              <w:t>54</w:t>
            </w:r>
          </w:p>
        </w:tc>
        <w:tc>
          <w:tcPr>
            <w:tcW w:type="dxa" w:w="1080"/>
          </w:tcPr>
          <w:p>
            <w:r>
              <w:t>城乡生态与环境规划</w:t>
            </w:r>
          </w:p>
        </w:tc>
        <w:tc>
          <w:tcPr>
            <w:tcW w:type="dxa" w:w="1080"/>
          </w:tcPr>
          <w:p>
            <w:r>
              <w:t>1AU31217</w:t>
            </w:r>
          </w:p>
        </w:tc>
        <w:tc>
          <w:tcPr>
            <w:tcW w:type="dxa" w:w="1080"/>
          </w:tcPr>
          <w:p>
            <w:r>
              <w:t>2</w:t>
            </w:r>
          </w:p>
        </w:tc>
        <w:tc>
          <w:tcPr>
            <w:tcW w:type="dxa" w:w="1080"/>
          </w:tcPr>
          <w:p>
            <w:r>
              <w:t>专业教育必修课</w:t>
            </w:r>
          </w:p>
        </w:tc>
        <w:tc>
          <w:tcPr>
            <w:tcW w:type="dxa" w:w="1080"/>
          </w:tcPr>
          <w:p>
            <w:r>
              <w:t>建筑与城市规划学院</w:t>
            </w:r>
          </w:p>
        </w:tc>
        <w:tc>
          <w:tcPr>
            <w:tcW w:type="dxa" w:w="1080"/>
          </w:tcPr>
          <w:p>
            <w:r>
              <w:t>2025-2026</w:t>
            </w:r>
          </w:p>
        </w:tc>
        <w:tc>
          <w:tcPr>
            <w:tcW w:type="dxa" w:w="1080"/>
          </w:tcPr>
          <w:p>
            <w:r>
              <w:t>7</w:t>
            </w:r>
          </w:p>
        </w:tc>
      </w:tr>
      <w:tr>
        <w:tc>
          <w:tcPr>
            <w:tcW w:type="dxa" w:w="1080"/>
          </w:tcPr>
          <w:p>
            <w:r>
              <w:t>55</w:t>
            </w:r>
          </w:p>
        </w:tc>
        <w:tc>
          <w:tcPr>
            <w:tcW w:type="dxa" w:w="1080"/>
          </w:tcPr>
          <w:p>
            <w:r>
              <w:t>数字化规划设计技术</w:t>
            </w:r>
          </w:p>
        </w:tc>
        <w:tc>
          <w:tcPr>
            <w:tcW w:type="dxa" w:w="1080"/>
          </w:tcPr>
          <w:p>
            <w:r>
              <w:t>1AU32204</w:t>
            </w:r>
          </w:p>
        </w:tc>
        <w:tc>
          <w:tcPr>
            <w:tcW w:type="dxa" w:w="1080"/>
          </w:tcPr>
          <w:p>
            <w:r>
              <w:t>2</w:t>
            </w:r>
          </w:p>
        </w:tc>
        <w:tc>
          <w:tcPr>
            <w:tcW w:type="dxa" w:w="1080"/>
          </w:tcPr>
          <w:p>
            <w:r>
              <w:t>专业教育限选课</w:t>
            </w:r>
          </w:p>
        </w:tc>
        <w:tc>
          <w:tcPr>
            <w:tcW w:type="dxa" w:w="1080"/>
          </w:tcPr>
          <w:p>
            <w:r>
              <w:t>建筑与城市规划学院</w:t>
            </w:r>
          </w:p>
        </w:tc>
        <w:tc>
          <w:tcPr>
            <w:tcW w:type="dxa" w:w="1080"/>
          </w:tcPr>
          <w:p>
            <w:r>
              <w:t>2025-2026</w:t>
            </w:r>
          </w:p>
        </w:tc>
        <w:tc>
          <w:tcPr>
            <w:tcW w:type="dxa" w:w="1080"/>
          </w:tcPr>
          <w:p>
            <w:r>
              <w:t>7</w:t>
            </w:r>
          </w:p>
        </w:tc>
      </w:tr>
      <w:tr>
        <w:tc>
          <w:tcPr>
            <w:tcW w:type="dxa" w:w="1080"/>
          </w:tcPr>
          <w:p>
            <w:r>
              <w:t>56</w:t>
            </w:r>
          </w:p>
        </w:tc>
        <w:tc>
          <w:tcPr>
            <w:tcW w:type="dxa" w:w="1080"/>
          </w:tcPr>
          <w:p>
            <w:r>
              <w:t>乡村规划设计</w:t>
            </w:r>
          </w:p>
        </w:tc>
        <w:tc>
          <w:tcPr>
            <w:tcW w:type="dxa" w:w="1080"/>
          </w:tcPr>
          <w:p>
            <w:r>
              <w:t>1AU32208</w:t>
            </w:r>
          </w:p>
        </w:tc>
        <w:tc>
          <w:tcPr>
            <w:tcW w:type="dxa" w:w="1080"/>
          </w:tcPr>
          <w:p>
            <w:r>
              <w:t>2</w:t>
            </w:r>
          </w:p>
        </w:tc>
        <w:tc>
          <w:tcPr>
            <w:tcW w:type="dxa" w:w="1080"/>
          </w:tcPr>
          <w:p>
            <w:r>
              <w:t>专业教育限选课</w:t>
            </w:r>
          </w:p>
        </w:tc>
        <w:tc>
          <w:tcPr>
            <w:tcW w:type="dxa" w:w="1080"/>
          </w:tcPr>
          <w:p>
            <w:r>
              <w:t>建筑与城市规划学院</w:t>
            </w:r>
          </w:p>
        </w:tc>
        <w:tc>
          <w:tcPr>
            <w:tcW w:type="dxa" w:w="1080"/>
          </w:tcPr>
          <w:p>
            <w:r>
              <w:t>2025-2026</w:t>
            </w:r>
          </w:p>
        </w:tc>
        <w:tc>
          <w:tcPr>
            <w:tcW w:type="dxa" w:w="1080"/>
          </w:tcPr>
          <w:p>
            <w:r>
              <w:t>7</w:t>
            </w:r>
          </w:p>
        </w:tc>
      </w:tr>
      <w:tr>
        <w:tc>
          <w:tcPr>
            <w:tcW w:type="dxa" w:w="1080"/>
          </w:tcPr>
          <w:p>
            <w:r>
              <w:t>57</w:t>
            </w:r>
          </w:p>
        </w:tc>
        <w:tc>
          <w:tcPr>
            <w:tcW w:type="dxa" w:w="1080"/>
          </w:tcPr>
          <w:p>
            <w:r>
              <w:t>区域发展与规划</w:t>
            </w:r>
          </w:p>
        </w:tc>
        <w:tc>
          <w:tcPr>
            <w:tcW w:type="dxa" w:w="1080"/>
          </w:tcPr>
          <w:p>
            <w:r>
              <w:t>1AU32209</w:t>
            </w:r>
          </w:p>
        </w:tc>
        <w:tc>
          <w:tcPr>
            <w:tcW w:type="dxa" w:w="1080"/>
          </w:tcPr>
          <w:p>
            <w:r>
              <w:t>2</w:t>
            </w:r>
          </w:p>
        </w:tc>
        <w:tc>
          <w:tcPr>
            <w:tcW w:type="dxa" w:w="1080"/>
          </w:tcPr>
          <w:p>
            <w:r>
              <w:t>专业教育限选课</w:t>
            </w:r>
          </w:p>
        </w:tc>
        <w:tc>
          <w:tcPr>
            <w:tcW w:type="dxa" w:w="1080"/>
          </w:tcPr>
          <w:p>
            <w:r>
              <w:t>建筑与城市规划学院</w:t>
            </w:r>
          </w:p>
        </w:tc>
        <w:tc>
          <w:tcPr>
            <w:tcW w:type="dxa" w:w="1080"/>
          </w:tcPr>
          <w:p>
            <w:r>
              <w:t>2025-2026</w:t>
            </w:r>
          </w:p>
        </w:tc>
        <w:tc>
          <w:tcPr>
            <w:tcW w:type="dxa" w:w="1080"/>
          </w:tcPr>
          <w:p>
            <w:r>
              <w:t>7</w:t>
            </w:r>
          </w:p>
        </w:tc>
      </w:tr>
      <w:tr>
        <w:tc>
          <w:tcPr>
            <w:tcW w:type="dxa" w:w="1080"/>
          </w:tcPr>
          <w:p>
            <w:r>
              <w:t>58</w:t>
            </w:r>
          </w:p>
        </w:tc>
        <w:tc>
          <w:tcPr>
            <w:tcW w:type="dxa" w:w="1080"/>
          </w:tcPr>
          <w:p>
            <w:r>
              <w:t>乡村规划原理</w:t>
            </w:r>
          </w:p>
        </w:tc>
        <w:tc>
          <w:tcPr>
            <w:tcW w:type="dxa" w:w="1080"/>
          </w:tcPr>
          <w:p>
            <w:r>
              <w:t>1AU32211</w:t>
            </w:r>
          </w:p>
        </w:tc>
        <w:tc>
          <w:tcPr>
            <w:tcW w:type="dxa" w:w="1080"/>
          </w:tcPr>
          <w:p>
            <w:r>
              <w:t>1</w:t>
            </w:r>
          </w:p>
        </w:tc>
        <w:tc>
          <w:tcPr>
            <w:tcW w:type="dxa" w:w="1080"/>
          </w:tcPr>
          <w:p>
            <w:r>
              <w:t>专业教育限选课</w:t>
            </w:r>
          </w:p>
        </w:tc>
        <w:tc>
          <w:tcPr>
            <w:tcW w:type="dxa" w:w="1080"/>
          </w:tcPr>
          <w:p>
            <w:r>
              <w:t>建筑与城市规划学院</w:t>
            </w:r>
          </w:p>
        </w:tc>
        <w:tc>
          <w:tcPr>
            <w:tcW w:type="dxa" w:w="1080"/>
          </w:tcPr>
          <w:p>
            <w:r>
              <w:t>2025-2026</w:t>
            </w:r>
          </w:p>
        </w:tc>
        <w:tc>
          <w:tcPr>
            <w:tcW w:type="dxa" w:w="1080"/>
          </w:tcPr>
          <w:p>
            <w:r>
              <w:t>7</w:t>
            </w:r>
          </w:p>
        </w:tc>
      </w:tr>
      <w:tr>
        <w:tc>
          <w:tcPr>
            <w:tcW w:type="dxa" w:w="1080"/>
          </w:tcPr>
          <w:p>
            <w:r>
              <w:t>59</w:t>
            </w:r>
          </w:p>
        </w:tc>
        <w:tc>
          <w:tcPr>
            <w:tcW w:type="dxa" w:w="1080"/>
          </w:tcPr>
          <w:p>
            <w:r>
              <w:t>乡村调研实习</w:t>
            </w:r>
          </w:p>
        </w:tc>
        <w:tc>
          <w:tcPr>
            <w:tcW w:type="dxa" w:w="1080"/>
          </w:tcPr>
          <w:p>
            <w:r>
              <w:t>1AU41209</w:t>
            </w:r>
          </w:p>
        </w:tc>
        <w:tc>
          <w:tcPr>
            <w:tcW w:type="dxa" w:w="1080"/>
          </w:tcPr>
          <w:p>
            <w:r>
              <w:t>1</w:t>
            </w:r>
          </w:p>
        </w:tc>
        <w:tc>
          <w:tcPr>
            <w:tcW w:type="dxa" w:w="1080"/>
          </w:tcPr>
          <w:p>
            <w:r>
              <w:t>集中实践必修课</w:t>
            </w:r>
          </w:p>
        </w:tc>
        <w:tc>
          <w:tcPr>
            <w:tcW w:type="dxa" w:w="1080"/>
          </w:tcPr>
          <w:p>
            <w:r>
              <w:t>建筑与城市规划学院</w:t>
            </w:r>
          </w:p>
        </w:tc>
        <w:tc>
          <w:tcPr>
            <w:tcW w:type="dxa" w:w="1080"/>
          </w:tcPr>
          <w:p>
            <w:r>
              <w:t>2025-2026</w:t>
            </w:r>
          </w:p>
        </w:tc>
        <w:tc>
          <w:tcPr>
            <w:tcW w:type="dxa" w:w="1080"/>
          </w:tcPr>
          <w:p>
            <w:r>
              <w:t>7</w:t>
            </w:r>
          </w:p>
        </w:tc>
      </w:tr>
      <w:tr>
        <w:tc>
          <w:tcPr>
            <w:tcW w:type="dxa" w:w="1080"/>
          </w:tcPr>
          <w:p>
            <w:r>
              <w:t>60</w:t>
            </w:r>
          </w:p>
        </w:tc>
        <w:tc>
          <w:tcPr>
            <w:tcW w:type="dxa" w:w="1080"/>
          </w:tcPr>
          <w:p>
            <w:r>
              <w:t>就业指导与创业教育</w:t>
            </w:r>
          </w:p>
        </w:tc>
        <w:tc>
          <w:tcPr>
            <w:tcW w:type="dxa" w:w="1080"/>
          </w:tcPr>
          <w:p>
            <w:r>
              <w:t>1SO51003</w:t>
            </w:r>
          </w:p>
        </w:tc>
        <w:tc>
          <w:tcPr>
            <w:tcW w:type="dxa" w:w="1080"/>
          </w:tcPr>
          <w:p>
            <w:r>
              <w:t>1</w:t>
            </w:r>
          </w:p>
        </w:tc>
        <w:tc>
          <w:tcPr>
            <w:tcW w:type="dxa" w:w="1080"/>
          </w:tcPr>
          <w:p>
            <w:r>
              <w:t>素质拓展必修课</w:t>
            </w:r>
          </w:p>
        </w:tc>
        <w:tc>
          <w:tcPr>
            <w:tcW w:type="dxa" w:w="1080"/>
          </w:tcPr>
          <w:p>
            <w:r>
              <w:t>学生工作处</w:t>
            </w:r>
          </w:p>
        </w:tc>
        <w:tc>
          <w:tcPr>
            <w:tcW w:type="dxa" w:w="1080"/>
          </w:tcPr>
          <w:p>
            <w:r>
              <w:t>2025-2026</w:t>
            </w:r>
          </w:p>
        </w:tc>
        <w:tc>
          <w:tcPr>
            <w:tcW w:type="dxa" w:w="1080"/>
          </w:tcPr>
          <w:p>
            <w:r>
              <w:t>7</w:t>
            </w:r>
          </w:p>
        </w:tc>
      </w:tr>
      <w:tr>
        <w:tc>
          <w:tcPr>
            <w:tcW w:type="dxa" w:w="1080"/>
          </w:tcPr>
          <w:p>
            <w:r>
              <w:t>61</w:t>
            </w:r>
          </w:p>
        </w:tc>
        <w:tc>
          <w:tcPr>
            <w:tcW w:type="dxa" w:w="1080"/>
          </w:tcPr>
          <w:p>
            <w:r>
              <w:t>城市更新与再开发</w:t>
            </w:r>
          </w:p>
        </w:tc>
        <w:tc>
          <w:tcPr>
            <w:tcW w:type="dxa" w:w="1080"/>
          </w:tcPr>
          <w:p>
            <w:r>
              <w:t>1AU21205</w:t>
            </w:r>
          </w:p>
        </w:tc>
        <w:tc>
          <w:tcPr>
            <w:tcW w:type="dxa" w:w="1080"/>
          </w:tcPr>
          <w:p>
            <w:r>
              <w:t>2</w:t>
            </w:r>
          </w:p>
        </w:tc>
        <w:tc>
          <w:tcPr>
            <w:tcW w:type="dxa" w:w="1080"/>
          </w:tcPr>
          <w:p>
            <w:r>
              <w:t>学科基础必修课</w:t>
            </w:r>
          </w:p>
        </w:tc>
        <w:tc>
          <w:tcPr>
            <w:tcW w:type="dxa" w:w="1080"/>
          </w:tcPr>
          <w:p>
            <w:r>
              <w:t>建筑与城市规划学院</w:t>
            </w:r>
          </w:p>
        </w:tc>
        <w:tc>
          <w:tcPr>
            <w:tcW w:type="dxa" w:w="1080"/>
          </w:tcPr>
          <w:p>
            <w:r>
              <w:t>2025-2026</w:t>
            </w:r>
          </w:p>
        </w:tc>
        <w:tc>
          <w:tcPr>
            <w:tcW w:type="dxa" w:w="1080"/>
          </w:tcPr>
          <w:p>
            <w:r>
              <w:t>8</w:t>
            </w:r>
          </w:p>
        </w:tc>
      </w:tr>
      <w:tr>
        <w:tc>
          <w:tcPr>
            <w:tcW w:type="dxa" w:w="1080"/>
          </w:tcPr>
          <w:p>
            <w:r>
              <w:t>62</w:t>
            </w:r>
          </w:p>
        </w:tc>
        <w:tc>
          <w:tcPr>
            <w:tcW w:type="dxa" w:w="1080"/>
          </w:tcPr>
          <w:p>
            <w:r>
              <w:t>城乡社会综合调查</w:t>
            </w:r>
          </w:p>
        </w:tc>
        <w:tc>
          <w:tcPr>
            <w:tcW w:type="dxa" w:w="1080"/>
          </w:tcPr>
          <w:p>
            <w:r>
              <w:t>1AU31204</w:t>
            </w:r>
          </w:p>
        </w:tc>
        <w:tc>
          <w:tcPr>
            <w:tcW w:type="dxa" w:w="1080"/>
          </w:tcPr>
          <w:p>
            <w:r>
              <w:t>2</w:t>
            </w:r>
          </w:p>
        </w:tc>
        <w:tc>
          <w:tcPr>
            <w:tcW w:type="dxa" w:w="1080"/>
          </w:tcPr>
          <w:p>
            <w:r>
              <w:t>专业教育必修课</w:t>
            </w:r>
          </w:p>
        </w:tc>
        <w:tc>
          <w:tcPr>
            <w:tcW w:type="dxa" w:w="1080"/>
          </w:tcPr>
          <w:p>
            <w:r>
              <w:t>建筑与城市规划学院</w:t>
            </w:r>
          </w:p>
        </w:tc>
        <w:tc>
          <w:tcPr>
            <w:tcW w:type="dxa" w:w="1080"/>
          </w:tcPr>
          <w:p>
            <w:r>
              <w:t>2025-2026</w:t>
            </w:r>
          </w:p>
        </w:tc>
        <w:tc>
          <w:tcPr>
            <w:tcW w:type="dxa" w:w="1080"/>
          </w:tcPr>
          <w:p>
            <w:r>
              <w:t>8</w:t>
            </w:r>
          </w:p>
        </w:tc>
      </w:tr>
      <w:tr>
        <w:tc>
          <w:tcPr>
            <w:tcW w:type="dxa" w:w="1080"/>
          </w:tcPr>
          <w:p>
            <w:r>
              <w:t>63</w:t>
            </w:r>
          </w:p>
        </w:tc>
        <w:tc>
          <w:tcPr>
            <w:tcW w:type="dxa" w:w="1080"/>
          </w:tcPr>
          <w:p>
            <w:r>
              <w:t>城乡总体规划</w:t>
            </w:r>
          </w:p>
        </w:tc>
        <w:tc>
          <w:tcPr>
            <w:tcW w:type="dxa" w:w="1080"/>
          </w:tcPr>
          <w:p>
            <w:r>
              <w:t>1AU31215</w:t>
            </w:r>
          </w:p>
        </w:tc>
        <w:tc>
          <w:tcPr>
            <w:tcW w:type="dxa" w:w="1080"/>
          </w:tcPr>
          <w:p>
            <w:r>
              <w:t>6</w:t>
            </w:r>
          </w:p>
        </w:tc>
        <w:tc>
          <w:tcPr>
            <w:tcW w:type="dxa" w:w="1080"/>
          </w:tcPr>
          <w:p>
            <w:r>
              <w:t>专业教育必修课</w:t>
            </w:r>
          </w:p>
        </w:tc>
        <w:tc>
          <w:tcPr>
            <w:tcW w:type="dxa" w:w="1080"/>
          </w:tcPr>
          <w:p>
            <w:r>
              <w:t>建筑与城市规划学院</w:t>
            </w:r>
          </w:p>
        </w:tc>
        <w:tc>
          <w:tcPr>
            <w:tcW w:type="dxa" w:w="1080"/>
          </w:tcPr>
          <w:p>
            <w:r>
              <w:t>2025-2026</w:t>
            </w:r>
          </w:p>
        </w:tc>
        <w:tc>
          <w:tcPr>
            <w:tcW w:type="dxa" w:w="1080"/>
          </w:tcPr>
          <w:p>
            <w:r>
              <w:t>8</w:t>
            </w:r>
          </w:p>
        </w:tc>
      </w:tr>
      <w:tr>
        <w:tc>
          <w:tcPr>
            <w:tcW w:type="dxa" w:w="1080"/>
          </w:tcPr>
          <w:p>
            <w:r>
              <w:t>64</w:t>
            </w:r>
          </w:p>
        </w:tc>
        <w:tc>
          <w:tcPr>
            <w:tcW w:type="dxa" w:w="1080"/>
          </w:tcPr>
          <w:p>
            <w:r>
              <w:t>城市经济学</w:t>
            </w:r>
          </w:p>
        </w:tc>
        <w:tc>
          <w:tcPr>
            <w:tcW w:type="dxa" w:w="1080"/>
          </w:tcPr>
          <w:p>
            <w:r>
              <w:t>1AU32206</w:t>
            </w:r>
          </w:p>
        </w:tc>
        <w:tc>
          <w:tcPr>
            <w:tcW w:type="dxa" w:w="1080"/>
          </w:tcPr>
          <w:p>
            <w:r>
              <w:t>2</w:t>
            </w:r>
          </w:p>
        </w:tc>
        <w:tc>
          <w:tcPr>
            <w:tcW w:type="dxa" w:w="1080"/>
          </w:tcPr>
          <w:p>
            <w:r>
              <w:t>专业教育限选课</w:t>
            </w:r>
          </w:p>
        </w:tc>
        <w:tc>
          <w:tcPr>
            <w:tcW w:type="dxa" w:w="1080"/>
          </w:tcPr>
          <w:p>
            <w:r>
              <w:t>建筑与城市规划学院</w:t>
            </w:r>
          </w:p>
        </w:tc>
        <w:tc>
          <w:tcPr>
            <w:tcW w:type="dxa" w:w="1080"/>
          </w:tcPr>
          <w:p>
            <w:r>
              <w:t>2025-2026</w:t>
            </w:r>
          </w:p>
        </w:tc>
        <w:tc>
          <w:tcPr>
            <w:tcW w:type="dxa" w:w="1080"/>
          </w:tcPr>
          <w:p>
            <w:r>
              <w:t>8</w:t>
            </w:r>
          </w:p>
        </w:tc>
      </w:tr>
      <w:tr>
        <w:tc>
          <w:tcPr>
            <w:tcW w:type="dxa" w:w="1080"/>
          </w:tcPr>
          <w:p>
            <w:r>
              <w:t>65</w:t>
            </w:r>
          </w:p>
        </w:tc>
        <w:tc>
          <w:tcPr>
            <w:tcW w:type="dxa" w:w="1080"/>
          </w:tcPr>
          <w:p>
            <w:r>
              <w:t>城乡文化遗产保护A</w:t>
            </w:r>
          </w:p>
        </w:tc>
        <w:tc>
          <w:tcPr>
            <w:tcW w:type="dxa" w:w="1080"/>
          </w:tcPr>
          <w:p>
            <w:r>
              <w:t>1AU32207</w:t>
            </w:r>
          </w:p>
        </w:tc>
        <w:tc>
          <w:tcPr>
            <w:tcW w:type="dxa" w:w="1080"/>
          </w:tcPr>
          <w:p>
            <w:r>
              <w:t>2</w:t>
            </w:r>
          </w:p>
        </w:tc>
        <w:tc>
          <w:tcPr>
            <w:tcW w:type="dxa" w:w="1080"/>
          </w:tcPr>
          <w:p>
            <w:r>
              <w:t>专业教育限选课</w:t>
            </w:r>
          </w:p>
        </w:tc>
        <w:tc>
          <w:tcPr>
            <w:tcW w:type="dxa" w:w="1080"/>
          </w:tcPr>
          <w:p>
            <w:r>
              <w:t>建筑与城市规划学院</w:t>
            </w:r>
          </w:p>
        </w:tc>
        <w:tc>
          <w:tcPr>
            <w:tcW w:type="dxa" w:w="1080"/>
          </w:tcPr>
          <w:p>
            <w:r>
              <w:t>2025-2026</w:t>
            </w:r>
          </w:p>
        </w:tc>
        <w:tc>
          <w:tcPr>
            <w:tcW w:type="dxa" w:w="1080"/>
          </w:tcPr>
          <w:p>
            <w:r>
              <w:t>8</w:t>
            </w:r>
          </w:p>
        </w:tc>
      </w:tr>
      <w:tr>
        <w:tc>
          <w:tcPr>
            <w:tcW w:type="dxa" w:w="1080"/>
          </w:tcPr>
          <w:p>
            <w:r>
              <w:t>66</w:t>
            </w:r>
          </w:p>
        </w:tc>
        <w:tc>
          <w:tcPr>
            <w:tcW w:type="dxa" w:w="1080"/>
          </w:tcPr>
          <w:p>
            <w:r>
              <w:t>小城镇规划</w:t>
            </w:r>
          </w:p>
        </w:tc>
        <w:tc>
          <w:tcPr>
            <w:tcW w:type="dxa" w:w="1080"/>
          </w:tcPr>
          <w:p>
            <w:r>
              <w:t>1AU32212</w:t>
            </w:r>
          </w:p>
        </w:tc>
        <w:tc>
          <w:tcPr>
            <w:tcW w:type="dxa" w:w="1080"/>
          </w:tcPr>
          <w:p>
            <w:r>
              <w:t>1</w:t>
            </w:r>
          </w:p>
        </w:tc>
        <w:tc>
          <w:tcPr>
            <w:tcW w:type="dxa" w:w="1080"/>
          </w:tcPr>
          <w:p>
            <w:r>
              <w:t>专业教育限选课</w:t>
            </w:r>
          </w:p>
        </w:tc>
        <w:tc>
          <w:tcPr>
            <w:tcW w:type="dxa" w:w="1080"/>
          </w:tcPr>
          <w:p>
            <w:r>
              <w:t>建筑与城市规划学院</w:t>
            </w:r>
          </w:p>
        </w:tc>
        <w:tc>
          <w:tcPr>
            <w:tcW w:type="dxa" w:w="1080"/>
          </w:tcPr>
          <w:p>
            <w:r>
              <w:t>2025-2026</w:t>
            </w:r>
          </w:p>
        </w:tc>
        <w:tc>
          <w:tcPr>
            <w:tcW w:type="dxa" w:w="1080"/>
          </w:tcPr>
          <w:p>
            <w:r>
              <w:t>8</w:t>
            </w:r>
          </w:p>
        </w:tc>
      </w:tr>
      <w:tr>
        <w:tc>
          <w:tcPr>
            <w:tcW w:type="dxa" w:w="1080"/>
          </w:tcPr>
          <w:p>
            <w:r>
              <w:t>67</w:t>
            </w:r>
          </w:p>
        </w:tc>
        <w:tc>
          <w:tcPr>
            <w:tcW w:type="dxa" w:w="1080"/>
          </w:tcPr>
          <w:p>
            <w:r>
              <w:t>总体规划实习</w:t>
            </w:r>
          </w:p>
        </w:tc>
        <w:tc>
          <w:tcPr>
            <w:tcW w:type="dxa" w:w="1080"/>
          </w:tcPr>
          <w:p>
            <w:r>
              <w:t>1AU41210</w:t>
            </w:r>
          </w:p>
        </w:tc>
        <w:tc>
          <w:tcPr>
            <w:tcW w:type="dxa" w:w="1080"/>
          </w:tcPr>
          <w:p>
            <w:r>
              <w:t>1</w:t>
            </w:r>
          </w:p>
        </w:tc>
        <w:tc>
          <w:tcPr>
            <w:tcW w:type="dxa" w:w="1080"/>
          </w:tcPr>
          <w:p>
            <w:r>
              <w:t>集中实践必修课</w:t>
            </w:r>
          </w:p>
        </w:tc>
        <w:tc>
          <w:tcPr>
            <w:tcW w:type="dxa" w:w="1080"/>
          </w:tcPr>
          <w:p>
            <w:r>
              <w:t>建筑与城市规划学院</w:t>
            </w:r>
          </w:p>
        </w:tc>
        <w:tc>
          <w:tcPr>
            <w:tcW w:type="dxa" w:w="1080"/>
          </w:tcPr>
          <w:p>
            <w:r>
              <w:t>2025-2026</w:t>
            </w:r>
          </w:p>
        </w:tc>
        <w:tc>
          <w:tcPr>
            <w:tcW w:type="dxa" w:w="1080"/>
          </w:tcPr>
          <w:p>
            <w:r>
              <w:t>8</w:t>
            </w:r>
          </w:p>
        </w:tc>
      </w:tr>
      <w:tr>
        <w:tc>
          <w:tcPr>
            <w:tcW w:type="dxa" w:w="1080"/>
          </w:tcPr>
          <w:p>
            <w:r>
              <w:t>68</w:t>
            </w:r>
          </w:p>
        </w:tc>
        <w:tc>
          <w:tcPr>
            <w:tcW w:type="dxa" w:w="1080"/>
          </w:tcPr>
          <w:p>
            <w:r>
              <w:t>社会综合调查实践</w:t>
            </w:r>
          </w:p>
        </w:tc>
        <w:tc>
          <w:tcPr>
            <w:tcW w:type="dxa" w:w="1080"/>
          </w:tcPr>
          <w:p>
            <w:r>
              <w:t>1AU41205</w:t>
            </w:r>
          </w:p>
        </w:tc>
        <w:tc>
          <w:tcPr>
            <w:tcW w:type="dxa" w:w="1080"/>
          </w:tcPr>
          <w:p>
            <w:r>
              <w:t>2</w:t>
            </w:r>
          </w:p>
        </w:tc>
        <w:tc>
          <w:tcPr>
            <w:tcW w:type="dxa" w:w="1080"/>
          </w:tcPr>
          <w:p>
            <w:r>
              <w:t>集中实践必修课</w:t>
            </w:r>
          </w:p>
        </w:tc>
        <w:tc>
          <w:tcPr>
            <w:tcW w:type="dxa" w:w="1080"/>
          </w:tcPr>
          <w:p>
            <w:r>
              <w:t>建筑与城市规划学院</w:t>
            </w:r>
          </w:p>
        </w:tc>
        <w:tc>
          <w:tcPr>
            <w:tcW w:type="dxa" w:w="1080"/>
          </w:tcPr>
          <w:p>
            <w:r>
              <w:t>2025-2026</w:t>
            </w:r>
          </w:p>
        </w:tc>
        <w:tc>
          <w:tcPr>
            <w:tcW w:type="dxa" w:w="1080"/>
          </w:tcPr>
          <w:p>
            <w:r>
              <w:t>8</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苏州科技大学推荐2027年优秀应届本科毕业生免试攻读研究生课程清单（包括但不仅限于以下内容）</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t>风景园林</w:t>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思想道德与法治</w:t>
            </w:r>
          </w:p>
        </w:tc>
        <w:tc>
          <w:tcPr>
            <w:tcW w:type="dxa" w:w="1080"/>
          </w:tcPr>
          <w:p>
            <w:r>
              <w:t>2MX11001</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2</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3</w:t>
            </w:r>
          </w:p>
        </w:tc>
        <w:tc>
          <w:tcPr>
            <w:tcW w:type="dxa" w:w="1080"/>
          </w:tcPr>
          <w:p>
            <w:r>
              <w:t>高等数学D</w:t>
            </w:r>
          </w:p>
        </w:tc>
        <w:tc>
          <w:tcPr>
            <w:tcW w:type="dxa" w:w="1080"/>
          </w:tcPr>
          <w:p>
            <w:r>
              <w:t>2MA11007</w:t>
            </w:r>
          </w:p>
        </w:tc>
        <w:tc>
          <w:tcPr>
            <w:tcW w:type="dxa" w:w="1080"/>
          </w:tcPr>
          <w:p>
            <w:r>
              <w:t>3</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军事理论</w:t>
            </w:r>
          </w:p>
        </w:tc>
        <w:tc>
          <w:tcPr>
            <w:tcW w:type="dxa" w:w="1080"/>
          </w:tcPr>
          <w:p>
            <w:r>
              <w:t>2AS11001</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6</w:t>
            </w:r>
          </w:p>
        </w:tc>
        <w:tc>
          <w:tcPr>
            <w:tcW w:type="dxa" w:w="1080"/>
          </w:tcPr>
          <w:p>
            <w:r>
              <w:t>军事技能</w:t>
            </w:r>
          </w:p>
        </w:tc>
        <w:tc>
          <w:tcPr>
            <w:tcW w:type="dxa" w:w="1080"/>
          </w:tcPr>
          <w:p>
            <w:r>
              <w:t>2AS11002</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7</w:t>
            </w:r>
          </w:p>
        </w:tc>
        <w:tc>
          <w:tcPr>
            <w:tcW w:type="dxa" w:w="1080"/>
          </w:tcPr>
          <w:p>
            <w:r>
              <w:t>劳动教育理论</w:t>
            </w:r>
          </w:p>
        </w:tc>
        <w:tc>
          <w:tcPr>
            <w:tcW w:type="dxa" w:w="1080"/>
          </w:tcPr>
          <w:p>
            <w:r>
              <w:t>2SD11001</w:t>
            </w:r>
          </w:p>
        </w:tc>
        <w:tc>
          <w:tcPr>
            <w:tcW w:type="dxa" w:w="1080"/>
          </w:tcPr>
          <w:p>
            <w:r>
              <w:t>1</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8</w:t>
            </w:r>
          </w:p>
        </w:tc>
        <w:tc>
          <w:tcPr>
            <w:tcW w:type="dxa" w:w="1080"/>
          </w:tcPr>
          <w:p>
            <w:r>
              <w:t>建筑设计基础A(一)</w:t>
            </w:r>
          </w:p>
        </w:tc>
        <w:tc>
          <w:tcPr>
            <w:tcW w:type="dxa" w:w="1080"/>
          </w:tcPr>
          <w:p>
            <w:r>
              <w:t>2AU21002</w:t>
            </w:r>
          </w:p>
        </w:tc>
        <w:tc>
          <w:tcPr>
            <w:tcW w:type="dxa" w:w="1080"/>
          </w:tcPr>
          <w:p>
            <w:r>
              <w:t>6</w:t>
            </w:r>
          </w:p>
        </w:tc>
        <w:tc>
          <w:tcPr>
            <w:tcW w:type="dxa" w:w="1080"/>
          </w:tcPr>
          <w:p>
            <w:r>
              <w:t>专业必修课</w:t>
            </w:r>
          </w:p>
        </w:tc>
        <w:tc>
          <w:tcPr>
            <w:tcW w:type="dxa" w:w="1080"/>
          </w:tcPr>
          <w:p>
            <w:r>
              <w:t>建筑与城市规划学院</w:t>
            </w:r>
          </w:p>
        </w:tc>
        <w:tc>
          <w:tcPr>
            <w:tcW w:type="dxa" w:w="1080"/>
          </w:tcPr>
          <w:p>
            <w:r>
              <w:t>2023-2024</w:t>
            </w:r>
          </w:p>
        </w:tc>
        <w:tc>
          <w:tcPr>
            <w:tcW w:type="dxa" w:w="1080"/>
          </w:tcPr>
          <w:p>
            <w:r>
              <w:t>1</w:t>
            </w:r>
          </w:p>
        </w:tc>
      </w:tr>
      <w:tr>
        <w:tc>
          <w:tcPr>
            <w:tcW w:type="dxa" w:w="1080"/>
          </w:tcPr>
          <w:p>
            <w:r>
              <w:t>9</w:t>
            </w:r>
          </w:p>
        </w:tc>
        <w:tc>
          <w:tcPr>
            <w:tcW w:type="dxa" w:w="1080"/>
          </w:tcPr>
          <w:p>
            <w:r>
              <w:t>建筑美术(一)</w:t>
            </w:r>
          </w:p>
        </w:tc>
        <w:tc>
          <w:tcPr>
            <w:tcW w:type="dxa" w:w="1080"/>
          </w:tcPr>
          <w:p>
            <w:r>
              <w:t>2AR21027</w:t>
            </w:r>
          </w:p>
        </w:tc>
        <w:tc>
          <w:tcPr>
            <w:tcW w:type="dxa" w:w="1080"/>
          </w:tcPr>
          <w:p>
            <w:r>
              <w:t>3</w:t>
            </w:r>
          </w:p>
        </w:tc>
        <w:tc>
          <w:tcPr>
            <w:tcW w:type="dxa" w:w="1080"/>
          </w:tcPr>
          <w:p>
            <w:r>
              <w:t>专业必修课</w:t>
            </w:r>
          </w:p>
        </w:tc>
        <w:tc>
          <w:tcPr>
            <w:tcW w:type="dxa" w:w="1080"/>
          </w:tcPr>
          <w:p>
            <w:r>
              <w:t>艺术学院</w:t>
            </w:r>
          </w:p>
        </w:tc>
        <w:tc>
          <w:tcPr>
            <w:tcW w:type="dxa" w:w="1080"/>
          </w:tcPr>
          <w:p>
            <w:r>
              <w:t>2023-2024</w:t>
            </w:r>
          </w:p>
        </w:tc>
        <w:tc>
          <w:tcPr>
            <w:tcW w:type="dxa" w:w="1080"/>
          </w:tcPr>
          <w:p>
            <w:r>
              <w:t>1</w:t>
            </w:r>
          </w:p>
        </w:tc>
      </w:tr>
      <w:tr>
        <w:tc>
          <w:tcPr>
            <w:tcW w:type="dxa" w:w="1080"/>
          </w:tcPr>
          <w:p>
            <w:r>
              <w:t>10</w:t>
            </w:r>
          </w:p>
        </w:tc>
        <w:tc>
          <w:tcPr>
            <w:tcW w:type="dxa" w:w="1080"/>
          </w:tcPr>
          <w:p>
            <w:r>
              <w:t>风景园林概论</w:t>
            </w:r>
          </w:p>
        </w:tc>
        <w:tc>
          <w:tcPr>
            <w:tcW w:type="dxa" w:w="1080"/>
          </w:tcPr>
          <w:p>
            <w:r>
              <w:t>2AU21012</w:t>
            </w:r>
          </w:p>
        </w:tc>
        <w:tc>
          <w:tcPr>
            <w:tcW w:type="dxa" w:w="1080"/>
          </w:tcPr>
          <w:p>
            <w:r>
              <w:t>1</w:t>
            </w:r>
          </w:p>
        </w:tc>
        <w:tc>
          <w:tcPr>
            <w:tcW w:type="dxa" w:w="1080"/>
          </w:tcPr>
          <w:p>
            <w:r>
              <w:t>专业必修课</w:t>
            </w:r>
          </w:p>
        </w:tc>
        <w:tc>
          <w:tcPr>
            <w:tcW w:type="dxa" w:w="1080"/>
          </w:tcPr>
          <w:p>
            <w:r>
              <w:t>建筑与城市规划学院</w:t>
            </w:r>
          </w:p>
        </w:tc>
        <w:tc>
          <w:tcPr>
            <w:tcW w:type="dxa" w:w="1080"/>
          </w:tcPr>
          <w:p>
            <w:r>
              <w:t>2023-2024</w:t>
            </w:r>
          </w:p>
        </w:tc>
        <w:tc>
          <w:tcPr>
            <w:tcW w:type="dxa" w:w="1080"/>
          </w:tcPr>
          <w:p>
            <w:r>
              <w:t>1</w:t>
            </w:r>
          </w:p>
        </w:tc>
      </w:tr>
      <w:tr>
        <w:tc>
          <w:tcPr>
            <w:tcW w:type="dxa" w:w="1080"/>
          </w:tcPr>
          <w:p>
            <w:r>
              <w:t>11</w:t>
            </w:r>
          </w:p>
        </w:tc>
        <w:tc>
          <w:tcPr>
            <w:tcW w:type="dxa" w:w="1080"/>
          </w:tcPr>
          <w:p>
            <w:r>
              <w:t>设计构成与园林制图</w:t>
            </w:r>
          </w:p>
        </w:tc>
        <w:tc>
          <w:tcPr>
            <w:tcW w:type="dxa" w:w="1080"/>
          </w:tcPr>
          <w:p>
            <w:r>
              <w:t>2AU21013</w:t>
            </w:r>
          </w:p>
        </w:tc>
        <w:tc>
          <w:tcPr>
            <w:tcW w:type="dxa" w:w="1080"/>
          </w:tcPr>
          <w:p>
            <w:r>
              <w:t>3</w:t>
            </w:r>
          </w:p>
        </w:tc>
        <w:tc>
          <w:tcPr>
            <w:tcW w:type="dxa" w:w="1080"/>
          </w:tcPr>
          <w:p>
            <w:r>
              <w:t>专业必修课</w:t>
            </w:r>
          </w:p>
        </w:tc>
        <w:tc>
          <w:tcPr>
            <w:tcW w:type="dxa" w:w="1080"/>
          </w:tcPr>
          <w:p>
            <w:r>
              <w:t>建筑与城市规划学院</w:t>
            </w:r>
          </w:p>
        </w:tc>
        <w:tc>
          <w:tcPr>
            <w:tcW w:type="dxa" w:w="1080"/>
          </w:tcPr>
          <w:p>
            <w:r>
              <w:t>2023-2024</w:t>
            </w:r>
          </w:p>
        </w:tc>
        <w:tc>
          <w:tcPr>
            <w:tcW w:type="dxa" w:w="1080"/>
          </w:tcPr>
          <w:p>
            <w:r>
              <w:t>1</w:t>
            </w:r>
          </w:p>
        </w:tc>
      </w:tr>
      <w:tr>
        <w:tc>
          <w:tcPr>
            <w:tcW w:type="dxa" w:w="1080"/>
          </w:tcPr>
          <w:p>
            <w:r>
              <w:t>12</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13</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14</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15</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16</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17</w:t>
            </w:r>
          </w:p>
        </w:tc>
        <w:tc>
          <w:tcPr>
            <w:tcW w:type="dxa" w:w="1080"/>
          </w:tcPr>
          <w:p>
            <w:r>
              <w:t>建筑美术（二）</w:t>
            </w:r>
          </w:p>
        </w:tc>
        <w:tc>
          <w:tcPr>
            <w:tcW w:type="dxa" w:w="1080"/>
          </w:tcPr>
          <w:p>
            <w:r>
              <w:t>2AR21028</w:t>
            </w:r>
          </w:p>
        </w:tc>
        <w:tc>
          <w:tcPr>
            <w:tcW w:type="dxa" w:w="1080"/>
          </w:tcPr>
          <w:p>
            <w:r>
              <w:t>3</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t>18</w:t>
            </w:r>
          </w:p>
        </w:tc>
        <w:tc>
          <w:tcPr>
            <w:tcW w:type="dxa" w:w="1080"/>
          </w:tcPr>
          <w:p>
            <w:r>
              <w:t>建筑设计基础A(二)</w:t>
            </w:r>
          </w:p>
        </w:tc>
        <w:tc>
          <w:tcPr>
            <w:tcW w:type="dxa" w:w="1080"/>
          </w:tcPr>
          <w:p>
            <w:r>
              <w:t>2AU21002</w:t>
            </w:r>
          </w:p>
        </w:tc>
        <w:tc>
          <w:tcPr>
            <w:tcW w:type="dxa" w:w="1080"/>
          </w:tcPr>
          <w:p>
            <w:r>
              <w:t>6</w:t>
            </w:r>
          </w:p>
        </w:tc>
        <w:tc>
          <w:tcPr>
            <w:tcW w:type="dxa" w:w="1080"/>
          </w:tcPr>
          <w:p>
            <w:r>
              <w:t>专业必修课</w:t>
            </w:r>
          </w:p>
        </w:tc>
        <w:tc>
          <w:tcPr>
            <w:tcW w:type="dxa" w:w="1080"/>
          </w:tcPr>
          <w:p>
            <w:r>
              <w:t>建筑与城市规划学院</w:t>
            </w:r>
          </w:p>
        </w:tc>
        <w:tc>
          <w:tcPr>
            <w:tcW w:type="dxa" w:w="1080"/>
          </w:tcPr>
          <w:p>
            <w:r>
              <w:t>2023-2024</w:t>
            </w:r>
          </w:p>
        </w:tc>
        <w:tc>
          <w:tcPr>
            <w:tcW w:type="dxa" w:w="1080"/>
          </w:tcPr>
          <w:p>
            <w:r>
              <w:t>2</w:t>
            </w:r>
          </w:p>
        </w:tc>
      </w:tr>
      <w:tr>
        <w:tc>
          <w:tcPr>
            <w:tcW w:type="dxa" w:w="1080"/>
          </w:tcPr>
          <w:p>
            <w:r>
              <w:t>19</w:t>
            </w:r>
          </w:p>
        </w:tc>
        <w:tc>
          <w:tcPr>
            <w:tcW w:type="dxa" w:w="1080"/>
          </w:tcPr>
          <w:p>
            <w:r>
              <w:t>风景园林植物学(一)</w:t>
            </w:r>
          </w:p>
        </w:tc>
        <w:tc>
          <w:tcPr>
            <w:tcW w:type="dxa" w:w="1080"/>
          </w:tcPr>
          <w:p>
            <w:r>
              <w:t>2AU21301</w:t>
            </w:r>
          </w:p>
        </w:tc>
        <w:tc>
          <w:tcPr>
            <w:tcW w:type="dxa" w:w="1080"/>
          </w:tcPr>
          <w:p>
            <w:r>
              <w:t>2</w:t>
            </w:r>
          </w:p>
        </w:tc>
        <w:tc>
          <w:tcPr>
            <w:tcW w:type="dxa" w:w="1080"/>
          </w:tcPr>
          <w:p>
            <w:r>
              <w:t>专业必修课</w:t>
            </w:r>
          </w:p>
        </w:tc>
        <w:tc>
          <w:tcPr>
            <w:tcW w:type="dxa" w:w="1080"/>
          </w:tcPr>
          <w:p>
            <w:r>
              <w:t>建筑与城市规划学院</w:t>
            </w:r>
          </w:p>
        </w:tc>
        <w:tc>
          <w:tcPr>
            <w:tcW w:type="dxa" w:w="1080"/>
          </w:tcPr>
          <w:p>
            <w:r>
              <w:t>2023-2024</w:t>
            </w:r>
          </w:p>
        </w:tc>
        <w:tc>
          <w:tcPr>
            <w:tcW w:type="dxa" w:w="1080"/>
          </w:tcPr>
          <w:p>
            <w:r>
              <w:t>2</w:t>
            </w:r>
          </w:p>
        </w:tc>
      </w:tr>
      <w:tr>
        <w:tc>
          <w:tcPr>
            <w:tcW w:type="dxa" w:w="1080"/>
          </w:tcPr>
          <w:p>
            <w:r>
              <w:t>20</w:t>
            </w:r>
          </w:p>
        </w:tc>
        <w:tc>
          <w:tcPr>
            <w:tcW w:type="dxa" w:w="1080"/>
          </w:tcPr>
          <w:p>
            <w:r>
              <w:t>风景园林植物学参观实习(一)</w:t>
            </w:r>
          </w:p>
        </w:tc>
        <w:tc>
          <w:tcPr>
            <w:tcW w:type="dxa" w:w="1080"/>
          </w:tcPr>
          <w:p>
            <w:r>
              <w:t>2AU21315</w:t>
            </w:r>
          </w:p>
        </w:tc>
        <w:tc>
          <w:tcPr>
            <w:tcW w:type="dxa" w:w="1080"/>
          </w:tcPr>
          <w:p>
            <w:r>
              <w:t>1</w:t>
            </w:r>
          </w:p>
        </w:tc>
        <w:tc>
          <w:tcPr>
            <w:tcW w:type="dxa" w:w="1080"/>
          </w:tcPr>
          <w:p>
            <w:r>
              <w:t>专业必修课</w:t>
            </w:r>
          </w:p>
        </w:tc>
        <w:tc>
          <w:tcPr>
            <w:tcW w:type="dxa" w:w="1080"/>
          </w:tcPr>
          <w:p>
            <w:r>
              <w:t>建筑与城市规划学院</w:t>
            </w:r>
          </w:p>
        </w:tc>
        <w:tc>
          <w:tcPr>
            <w:tcW w:type="dxa" w:w="1080"/>
          </w:tcPr>
          <w:p>
            <w:r>
              <w:t>2023-2024</w:t>
            </w:r>
          </w:p>
        </w:tc>
        <w:tc>
          <w:tcPr>
            <w:tcW w:type="dxa" w:w="1080"/>
          </w:tcPr>
          <w:p>
            <w:r>
              <w:t>2</w:t>
            </w:r>
          </w:p>
        </w:tc>
      </w:tr>
      <w:tr>
        <w:tc>
          <w:tcPr>
            <w:tcW w:type="dxa" w:w="1080"/>
          </w:tcPr>
          <w:p>
            <w:r>
              <w:t>21</w:t>
            </w:r>
          </w:p>
        </w:tc>
        <w:tc>
          <w:tcPr>
            <w:tcW w:type="dxa" w:w="1080"/>
          </w:tcPr>
          <w:p>
            <w:r>
              <w:t>写生实习(一)</w:t>
            </w:r>
          </w:p>
        </w:tc>
        <w:tc>
          <w:tcPr>
            <w:tcW w:type="dxa" w:w="1080"/>
          </w:tcPr>
          <w:p>
            <w:r>
              <w:t>2AR21029</w:t>
            </w:r>
          </w:p>
        </w:tc>
        <w:tc>
          <w:tcPr>
            <w:tcW w:type="dxa" w:w="1080"/>
          </w:tcPr>
          <w:p>
            <w:r>
              <w:t>2</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t>22</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3</w:t>
            </w:r>
          </w:p>
        </w:tc>
      </w:tr>
      <w:tr>
        <w:tc>
          <w:tcPr>
            <w:tcW w:type="dxa" w:w="1080"/>
          </w:tcPr>
          <w:p>
            <w:r>
              <w:t>23</w:t>
            </w:r>
          </w:p>
        </w:tc>
        <w:tc>
          <w:tcPr>
            <w:tcW w:type="dxa" w:w="1080"/>
          </w:tcPr>
          <w:p>
            <w:r>
              <w:t>改革开放史</w:t>
            </w:r>
          </w:p>
        </w:tc>
        <w:tc>
          <w:tcPr>
            <w:tcW w:type="dxa" w:w="1080"/>
          </w:tcPr>
          <w:p>
            <w:r>
              <w:t>2MX11009</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3</w:t>
            </w:r>
          </w:p>
        </w:tc>
      </w:tr>
      <w:tr>
        <w:tc>
          <w:tcPr>
            <w:tcW w:type="dxa" w:w="1080"/>
          </w:tcPr>
          <w:p>
            <w:r>
              <w:t>24</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3</w:t>
            </w:r>
          </w:p>
        </w:tc>
      </w:tr>
      <w:tr>
        <w:tc>
          <w:tcPr>
            <w:tcW w:type="dxa" w:w="1080"/>
          </w:tcPr>
          <w:p>
            <w:r>
              <w:t>25</w:t>
            </w:r>
          </w:p>
        </w:tc>
        <w:tc>
          <w:tcPr>
            <w:tcW w:type="dxa" w:w="1080"/>
          </w:tcPr>
          <w:p>
            <w:r>
              <w:t>风景园林设计基础</w:t>
            </w:r>
          </w:p>
        </w:tc>
        <w:tc>
          <w:tcPr>
            <w:tcW w:type="dxa" w:w="1080"/>
          </w:tcPr>
          <w:p>
            <w:r>
              <w:t>2AU21014</w:t>
            </w:r>
          </w:p>
        </w:tc>
        <w:tc>
          <w:tcPr>
            <w:tcW w:type="dxa" w:w="1080"/>
          </w:tcPr>
          <w:p>
            <w:r>
              <w:t>6</w:t>
            </w:r>
          </w:p>
        </w:tc>
        <w:tc>
          <w:tcPr>
            <w:tcW w:type="dxa" w:w="1080"/>
          </w:tcPr>
          <w:p>
            <w:r>
              <w:t>专业必修课</w:t>
            </w:r>
          </w:p>
        </w:tc>
        <w:tc>
          <w:tcPr>
            <w:tcW w:type="dxa" w:w="1080"/>
          </w:tcPr>
          <w:p>
            <w:r>
              <w:t>建筑与城市规划学院</w:t>
            </w:r>
          </w:p>
        </w:tc>
        <w:tc>
          <w:tcPr>
            <w:tcW w:type="dxa" w:w="1080"/>
          </w:tcPr>
          <w:p>
            <w:r>
              <w:t>2024-2025</w:t>
            </w:r>
          </w:p>
        </w:tc>
        <w:tc>
          <w:tcPr>
            <w:tcW w:type="dxa" w:w="1080"/>
          </w:tcPr>
          <w:p>
            <w:r>
              <w:t>3</w:t>
            </w:r>
          </w:p>
        </w:tc>
      </w:tr>
      <w:tr>
        <w:tc>
          <w:tcPr>
            <w:tcW w:type="dxa" w:w="1080"/>
          </w:tcPr>
          <w:p>
            <w:r>
              <w:t>26</w:t>
            </w:r>
          </w:p>
        </w:tc>
        <w:tc>
          <w:tcPr>
            <w:tcW w:type="dxa" w:w="1080"/>
          </w:tcPr>
          <w:p>
            <w:r>
              <w:t>风景园林设计表现</w:t>
            </w:r>
          </w:p>
        </w:tc>
        <w:tc>
          <w:tcPr>
            <w:tcW w:type="dxa" w:w="1080"/>
          </w:tcPr>
          <w:p>
            <w:r>
              <w:t>2AU21015</w:t>
            </w:r>
          </w:p>
        </w:tc>
        <w:tc>
          <w:tcPr>
            <w:tcW w:type="dxa" w:w="1080"/>
          </w:tcPr>
          <w:p>
            <w:r>
              <w:t>4</w:t>
            </w:r>
          </w:p>
        </w:tc>
        <w:tc>
          <w:tcPr>
            <w:tcW w:type="dxa" w:w="1080"/>
          </w:tcPr>
          <w:p>
            <w:r>
              <w:t>专业必修课</w:t>
            </w:r>
          </w:p>
        </w:tc>
        <w:tc>
          <w:tcPr>
            <w:tcW w:type="dxa" w:w="1080"/>
          </w:tcPr>
          <w:p>
            <w:r>
              <w:t>建筑与城市规划学院</w:t>
            </w:r>
          </w:p>
        </w:tc>
        <w:tc>
          <w:tcPr>
            <w:tcW w:type="dxa" w:w="1080"/>
          </w:tcPr>
          <w:p>
            <w:r>
              <w:t>2024-2025</w:t>
            </w:r>
          </w:p>
        </w:tc>
        <w:tc>
          <w:tcPr>
            <w:tcW w:type="dxa" w:w="1080"/>
          </w:tcPr>
          <w:p>
            <w:r>
              <w:t>3</w:t>
            </w:r>
          </w:p>
        </w:tc>
      </w:tr>
      <w:tr>
        <w:tc>
          <w:tcPr>
            <w:tcW w:type="dxa" w:w="1080"/>
          </w:tcPr>
          <w:p>
            <w:r>
              <w:t>27</w:t>
            </w:r>
          </w:p>
        </w:tc>
        <w:tc>
          <w:tcPr>
            <w:tcW w:type="dxa" w:w="1080"/>
          </w:tcPr>
          <w:p>
            <w:r>
              <w:t>风景园林植物学(二)</w:t>
            </w:r>
          </w:p>
        </w:tc>
        <w:tc>
          <w:tcPr>
            <w:tcW w:type="dxa" w:w="1080"/>
          </w:tcPr>
          <w:p>
            <w:r>
              <w:t>2AU21302</w:t>
            </w:r>
          </w:p>
        </w:tc>
        <w:tc>
          <w:tcPr>
            <w:tcW w:type="dxa" w:w="1080"/>
          </w:tcPr>
          <w:p>
            <w:r>
              <w:t>2</w:t>
            </w:r>
          </w:p>
        </w:tc>
        <w:tc>
          <w:tcPr>
            <w:tcW w:type="dxa" w:w="1080"/>
          </w:tcPr>
          <w:p>
            <w:r>
              <w:t>专业必修课</w:t>
            </w:r>
          </w:p>
        </w:tc>
        <w:tc>
          <w:tcPr>
            <w:tcW w:type="dxa" w:w="1080"/>
          </w:tcPr>
          <w:p>
            <w:r>
              <w:t>建筑与城市规划学院</w:t>
            </w:r>
          </w:p>
        </w:tc>
        <w:tc>
          <w:tcPr>
            <w:tcW w:type="dxa" w:w="1080"/>
          </w:tcPr>
          <w:p>
            <w:r>
              <w:t>2024-2025</w:t>
            </w:r>
          </w:p>
        </w:tc>
        <w:tc>
          <w:tcPr>
            <w:tcW w:type="dxa" w:w="1080"/>
          </w:tcPr>
          <w:p>
            <w:r>
              <w:t>3</w:t>
            </w:r>
          </w:p>
        </w:tc>
      </w:tr>
      <w:tr>
        <w:tc>
          <w:tcPr>
            <w:tcW w:type="dxa" w:w="1080"/>
          </w:tcPr>
          <w:p>
            <w:r>
              <w:t>28</w:t>
            </w:r>
          </w:p>
        </w:tc>
        <w:tc>
          <w:tcPr>
            <w:tcW w:type="dxa" w:w="1080"/>
          </w:tcPr>
          <w:p>
            <w:r>
              <w:t>风景园林植物学参观实习(二)</w:t>
            </w:r>
          </w:p>
        </w:tc>
        <w:tc>
          <w:tcPr>
            <w:tcW w:type="dxa" w:w="1080"/>
          </w:tcPr>
          <w:p>
            <w:r>
              <w:t>2AU21316</w:t>
            </w:r>
          </w:p>
        </w:tc>
        <w:tc>
          <w:tcPr>
            <w:tcW w:type="dxa" w:w="1080"/>
          </w:tcPr>
          <w:p>
            <w:r>
              <w:t>1</w:t>
            </w:r>
          </w:p>
        </w:tc>
        <w:tc>
          <w:tcPr>
            <w:tcW w:type="dxa" w:w="1080"/>
          </w:tcPr>
          <w:p>
            <w:r>
              <w:t>专业必修课</w:t>
            </w:r>
          </w:p>
        </w:tc>
        <w:tc>
          <w:tcPr>
            <w:tcW w:type="dxa" w:w="1080"/>
          </w:tcPr>
          <w:p>
            <w:r>
              <w:t>建筑与城市规划学院</w:t>
            </w:r>
          </w:p>
        </w:tc>
        <w:tc>
          <w:tcPr>
            <w:tcW w:type="dxa" w:w="1080"/>
          </w:tcPr>
          <w:p>
            <w:r>
              <w:t>2024-2025</w:t>
            </w:r>
          </w:p>
        </w:tc>
        <w:tc>
          <w:tcPr>
            <w:tcW w:type="dxa" w:w="1080"/>
          </w:tcPr>
          <w:p>
            <w:r>
              <w:t>3</w:t>
            </w:r>
          </w:p>
        </w:tc>
      </w:tr>
      <w:tr>
        <w:tc>
          <w:tcPr>
            <w:tcW w:type="dxa" w:w="1080"/>
          </w:tcPr>
          <w:p>
            <w:r>
              <w:t>29</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4</w:t>
            </w:r>
          </w:p>
        </w:tc>
      </w:tr>
      <w:tr>
        <w:tc>
          <w:tcPr>
            <w:tcW w:type="dxa" w:w="1080"/>
          </w:tcPr>
          <w:p>
            <w:r>
              <w:t>30</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4</w:t>
            </w:r>
          </w:p>
        </w:tc>
      </w:tr>
      <w:tr>
        <w:tc>
          <w:tcPr>
            <w:tcW w:type="dxa" w:w="1080"/>
          </w:tcPr>
          <w:p>
            <w:r>
              <w:t>31</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4</w:t>
            </w:r>
          </w:p>
        </w:tc>
      </w:tr>
      <w:tr>
        <w:tc>
          <w:tcPr>
            <w:tcW w:type="dxa" w:w="1080"/>
          </w:tcPr>
          <w:p>
            <w:r>
              <w:t>32</w:t>
            </w:r>
          </w:p>
        </w:tc>
        <w:tc>
          <w:tcPr>
            <w:tcW w:type="dxa" w:w="1080"/>
          </w:tcPr>
          <w:p>
            <w:r>
              <w:t>风景园林建筑设计</w:t>
            </w:r>
          </w:p>
        </w:tc>
        <w:tc>
          <w:tcPr>
            <w:tcW w:type="dxa" w:w="1080"/>
          </w:tcPr>
          <w:p>
            <w:r>
              <w:t>2AU21303</w:t>
            </w:r>
          </w:p>
        </w:tc>
        <w:tc>
          <w:tcPr>
            <w:tcW w:type="dxa" w:w="1080"/>
          </w:tcPr>
          <w:p>
            <w:r>
              <w:t>6</w:t>
            </w:r>
          </w:p>
        </w:tc>
        <w:tc>
          <w:tcPr>
            <w:tcW w:type="dxa" w:w="1080"/>
          </w:tcPr>
          <w:p>
            <w:r>
              <w:t>专业必修课</w:t>
            </w:r>
          </w:p>
        </w:tc>
        <w:tc>
          <w:tcPr>
            <w:tcW w:type="dxa" w:w="1080"/>
          </w:tcPr>
          <w:p>
            <w:r>
              <w:t>建筑与城市规划学院</w:t>
            </w:r>
          </w:p>
        </w:tc>
        <w:tc>
          <w:tcPr>
            <w:tcW w:type="dxa" w:w="1080"/>
          </w:tcPr>
          <w:p>
            <w:r>
              <w:t>2024-2025</w:t>
            </w:r>
          </w:p>
        </w:tc>
        <w:tc>
          <w:tcPr>
            <w:tcW w:type="dxa" w:w="1080"/>
          </w:tcPr>
          <w:p>
            <w:r>
              <w:t>4</w:t>
            </w:r>
          </w:p>
        </w:tc>
      </w:tr>
      <w:tr>
        <w:tc>
          <w:tcPr>
            <w:tcW w:type="dxa" w:w="1080"/>
          </w:tcPr>
          <w:p>
            <w:r>
              <w:t>33</w:t>
            </w:r>
          </w:p>
        </w:tc>
        <w:tc>
          <w:tcPr>
            <w:tcW w:type="dxa" w:w="1080"/>
          </w:tcPr>
          <w:p>
            <w:r>
              <w:t>风景园林规划与设计原理A</w:t>
            </w:r>
          </w:p>
        </w:tc>
        <w:tc>
          <w:tcPr>
            <w:tcW w:type="dxa" w:w="1080"/>
          </w:tcPr>
          <w:p>
            <w:r>
              <w:t>2AU21304</w:t>
            </w:r>
          </w:p>
        </w:tc>
        <w:tc>
          <w:tcPr>
            <w:tcW w:type="dxa" w:w="1080"/>
          </w:tcPr>
          <w:p>
            <w:r>
              <w:t>3</w:t>
            </w:r>
          </w:p>
        </w:tc>
        <w:tc>
          <w:tcPr>
            <w:tcW w:type="dxa" w:w="1080"/>
          </w:tcPr>
          <w:p>
            <w:r>
              <w:t>专业必修课</w:t>
            </w:r>
          </w:p>
        </w:tc>
        <w:tc>
          <w:tcPr>
            <w:tcW w:type="dxa" w:w="1080"/>
          </w:tcPr>
          <w:p>
            <w:r>
              <w:t>建筑与城市规划学院</w:t>
            </w:r>
          </w:p>
        </w:tc>
        <w:tc>
          <w:tcPr>
            <w:tcW w:type="dxa" w:w="1080"/>
          </w:tcPr>
          <w:p>
            <w:r>
              <w:t>2024-2025</w:t>
            </w:r>
          </w:p>
        </w:tc>
        <w:tc>
          <w:tcPr>
            <w:tcW w:type="dxa" w:w="1080"/>
          </w:tcPr>
          <w:p>
            <w:r>
              <w:t>4</w:t>
            </w:r>
          </w:p>
        </w:tc>
      </w:tr>
      <w:tr>
        <w:tc>
          <w:tcPr>
            <w:tcW w:type="dxa" w:w="1080"/>
          </w:tcPr>
          <w:p>
            <w:r>
              <w:t>34</w:t>
            </w:r>
          </w:p>
        </w:tc>
        <w:tc>
          <w:tcPr>
            <w:tcW w:type="dxa" w:w="1080"/>
          </w:tcPr>
          <w:p>
            <w:r>
              <w:t>风景园林植物应用</w:t>
            </w:r>
          </w:p>
        </w:tc>
        <w:tc>
          <w:tcPr>
            <w:tcW w:type="dxa" w:w="1080"/>
          </w:tcPr>
          <w:p>
            <w:r>
              <w:t>2AU21305</w:t>
            </w:r>
          </w:p>
        </w:tc>
        <w:tc>
          <w:tcPr>
            <w:tcW w:type="dxa" w:w="1080"/>
          </w:tcPr>
          <w:p>
            <w:r>
              <w:t>2</w:t>
            </w:r>
          </w:p>
        </w:tc>
        <w:tc>
          <w:tcPr>
            <w:tcW w:type="dxa" w:w="1080"/>
          </w:tcPr>
          <w:p>
            <w:r>
              <w:t>专业必修课</w:t>
            </w:r>
          </w:p>
        </w:tc>
        <w:tc>
          <w:tcPr>
            <w:tcW w:type="dxa" w:w="1080"/>
          </w:tcPr>
          <w:p>
            <w:r>
              <w:t>建筑与城市规划学院</w:t>
            </w:r>
          </w:p>
        </w:tc>
        <w:tc>
          <w:tcPr>
            <w:tcW w:type="dxa" w:w="1080"/>
          </w:tcPr>
          <w:p>
            <w:r>
              <w:t>2024-2025</w:t>
            </w:r>
          </w:p>
        </w:tc>
        <w:tc>
          <w:tcPr>
            <w:tcW w:type="dxa" w:w="1080"/>
          </w:tcPr>
          <w:p>
            <w:r>
              <w:t>4</w:t>
            </w:r>
          </w:p>
        </w:tc>
      </w:tr>
      <w:tr>
        <w:tc>
          <w:tcPr>
            <w:tcW w:type="dxa" w:w="1080"/>
          </w:tcPr>
          <w:p>
            <w:r>
              <w:t>35</w:t>
            </w:r>
          </w:p>
        </w:tc>
        <w:tc>
          <w:tcPr>
            <w:tcW w:type="dxa" w:w="1080"/>
          </w:tcPr>
          <w:p>
            <w:r>
              <w:t>认知实习</w:t>
            </w:r>
          </w:p>
        </w:tc>
        <w:tc>
          <w:tcPr>
            <w:tcW w:type="dxa" w:w="1080"/>
          </w:tcPr>
          <w:p>
            <w:r>
              <w:t>2AU21317</w:t>
            </w:r>
          </w:p>
        </w:tc>
        <w:tc>
          <w:tcPr>
            <w:tcW w:type="dxa" w:w="1080"/>
          </w:tcPr>
          <w:p>
            <w:r>
              <w:t>1</w:t>
            </w:r>
          </w:p>
        </w:tc>
        <w:tc>
          <w:tcPr>
            <w:tcW w:type="dxa" w:w="1080"/>
          </w:tcPr>
          <w:p>
            <w:r>
              <w:t>专业必修课</w:t>
            </w:r>
          </w:p>
        </w:tc>
        <w:tc>
          <w:tcPr>
            <w:tcW w:type="dxa" w:w="1080"/>
          </w:tcPr>
          <w:p>
            <w:r>
              <w:t>建筑与城市规划学院</w:t>
            </w:r>
          </w:p>
        </w:tc>
        <w:tc>
          <w:tcPr>
            <w:tcW w:type="dxa" w:w="1080"/>
          </w:tcPr>
          <w:p>
            <w:r>
              <w:t>2024-2025</w:t>
            </w:r>
          </w:p>
        </w:tc>
        <w:tc>
          <w:tcPr>
            <w:tcW w:type="dxa" w:w="1080"/>
          </w:tcPr>
          <w:p>
            <w:r>
              <w:t>4</w:t>
            </w:r>
          </w:p>
        </w:tc>
      </w:tr>
      <w:tr>
        <w:tc>
          <w:tcPr>
            <w:tcW w:type="dxa" w:w="1080"/>
          </w:tcPr>
          <w:p>
            <w:r>
              <w:t>36</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5</w:t>
            </w:r>
          </w:p>
        </w:tc>
      </w:tr>
      <w:tr>
        <w:tc>
          <w:tcPr>
            <w:tcW w:type="dxa" w:w="1080"/>
          </w:tcPr>
          <w:p>
            <w:r>
              <w:t>37</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5</w:t>
            </w:r>
          </w:p>
        </w:tc>
      </w:tr>
      <w:tr>
        <w:tc>
          <w:tcPr>
            <w:tcW w:type="dxa" w:w="1080"/>
          </w:tcPr>
          <w:p>
            <w:r>
              <w:t>38</w:t>
            </w:r>
          </w:p>
        </w:tc>
        <w:tc>
          <w:tcPr>
            <w:tcW w:type="dxa" w:w="1080"/>
          </w:tcPr>
          <w:p>
            <w:r>
              <w:t>中外风景园林史</w:t>
            </w:r>
          </w:p>
        </w:tc>
        <w:tc>
          <w:tcPr>
            <w:tcW w:type="dxa" w:w="1080"/>
          </w:tcPr>
          <w:p>
            <w:r>
              <w:t>2AU21306</w:t>
            </w:r>
          </w:p>
        </w:tc>
        <w:tc>
          <w:tcPr>
            <w:tcW w:type="dxa" w:w="1080"/>
          </w:tcPr>
          <w:p>
            <w:r>
              <w:t>3</w:t>
            </w:r>
          </w:p>
        </w:tc>
        <w:tc>
          <w:tcPr>
            <w:tcW w:type="dxa" w:w="1080"/>
          </w:tcPr>
          <w:p>
            <w:r>
              <w:t>专业必修课</w:t>
            </w:r>
          </w:p>
        </w:tc>
        <w:tc>
          <w:tcPr>
            <w:tcW w:type="dxa" w:w="1080"/>
          </w:tcPr>
          <w:p>
            <w:r>
              <w:t>建筑与城市规划学院</w:t>
            </w:r>
          </w:p>
        </w:tc>
        <w:tc>
          <w:tcPr>
            <w:tcW w:type="dxa" w:w="1080"/>
          </w:tcPr>
          <w:p>
            <w:r>
              <w:t>2025-2026</w:t>
            </w:r>
          </w:p>
        </w:tc>
        <w:tc>
          <w:tcPr>
            <w:tcW w:type="dxa" w:w="1080"/>
          </w:tcPr>
          <w:p>
            <w:r>
              <w:t>5</w:t>
            </w:r>
          </w:p>
        </w:tc>
      </w:tr>
      <w:tr>
        <w:tc>
          <w:tcPr>
            <w:tcW w:type="dxa" w:w="1080"/>
          </w:tcPr>
          <w:p>
            <w:r>
              <w:t>39</w:t>
            </w:r>
          </w:p>
        </w:tc>
        <w:tc>
          <w:tcPr>
            <w:tcW w:type="dxa" w:w="1080"/>
          </w:tcPr>
          <w:p>
            <w:r>
              <w:t>风景园林工程与管理</w:t>
            </w:r>
          </w:p>
        </w:tc>
        <w:tc>
          <w:tcPr>
            <w:tcW w:type="dxa" w:w="1080"/>
          </w:tcPr>
          <w:p>
            <w:r>
              <w:t>2AU21307</w:t>
            </w:r>
          </w:p>
        </w:tc>
        <w:tc>
          <w:tcPr>
            <w:tcW w:type="dxa" w:w="1080"/>
          </w:tcPr>
          <w:p>
            <w:r>
              <w:t>3</w:t>
            </w:r>
          </w:p>
        </w:tc>
        <w:tc>
          <w:tcPr>
            <w:tcW w:type="dxa" w:w="1080"/>
          </w:tcPr>
          <w:p>
            <w:r>
              <w:t>专业必修课</w:t>
            </w:r>
          </w:p>
        </w:tc>
        <w:tc>
          <w:tcPr>
            <w:tcW w:type="dxa" w:w="1080"/>
          </w:tcPr>
          <w:p>
            <w:r>
              <w:t>建筑与城市规划学院</w:t>
            </w:r>
          </w:p>
        </w:tc>
        <w:tc>
          <w:tcPr>
            <w:tcW w:type="dxa" w:w="1080"/>
          </w:tcPr>
          <w:p>
            <w:r>
              <w:t>2025-2026</w:t>
            </w:r>
          </w:p>
        </w:tc>
        <w:tc>
          <w:tcPr>
            <w:tcW w:type="dxa" w:w="1080"/>
          </w:tcPr>
          <w:p>
            <w:r>
              <w:t>5</w:t>
            </w:r>
          </w:p>
        </w:tc>
      </w:tr>
      <w:tr>
        <w:tc>
          <w:tcPr>
            <w:tcW w:type="dxa" w:w="1080"/>
          </w:tcPr>
          <w:p>
            <w:r>
              <w:t>40</w:t>
            </w:r>
          </w:p>
        </w:tc>
        <w:tc>
          <w:tcPr>
            <w:tcW w:type="dxa" w:w="1080"/>
          </w:tcPr>
          <w:p>
            <w:r>
              <w:t>生态学基础</w:t>
            </w:r>
          </w:p>
        </w:tc>
        <w:tc>
          <w:tcPr>
            <w:tcW w:type="dxa" w:w="1080"/>
          </w:tcPr>
          <w:p>
            <w:r>
              <w:t>2AU21308</w:t>
            </w:r>
          </w:p>
        </w:tc>
        <w:tc>
          <w:tcPr>
            <w:tcW w:type="dxa" w:w="1080"/>
          </w:tcPr>
          <w:p>
            <w:r>
              <w:t>2</w:t>
            </w:r>
          </w:p>
        </w:tc>
        <w:tc>
          <w:tcPr>
            <w:tcW w:type="dxa" w:w="1080"/>
          </w:tcPr>
          <w:p>
            <w:r>
              <w:t>专业必修课</w:t>
            </w:r>
          </w:p>
        </w:tc>
        <w:tc>
          <w:tcPr>
            <w:tcW w:type="dxa" w:w="1080"/>
          </w:tcPr>
          <w:p>
            <w:r>
              <w:t>建筑与城市规划学院</w:t>
            </w:r>
          </w:p>
        </w:tc>
        <w:tc>
          <w:tcPr>
            <w:tcW w:type="dxa" w:w="1080"/>
          </w:tcPr>
          <w:p>
            <w:r>
              <w:t>2025-2026</w:t>
            </w:r>
          </w:p>
        </w:tc>
        <w:tc>
          <w:tcPr>
            <w:tcW w:type="dxa" w:w="1080"/>
          </w:tcPr>
          <w:p>
            <w:r>
              <w:t>5</w:t>
            </w:r>
          </w:p>
        </w:tc>
      </w:tr>
      <w:tr>
        <w:tc>
          <w:tcPr>
            <w:tcW w:type="dxa" w:w="1080"/>
          </w:tcPr>
          <w:p>
            <w:r>
              <w:t>41</w:t>
            </w:r>
          </w:p>
        </w:tc>
        <w:tc>
          <w:tcPr>
            <w:tcW w:type="dxa" w:w="1080"/>
          </w:tcPr>
          <w:p>
            <w:r>
              <w:t>风景园林规划与设计(一)</w:t>
            </w:r>
          </w:p>
        </w:tc>
        <w:tc>
          <w:tcPr>
            <w:tcW w:type="dxa" w:w="1080"/>
          </w:tcPr>
          <w:p>
            <w:r>
              <w:t>2AU21309</w:t>
            </w:r>
          </w:p>
        </w:tc>
        <w:tc>
          <w:tcPr>
            <w:tcW w:type="dxa" w:w="1080"/>
          </w:tcPr>
          <w:p>
            <w:r>
              <w:t>6</w:t>
            </w:r>
          </w:p>
        </w:tc>
        <w:tc>
          <w:tcPr>
            <w:tcW w:type="dxa" w:w="1080"/>
          </w:tcPr>
          <w:p>
            <w:r>
              <w:t>专业必修课</w:t>
            </w:r>
          </w:p>
        </w:tc>
        <w:tc>
          <w:tcPr>
            <w:tcW w:type="dxa" w:w="1080"/>
          </w:tcPr>
          <w:p>
            <w:r>
              <w:t>建筑与城市规划学院</w:t>
            </w:r>
          </w:p>
        </w:tc>
        <w:tc>
          <w:tcPr>
            <w:tcW w:type="dxa" w:w="1080"/>
          </w:tcPr>
          <w:p>
            <w:r>
              <w:t>2025-2026</w:t>
            </w:r>
          </w:p>
        </w:tc>
        <w:tc>
          <w:tcPr>
            <w:tcW w:type="dxa" w:w="1080"/>
          </w:tcPr>
          <w:p>
            <w:r>
              <w:t>5</w:t>
            </w:r>
          </w:p>
        </w:tc>
      </w:tr>
      <w:tr>
        <w:tc>
          <w:tcPr>
            <w:tcW w:type="dxa" w:w="1080"/>
          </w:tcPr>
          <w:p>
            <w:r>
              <w:t>42</w:t>
            </w:r>
          </w:p>
        </w:tc>
        <w:tc>
          <w:tcPr>
            <w:tcW w:type="dxa" w:w="1080"/>
          </w:tcPr>
          <w:p>
            <w:r>
              <w:t>风景园林工程认知与营造实习</w:t>
            </w:r>
          </w:p>
        </w:tc>
        <w:tc>
          <w:tcPr>
            <w:tcW w:type="dxa" w:w="1080"/>
          </w:tcPr>
          <w:p>
            <w:r>
              <w:t>2AU21318</w:t>
            </w:r>
          </w:p>
        </w:tc>
        <w:tc>
          <w:tcPr>
            <w:tcW w:type="dxa" w:w="1080"/>
          </w:tcPr>
          <w:p>
            <w:r>
              <w:t>1</w:t>
            </w:r>
          </w:p>
        </w:tc>
        <w:tc>
          <w:tcPr>
            <w:tcW w:type="dxa" w:w="1080"/>
          </w:tcPr>
          <w:p>
            <w:r>
              <w:t>专业必修课</w:t>
            </w:r>
          </w:p>
        </w:tc>
        <w:tc>
          <w:tcPr>
            <w:tcW w:type="dxa" w:w="1080"/>
          </w:tcPr>
          <w:p>
            <w:r>
              <w:t>建筑与城市规划学院</w:t>
            </w:r>
          </w:p>
        </w:tc>
        <w:tc>
          <w:tcPr>
            <w:tcW w:type="dxa" w:w="1080"/>
          </w:tcPr>
          <w:p>
            <w:r>
              <w:t>2025-2026</w:t>
            </w:r>
          </w:p>
        </w:tc>
        <w:tc>
          <w:tcPr>
            <w:tcW w:type="dxa" w:w="1080"/>
          </w:tcPr>
          <w:p>
            <w:r>
              <w:t>5</w:t>
            </w:r>
          </w:p>
        </w:tc>
      </w:tr>
      <w:tr>
        <w:tc>
          <w:tcPr>
            <w:tcW w:type="dxa" w:w="1080"/>
          </w:tcPr>
          <w:p>
            <w:r>
              <w:t>43</w:t>
            </w:r>
          </w:p>
        </w:tc>
        <w:tc>
          <w:tcPr>
            <w:tcW w:type="dxa" w:w="1080"/>
          </w:tcPr>
          <w:p>
            <w:r>
              <w:t>风景园林规划与设计(二)</w:t>
            </w:r>
          </w:p>
        </w:tc>
        <w:tc>
          <w:tcPr>
            <w:tcW w:type="dxa" w:w="1080"/>
          </w:tcPr>
          <w:p>
            <w:r>
              <w:t>2AU21310</w:t>
            </w:r>
          </w:p>
        </w:tc>
        <w:tc>
          <w:tcPr>
            <w:tcW w:type="dxa" w:w="1080"/>
          </w:tcPr>
          <w:p>
            <w:r>
              <w:t>6</w:t>
            </w:r>
          </w:p>
        </w:tc>
        <w:tc>
          <w:tcPr>
            <w:tcW w:type="dxa" w:w="1080"/>
          </w:tcPr>
          <w:p>
            <w:r>
              <w:t>专业必修课</w:t>
            </w:r>
          </w:p>
        </w:tc>
        <w:tc>
          <w:tcPr>
            <w:tcW w:type="dxa" w:w="1080"/>
          </w:tcPr>
          <w:p>
            <w:r>
              <w:t>建筑与城市规划学院</w:t>
            </w:r>
          </w:p>
        </w:tc>
        <w:tc>
          <w:tcPr>
            <w:tcW w:type="dxa" w:w="1080"/>
          </w:tcPr>
          <w:p>
            <w:r>
              <w:t>2025-2026</w:t>
            </w:r>
          </w:p>
        </w:tc>
        <w:tc>
          <w:tcPr>
            <w:tcW w:type="dxa" w:w="1080"/>
          </w:tcPr>
          <w:p>
            <w:r>
              <w:t>6</w:t>
            </w:r>
          </w:p>
        </w:tc>
      </w:tr>
      <w:tr>
        <w:tc>
          <w:tcPr>
            <w:tcW w:type="dxa" w:w="1080"/>
          </w:tcPr>
          <w:p>
            <w:r>
              <w:t>44</w:t>
            </w:r>
          </w:p>
        </w:tc>
        <w:tc>
          <w:tcPr>
            <w:tcW w:type="dxa" w:w="1080"/>
          </w:tcPr>
          <w:p>
            <w:r>
              <w:t>风景园林工程设计</w:t>
            </w:r>
          </w:p>
        </w:tc>
        <w:tc>
          <w:tcPr>
            <w:tcW w:type="dxa" w:w="1080"/>
          </w:tcPr>
          <w:p>
            <w:r>
              <w:t>2AU21311</w:t>
            </w:r>
          </w:p>
        </w:tc>
        <w:tc>
          <w:tcPr>
            <w:tcW w:type="dxa" w:w="1080"/>
          </w:tcPr>
          <w:p>
            <w:r>
              <w:t>2</w:t>
            </w:r>
          </w:p>
        </w:tc>
        <w:tc>
          <w:tcPr>
            <w:tcW w:type="dxa" w:w="1080"/>
          </w:tcPr>
          <w:p>
            <w:r>
              <w:t>专业必修课</w:t>
            </w:r>
          </w:p>
        </w:tc>
        <w:tc>
          <w:tcPr>
            <w:tcW w:type="dxa" w:w="1080"/>
          </w:tcPr>
          <w:p>
            <w:r>
              <w:t>建筑与城市规划学院</w:t>
            </w:r>
          </w:p>
        </w:tc>
        <w:tc>
          <w:tcPr>
            <w:tcW w:type="dxa" w:w="1080"/>
          </w:tcPr>
          <w:p>
            <w:r>
              <w:t>2025-2026</w:t>
            </w:r>
          </w:p>
        </w:tc>
        <w:tc>
          <w:tcPr>
            <w:tcW w:type="dxa" w:w="1080"/>
          </w:tcPr>
          <w:p>
            <w:r>
              <w:t>6</w:t>
            </w:r>
          </w:p>
        </w:tc>
      </w:tr>
      <w:tr>
        <w:tc>
          <w:tcPr>
            <w:tcW w:type="dxa" w:w="1080"/>
          </w:tcPr>
          <w:p>
            <w:r>
              <w:t>45</w:t>
            </w:r>
          </w:p>
        </w:tc>
        <w:tc>
          <w:tcPr>
            <w:tcW w:type="dxa" w:w="1080"/>
          </w:tcPr>
          <w:p>
            <w:r>
              <w:t>生态智慧与实践</w:t>
            </w:r>
          </w:p>
        </w:tc>
        <w:tc>
          <w:tcPr>
            <w:tcW w:type="dxa" w:w="1080"/>
          </w:tcPr>
          <w:p>
            <w:r>
              <w:t>2AU21312</w:t>
            </w:r>
          </w:p>
        </w:tc>
        <w:tc>
          <w:tcPr>
            <w:tcW w:type="dxa" w:w="1080"/>
          </w:tcPr>
          <w:p>
            <w:r>
              <w:t>1</w:t>
            </w:r>
          </w:p>
        </w:tc>
        <w:tc>
          <w:tcPr>
            <w:tcW w:type="dxa" w:w="1080"/>
          </w:tcPr>
          <w:p>
            <w:r>
              <w:t>专业必修课</w:t>
            </w:r>
          </w:p>
        </w:tc>
        <w:tc>
          <w:tcPr>
            <w:tcW w:type="dxa" w:w="1080"/>
          </w:tcPr>
          <w:p>
            <w:r>
              <w:t>建筑与城市规划学院</w:t>
            </w:r>
          </w:p>
        </w:tc>
        <w:tc>
          <w:tcPr>
            <w:tcW w:type="dxa" w:w="1080"/>
          </w:tcPr>
          <w:p>
            <w:r>
              <w:t>2025-2026</w:t>
            </w:r>
          </w:p>
        </w:tc>
        <w:tc>
          <w:tcPr>
            <w:tcW w:type="dxa" w:w="1080"/>
          </w:tcPr>
          <w:p>
            <w:r>
              <w:t>6</w:t>
            </w:r>
          </w:p>
        </w:tc>
      </w:tr>
      <w:tr>
        <w:tc>
          <w:tcPr>
            <w:tcW w:type="dxa" w:w="1080"/>
          </w:tcPr>
          <w:p>
            <w:r>
              <w:t>46</w:t>
            </w:r>
          </w:p>
        </w:tc>
        <w:tc>
          <w:tcPr>
            <w:tcW w:type="dxa" w:w="1080"/>
          </w:tcPr>
          <w:p>
            <w:r>
              <w:t>景观生态规划</w:t>
            </w:r>
          </w:p>
        </w:tc>
        <w:tc>
          <w:tcPr>
            <w:tcW w:type="dxa" w:w="1080"/>
          </w:tcPr>
          <w:p>
            <w:r>
              <w:t>2AU21313</w:t>
            </w:r>
          </w:p>
        </w:tc>
        <w:tc>
          <w:tcPr>
            <w:tcW w:type="dxa" w:w="1080"/>
          </w:tcPr>
          <w:p>
            <w:r>
              <w:t>2</w:t>
            </w:r>
          </w:p>
        </w:tc>
        <w:tc>
          <w:tcPr>
            <w:tcW w:type="dxa" w:w="1080"/>
          </w:tcPr>
          <w:p>
            <w:r>
              <w:t>专业必修课</w:t>
            </w:r>
          </w:p>
        </w:tc>
        <w:tc>
          <w:tcPr>
            <w:tcW w:type="dxa" w:w="1080"/>
          </w:tcPr>
          <w:p>
            <w:r>
              <w:t>建筑与城市规划学院</w:t>
            </w:r>
          </w:p>
        </w:tc>
        <w:tc>
          <w:tcPr>
            <w:tcW w:type="dxa" w:w="1080"/>
          </w:tcPr>
          <w:p>
            <w:r>
              <w:t>2025-2026</w:t>
            </w:r>
          </w:p>
        </w:tc>
        <w:tc>
          <w:tcPr>
            <w:tcW w:type="dxa" w:w="1080"/>
          </w:tcPr>
          <w:p>
            <w:r>
              <w:t>6</w:t>
            </w:r>
          </w:p>
        </w:tc>
      </w:tr>
      <w:tr>
        <w:tc>
          <w:tcPr>
            <w:tcW w:type="dxa" w:w="1080"/>
          </w:tcPr>
          <w:p>
            <w:r>
              <w:t>47</w:t>
            </w:r>
          </w:p>
        </w:tc>
        <w:tc>
          <w:tcPr>
            <w:tcW w:type="dxa" w:w="1080"/>
          </w:tcPr>
          <w:p>
            <w:r>
              <w:t>综合考察</w:t>
            </w:r>
          </w:p>
        </w:tc>
        <w:tc>
          <w:tcPr>
            <w:tcW w:type="dxa" w:w="1080"/>
          </w:tcPr>
          <w:p>
            <w:r>
              <w:t>2AU21319</w:t>
            </w:r>
          </w:p>
        </w:tc>
        <w:tc>
          <w:tcPr>
            <w:tcW w:type="dxa" w:w="1080"/>
          </w:tcPr>
          <w:p>
            <w:r>
              <w:t>1</w:t>
            </w:r>
          </w:p>
        </w:tc>
        <w:tc>
          <w:tcPr>
            <w:tcW w:type="dxa" w:w="1080"/>
          </w:tcPr>
          <w:p>
            <w:r>
              <w:t>专业必修课</w:t>
            </w:r>
          </w:p>
        </w:tc>
        <w:tc>
          <w:tcPr>
            <w:tcW w:type="dxa" w:w="1080"/>
          </w:tcPr>
          <w:p>
            <w:r>
              <w:t>建筑与城市规划学院</w:t>
            </w:r>
          </w:p>
        </w:tc>
        <w:tc>
          <w:tcPr>
            <w:tcW w:type="dxa" w:w="1080"/>
          </w:tcPr>
          <w:p>
            <w:r>
              <w:t>2025-2026</w:t>
            </w:r>
          </w:p>
        </w:tc>
        <w:tc>
          <w:tcPr>
            <w:tcW w:type="dxa" w:w="1080"/>
          </w:tcPr>
          <w:p>
            <w:r>
              <w:t>6</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