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苏州科技大学外国语学院 推荐 2026 年优秀应届本科毕业生免试攻读研究生工作细则</w:t>
      </w:r>
    </w:p>
    <w:p>
      <w:r>
        <w:t>日期：2025年09月03日14:27浏览：670</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组长：綦亮、李敏</w:t>
      </w:r>
    </w:p>
    <w:p>
      <w:r>
        <w:t>成员：王妍、郭雯、李思为、赵诚、罗时光</w:t>
      </w:r>
    </w:p>
    <w:p>
      <w:r>
        <w:t>咨询电话：0512-68085460 (教务) 0512-680 84875 (学工)</w:t>
      </w:r>
    </w:p>
    <w:p>
      <w:r>
        <w:t>申诉电话：0512-68084356</w:t>
      </w:r>
    </w:p>
    <w:p>
      <w:r>
        <w:t>邮箱：wyx@usts.edu.cn</w:t>
      </w:r>
    </w:p>
    <w:p>
      <w:r>
        <w:t>二、名额分配</w:t>
      </w:r>
    </w:p>
    <w:p>
      <w:r>
        <w:t>总名额：3名</w:t>
      </w:r>
    </w:p>
    <w:p>
      <w:r>
        <w:t>名额分配如下：英语专业1名；英语（师范）专业1名；日语专业1名。</w:t>
      </w:r>
    </w:p>
    <w:p>
      <w:r>
        <w:t>三、申请报名条件</w:t>
      </w:r>
    </w:p>
    <w:p>
      <w:r>
        <w:t>申请者须满足学校规定的遴选基本条件。</w:t>
      </w:r>
    </w:p>
    <w:p>
      <w:r>
        <w:t>四、申请受理时间、地点</w:t>
      </w:r>
    </w:p>
    <w:p>
      <w:r>
        <w:t>截止时间：9月5日16:00之前，提交报名申请及相关材料。</w:t>
      </w:r>
    </w:p>
    <w:p>
      <w:r>
        <w:t>受理地点：石湖校区C2楼315室</w:t>
      </w:r>
    </w:p>
    <w:p>
      <w:r>
        <w:t>受理人员：陈碧榭老师</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2、在规定时间内，有申请资格但未提交申请表者，视作放弃资格。</w:t>
      </w:r>
    </w:p>
    <w:p>
      <w:r>
        <w:t>3、其他事项按照教育部和学校相关规定执行。</w:t>
      </w:r>
    </w:p>
    <w:p>
      <w:r>
        <w:t>4、本细则由学院推免生遴选工作小组负责解释。</w:t>
      </w:r>
    </w:p>
    <w:p>
      <w:r>
        <w:t>外国语学院</w:t>
      </w:r>
    </w:p>
    <w:p>
      <w:r>
        <w:t>2025年8月31日</w:t>
      </w:r>
    </w:p>
    <w:p>
      <w:pPr>
        <w:pStyle w:val="ListBullet"/>
      </w:pPr>
      <w:r>
        <w:t>附件1：附件1：2026届优秀应届本科毕业生推荐免试攻读研究生申请表.docx</w:t>
      </w:r>
    </w:p>
    <w:p>
      <w:pPr>
        <w:pStyle w:val="ListBullet"/>
      </w:pPr>
      <w:r>
        <w:t>附件2：附件2：推免综合素质加分申请表.xlsx</w:t>
      </w:r>
    </w:p>
    <w:p>
      <w:pPr>
        <w:pStyle w:val="ListBullet"/>
      </w:pPr>
      <w:r>
        <w:t>附件3：附件3：推荐2026年优秀应届本科毕业生免试攻读研究生思想政治品德考核表.docx</w:t>
      </w:r>
    </w:p>
    <w:p>
      <w:pPr>
        <w:pStyle w:val="ListBullet"/>
      </w:pPr>
      <w:r>
        <w:t>附件4：附件4：2026届优秀应届本科毕业生推荐免试攻读研究生推免工作相关人员亲属或利益关系报备登记表.docx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