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苏州科技大学外国语学院推荐2027年优秀应届本科毕业生免试攻读研究生工作细则</w:t>
      </w:r>
    </w:p>
    <w:p>
      <w:r>
        <w:t>苏州科技大学外国语学院</w:t>
      </w:r>
    </w:p>
    <w:p>
      <w:r>
        <w:t>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组长：綦亮、李敏</w:t>
      </w:r>
    </w:p>
    <w:p>
      <w:r>
        <w:t>成员：李思为、王妍、郭雯、赵诚、徐平</w:t>
      </w:r>
    </w:p>
    <w:p>
      <w:r>
        <w:t>咨询电话：0512-68085460 (教务) 0512-68084875 (学工)</w:t>
      </w:r>
    </w:p>
    <w:p>
      <w:r>
        <w:t>申诉电话：0512-68084356</w:t>
      </w:r>
    </w:p>
    <w:p>
      <w:r>
        <w:t>邮箱：wyx@usts.edu.cn</w:t>
      </w:r>
    </w:p>
    <w:p>
      <w:r>
        <w:t>二、名额分配</w:t>
      </w:r>
    </w:p>
    <w:p>
      <w:r>
        <w:t>总名额：6名</w:t>
      </w:r>
    </w:p>
    <w:p>
      <w:r>
        <w:t>名额分配如下：英语专业2名；英语（师范）专业2名；日语专业2名。</w:t>
      </w:r>
    </w:p>
    <w:p>
      <w:r>
        <w:t>三、申请报名条件</w:t>
      </w:r>
    </w:p>
    <w:p>
      <w:r>
        <w:t>申请者须满足学校规定的遴选基本条件。</w:t>
      </w:r>
    </w:p>
    <w:p>
      <w:r>
        <w:t>四、申请受理时间、地点</w:t>
      </w:r>
    </w:p>
    <w:p>
      <w:r>
        <w:t>截止时间：9月1日16:00之前，提交报名申请及相关材料。</w:t>
      </w:r>
    </w:p>
    <w:p>
      <w:r>
        <w:t>受理地点：石湖校区C2楼315室</w:t>
      </w:r>
    </w:p>
    <w:p>
      <w:r>
        <w:t>受理人员：陈碧榭老师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2、在规定时间内，有申请资格但未提交申请表者，视作放弃资格。</w:t>
      </w:r>
    </w:p>
    <w:p>
      <w:r>
        <w:t>3、其他事项按照教育部和学校相关规定执行。</w:t>
      </w:r>
    </w:p>
    <w:p>
      <w:r>
        <w:t>4、本细则由学院推免生遴选工作小组负责解释。</w:t>
      </w:r>
    </w:p>
    <w:p>
      <w:r>
        <w:t>外国语学院</w:t>
      </w:r>
    </w:p>
    <w:p>
      <w:r>
        <w:t>2026年8月30日</w:t>
      </w:r>
    </w:p>
    <w:p>
      <w:r>
        <w:t>附件1:</w:t>
      </w:r>
    </w:p>
    <w:p>
      <w:r>
        <w:t>苏州科技大学外国语学院推免生综合素质单项分值设置表</w:t>
      </w:r>
    </w:p>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类别</w:t>
            </w:r>
          </w:p>
        </w:tc>
        <w:tc>
          <w:tcPr>
            <w:tcW w:type="dxa" w:w="960"/>
          </w:tcPr>
          <w:p>
            <w:r>
              <w:t>项目等级</w:t>
            </w:r>
          </w:p>
        </w:tc>
        <w:tc>
          <w:tcPr>
            <w:tcW w:type="dxa" w:w="960"/>
          </w:tcPr>
          <w:p>
            <w:r>
              <w:t>第一等次</w:t>
            </w:r>
          </w:p>
        </w:tc>
        <w:tc>
          <w:tcPr>
            <w:tcW w:type="dxa" w:w="960"/>
          </w:tcPr>
          <w:p>
            <w:r>
              <w:t>第二等次</w:t>
            </w:r>
          </w:p>
        </w:tc>
        <w:tc>
          <w:tcPr>
            <w:tcW w:type="dxa" w:w="960"/>
          </w:tcPr>
          <w:p>
            <w:r>
              <w:t>第三等次</w:t>
            </w:r>
          </w:p>
        </w:tc>
        <w:tc>
          <w:tcPr>
            <w:tcW w:type="dxa" w:w="960"/>
          </w:tcPr>
          <w:p>
            <w:r>
              <w:t>第四等次</w:t>
            </w:r>
          </w:p>
        </w:tc>
        <w:tc>
          <w:tcPr>
            <w:tcW w:type="dxa" w:w="960"/>
          </w:tcPr>
          <w:p>
            <w:r>
              <w:t>备注</w:t>
            </w:r>
          </w:p>
        </w:tc>
        <w:tc>
          <w:tcPr>
            <w:tcW w:type="dxa" w:w="960"/>
          </w:tcPr>
          <w:p/>
        </w:tc>
        <w:tc>
          <w:tcPr>
            <w:tcW w:type="dxa" w:w="960"/>
          </w:tcPr>
          <w:p/>
        </w:tc>
      </w:tr>
      <w:tr>
        <w:tc>
          <w:tcPr>
            <w:tcW w:type="dxa" w:w="960"/>
          </w:tcPr>
          <w:p>
            <w:r>
              <w:t>学科竞赛(不超过40分)</w:t>
            </w:r>
          </w:p>
        </w:tc>
        <w:tc>
          <w:tcPr>
            <w:tcW w:type="dxa" w:w="960"/>
          </w:tcPr>
          <w:p>
            <w:r>
              <w:t>I甲</w:t>
            </w:r>
          </w:p>
        </w:tc>
        <w:tc>
          <w:tcPr>
            <w:tcW w:type="dxa" w:w="960"/>
          </w:tcPr>
          <w:p>
            <w:r>
              <w:t>40</w:t>
            </w:r>
          </w:p>
        </w:tc>
        <w:tc>
          <w:tcPr>
            <w:tcW w:type="dxa" w:w="960"/>
          </w:tcPr>
          <w:p>
            <w:r>
              <w:t>30</w:t>
            </w:r>
          </w:p>
        </w:tc>
        <w:tc>
          <w:tcPr>
            <w:tcW w:type="dxa" w:w="960"/>
          </w:tcPr>
          <w:p>
            <w:r>
              <w:t>15</w:t>
            </w:r>
          </w:p>
        </w:tc>
        <w:tc>
          <w:tcPr>
            <w:tcW w:type="dxa" w:w="960"/>
          </w:tcPr>
          <w:p>
            <w:r>
              <w:t>5</w:t>
            </w:r>
          </w:p>
        </w:tc>
        <w:tc>
          <w:tcPr>
            <w:tcW w:type="dxa" w:w="960"/>
          </w:tcPr>
          <w:p>
            <w:r>
              <w:t>（1）学生本科阶段作为主力成员参加的与学业相关的国内权威学科竞赛（全国赛），并获得三等及以上奖励。相关比赛需在苏州科技大学推免生学科竞赛认定目录内，竞赛类别为“ I甲”或“ 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960"/>
          </w:tcPr>
          <w:p/>
        </w:tc>
        <w:tc>
          <w:tcPr>
            <w:tcW w:type="dxa" w:w="960"/>
          </w:tcPr>
          <w:p/>
        </w:tc>
      </w:tr>
      <w:tr>
        <w:tc>
          <w:tcPr>
            <w:tcW w:type="dxa" w:w="960"/>
          </w:tcPr>
          <w:p>
            <w:r>
              <w:t>I乙</w:t>
            </w:r>
          </w:p>
        </w:tc>
        <w:tc>
          <w:tcPr>
            <w:tcW w:type="dxa" w:w="960"/>
          </w:tcPr>
          <w:p>
            <w:r>
              <w:t>15</w:t>
            </w:r>
          </w:p>
        </w:tc>
        <w:tc>
          <w:tcPr>
            <w:tcW w:type="dxa" w:w="960"/>
          </w:tcPr>
          <w:p>
            <w:r>
              <w:t>10</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r>
      <w:tr>
        <w:tc>
          <w:tcPr>
            <w:tcW w:type="dxa" w:w="960"/>
          </w:tcPr>
          <w:p>
            <w:r>
              <w:t>科研成果(不超过40分)</w:t>
            </w:r>
          </w:p>
        </w:tc>
        <w:tc>
          <w:tcPr>
            <w:tcW w:type="dxa" w:w="960"/>
          </w:tcPr>
          <w:p>
            <w:r>
              <w:t>科研论文</w:t>
            </w:r>
          </w:p>
        </w:tc>
        <w:tc>
          <w:tcPr>
            <w:tcW w:type="dxa" w:w="960"/>
          </w:tcPr>
          <w:p>
            <w:r>
              <w:t>一类核刊</w:t>
            </w:r>
          </w:p>
        </w:tc>
        <w:tc>
          <w:tcPr>
            <w:tcW w:type="dxa" w:w="960"/>
          </w:tcPr>
          <w:p>
            <w:r>
              <w:t>二类核刊</w:t>
            </w:r>
          </w:p>
        </w:tc>
        <w:tc>
          <w:tcPr>
            <w:tcW w:type="dxa" w:w="960"/>
          </w:tcPr>
          <w:p>
            <w:r>
              <w:t>三类核刊</w:t>
            </w:r>
          </w:p>
        </w:tc>
        <w:tc>
          <w:tcPr>
            <w:tcW w:type="dxa" w:w="960"/>
          </w:tcPr>
          <w:p>
            <w:r>
              <w:t>四类核刊</w:t>
            </w:r>
          </w:p>
        </w:tc>
        <w:tc>
          <w:tcPr>
            <w:tcW w:type="dxa" w:w="96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核心期刊的界定以《苏州科技大学核心期刊目录（2021年修订）》为依据。SSCI-1区、SSCI-2区、A&amp;HCI收录论文国际期刊论文视为一类（含）以上核心论文，国际一般期刊论文不计分。</w:t>
            </w:r>
          </w:p>
        </w:tc>
        <w:tc>
          <w:tcPr>
            <w:tcW w:type="dxa" w:w="960"/>
          </w:tcPr>
          <w:p/>
        </w:tc>
        <w:tc>
          <w:tcPr>
            <w:tcW w:type="dxa" w:w="960"/>
          </w:tcPr>
          <w:p/>
        </w:tc>
      </w:tr>
      <w:tr>
        <w:tc>
          <w:tcPr>
            <w:tcW w:type="dxa" w:w="960"/>
          </w:tcPr>
          <w:p>
            <w:r>
              <w:t>40</w:t>
            </w:r>
          </w:p>
        </w:tc>
        <w:tc>
          <w:tcPr>
            <w:tcW w:type="dxa" w:w="960"/>
          </w:tcPr>
          <w:p>
            <w:r>
              <w:t>30</w:t>
            </w:r>
          </w:p>
        </w:tc>
        <w:tc>
          <w:tcPr>
            <w:tcW w:type="dxa" w:w="960"/>
          </w:tcPr>
          <w:p>
            <w:r>
              <w:t>20</w:t>
            </w:r>
          </w:p>
        </w:tc>
        <w:tc>
          <w:tcPr>
            <w:tcW w:type="dxa" w:w="960"/>
          </w:tcPr>
          <w:p>
            <w:r>
              <w:t>10</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发明专利</w:t>
            </w:r>
          </w:p>
        </w:tc>
        <w:tc>
          <w:tcPr>
            <w:tcW w:type="dxa" w:w="960"/>
          </w:tcPr>
          <w:p>
            <w:r>
              <w:t>10</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志愿服务(不超过10分)</w:t>
            </w:r>
          </w:p>
        </w:tc>
        <w:tc>
          <w:tcPr>
            <w:tcW w:type="dxa" w:w="960"/>
          </w:tcPr>
          <w:p>
            <w:r/>
          </w:p>
        </w:tc>
        <w:tc>
          <w:tcPr>
            <w:tcW w:type="dxa" w:w="960"/>
          </w:tcPr>
          <w:p>
            <w:r>
              <w:t>第一等次</w:t>
            </w:r>
          </w:p>
        </w:tc>
        <w:tc>
          <w:tcPr>
            <w:tcW w:type="dxa" w:w="960"/>
          </w:tcPr>
          <w:p>
            <w:r>
              <w:t>第二等次</w:t>
            </w:r>
          </w:p>
        </w:tc>
        <w:tc>
          <w:tcPr>
            <w:tcW w:type="dxa" w:w="960"/>
          </w:tcPr>
          <w:p>
            <w:r>
              <w:t>第三等次</w:t>
            </w:r>
          </w:p>
        </w:tc>
        <w:tc>
          <w:tcPr>
            <w:tcW w:type="dxa" w:w="96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960"/>
          </w:tcPr>
          <w:p/>
        </w:tc>
        <w:tc>
          <w:tcPr>
            <w:tcW w:type="dxa" w:w="960"/>
          </w:tcPr>
          <w:p/>
        </w:tc>
        <w:tc>
          <w:tcPr>
            <w:tcW w:type="dxa" w:w="960"/>
          </w:tcPr>
          <w:p/>
        </w:tc>
      </w:tr>
      <w:tr>
        <w:tc>
          <w:tcPr>
            <w:tcW w:type="dxa" w:w="960"/>
          </w:tcPr>
          <w:p>
            <w:r>
              <w:t>国家级</w:t>
            </w:r>
          </w:p>
        </w:tc>
        <w:tc>
          <w:tcPr>
            <w:tcW w:type="dxa" w:w="960"/>
          </w:tcPr>
          <w:p>
            <w:r>
              <w:t>10</w:t>
            </w:r>
          </w:p>
        </w:tc>
        <w:tc>
          <w:tcPr>
            <w:tcW w:type="dxa" w:w="960"/>
          </w:tcPr>
          <w:p>
            <w:r>
              <w:t>7</w:t>
            </w:r>
          </w:p>
        </w:tc>
        <w:tc>
          <w:tcPr>
            <w:tcW w:type="dxa" w:w="960"/>
          </w:tcPr>
          <w:p>
            <w:r>
              <w:t>5</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省部级</w:t>
            </w:r>
          </w:p>
        </w:tc>
        <w:tc>
          <w:tcPr>
            <w:tcW w:type="dxa" w:w="960"/>
          </w:tcPr>
          <w:p>
            <w:r>
              <w:t>5</w:t>
            </w:r>
          </w:p>
        </w:tc>
        <w:tc>
          <w:tcPr>
            <w:tcW w:type="dxa" w:w="960"/>
          </w:tcPr>
          <w:p>
            <w:r>
              <w:t>3</w:t>
            </w:r>
          </w:p>
        </w:tc>
        <w:tc>
          <w:tcPr>
            <w:tcW w:type="dxa" w:w="960"/>
          </w:tcPr>
          <w:p>
            <w:r>
              <w:t>1</w:t>
            </w:r>
          </w:p>
        </w:tc>
        <w:tc>
          <w:tcPr>
            <w:tcW w:type="dxa" w:w="960"/>
          </w:tcPr>
          <w:p/>
        </w:tc>
        <w:tc>
          <w:tcPr>
            <w:tcW w:type="dxa" w:w="960"/>
          </w:tcPr>
          <w:p/>
        </w:tc>
        <w:tc>
          <w:tcPr>
            <w:tcW w:type="dxa" w:w="960"/>
          </w:tcPr>
          <w:p/>
        </w:tc>
        <w:tc>
          <w:tcPr>
            <w:tcW w:type="dxa" w:w="960"/>
          </w:tcPr>
          <w:p/>
        </w:tc>
        <w:tc>
          <w:tcPr>
            <w:tcW w:type="dxa" w:w="960"/>
          </w:tcPr>
          <w:p/>
        </w:tc>
      </w:tr>
      <w:tr>
        <w:tc>
          <w:tcPr>
            <w:tcW w:type="dxa" w:w="960"/>
          </w:tcPr>
          <w:p>
            <w:r>
              <w:t>到国际组织实习（不超过5分）</w:t>
            </w:r>
          </w:p>
        </w:tc>
        <w:tc>
          <w:tcPr>
            <w:tcW w:type="dxa" w:w="96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参军入伍服兵役（不超过5分）</w:t>
            </w:r>
          </w:p>
        </w:tc>
        <w:tc>
          <w:tcPr>
            <w:tcW w:type="dxa" w:w="960"/>
          </w:tcPr>
          <w:p>
            <w:r>
              <w:t>须提供入伍批准书及退出现役证。</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c>
          <w:tcPr>
            <w:tcW w:type="dxa" w:w="960"/>
          </w:tcPr>
          <w:p>
            <w:r/>
          </w:p>
        </w:tc>
      </w:tr>
    </w:tbl>
    <w:p>
      <w:r>
        <w:t>注：（1）成果所列第一单位须为“苏州科技大学”。</w:t>
      </w:r>
    </w:p>
    <w:p>
      <w:r>
        <w:t>注：（2）成果或活动认定依据记载日期须在2026年8月31日前。</w:t>
      </w:r>
    </w:p>
    <w:p>
      <w:r>
        <w:t>附件2：</w:t>
      </w:r>
    </w:p>
    <w:p>
      <w:r>
        <w:t>苏州科技大学外国语学院推荐2027年优秀应届本科毕业生</w:t>
      </w:r>
    </w:p>
    <w:p>
      <w:r>
        <w:t>免试攻读研究生课程清单</w:t>
      </w:r>
    </w:p>
    <w:p>
      <w:r>
        <w:t>年级：202 3级专业：英语[师范]</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外国语学院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英语视听说(一)</w:t>
            </w:r>
          </w:p>
        </w:tc>
        <w:tc>
          <w:tcPr>
            <w:tcW w:type="dxa" w:w="1080"/>
          </w:tcPr>
          <w:p>
            <w:r>
              <w:t>2FL21002</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6</w:t>
            </w:r>
          </w:p>
        </w:tc>
        <w:tc>
          <w:tcPr>
            <w:tcW w:type="dxa" w:w="1080"/>
          </w:tcPr>
          <w:p>
            <w:r>
              <w:t>英语语音训练</w:t>
            </w:r>
          </w:p>
        </w:tc>
        <w:tc>
          <w:tcPr>
            <w:tcW w:type="dxa" w:w="1080"/>
          </w:tcPr>
          <w:p>
            <w:r>
              <w:t>2FL21011</w:t>
            </w:r>
          </w:p>
        </w:tc>
        <w:tc>
          <w:tcPr>
            <w:tcW w:type="dxa" w:w="1080"/>
          </w:tcPr>
          <w:p>
            <w:r>
              <w:t>2.0</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7</w:t>
            </w:r>
          </w:p>
        </w:tc>
        <w:tc>
          <w:tcPr>
            <w:tcW w:type="dxa" w:w="1080"/>
          </w:tcPr>
          <w:p>
            <w:r>
              <w:t>英语学科导论</w:t>
            </w:r>
          </w:p>
        </w:tc>
        <w:tc>
          <w:tcPr>
            <w:tcW w:type="dxa" w:w="1080"/>
          </w:tcPr>
          <w:p>
            <w:r>
              <w:t>2FL21201</w:t>
            </w:r>
          </w:p>
        </w:tc>
        <w:tc>
          <w:tcPr>
            <w:tcW w:type="dxa" w:w="1080"/>
          </w:tcPr>
          <w:p>
            <w:r>
              <w:t>1</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8</w:t>
            </w:r>
          </w:p>
        </w:tc>
        <w:tc>
          <w:tcPr>
            <w:tcW w:type="dxa" w:w="1080"/>
          </w:tcPr>
          <w:p>
            <w:r>
              <w:t>综合英语B(一)</w:t>
            </w:r>
          </w:p>
        </w:tc>
        <w:tc>
          <w:tcPr>
            <w:tcW w:type="dxa" w:w="1080"/>
          </w:tcPr>
          <w:p>
            <w:r>
              <w:t>2FL21202</w:t>
            </w:r>
          </w:p>
        </w:tc>
        <w:tc>
          <w:tcPr>
            <w:tcW w:type="dxa" w:w="1080"/>
          </w:tcPr>
          <w:p>
            <w:r>
              <w:t>6</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9</w:t>
            </w:r>
          </w:p>
        </w:tc>
        <w:tc>
          <w:tcPr>
            <w:tcW w:type="dxa" w:w="1080"/>
          </w:tcPr>
          <w:p>
            <w:r>
              <w:t>英语阅读(一)</w:t>
            </w:r>
          </w:p>
        </w:tc>
        <w:tc>
          <w:tcPr>
            <w:tcW w:type="dxa" w:w="1080"/>
          </w:tcPr>
          <w:p>
            <w:r>
              <w:t>2FL21206</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10</w:t>
            </w:r>
          </w:p>
        </w:tc>
        <w:tc>
          <w:tcPr>
            <w:tcW w:type="dxa" w:w="1080"/>
          </w:tcPr>
          <w:p>
            <w:r>
              <w:t>英语写作(一)</w:t>
            </w:r>
          </w:p>
        </w:tc>
        <w:tc>
          <w:tcPr>
            <w:tcW w:type="dxa" w:w="1080"/>
          </w:tcPr>
          <w:p>
            <w:r>
              <w:t>2FL21209</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11</w:t>
            </w:r>
          </w:p>
        </w:tc>
        <w:tc>
          <w:tcPr>
            <w:tcW w:type="dxa" w:w="1080"/>
          </w:tcPr>
          <w:p>
            <w:r>
              <w:t>劳动教育实践</w:t>
            </w:r>
          </w:p>
        </w:tc>
        <w:tc>
          <w:tcPr>
            <w:tcW w:type="dxa" w:w="1080"/>
          </w:tcPr>
          <w:p>
            <w:r>
              <w:t>2FL21222</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12</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13</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14</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15</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16</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17</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英语语法</w:t>
            </w:r>
          </w:p>
        </w:tc>
        <w:tc>
          <w:tcPr>
            <w:tcW w:type="dxa" w:w="1080"/>
          </w:tcPr>
          <w:p>
            <w:r>
              <w:t>2FL21001</w:t>
            </w:r>
          </w:p>
        </w:tc>
        <w:tc>
          <w:tcPr>
            <w:tcW w:type="dxa" w:w="1080"/>
          </w:tcPr>
          <w:p>
            <w:r>
              <w:t>2.0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19</w:t>
            </w:r>
          </w:p>
        </w:tc>
        <w:tc>
          <w:tcPr>
            <w:tcW w:type="dxa" w:w="1080"/>
          </w:tcPr>
          <w:p>
            <w:r>
              <w:t>英语视听说(二)</w:t>
            </w:r>
          </w:p>
        </w:tc>
        <w:tc>
          <w:tcPr>
            <w:tcW w:type="dxa" w:w="1080"/>
          </w:tcPr>
          <w:p>
            <w:r>
              <w:t>2FL21003</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20</w:t>
            </w:r>
          </w:p>
        </w:tc>
        <w:tc>
          <w:tcPr>
            <w:tcW w:type="dxa" w:w="1080"/>
          </w:tcPr>
          <w:p>
            <w:r>
              <w:t>西方文明简史</w:t>
            </w:r>
          </w:p>
        </w:tc>
        <w:tc>
          <w:tcPr>
            <w:tcW w:type="dxa" w:w="1080"/>
          </w:tcPr>
          <w:p>
            <w:r>
              <w:t>2FL21004</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21</w:t>
            </w:r>
          </w:p>
        </w:tc>
        <w:tc>
          <w:tcPr>
            <w:tcW w:type="dxa" w:w="1080"/>
          </w:tcPr>
          <w:p>
            <w:r>
              <w:t>英语演讲与辩论</w:t>
            </w:r>
          </w:p>
        </w:tc>
        <w:tc>
          <w:tcPr>
            <w:tcW w:type="dxa" w:w="1080"/>
          </w:tcPr>
          <w:p>
            <w:r>
              <w:t>2FL21012</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22</w:t>
            </w:r>
          </w:p>
        </w:tc>
        <w:tc>
          <w:tcPr>
            <w:tcW w:type="dxa" w:w="1080"/>
          </w:tcPr>
          <w:p>
            <w:r>
              <w:t>综合英语B(二)</w:t>
            </w:r>
          </w:p>
        </w:tc>
        <w:tc>
          <w:tcPr>
            <w:tcW w:type="dxa" w:w="1080"/>
          </w:tcPr>
          <w:p>
            <w:r>
              <w:t>2FL21203</w:t>
            </w:r>
          </w:p>
        </w:tc>
        <w:tc>
          <w:tcPr>
            <w:tcW w:type="dxa" w:w="1080"/>
          </w:tcPr>
          <w:p>
            <w:r>
              <w:t>4</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23</w:t>
            </w:r>
          </w:p>
        </w:tc>
        <w:tc>
          <w:tcPr>
            <w:tcW w:type="dxa" w:w="1080"/>
          </w:tcPr>
          <w:p>
            <w:r>
              <w:t>英语阅读(二)</w:t>
            </w:r>
          </w:p>
        </w:tc>
        <w:tc>
          <w:tcPr>
            <w:tcW w:type="dxa" w:w="1080"/>
          </w:tcPr>
          <w:p>
            <w:r>
              <w:t>2FL21207</w:t>
            </w:r>
          </w:p>
        </w:tc>
        <w:tc>
          <w:tcPr>
            <w:tcW w:type="dxa" w:w="1080"/>
          </w:tcPr>
          <w:p>
            <w:r>
              <w:t>1</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24</w:t>
            </w:r>
          </w:p>
        </w:tc>
        <w:tc>
          <w:tcPr>
            <w:tcW w:type="dxa" w:w="1080"/>
          </w:tcPr>
          <w:p>
            <w:r>
              <w:t>英语写作(二)</w:t>
            </w:r>
          </w:p>
        </w:tc>
        <w:tc>
          <w:tcPr>
            <w:tcW w:type="dxa" w:w="1080"/>
          </w:tcPr>
          <w:p>
            <w:r>
              <w:t>2FL21210</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25</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26</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27</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28</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29</w:t>
            </w:r>
          </w:p>
        </w:tc>
        <w:tc>
          <w:tcPr>
            <w:tcW w:type="dxa" w:w="1080"/>
          </w:tcPr>
          <w:p>
            <w:r>
              <w:t>第二外语(一)</w:t>
            </w:r>
          </w:p>
        </w:tc>
        <w:tc>
          <w:tcPr>
            <w:tcW w:type="dxa" w:w="1080"/>
          </w:tcPr>
          <w:p>
            <w:r>
              <w:t>2FL11061</w:t>
            </w:r>
          </w:p>
        </w:tc>
        <w:tc>
          <w:tcPr>
            <w:tcW w:type="dxa" w:w="1080"/>
          </w:tcPr>
          <w:p>
            <w:r>
              <w:t>4</w:t>
            </w:r>
          </w:p>
        </w:tc>
        <w:tc>
          <w:tcPr>
            <w:tcW w:type="dxa" w:w="1080"/>
          </w:tcPr>
          <w:p>
            <w:r>
              <w:t>通识必修课</w:t>
            </w:r>
          </w:p>
        </w:tc>
        <w:tc>
          <w:tcPr>
            <w:tcW w:type="dxa" w:w="1080"/>
          </w:tcPr>
          <w:p>
            <w:r>
              <w:t>外国语学院</w:t>
            </w:r>
          </w:p>
        </w:tc>
        <w:tc>
          <w:tcPr>
            <w:tcW w:type="dxa" w:w="1080"/>
          </w:tcPr>
          <w:p>
            <w:r>
              <w:t>2024-2025</w:t>
            </w:r>
          </w:p>
        </w:tc>
        <w:tc>
          <w:tcPr>
            <w:tcW w:type="dxa" w:w="1080"/>
          </w:tcPr>
          <w:p>
            <w:r>
              <w:t>1</w:t>
            </w:r>
          </w:p>
        </w:tc>
      </w:tr>
      <w:tr>
        <w:tc>
          <w:tcPr>
            <w:tcW w:type="dxa" w:w="1080"/>
          </w:tcPr>
          <w:p>
            <w:r>
              <w:t>30</w:t>
            </w:r>
          </w:p>
        </w:tc>
        <w:tc>
          <w:tcPr>
            <w:tcW w:type="dxa" w:w="1080"/>
          </w:tcPr>
          <w:p>
            <w:r>
              <w:t>综合英语B(三)</w:t>
            </w:r>
          </w:p>
        </w:tc>
        <w:tc>
          <w:tcPr>
            <w:tcW w:type="dxa" w:w="1080"/>
          </w:tcPr>
          <w:p>
            <w:r>
              <w:t>2FL21204</w:t>
            </w:r>
          </w:p>
        </w:tc>
        <w:tc>
          <w:tcPr>
            <w:tcW w:type="dxa" w:w="1080"/>
          </w:tcPr>
          <w:p>
            <w:r>
              <w:t>6</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31</w:t>
            </w:r>
          </w:p>
        </w:tc>
        <w:tc>
          <w:tcPr>
            <w:tcW w:type="dxa" w:w="1080"/>
          </w:tcPr>
          <w:p>
            <w:r>
              <w:t>英语阅读(三)</w:t>
            </w:r>
          </w:p>
        </w:tc>
        <w:tc>
          <w:tcPr>
            <w:tcW w:type="dxa" w:w="1080"/>
          </w:tcPr>
          <w:p>
            <w:r>
              <w:t>2FL21208</w:t>
            </w:r>
          </w:p>
        </w:tc>
        <w:tc>
          <w:tcPr>
            <w:tcW w:type="dxa" w:w="1080"/>
          </w:tcPr>
          <w:p>
            <w:r>
              <w:t>1</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32</w:t>
            </w:r>
          </w:p>
        </w:tc>
        <w:tc>
          <w:tcPr>
            <w:tcW w:type="dxa" w:w="1080"/>
          </w:tcPr>
          <w:p>
            <w:r>
              <w:t>英语国家概况B</w:t>
            </w:r>
          </w:p>
        </w:tc>
        <w:tc>
          <w:tcPr>
            <w:tcW w:type="dxa" w:w="1080"/>
          </w:tcPr>
          <w:p>
            <w:r>
              <w:t>2FL21212</w:t>
            </w:r>
          </w:p>
        </w:tc>
        <w:tc>
          <w:tcPr>
            <w:tcW w:type="dxa" w:w="1080"/>
          </w:tcPr>
          <w:p>
            <w:r>
              <w:t>1.5</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33</w:t>
            </w:r>
          </w:p>
        </w:tc>
        <w:tc>
          <w:tcPr>
            <w:tcW w:type="dxa" w:w="1080"/>
          </w:tcPr>
          <w:p>
            <w:r>
              <w:t>英语文学导论B</w:t>
            </w:r>
          </w:p>
        </w:tc>
        <w:tc>
          <w:tcPr>
            <w:tcW w:type="dxa" w:w="1080"/>
          </w:tcPr>
          <w:p>
            <w:r>
              <w:t>2FL21213</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34</w:t>
            </w:r>
          </w:p>
        </w:tc>
        <w:tc>
          <w:tcPr>
            <w:tcW w:type="dxa" w:w="1080"/>
          </w:tcPr>
          <w:p>
            <w:r>
              <w:t>英语典故</w:t>
            </w:r>
          </w:p>
        </w:tc>
        <w:tc>
          <w:tcPr>
            <w:tcW w:type="dxa" w:w="1080"/>
          </w:tcPr>
          <w:p>
            <w:r>
              <w:t>2FL23001</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35</w:t>
            </w:r>
          </w:p>
        </w:tc>
        <w:tc>
          <w:tcPr>
            <w:tcW w:type="dxa" w:w="1080"/>
          </w:tcPr>
          <w:p>
            <w:r>
              <w:t>跨文化交际</w:t>
            </w:r>
          </w:p>
        </w:tc>
        <w:tc>
          <w:tcPr>
            <w:tcW w:type="dxa" w:w="1080"/>
          </w:tcPr>
          <w:p>
            <w:r>
              <w:t>2FL23007</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36</w:t>
            </w:r>
          </w:p>
        </w:tc>
        <w:tc>
          <w:tcPr>
            <w:tcW w:type="dxa" w:w="1080"/>
          </w:tcPr>
          <w:p>
            <w:r>
              <w:t>翻译概论</w:t>
            </w:r>
          </w:p>
        </w:tc>
        <w:tc>
          <w:tcPr>
            <w:tcW w:type="dxa" w:w="1080"/>
          </w:tcPr>
          <w:p>
            <w:r>
              <w:t>2FL23209</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37</w:t>
            </w:r>
          </w:p>
        </w:tc>
        <w:tc>
          <w:tcPr>
            <w:tcW w:type="dxa" w:w="1080"/>
          </w:tcPr>
          <w:p>
            <w:r>
              <w:t>酒店管理英语</w:t>
            </w:r>
          </w:p>
        </w:tc>
        <w:tc>
          <w:tcPr>
            <w:tcW w:type="dxa" w:w="1080"/>
          </w:tcPr>
          <w:p>
            <w:r>
              <w:t>2FL23212</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38</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39</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40</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41</w:t>
            </w:r>
          </w:p>
        </w:tc>
        <w:tc>
          <w:tcPr>
            <w:tcW w:type="dxa" w:w="1080"/>
          </w:tcPr>
          <w:p>
            <w:r>
              <w:t>第二外语(二)</w:t>
            </w:r>
          </w:p>
        </w:tc>
        <w:tc>
          <w:tcPr>
            <w:tcW w:type="dxa" w:w="1080"/>
          </w:tcPr>
          <w:p>
            <w:r>
              <w:t>2FL11062</w:t>
            </w:r>
          </w:p>
        </w:tc>
        <w:tc>
          <w:tcPr>
            <w:tcW w:type="dxa" w:w="1080"/>
          </w:tcPr>
          <w:p>
            <w:r>
              <w:t>4</w:t>
            </w:r>
          </w:p>
        </w:tc>
        <w:tc>
          <w:tcPr>
            <w:tcW w:type="dxa" w:w="1080"/>
          </w:tcPr>
          <w:p>
            <w:r>
              <w:t>通识必修课</w:t>
            </w:r>
          </w:p>
        </w:tc>
        <w:tc>
          <w:tcPr>
            <w:tcW w:type="dxa" w:w="1080"/>
          </w:tcPr>
          <w:p>
            <w:r>
              <w:t>外国语学院</w:t>
            </w:r>
          </w:p>
        </w:tc>
        <w:tc>
          <w:tcPr>
            <w:tcW w:type="dxa" w:w="1080"/>
          </w:tcPr>
          <w:p>
            <w:r>
              <w:t>2024-2025</w:t>
            </w:r>
          </w:p>
        </w:tc>
        <w:tc>
          <w:tcPr>
            <w:tcW w:type="dxa" w:w="1080"/>
          </w:tcPr>
          <w:p>
            <w:r>
              <w:t>2</w:t>
            </w:r>
          </w:p>
        </w:tc>
      </w:tr>
      <w:tr>
        <w:tc>
          <w:tcPr>
            <w:tcW w:type="dxa" w:w="1080"/>
          </w:tcPr>
          <w:p>
            <w:r>
              <w:t>42</w:t>
            </w:r>
          </w:p>
        </w:tc>
        <w:tc>
          <w:tcPr>
            <w:tcW w:type="dxa" w:w="1080"/>
          </w:tcPr>
          <w:p>
            <w:r>
              <w:t>综合英语B(四)</w:t>
            </w:r>
          </w:p>
        </w:tc>
        <w:tc>
          <w:tcPr>
            <w:tcW w:type="dxa" w:w="1080"/>
          </w:tcPr>
          <w:p>
            <w:r>
              <w:t>2FL21205</w:t>
            </w:r>
          </w:p>
        </w:tc>
        <w:tc>
          <w:tcPr>
            <w:tcW w:type="dxa" w:w="1080"/>
          </w:tcPr>
          <w:p>
            <w:r>
              <w:t>4</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43</w:t>
            </w:r>
          </w:p>
        </w:tc>
        <w:tc>
          <w:tcPr>
            <w:tcW w:type="dxa" w:w="1080"/>
          </w:tcPr>
          <w:p>
            <w:r>
              <w:t>创意写作</w:t>
            </w:r>
          </w:p>
        </w:tc>
        <w:tc>
          <w:tcPr>
            <w:tcW w:type="dxa" w:w="1080"/>
          </w:tcPr>
          <w:p>
            <w:r>
              <w:t>2FL21214</w:t>
            </w:r>
          </w:p>
        </w:tc>
        <w:tc>
          <w:tcPr>
            <w:tcW w:type="dxa" w:w="1080"/>
          </w:tcPr>
          <w:p>
            <w:r>
              <w:t>1.5</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44</w:t>
            </w:r>
          </w:p>
        </w:tc>
        <w:tc>
          <w:tcPr>
            <w:tcW w:type="dxa" w:w="1080"/>
          </w:tcPr>
          <w:p>
            <w:r>
              <w:t>笔译工作坊</w:t>
            </w:r>
          </w:p>
        </w:tc>
        <w:tc>
          <w:tcPr>
            <w:tcW w:type="dxa" w:w="1080"/>
          </w:tcPr>
          <w:p>
            <w:r>
              <w:t>2FL21224</w:t>
            </w:r>
          </w:p>
        </w:tc>
        <w:tc>
          <w:tcPr>
            <w:tcW w:type="dxa" w:w="1080"/>
          </w:tcPr>
          <w:p>
            <w:r>
              <w:t>1.0</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45</w:t>
            </w:r>
          </w:p>
        </w:tc>
        <w:tc>
          <w:tcPr>
            <w:tcW w:type="dxa" w:w="1080"/>
          </w:tcPr>
          <w:p>
            <w:r>
              <w:t>国际会展实训</w:t>
            </w:r>
          </w:p>
        </w:tc>
        <w:tc>
          <w:tcPr>
            <w:tcW w:type="dxa" w:w="1080"/>
          </w:tcPr>
          <w:p>
            <w:r>
              <w:t>2FL21226</w:t>
            </w:r>
          </w:p>
        </w:tc>
        <w:tc>
          <w:tcPr>
            <w:tcW w:type="dxa" w:w="1080"/>
          </w:tcPr>
          <w:p>
            <w:r>
              <w:t>1.0</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46</w:t>
            </w:r>
          </w:p>
        </w:tc>
        <w:tc>
          <w:tcPr>
            <w:tcW w:type="dxa" w:w="1080"/>
          </w:tcPr>
          <w:p>
            <w:r>
              <w:t>传播学概论</w:t>
            </w:r>
          </w:p>
        </w:tc>
        <w:tc>
          <w:tcPr>
            <w:tcW w:type="dxa" w:w="1080"/>
          </w:tcPr>
          <w:p>
            <w:r>
              <w:t>2FL22201</w:t>
            </w:r>
          </w:p>
        </w:tc>
        <w:tc>
          <w:tcPr>
            <w:tcW w:type="dxa" w:w="1080"/>
          </w:tcPr>
          <w:p>
            <w:r>
              <w:t>2</w:t>
            </w:r>
          </w:p>
        </w:tc>
        <w:tc>
          <w:tcPr>
            <w:tcW w:type="dxa" w:w="1080"/>
          </w:tcPr>
          <w:p>
            <w:r>
              <w:t>专业教育限选课</w:t>
            </w:r>
          </w:p>
        </w:tc>
        <w:tc>
          <w:tcPr>
            <w:tcW w:type="dxa" w:w="1080"/>
          </w:tcPr>
          <w:p>
            <w:r>
              <w:t>外国语学院</w:t>
            </w:r>
          </w:p>
        </w:tc>
        <w:tc>
          <w:tcPr>
            <w:tcW w:type="dxa" w:w="1080"/>
          </w:tcPr>
          <w:p>
            <w:r>
              <w:t>2024-2025</w:t>
            </w:r>
          </w:p>
        </w:tc>
        <w:tc>
          <w:tcPr>
            <w:tcW w:type="dxa" w:w="1080"/>
          </w:tcPr>
          <w:p>
            <w:r>
              <w:t>2</w:t>
            </w:r>
          </w:p>
        </w:tc>
      </w:tr>
      <w:tr>
        <w:tc>
          <w:tcPr>
            <w:tcW w:type="dxa" w:w="1080"/>
          </w:tcPr>
          <w:p>
            <w:r>
              <w:t>47</w:t>
            </w:r>
          </w:p>
        </w:tc>
        <w:tc>
          <w:tcPr>
            <w:tcW w:type="dxa" w:w="1080"/>
          </w:tcPr>
          <w:p>
            <w:r>
              <w:t>园林翻译</w:t>
            </w:r>
          </w:p>
        </w:tc>
        <w:tc>
          <w:tcPr>
            <w:tcW w:type="dxa" w:w="1080"/>
          </w:tcPr>
          <w:p>
            <w:r>
              <w:t>2FL22205</w:t>
            </w:r>
          </w:p>
        </w:tc>
        <w:tc>
          <w:tcPr>
            <w:tcW w:type="dxa" w:w="1080"/>
          </w:tcPr>
          <w:p>
            <w:r>
              <w:t>2</w:t>
            </w:r>
          </w:p>
        </w:tc>
        <w:tc>
          <w:tcPr>
            <w:tcW w:type="dxa" w:w="1080"/>
          </w:tcPr>
          <w:p>
            <w:r>
              <w:t>专业教育限选课</w:t>
            </w:r>
          </w:p>
        </w:tc>
        <w:tc>
          <w:tcPr>
            <w:tcW w:type="dxa" w:w="1080"/>
          </w:tcPr>
          <w:p>
            <w:r>
              <w:t>外国语学院</w:t>
            </w:r>
          </w:p>
        </w:tc>
        <w:tc>
          <w:tcPr>
            <w:tcW w:type="dxa" w:w="1080"/>
          </w:tcPr>
          <w:p>
            <w:r>
              <w:t>2024-2025</w:t>
            </w:r>
          </w:p>
        </w:tc>
        <w:tc>
          <w:tcPr>
            <w:tcW w:type="dxa" w:w="1080"/>
          </w:tcPr>
          <w:p>
            <w:r>
              <w:t>2</w:t>
            </w:r>
          </w:p>
        </w:tc>
      </w:tr>
      <w:tr>
        <w:tc>
          <w:tcPr>
            <w:tcW w:type="dxa" w:w="1080"/>
          </w:tcPr>
          <w:p>
            <w:r>
              <w:t>48</w:t>
            </w:r>
          </w:p>
        </w:tc>
        <w:tc>
          <w:tcPr>
            <w:tcW w:type="dxa" w:w="1080"/>
          </w:tcPr>
          <w:p>
            <w:r>
              <w:t>经济学与国际贸易导论</w:t>
            </w:r>
          </w:p>
        </w:tc>
        <w:tc>
          <w:tcPr>
            <w:tcW w:type="dxa" w:w="1080"/>
          </w:tcPr>
          <w:p>
            <w:r>
              <w:t>2FL22210</w:t>
            </w:r>
          </w:p>
        </w:tc>
        <w:tc>
          <w:tcPr>
            <w:tcW w:type="dxa" w:w="1080"/>
          </w:tcPr>
          <w:p>
            <w:r>
              <w:t>2</w:t>
            </w:r>
          </w:p>
        </w:tc>
        <w:tc>
          <w:tcPr>
            <w:tcW w:type="dxa" w:w="1080"/>
          </w:tcPr>
          <w:p>
            <w:r>
              <w:t>专业教育限选课</w:t>
            </w:r>
          </w:p>
        </w:tc>
        <w:tc>
          <w:tcPr>
            <w:tcW w:type="dxa" w:w="1080"/>
          </w:tcPr>
          <w:p>
            <w:r>
              <w:t>外国语学院</w:t>
            </w:r>
          </w:p>
        </w:tc>
        <w:tc>
          <w:tcPr>
            <w:tcW w:type="dxa" w:w="1080"/>
          </w:tcPr>
          <w:p>
            <w:r>
              <w:t>2024-2025</w:t>
            </w:r>
          </w:p>
        </w:tc>
        <w:tc>
          <w:tcPr>
            <w:tcW w:type="dxa" w:w="1080"/>
          </w:tcPr>
          <w:p>
            <w:r>
              <w:t>2</w:t>
            </w:r>
          </w:p>
        </w:tc>
      </w:tr>
      <w:tr>
        <w:tc>
          <w:tcPr>
            <w:tcW w:type="dxa" w:w="1080"/>
          </w:tcPr>
          <w:p>
            <w:r>
              <w:t>49</w:t>
            </w:r>
          </w:p>
        </w:tc>
        <w:tc>
          <w:tcPr>
            <w:tcW w:type="dxa" w:w="1080"/>
          </w:tcPr>
          <w:p>
            <w:r>
              <w:t>管理学导论</w:t>
            </w:r>
          </w:p>
        </w:tc>
        <w:tc>
          <w:tcPr>
            <w:tcW w:type="dxa" w:w="1080"/>
          </w:tcPr>
          <w:p>
            <w:r>
              <w:t>2FL22211</w:t>
            </w:r>
          </w:p>
        </w:tc>
        <w:tc>
          <w:tcPr>
            <w:tcW w:type="dxa" w:w="1080"/>
          </w:tcPr>
          <w:p>
            <w:r>
              <w:t>2</w:t>
            </w:r>
          </w:p>
        </w:tc>
        <w:tc>
          <w:tcPr>
            <w:tcW w:type="dxa" w:w="1080"/>
          </w:tcPr>
          <w:p>
            <w:r>
              <w:t>专业教育限选课</w:t>
            </w:r>
          </w:p>
        </w:tc>
        <w:tc>
          <w:tcPr>
            <w:tcW w:type="dxa" w:w="1080"/>
          </w:tcPr>
          <w:p>
            <w:r>
              <w:t>外国语学院</w:t>
            </w:r>
          </w:p>
        </w:tc>
        <w:tc>
          <w:tcPr>
            <w:tcW w:type="dxa" w:w="1080"/>
          </w:tcPr>
          <w:p>
            <w:r>
              <w:t>2024-2025</w:t>
            </w:r>
          </w:p>
        </w:tc>
        <w:tc>
          <w:tcPr>
            <w:tcW w:type="dxa" w:w="1080"/>
          </w:tcPr>
          <w:p>
            <w:r>
              <w:t>2</w:t>
            </w:r>
          </w:p>
        </w:tc>
      </w:tr>
      <w:tr>
        <w:tc>
          <w:tcPr>
            <w:tcW w:type="dxa" w:w="1080"/>
          </w:tcPr>
          <w:p>
            <w:r>
              <w:t>50</w:t>
            </w:r>
          </w:p>
        </w:tc>
        <w:tc>
          <w:tcPr>
            <w:tcW w:type="dxa" w:w="1080"/>
          </w:tcPr>
          <w:p>
            <w:r>
              <w:t>英语词汇学</w:t>
            </w:r>
          </w:p>
        </w:tc>
        <w:tc>
          <w:tcPr>
            <w:tcW w:type="dxa" w:w="1080"/>
          </w:tcPr>
          <w:p>
            <w:r>
              <w:t>2FL23004</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51</w:t>
            </w:r>
          </w:p>
        </w:tc>
        <w:tc>
          <w:tcPr>
            <w:tcW w:type="dxa" w:w="1080"/>
          </w:tcPr>
          <w:p>
            <w:r>
              <w:t>文学理论与批评</w:t>
            </w:r>
          </w:p>
        </w:tc>
        <w:tc>
          <w:tcPr>
            <w:tcW w:type="dxa" w:w="1080"/>
          </w:tcPr>
          <w:p>
            <w:r>
              <w:t>2FL23201</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52</w:t>
            </w:r>
          </w:p>
        </w:tc>
        <w:tc>
          <w:tcPr>
            <w:tcW w:type="dxa" w:w="1080"/>
          </w:tcPr>
          <w:p>
            <w:r>
              <w:t>非文学翻译</w:t>
            </w:r>
          </w:p>
        </w:tc>
        <w:tc>
          <w:tcPr>
            <w:tcW w:type="dxa" w:w="1080"/>
          </w:tcPr>
          <w:p>
            <w:r>
              <w:t>2FL23210</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53</w:t>
            </w:r>
          </w:p>
        </w:tc>
        <w:tc>
          <w:tcPr>
            <w:tcW w:type="dxa" w:w="1080"/>
          </w:tcPr>
          <w:p>
            <w:r>
              <w:t>商业伦理与商务礼仪</w:t>
            </w:r>
          </w:p>
        </w:tc>
        <w:tc>
          <w:tcPr>
            <w:tcW w:type="dxa" w:w="1080"/>
          </w:tcPr>
          <w:p>
            <w:r>
              <w:t>2FL23213</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54</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55</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56</w:t>
            </w:r>
          </w:p>
        </w:tc>
        <w:tc>
          <w:tcPr>
            <w:tcW w:type="dxa" w:w="1080"/>
          </w:tcPr>
          <w:p>
            <w:r>
              <w:t>第二外语(三)</w:t>
            </w:r>
          </w:p>
        </w:tc>
        <w:tc>
          <w:tcPr>
            <w:tcW w:type="dxa" w:w="1080"/>
          </w:tcPr>
          <w:p>
            <w:r>
              <w:t>2FL11063</w:t>
            </w:r>
          </w:p>
        </w:tc>
        <w:tc>
          <w:tcPr>
            <w:tcW w:type="dxa" w:w="1080"/>
          </w:tcPr>
          <w:p>
            <w:r>
              <w:t>2</w:t>
            </w:r>
          </w:p>
        </w:tc>
        <w:tc>
          <w:tcPr>
            <w:tcW w:type="dxa" w:w="1080"/>
          </w:tcPr>
          <w:p>
            <w:r>
              <w:t>通识必修课</w:t>
            </w:r>
          </w:p>
        </w:tc>
        <w:tc>
          <w:tcPr>
            <w:tcW w:type="dxa" w:w="1080"/>
          </w:tcPr>
          <w:p>
            <w:r>
              <w:t>外国语学院</w:t>
            </w:r>
          </w:p>
        </w:tc>
        <w:tc>
          <w:tcPr>
            <w:tcW w:type="dxa" w:w="1080"/>
          </w:tcPr>
          <w:p>
            <w:r>
              <w:t>2025-2026</w:t>
            </w:r>
          </w:p>
        </w:tc>
        <w:tc>
          <w:tcPr>
            <w:tcW w:type="dxa" w:w="1080"/>
          </w:tcPr>
          <w:p>
            <w:r>
              <w:t>1</w:t>
            </w:r>
          </w:p>
        </w:tc>
      </w:tr>
      <w:tr>
        <w:tc>
          <w:tcPr>
            <w:tcW w:type="dxa" w:w="1080"/>
          </w:tcPr>
          <w:p>
            <w:r>
              <w:t>57</w:t>
            </w:r>
          </w:p>
        </w:tc>
        <w:tc>
          <w:tcPr>
            <w:tcW w:type="dxa" w:w="1080"/>
          </w:tcPr>
          <w:p>
            <w:r>
              <w:t>英语语言学</w:t>
            </w:r>
          </w:p>
        </w:tc>
        <w:tc>
          <w:tcPr>
            <w:tcW w:type="dxa" w:w="1080"/>
          </w:tcPr>
          <w:p>
            <w:r>
              <w:t>2FL21005</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58</w:t>
            </w:r>
          </w:p>
        </w:tc>
        <w:tc>
          <w:tcPr>
            <w:tcW w:type="dxa" w:w="1080"/>
          </w:tcPr>
          <w:p>
            <w:r>
              <w:t>英国文学史及作品选读</w:t>
            </w:r>
          </w:p>
        </w:tc>
        <w:tc>
          <w:tcPr>
            <w:tcW w:type="dxa" w:w="1080"/>
          </w:tcPr>
          <w:p>
            <w:r>
              <w:t>2FL21006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59</w:t>
            </w:r>
          </w:p>
        </w:tc>
        <w:tc>
          <w:tcPr>
            <w:tcW w:type="dxa" w:w="1080"/>
          </w:tcPr>
          <w:p>
            <w:r>
              <w:t>高级英语读写B(一)</w:t>
            </w:r>
          </w:p>
        </w:tc>
        <w:tc>
          <w:tcPr>
            <w:tcW w:type="dxa" w:w="1080"/>
          </w:tcPr>
          <w:p>
            <w:r>
              <w:t>2FL21215</w:t>
            </w:r>
          </w:p>
        </w:tc>
        <w:tc>
          <w:tcPr>
            <w:tcW w:type="dxa" w:w="1080"/>
          </w:tcPr>
          <w:p>
            <w:r>
              <w:t>4</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60</w:t>
            </w:r>
          </w:p>
        </w:tc>
        <w:tc>
          <w:tcPr>
            <w:tcW w:type="dxa" w:w="1080"/>
          </w:tcPr>
          <w:p>
            <w:r>
              <w:t>英汉笔译</w:t>
            </w:r>
          </w:p>
        </w:tc>
        <w:tc>
          <w:tcPr>
            <w:tcW w:type="dxa" w:w="1080"/>
          </w:tcPr>
          <w:p>
            <w:r>
              <w:t>2FL21218</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61</w:t>
            </w:r>
          </w:p>
        </w:tc>
        <w:tc>
          <w:tcPr>
            <w:tcW w:type="dxa" w:w="1080"/>
          </w:tcPr>
          <w:p>
            <w:r>
              <w:t>英语口译B</w:t>
            </w:r>
          </w:p>
        </w:tc>
        <w:tc>
          <w:tcPr>
            <w:tcW w:type="dxa" w:w="1080"/>
          </w:tcPr>
          <w:p>
            <w:r>
              <w:t>2FL21219</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62</w:t>
            </w:r>
          </w:p>
        </w:tc>
        <w:tc>
          <w:tcPr>
            <w:tcW w:type="dxa" w:w="1080"/>
          </w:tcPr>
          <w:p>
            <w:r>
              <w:t>翻译传播学</w:t>
            </w:r>
          </w:p>
        </w:tc>
        <w:tc>
          <w:tcPr>
            <w:tcW w:type="dxa" w:w="1080"/>
          </w:tcPr>
          <w:p>
            <w:r>
              <w:t>2FL22202</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1</w:t>
            </w:r>
          </w:p>
        </w:tc>
      </w:tr>
      <w:tr>
        <w:tc>
          <w:tcPr>
            <w:tcW w:type="dxa" w:w="1080"/>
          </w:tcPr>
          <w:p>
            <w:r>
              <w:t>63</w:t>
            </w:r>
          </w:p>
        </w:tc>
        <w:tc>
          <w:tcPr>
            <w:tcW w:type="dxa" w:w="1080"/>
          </w:tcPr>
          <w:p>
            <w:r>
              <w:t>商贸翻译</w:t>
            </w:r>
          </w:p>
        </w:tc>
        <w:tc>
          <w:tcPr>
            <w:tcW w:type="dxa" w:w="1080"/>
          </w:tcPr>
          <w:p>
            <w:r>
              <w:t>2FL22206</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1</w:t>
            </w:r>
          </w:p>
        </w:tc>
      </w:tr>
      <w:tr>
        <w:tc>
          <w:tcPr>
            <w:tcW w:type="dxa" w:w="1080"/>
          </w:tcPr>
          <w:p>
            <w:r>
              <w:t>64</w:t>
            </w:r>
          </w:p>
        </w:tc>
        <w:tc>
          <w:tcPr>
            <w:tcW w:type="dxa" w:w="1080"/>
          </w:tcPr>
          <w:p>
            <w:r>
              <w:t>国际贸易实务</w:t>
            </w:r>
          </w:p>
        </w:tc>
        <w:tc>
          <w:tcPr>
            <w:tcW w:type="dxa" w:w="1080"/>
          </w:tcPr>
          <w:p>
            <w:r>
              <w:t>2FL22213</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1</w:t>
            </w:r>
          </w:p>
        </w:tc>
      </w:tr>
      <w:tr>
        <w:tc>
          <w:tcPr>
            <w:tcW w:type="dxa" w:w="1080"/>
          </w:tcPr>
          <w:p>
            <w:r>
              <w:t>65</w:t>
            </w:r>
          </w:p>
        </w:tc>
        <w:tc>
          <w:tcPr>
            <w:tcW w:type="dxa" w:w="1080"/>
          </w:tcPr>
          <w:p>
            <w:r>
              <w:t>国际营销概论</w:t>
            </w:r>
          </w:p>
        </w:tc>
        <w:tc>
          <w:tcPr>
            <w:tcW w:type="dxa" w:w="1080"/>
          </w:tcPr>
          <w:p>
            <w:r>
              <w:t>2FL22214</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1</w:t>
            </w:r>
          </w:p>
        </w:tc>
      </w:tr>
      <w:tr>
        <w:tc>
          <w:tcPr>
            <w:tcW w:type="dxa" w:w="1080"/>
          </w:tcPr>
          <w:p>
            <w:r>
              <w:t>66</w:t>
            </w:r>
          </w:p>
        </w:tc>
        <w:tc>
          <w:tcPr>
            <w:tcW w:type="dxa" w:w="1080"/>
          </w:tcPr>
          <w:p>
            <w:r>
              <w:t>英汉语言对比</w:t>
            </w:r>
          </w:p>
        </w:tc>
        <w:tc>
          <w:tcPr>
            <w:tcW w:type="dxa" w:w="1080"/>
          </w:tcPr>
          <w:p>
            <w:r>
              <w:t>2FL23006</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67</w:t>
            </w:r>
          </w:p>
        </w:tc>
        <w:tc>
          <w:tcPr>
            <w:tcW w:type="dxa" w:w="1080"/>
          </w:tcPr>
          <w:p>
            <w:r>
              <w:t>中国古典诗文选读</w:t>
            </w:r>
          </w:p>
        </w:tc>
        <w:tc>
          <w:tcPr>
            <w:tcW w:type="dxa" w:w="1080"/>
          </w:tcPr>
          <w:p>
            <w:r>
              <w:t>2FL23011</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68</w:t>
            </w:r>
          </w:p>
        </w:tc>
        <w:tc>
          <w:tcPr>
            <w:tcW w:type="dxa" w:w="1080"/>
          </w:tcPr>
          <w:p>
            <w:r>
              <w:t>比较文学导论</w:t>
            </w:r>
          </w:p>
        </w:tc>
        <w:tc>
          <w:tcPr>
            <w:tcW w:type="dxa" w:w="1080"/>
          </w:tcPr>
          <w:p>
            <w:r>
              <w:t>2FL23202</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69</w:t>
            </w:r>
          </w:p>
        </w:tc>
        <w:tc>
          <w:tcPr>
            <w:tcW w:type="dxa" w:w="1080"/>
          </w:tcPr>
          <w:p>
            <w:r>
              <w:t>跨文化商务交际</w:t>
            </w:r>
          </w:p>
        </w:tc>
        <w:tc>
          <w:tcPr>
            <w:tcW w:type="dxa" w:w="1080"/>
          </w:tcPr>
          <w:p>
            <w:r>
              <w:t>2FL23214</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70</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71</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72</w:t>
            </w:r>
          </w:p>
        </w:tc>
        <w:tc>
          <w:tcPr>
            <w:tcW w:type="dxa" w:w="1080"/>
          </w:tcPr>
          <w:p>
            <w:r>
              <w:t>美国文学史及作品选读</w:t>
            </w:r>
          </w:p>
        </w:tc>
        <w:tc>
          <w:tcPr>
            <w:tcW w:type="dxa" w:w="1080"/>
          </w:tcPr>
          <w:p>
            <w:r>
              <w:t>2FL21007</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73</w:t>
            </w:r>
          </w:p>
        </w:tc>
        <w:tc>
          <w:tcPr>
            <w:tcW w:type="dxa" w:w="1080"/>
          </w:tcPr>
          <w:p>
            <w:r>
              <w:t>高级英语读写B(二)</w:t>
            </w:r>
          </w:p>
        </w:tc>
        <w:tc>
          <w:tcPr>
            <w:tcW w:type="dxa" w:w="1080"/>
          </w:tcPr>
          <w:p>
            <w:r>
              <w:t>2FL21216</w:t>
            </w:r>
          </w:p>
        </w:tc>
        <w:tc>
          <w:tcPr>
            <w:tcW w:type="dxa" w:w="1080"/>
          </w:tcPr>
          <w:p>
            <w:r>
              <w:t>4</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74</w:t>
            </w:r>
          </w:p>
        </w:tc>
        <w:tc>
          <w:tcPr>
            <w:tcW w:type="dxa" w:w="1080"/>
          </w:tcPr>
          <w:p>
            <w:r>
              <w:t>汉英笔译</w:t>
            </w:r>
          </w:p>
        </w:tc>
        <w:tc>
          <w:tcPr>
            <w:tcW w:type="dxa" w:w="1080"/>
          </w:tcPr>
          <w:p>
            <w:r>
              <w:t>2FL21220</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75</w:t>
            </w:r>
          </w:p>
        </w:tc>
        <w:tc>
          <w:tcPr>
            <w:tcW w:type="dxa" w:w="1080"/>
          </w:tcPr>
          <w:p>
            <w:r>
              <w:t>模拟国际会议</w:t>
            </w:r>
          </w:p>
        </w:tc>
        <w:tc>
          <w:tcPr>
            <w:tcW w:type="dxa" w:w="1080"/>
          </w:tcPr>
          <w:p>
            <w:r>
              <w:t>2FL21225</w:t>
            </w:r>
          </w:p>
        </w:tc>
        <w:tc>
          <w:tcPr>
            <w:tcW w:type="dxa" w:w="1080"/>
          </w:tcPr>
          <w:p>
            <w:r>
              <w:t>1.0</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76</w:t>
            </w:r>
          </w:p>
        </w:tc>
        <w:tc>
          <w:tcPr>
            <w:tcW w:type="dxa" w:w="1080"/>
          </w:tcPr>
          <w:p>
            <w:r>
              <w:t>国际贸易实训</w:t>
            </w:r>
          </w:p>
        </w:tc>
        <w:tc>
          <w:tcPr>
            <w:tcW w:type="dxa" w:w="1080"/>
          </w:tcPr>
          <w:p>
            <w:r>
              <w:t>2FL21227</w:t>
            </w:r>
          </w:p>
        </w:tc>
        <w:tc>
          <w:tcPr>
            <w:tcW w:type="dxa" w:w="1080"/>
          </w:tcPr>
          <w:p>
            <w:r>
              <w:t>1</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77</w:t>
            </w:r>
          </w:p>
        </w:tc>
        <w:tc>
          <w:tcPr>
            <w:tcW w:type="dxa" w:w="1080"/>
          </w:tcPr>
          <w:p>
            <w:r>
              <w:t>中国文化国际传播B</w:t>
            </w:r>
          </w:p>
        </w:tc>
        <w:tc>
          <w:tcPr>
            <w:tcW w:type="dxa" w:w="1080"/>
          </w:tcPr>
          <w:p>
            <w:r>
              <w:t>2FL22203</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2</w:t>
            </w:r>
          </w:p>
        </w:tc>
      </w:tr>
      <w:tr>
        <w:tc>
          <w:tcPr>
            <w:tcW w:type="dxa" w:w="1080"/>
          </w:tcPr>
          <w:p>
            <w:r>
              <w:t>78</w:t>
            </w:r>
          </w:p>
        </w:tc>
        <w:tc>
          <w:tcPr>
            <w:tcW w:type="dxa" w:w="1080"/>
          </w:tcPr>
          <w:p>
            <w:r>
              <w:t>数字人文与翻译传播</w:t>
            </w:r>
          </w:p>
        </w:tc>
        <w:tc>
          <w:tcPr>
            <w:tcW w:type="dxa" w:w="1080"/>
          </w:tcPr>
          <w:p>
            <w:r>
              <w:t>2FL22207</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2</w:t>
            </w:r>
          </w:p>
        </w:tc>
      </w:tr>
      <w:tr>
        <w:tc>
          <w:tcPr>
            <w:tcW w:type="dxa" w:w="1080"/>
          </w:tcPr>
          <w:p>
            <w:r>
              <w:t>79</w:t>
            </w:r>
          </w:p>
        </w:tc>
        <w:tc>
          <w:tcPr>
            <w:tcW w:type="dxa" w:w="1080"/>
          </w:tcPr>
          <w:p>
            <w:r>
              <w:t>商务英语阅读</w:t>
            </w:r>
          </w:p>
        </w:tc>
        <w:tc>
          <w:tcPr>
            <w:tcW w:type="dxa" w:w="1080"/>
          </w:tcPr>
          <w:p>
            <w:r>
              <w:t>2FL22215</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2</w:t>
            </w:r>
          </w:p>
        </w:tc>
      </w:tr>
      <w:tr>
        <w:tc>
          <w:tcPr>
            <w:tcW w:type="dxa" w:w="1080"/>
          </w:tcPr>
          <w:p>
            <w:r>
              <w:t>80</w:t>
            </w:r>
          </w:p>
        </w:tc>
        <w:tc>
          <w:tcPr>
            <w:tcW w:type="dxa" w:w="1080"/>
          </w:tcPr>
          <w:p>
            <w:r>
              <w:t>国际商务谈判</w:t>
            </w:r>
          </w:p>
        </w:tc>
        <w:tc>
          <w:tcPr>
            <w:tcW w:type="dxa" w:w="1080"/>
          </w:tcPr>
          <w:p>
            <w:r>
              <w:t>2FL22217</w:t>
            </w:r>
          </w:p>
        </w:tc>
        <w:tc>
          <w:tcPr>
            <w:tcW w:type="dxa" w:w="1080"/>
          </w:tcPr>
          <w:p>
            <w:r>
              <w:t>2</w:t>
            </w:r>
          </w:p>
        </w:tc>
        <w:tc>
          <w:tcPr>
            <w:tcW w:type="dxa" w:w="1080"/>
          </w:tcPr>
          <w:p>
            <w:r>
              <w:t>专业教育限选课</w:t>
            </w:r>
          </w:p>
        </w:tc>
        <w:tc>
          <w:tcPr>
            <w:tcW w:type="dxa" w:w="1080"/>
          </w:tcPr>
          <w:p>
            <w:r>
              <w:t>外国语学院</w:t>
            </w:r>
          </w:p>
        </w:tc>
        <w:tc>
          <w:tcPr>
            <w:tcW w:type="dxa" w:w="1080"/>
          </w:tcPr>
          <w:p>
            <w:r>
              <w:t>2025-2026</w:t>
            </w:r>
          </w:p>
        </w:tc>
        <w:tc>
          <w:tcPr>
            <w:tcW w:type="dxa" w:w="1080"/>
          </w:tcPr>
          <w:p>
            <w:r>
              <w:t>2</w:t>
            </w:r>
          </w:p>
        </w:tc>
      </w:tr>
      <w:tr>
        <w:tc>
          <w:tcPr>
            <w:tcW w:type="dxa" w:w="1080"/>
          </w:tcPr>
          <w:p>
            <w:r>
              <w:t>81</w:t>
            </w:r>
          </w:p>
        </w:tc>
        <w:tc>
          <w:tcPr>
            <w:tcW w:type="dxa" w:w="1080"/>
          </w:tcPr>
          <w:p>
            <w:r>
              <w:t>英语应用文写作</w:t>
            </w:r>
          </w:p>
        </w:tc>
        <w:tc>
          <w:tcPr>
            <w:tcW w:type="dxa" w:w="1080"/>
          </w:tcPr>
          <w:p>
            <w:r>
              <w:t>2FL23009</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82</w:t>
            </w:r>
          </w:p>
        </w:tc>
        <w:tc>
          <w:tcPr>
            <w:tcW w:type="dxa" w:w="1080"/>
          </w:tcPr>
          <w:p>
            <w:r>
              <w:t>英语科幻文学</w:t>
            </w:r>
          </w:p>
        </w:tc>
        <w:tc>
          <w:tcPr>
            <w:tcW w:type="dxa" w:w="1080"/>
          </w:tcPr>
          <w:p>
            <w:r>
              <w:t>2FL23203</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83</w:t>
            </w:r>
          </w:p>
        </w:tc>
        <w:tc>
          <w:tcPr>
            <w:tcW w:type="dxa" w:w="1080"/>
          </w:tcPr>
          <w:p>
            <w:r>
              <w:t>专题口译</w:t>
            </w:r>
          </w:p>
        </w:tc>
        <w:tc>
          <w:tcPr>
            <w:tcW w:type="dxa" w:w="1080"/>
          </w:tcPr>
          <w:p>
            <w:r>
              <w:t>2FL23207</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84</w:t>
            </w:r>
          </w:p>
        </w:tc>
        <w:tc>
          <w:tcPr>
            <w:tcW w:type="dxa" w:w="1080"/>
          </w:tcPr>
          <w:p>
            <w:r>
              <w:t>物流管理</w:t>
            </w:r>
          </w:p>
        </w:tc>
        <w:tc>
          <w:tcPr>
            <w:tcW w:type="dxa" w:w="1080"/>
          </w:tcPr>
          <w:p>
            <w:r>
              <w:t>2FL23215</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bl>
    <w:p>
      <w:r>
        <w:t>注：按修读学年学期排序。</w:t>
      </w:r>
    </w:p>
    <w:p>
      <w:r>
        <w:t>年级：202 3级专业：英语</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外国语学院</w:t>
            </w:r>
          </w:p>
        </w:tc>
        <w:tc>
          <w:tcPr>
            <w:tcW w:type="dxa" w:w="1080"/>
          </w:tcPr>
          <w:p>
            <w:r>
              <w:t>2023-2024</w:t>
            </w:r>
          </w:p>
        </w:tc>
        <w:tc>
          <w:tcPr>
            <w:tcW w:type="dxa" w:w="1080"/>
          </w:tcPr>
          <w:p>
            <w:r>
              <w:t>1</w:t>
            </w:r>
          </w:p>
        </w:tc>
      </w:tr>
      <w:tr>
        <w:tc>
          <w:tcPr>
            <w:tcW w:type="dxa" w:w="1080"/>
          </w:tcPr>
          <w:p>
            <w:r>
              <w:t>2</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t>3</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英语语法</w:t>
            </w:r>
          </w:p>
        </w:tc>
        <w:tc>
          <w:tcPr>
            <w:tcW w:type="dxa" w:w="1080"/>
          </w:tcPr>
          <w:p>
            <w:r>
              <w:t>2FL21001</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7</w:t>
            </w:r>
          </w:p>
        </w:tc>
        <w:tc>
          <w:tcPr>
            <w:tcW w:type="dxa" w:w="1080"/>
          </w:tcPr>
          <w:p>
            <w:r>
              <w:t>英语视听说(一)</w:t>
            </w:r>
          </w:p>
        </w:tc>
        <w:tc>
          <w:tcPr>
            <w:tcW w:type="dxa" w:w="1080"/>
          </w:tcPr>
          <w:p>
            <w:r>
              <w:t>2FL21002</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8</w:t>
            </w:r>
          </w:p>
        </w:tc>
        <w:tc>
          <w:tcPr>
            <w:tcW w:type="dxa" w:w="1080"/>
          </w:tcPr>
          <w:p>
            <w:r>
              <w:t>英语语音训练</w:t>
            </w:r>
          </w:p>
        </w:tc>
        <w:tc>
          <w:tcPr>
            <w:tcW w:type="dxa" w:w="1080"/>
          </w:tcPr>
          <w:p>
            <w:r>
              <w:t>2FL21011</w:t>
            </w:r>
          </w:p>
        </w:tc>
        <w:tc>
          <w:tcPr>
            <w:tcW w:type="dxa" w:w="1080"/>
          </w:tcPr>
          <w:p>
            <w:r>
              <w:t>2.0</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9</w:t>
            </w:r>
          </w:p>
        </w:tc>
        <w:tc>
          <w:tcPr>
            <w:tcW w:type="dxa" w:w="1080"/>
          </w:tcPr>
          <w:p>
            <w:r>
              <w:t>综合英语A(一)</w:t>
            </w:r>
          </w:p>
        </w:tc>
        <w:tc>
          <w:tcPr>
            <w:tcW w:type="dxa" w:w="1080"/>
          </w:tcPr>
          <w:p>
            <w:r>
              <w:t>2FL21101</w:t>
            </w:r>
          </w:p>
        </w:tc>
        <w:tc>
          <w:tcPr>
            <w:tcW w:type="dxa" w:w="1080"/>
          </w:tcPr>
          <w:p>
            <w:r>
              <w:t>6</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10</w:t>
            </w:r>
          </w:p>
        </w:tc>
        <w:tc>
          <w:tcPr>
            <w:tcW w:type="dxa" w:w="1080"/>
          </w:tcPr>
          <w:p>
            <w:r>
              <w:t>英语读写(一)</w:t>
            </w:r>
          </w:p>
        </w:tc>
        <w:tc>
          <w:tcPr>
            <w:tcW w:type="dxa" w:w="1080"/>
          </w:tcPr>
          <w:p>
            <w:r>
              <w:t>2FL21105</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11</w:t>
            </w:r>
          </w:p>
        </w:tc>
        <w:tc>
          <w:tcPr>
            <w:tcW w:type="dxa" w:w="1080"/>
          </w:tcPr>
          <w:p>
            <w:r>
              <w:t>劳动教育实践</w:t>
            </w:r>
          </w:p>
        </w:tc>
        <w:tc>
          <w:tcPr>
            <w:tcW w:type="dxa" w:w="1080"/>
          </w:tcPr>
          <w:p>
            <w:r>
              <w:t>2FL21121</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12</w:t>
            </w:r>
          </w:p>
        </w:tc>
        <w:tc>
          <w:tcPr>
            <w:tcW w:type="dxa" w:w="1080"/>
          </w:tcPr>
          <w:p>
            <w:r>
              <w:t>教师发展与职业道德</w:t>
            </w:r>
          </w:p>
        </w:tc>
        <w:tc>
          <w:tcPr>
            <w:tcW w:type="dxa" w:w="1080"/>
          </w:tcPr>
          <w:p>
            <w:r>
              <w:t>2FL41101</w:t>
            </w:r>
          </w:p>
        </w:tc>
        <w:tc>
          <w:tcPr>
            <w:tcW w:type="dxa" w:w="1080"/>
          </w:tcPr>
          <w:p>
            <w:r>
              <w:t>1</w:t>
            </w:r>
          </w:p>
        </w:tc>
        <w:tc>
          <w:tcPr>
            <w:tcW w:type="dxa" w:w="1080"/>
          </w:tcPr>
          <w:p>
            <w:r>
              <w:t>教师教育必修课</w:t>
            </w:r>
          </w:p>
        </w:tc>
        <w:tc>
          <w:tcPr>
            <w:tcW w:type="dxa" w:w="1080"/>
          </w:tcPr>
          <w:p>
            <w:r>
              <w:t>外国语学院</w:t>
            </w:r>
          </w:p>
        </w:tc>
        <w:tc>
          <w:tcPr>
            <w:tcW w:type="dxa" w:w="1080"/>
          </w:tcPr>
          <w:p>
            <w:r>
              <w:t>2023-2024</w:t>
            </w:r>
          </w:p>
        </w:tc>
        <w:tc>
          <w:tcPr>
            <w:tcW w:type="dxa" w:w="1080"/>
          </w:tcPr>
          <w:p>
            <w:r>
              <w:t>1</w:t>
            </w:r>
          </w:p>
        </w:tc>
      </w:tr>
      <w:tr>
        <w:tc>
          <w:tcPr>
            <w:tcW w:type="dxa" w:w="1080"/>
          </w:tcPr>
          <w:p>
            <w:r>
              <w:t>13</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14</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15</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16</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17</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18</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19</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英语视听说(二)</w:t>
            </w:r>
          </w:p>
        </w:tc>
        <w:tc>
          <w:tcPr>
            <w:tcW w:type="dxa" w:w="1080"/>
          </w:tcPr>
          <w:p>
            <w:r>
              <w:t>2FL21003</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21</w:t>
            </w:r>
          </w:p>
        </w:tc>
        <w:tc>
          <w:tcPr>
            <w:tcW w:type="dxa" w:w="1080"/>
          </w:tcPr>
          <w:p>
            <w:r>
              <w:t>西方文明简史</w:t>
            </w:r>
          </w:p>
        </w:tc>
        <w:tc>
          <w:tcPr>
            <w:tcW w:type="dxa" w:w="1080"/>
          </w:tcPr>
          <w:p>
            <w:r>
              <w:t>2FL21004</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22</w:t>
            </w:r>
          </w:p>
        </w:tc>
        <w:tc>
          <w:tcPr>
            <w:tcW w:type="dxa" w:w="1080"/>
          </w:tcPr>
          <w:p>
            <w:r>
              <w:t>英语演讲与辩论</w:t>
            </w:r>
          </w:p>
        </w:tc>
        <w:tc>
          <w:tcPr>
            <w:tcW w:type="dxa" w:w="1080"/>
          </w:tcPr>
          <w:p>
            <w:r>
              <w:t>2FL21012</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23</w:t>
            </w:r>
          </w:p>
        </w:tc>
        <w:tc>
          <w:tcPr>
            <w:tcW w:type="dxa" w:w="1080"/>
          </w:tcPr>
          <w:p>
            <w:r>
              <w:t>综合英语A(二)</w:t>
            </w:r>
          </w:p>
        </w:tc>
        <w:tc>
          <w:tcPr>
            <w:tcW w:type="dxa" w:w="1080"/>
          </w:tcPr>
          <w:p>
            <w:r>
              <w:t>2FL21102</w:t>
            </w:r>
          </w:p>
        </w:tc>
        <w:tc>
          <w:tcPr>
            <w:tcW w:type="dxa" w:w="1080"/>
          </w:tcPr>
          <w:p>
            <w:r>
              <w:t>6</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24</w:t>
            </w:r>
          </w:p>
        </w:tc>
        <w:tc>
          <w:tcPr>
            <w:tcW w:type="dxa" w:w="1080"/>
          </w:tcPr>
          <w:p>
            <w:r>
              <w:t>英语读写(二)</w:t>
            </w:r>
          </w:p>
        </w:tc>
        <w:tc>
          <w:tcPr>
            <w:tcW w:type="dxa" w:w="1080"/>
          </w:tcPr>
          <w:p>
            <w:r>
              <w:t>2FL21106</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25</w:t>
            </w:r>
          </w:p>
        </w:tc>
        <w:tc>
          <w:tcPr>
            <w:tcW w:type="dxa" w:w="1080"/>
          </w:tcPr>
          <w:p>
            <w:r>
              <w:t>英语短剧</w:t>
            </w:r>
          </w:p>
        </w:tc>
        <w:tc>
          <w:tcPr>
            <w:tcW w:type="dxa" w:w="1080"/>
          </w:tcPr>
          <w:p>
            <w:r>
              <w:t>2FL21122</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26</w:t>
            </w:r>
          </w:p>
        </w:tc>
        <w:tc>
          <w:tcPr>
            <w:tcW w:type="dxa" w:w="1080"/>
          </w:tcPr>
          <w:p>
            <w:r>
              <w:t>英语典故</w:t>
            </w:r>
          </w:p>
        </w:tc>
        <w:tc>
          <w:tcPr>
            <w:tcW w:type="dxa" w:w="1080"/>
          </w:tcPr>
          <w:p>
            <w:r>
              <w:t>2FL23001</w:t>
            </w:r>
          </w:p>
        </w:tc>
        <w:tc>
          <w:tcPr>
            <w:tcW w:type="dxa" w:w="1080"/>
          </w:tcPr>
          <w:p>
            <w:r>
              <w:t>1.5</w:t>
            </w:r>
          </w:p>
        </w:tc>
        <w:tc>
          <w:tcPr>
            <w:tcW w:type="dxa" w:w="1080"/>
          </w:tcPr>
          <w:p>
            <w:r>
              <w:t>专业任选课</w:t>
            </w:r>
          </w:p>
        </w:tc>
        <w:tc>
          <w:tcPr>
            <w:tcW w:type="dxa" w:w="1080"/>
          </w:tcPr>
          <w:p>
            <w:r>
              <w:t>外国语学院</w:t>
            </w:r>
          </w:p>
        </w:tc>
        <w:tc>
          <w:tcPr>
            <w:tcW w:type="dxa" w:w="1080"/>
          </w:tcPr>
          <w:p>
            <w:r>
              <w:t>2023-2024</w:t>
            </w:r>
          </w:p>
        </w:tc>
        <w:tc>
          <w:tcPr>
            <w:tcW w:type="dxa" w:w="1080"/>
          </w:tcPr>
          <w:p>
            <w:r>
              <w:t>2</w:t>
            </w:r>
          </w:p>
        </w:tc>
      </w:tr>
      <w:tr>
        <w:tc>
          <w:tcPr>
            <w:tcW w:type="dxa" w:w="1080"/>
          </w:tcPr>
          <w:p>
            <w:r>
              <w:t>27</w:t>
            </w:r>
          </w:p>
        </w:tc>
        <w:tc>
          <w:tcPr>
            <w:tcW w:type="dxa" w:w="1080"/>
          </w:tcPr>
          <w:p>
            <w:r>
              <w:t>跨文化交际</w:t>
            </w:r>
          </w:p>
        </w:tc>
        <w:tc>
          <w:tcPr>
            <w:tcW w:type="dxa" w:w="1080"/>
          </w:tcPr>
          <w:p>
            <w:r>
              <w:t>2FL23007</w:t>
            </w:r>
          </w:p>
        </w:tc>
        <w:tc>
          <w:tcPr>
            <w:tcW w:type="dxa" w:w="1080"/>
          </w:tcPr>
          <w:p>
            <w:r>
              <w:t>1.5</w:t>
            </w:r>
          </w:p>
        </w:tc>
        <w:tc>
          <w:tcPr>
            <w:tcW w:type="dxa" w:w="1080"/>
          </w:tcPr>
          <w:p>
            <w:r>
              <w:t>专业任选课</w:t>
            </w:r>
          </w:p>
        </w:tc>
        <w:tc>
          <w:tcPr>
            <w:tcW w:type="dxa" w:w="1080"/>
          </w:tcPr>
          <w:p>
            <w:r>
              <w:t>外国语学院</w:t>
            </w:r>
          </w:p>
        </w:tc>
        <w:tc>
          <w:tcPr>
            <w:tcW w:type="dxa" w:w="1080"/>
          </w:tcPr>
          <w:p>
            <w:r>
              <w:t>2023-2024</w:t>
            </w:r>
          </w:p>
        </w:tc>
        <w:tc>
          <w:tcPr>
            <w:tcW w:type="dxa" w:w="1080"/>
          </w:tcPr>
          <w:p>
            <w:r>
              <w:t>2</w:t>
            </w:r>
          </w:p>
        </w:tc>
      </w:tr>
      <w:tr>
        <w:tc>
          <w:tcPr>
            <w:tcW w:type="dxa" w:w="1080"/>
          </w:tcPr>
          <w:p>
            <w:r>
              <w:t>28</w:t>
            </w:r>
          </w:p>
        </w:tc>
        <w:tc>
          <w:tcPr>
            <w:tcW w:type="dxa" w:w="1080"/>
          </w:tcPr>
          <w:p>
            <w:r>
              <w:t>中国古典诗文选读</w:t>
            </w:r>
          </w:p>
        </w:tc>
        <w:tc>
          <w:tcPr>
            <w:tcW w:type="dxa" w:w="1080"/>
          </w:tcPr>
          <w:p>
            <w:r>
              <w:t>2FL23011</w:t>
            </w:r>
          </w:p>
        </w:tc>
        <w:tc>
          <w:tcPr>
            <w:tcW w:type="dxa" w:w="1080"/>
          </w:tcPr>
          <w:p>
            <w:r>
              <w:t>1.5</w:t>
            </w:r>
          </w:p>
        </w:tc>
        <w:tc>
          <w:tcPr>
            <w:tcW w:type="dxa" w:w="1080"/>
          </w:tcPr>
          <w:p>
            <w:r>
              <w:t>专业任选课</w:t>
            </w:r>
          </w:p>
        </w:tc>
        <w:tc>
          <w:tcPr>
            <w:tcW w:type="dxa" w:w="1080"/>
          </w:tcPr>
          <w:p>
            <w:r>
              <w:t>外国语学院</w:t>
            </w:r>
          </w:p>
        </w:tc>
        <w:tc>
          <w:tcPr>
            <w:tcW w:type="dxa" w:w="1080"/>
          </w:tcPr>
          <w:p>
            <w:r>
              <w:t>2023-2024</w:t>
            </w:r>
          </w:p>
        </w:tc>
        <w:tc>
          <w:tcPr>
            <w:tcW w:type="dxa" w:w="1080"/>
          </w:tcPr>
          <w:p>
            <w:r>
              <w:t>2</w:t>
            </w:r>
          </w:p>
        </w:tc>
      </w:tr>
      <w:tr>
        <w:tc>
          <w:tcPr>
            <w:tcW w:type="dxa" w:w="1080"/>
          </w:tcPr>
          <w:p>
            <w:r>
              <w:t>29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30</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31</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32</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33</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34</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35</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36</w:t>
            </w:r>
          </w:p>
        </w:tc>
        <w:tc>
          <w:tcPr>
            <w:tcW w:type="dxa" w:w="1080"/>
          </w:tcPr>
          <w:p>
            <w:r>
              <w:t>中外教育史</w:t>
            </w:r>
          </w:p>
        </w:tc>
        <w:tc>
          <w:tcPr>
            <w:tcW w:type="dxa" w:w="1080"/>
          </w:tcPr>
          <w:p>
            <w:r>
              <w:t>2ED43001</w:t>
            </w:r>
          </w:p>
        </w:tc>
        <w:tc>
          <w:tcPr>
            <w:tcW w:type="dxa" w:w="1080"/>
          </w:tcPr>
          <w:p>
            <w:r>
              <w:t>2</w:t>
            </w:r>
          </w:p>
        </w:tc>
        <w:tc>
          <w:tcPr>
            <w:tcW w:type="dxa" w:w="1080"/>
          </w:tcPr>
          <w:p>
            <w:r>
              <w:t>教师教育任选课</w:t>
            </w:r>
          </w:p>
        </w:tc>
        <w:tc>
          <w:tcPr>
            <w:tcW w:type="dxa" w:w="1080"/>
          </w:tcPr>
          <w:p>
            <w:r>
              <w:t>教育学院</w:t>
            </w:r>
          </w:p>
        </w:tc>
        <w:tc>
          <w:tcPr>
            <w:tcW w:type="dxa" w:w="1080"/>
          </w:tcPr>
          <w:p>
            <w:r>
              <w:t>2024-2025</w:t>
            </w:r>
          </w:p>
        </w:tc>
        <w:tc>
          <w:tcPr>
            <w:tcW w:type="dxa" w:w="1080"/>
          </w:tcPr>
          <w:p>
            <w:r>
              <w:t>1</w:t>
            </w:r>
          </w:p>
        </w:tc>
      </w:tr>
      <w:tr>
        <w:tc>
          <w:tcPr>
            <w:tcW w:type="dxa" w:w="1080"/>
          </w:tcPr>
          <w:p>
            <w:r>
              <w:t>37</w:t>
            </w:r>
          </w:p>
        </w:tc>
        <w:tc>
          <w:tcPr>
            <w:tcW w:type="dxa" w:w="1080"/>
          </w:tcPr>
          <w:p>
            <w:r>
              <w:t>第二外语(一)</w:t>
            </w:r>
          </w:p>
        </w:tc>
        <w:tc>
          <w:tcPr>
            <w:tcW w:type="dxa" w:w="1080"/>
          </w:tcPr>
          <w:p>
            <w:r>
              <w:t>2FL11061</w:t>
            </w:r>
          </w:p>
        </w:tc>
        <w:tc>
          <w:tcPr>
            <w:tcW w:type="dxa" w:w="1080"/>
          </w:tcPr>
          <w:p>
            <w:r>
              <w:t>4</w:t>
            </w:r>
          </w:p>
        </w:tc>
        <w:tc>
          <w:tcPr>
            <w:tcW w:type="dxa" w:w="1080"/>
          </w:tcPr>
          <w:p>
            <w:r>
              <w:t>通识必修课</w:t>
            </w:r>
          </w:p>
        </w:tc>
        <w:tc>
          <w:tcPr>
            <w:tcW w:type="dxa" w:w="1080"/>
          </w:tcPr>
          <w:p>
            <w:r>
              <w:t>外国语学院</w:t>
            </w:r>
          </w:p>
        </w:tc>
        <w:tc>
          <w:tcPr>
            <w:tcW w:type="dxa" w:w="1080"/>
          </w:tcPr>
          <w:p>
            <w:r>
              <w:t>2024-2025</w:t>
            </w:r>
          </w:p>
        </w:tc>
        <w:tc>
          <w:tcPr>
            <w:tcW w:type="dxa" w:w="1080"/>
          </w:tcPr>
          <w:p>
            <w:r>
              <w:t>1</w:t>
            </w:r>
          </w:p>
        </w:tc>
      </w:tr>
      <w:tr>
        <w:tc>
          <w:tcPr>
            <w:tcW w:type="dxa" w:w="1080"/>
          </w:tcPr>
          <w:p>
            <w:r>
              <w:t>38</w:t>
            </w:r>
          </w:p>
        </w:tc>
        <w:tc>
          <w:tcPr>
            <w:tcW w:type="dxa" w:w="1080"/>
          </w:tcPr>
          <w:p>
            <w:r>
              <w:t>综合英语A(三)</w:t>
            </w:r>
          </w:p>
        </w:tc>
        <w:tc>
          <w:tcPr>
            <w:tcW w:type="dxa" w:w="1080"/>
          </w:tcPr>
          <w:p>
            <w:r>
              <w:t>2FL21103</w:t>
            </w:r>
          </w:p>
        </w:tc>
        <w:tc>
          <w:tcPr>
            <w:tcW w:type="dxa" w:w="1080"/>
          </w:tcPr>
          <w:p>
            <w:r>
              <w:t>6</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39</w:t>
            </w:r>
          </w:p>
        </w:tc>
        <w:tc>
          <w:tcPr>
            <w:tcW w:type="dxa" w:w="1080"/>
          </w:tcPr>
          <w:p>
            <w:r>
              <w:t>英语国家概况A</w:t>
            </w:r>
          </w:p>
        </w:tc>
        <w:tc>
          <w:tcPr>
            <w:tcW w:type="dxa" w:w="1080"/>
          </w:tcPr>
          <w:p>
            <w:r>
              <w:t>2FL21111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40</w:t>
            </w:r>
          </w:p>
        </w:tc>
        <w:tc>
          <w:tcPr>
            <w:tcW w:type="dxa" w:w="1080"/>
          </w:tcPr>
          <w:p>
            <w:r>
              <w:t>教育翻译(一)</w:t>
            </w:r>
          </w:p>
        </w:tc>
        <w:tc>
          <w:tcPr>
            <w:tcW w:type="dxa" w:w="1080"/>
          </w:tcPr>
          <w:p>
            <w:r>
              <w:t>2FL21113</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41</w:t>
            </w:r>
          </w:p>
        </w:tc>
        <w:tc>
          <w:tcPr>
            <w:tcW w:type="dxa" w:w="1080"/>
          </w:tcPr>
          <w:p>
            <w:r>
              <w:t>中国文化国际传播A</w:t>
            </w:r>
          </w:p>
        </w:tc>
        <w:tc>
          <w:tcPr>
            <w:tcW w:type="dxa" w:w="1080"/>
          </w:tcPr>
          <w:p>
            <w:r>
              <w:t>2FL23101</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42</w:t>
            </w:r>
          </w:p>
        </w:tc>
        <w:tc>
          <w:tcPr>
            <w:tcW w:type="dxa" w:w="1080"/>
          </w:tcPr>
          <w:p>
            <w:r>
              <w:t>英语文学导论A</w:t>
            </w:r>
          </w:p>
        </w:tc>
        <w:tc>
          <w:tcPr>
            <w:tcW w:type="dxa" w:w="1080"/>
          </w:tcPr>
          <w:p>
            <w:r>
              <w:t>2FL23103</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43</w:t>
            </w:r>
          </w:p>
        </w:tc>
        <w:tc>
          <w:tcPr>
            <w:tcW w:type="dxa" w:w="1080"/>
          </w:tcPr>
          <w:p>
            <w:r>
              <w:t>英语散文选读</w:t>
            </w:r>
          </w:p>
        </w:tc>
        <w:tc>
          <w:tcPr>
            <w:tcW w:type="dxa" w:w="1080"/>
          </w:tcPr>
          <w:p>
            <w:r>
              <w:t>2FL23114</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44</w:t>
            </w:r>
          </w:p>
        </w:tc>
        <w:tc>
          <w:tcPr>
            <w:tcW w:type="dxa" w:w="1080"/>
          </w:tcPr>
          <w:p>
            <w:r>
              <w:t>英语文体学</w:t>
            </w:r>
          </w:p>
        </w:tc>
        <w:tc>
          <w:tcPr>
            <w:tcW w:type="dxa" w:w="1080"/>
          </w:tcPr>
          <w:p>
            <w:r>
              <w:t>2FL23115</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45</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46</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48</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49</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50</w:t>
            </w:r>
          </w:p>
        </w:tc>
        <w:tc>
          <w:tcPr>
            <w:tcW w:type="dxa" w:w="1080"/>
          </w:tcPr>
          <w:p>
            <w:r>
              <w:t>教师专业伦理</w:t>
            </w:r>
          </w:p>
        </w:tc>
        <w:tc>
          <w:tcPr>
            <w:tcW w:type="dxa" w:w="1080"/>
          </w:tcPr>
          <w:p>
            <w:r>
              <w:t>2ED43016</w:t>
            </w:r>
          </w:p>
        </w:tc>
        <w:tc>
          <w:tcPr>
            <w:tcW w:type="dxa" w:w="1080"/>
          </w:tcPr>
          <w:p>
            <w:r>
              <w:t>1</w:t>
            </w:r>
          </w:p>
        </w:tc>
        <w:tc>
          <w:tcPr>
            <w:tcW w:type="dxa" w:w="1080"/>
          </w:tcPr>
          <w:p>
            <w:r>
              <w:t>教师教育任选课</w:t>
            </w:r>
          </w:p>
        </w:tc>
        <w:tc>
          <w:tcPr>
            <w:tcW w:type="dxa" w:w="1080"/>
          </w:tcPr>
          <w:p>
            <w:r>
              <w:t>教育学院</w:t>
            </w:r>
          </w:p>
        </w:tc>
        <w:tc>
          <w:tcPr>
            <w:tcW w:type="dxa" w:w="1080"/>
          </w:tcPr>
          <w:p>
            <w:r>
              <w:t>2024-2025</w:t>
            </w:r>
          </w:p>
        </w:tc>
        <w:tc>
          <w:tcPr>
            <w:tcW w:type="dxa" w:w="1080"/>
          </w:tcPr>
          <w:p>
            <w:r>
              <w:t>2</w:t>
            </w:r>
          </w:p>
        </w:tc>
      </w:tr>
      <w:tr>
        <w:tc>
          <w:tcPr>
            <w:tcW w:type="dxa" w:w="1080"/>
          </w:tcPr>
          <w:p>
            <w:r>
              <w:t>51</w:t>
            </w:r>
          </w:p>
        </w:tc>
        <w:tc>
          <w:tcPr>
            <w:tcW w:type="dxa" w:w="1080"/>
          </w:tcPr>
          <w:p>
            <w:r>
              <w:t>教育政策评价</w:t>
            </w:r>
          </w:p>
        </w:tc>
        <w:tc>
          <w:tcPr>
            <w:tcW w:type="dxa" w:w="1080"/>
          </w:tcPr>
          <w:p>
            <w:r>
              <w:t>2ED43017</w:t>
            </w:r>
          </w:p>
        </w:tc>
        <w:tc>
          <w:tcPr>
            <w:tcW w:type="dxa" w:w="1080"/>
          </w:tcPr>
          <w:p>
            <w:r>
              <w:t>1</w:t>
            </w:r>
          </w:p>
        </w:tc>
        <w:tc>
          <w:tcPr>
            <w:tcW w:type="dxa" w:w="1080"/>
          </w:tcPr>
          <w:p>
            <w:r>
              <w:t>教师教育任选课</w:t>
            </w:r>
          </w:p>
        </w:tc>
        <w:tc>
          <w:tcPr>
            <w:tcW w:type="dxa" w:w="1080"/>
          </w:tcPr>
          <w:p>
            <w:r>
              <w:t>教育学院</w:t>
            </w:r>
          </w:p>
        </w:tc>
        <w:tc>
          <w:tcPr>
            <w:tcW w:type="dxa" w:w="1080"/>
          </w:tcPr>
          <w:p>
            <w:r>
              <w:t>2024-2025</w:t>
            </w:r>
          </w:p>
        </w:tc>
        <w:tc>
          <w:tcPr>
            <w:tcW w:type="dxa" w:w="1080"/>
          </w:tcPr>
          <w:p>
            <w:r>
              <w:t>2</w:t>
            </w:r>
          </w:p>
        </w:tc>
      </w:tr>
      <w:tr>
        <w:tc>
          <w:tcPr>
            <w:tcW w:type="dxa" w:w="1080"/>
          </w:tcPr>
          <w:p>
            <w:r>
              <w:t>52</w:t>
            </w:r>
          </w:p>
        </w:tc>
        <w:tc>
          <w:tcPr>
            <w:tcW w:type="dxa" w:w="1080"/>
          </w:tcPr>
          <w:p>
            <w:r>
              <w:t>教师哲学</w:t>
            </w:r>
          </w:p>
        </w:tc>
        <w:tc>
          <w:tcPr>
            <w:tcW w:type="dxa" w:w="1080"/>
          </w:tcPr>
          <w:p>
            <w:r>
              <w:t>2ED43020</w:t>
            </w:r>
          </w:p>
        </w:tc>
        <w:tc>
          <w:tcPr>
            <w:tcW w:type="dxa" w:w="1080"/>
          </w:tcPr>
          <w:p>
            <w:r>
              <w:t>1</w:t>
            </w:r>
          </w:p>
        </w:tc>
        <w:tc>
          <w:tcPr>
            <w:tcW w:type="dxa" w:w="1080"/>
          </w:tcPr>
          <w:p>
            <w:r>
              <w:t>教师教育任选课</w:t>
            </w:r>
          </w:p>
        </w:tc>
        <w:tc>
          <w:tcPr>
            <w:tcW w:type="dxa" w:w="1080"/>
          </w:tcPr>
          <w:p>
            <w:r>
              <w:t>教育学院</w:t>
            </w:r>
          </w:p>
        </w:tc>
        <w:tc>
          <w:tcPr>
            <w:tcW w:type="dxa" w:w="1080"/>
          </w:tcPr>
          <w:p>
            <w:r>
              <w:t>2024-2025</w:t>
            </w:r>
          </w:p>
        </w:tc>
        <w:tc>
          <w:tcPr>
            <w:tcW w:type="dxa" w:w="1080"/>
          </w:tcPr>
          <w:p>
            <w:r>
              <w:t>2</w:t>
            </w:r>
          </w:p>
        </w:tc>
      </w:tr>
      <w:tr>
        <w:tc>
          <w:tcPr>
            <w:tcW w:type="dxa" w:w="1080"/>
          </w:tcPr>
          <w:p>
            <w:r>
              <w:t>53</w:t>
            </w:r>
          </w:p>
        </w:tc>
        <w:tc>
          <w:tcPr>
            <w:tcW w:type="dxa" w:w="1080"/>
          </w:tcPr>
          <w:p>
            <w:r>
              <w:t>第二外语(二)</w:t>
            </w:r>
          </w:p>
        </w:tc>
        <w:tc>
          <w:tcPr>
            <w:tcW w:type="dxa" w:w="1080"/>
          </w:tcPr>
          <w:p>
            <w:r>
              <w:t>2FL11062</w:t>
            </w:r>
          </w:p>
        </w:tc>
        <w:tc>
          <w:tcPr>
            <w:tcW w:type="dxa" w:w="1080"/>
          </w:tcPr>
          <w:p>
            <w:r>
              <w:t>4</w:t>
            </w:r>
          </w:p>
        </w:tc>
        <w:tc>
          <w:tcPr>
            <w:tcW w:type="dxa" w:w="1080"/>
          </w:tcPr>
          <w:p>
            <w:r>
              <w:t>通识必修课</w:t>
            </w:r>
          </w:p>
        </w:tc>
        <w:tc>
          <w:tcPr>
            <w:tcW w:type="dxa" w:w="1080"/>
          </w:tcPr>
          <w:p>
            <w:r>
              <w:t>外国语学院</w:t>
            </w:r>
          </w:p>
        </w:tc>
        <w:tc>
          <w:tcPr>
            <w:tcW w:type="dxa" w:w="1080"/>
          </w:tcPr>
          <w:p>
            <w:r>
              <w:t>2024-2025</w:t>
            </w:r>
          </w:p>
        </w:tc>
        <w:tc>
          <w:tcPr>
            <w:tcW w:type="dxa" w:w="1080"/>
          </w:tcPr>
          <w:p>
            <w:r>
              <w:t>2</w:t>
            </w:r>
          </w:p>
        </w:tc>
      </w:tr>
      <w:tr>
        <w:tc>
          <w:tcPr>
            <w:tcW w:type="dxa" w:w="1080"/>
          </w:tcPr>
          <w:p>
            <w:r>
              <w:t>54</w:t>
            </w:r>
          </w:p>
        </w:tc>
        <w:tc>
          <w:tcPr>
            <w:tcW w:type="dxa" w:w="1080"/>
          </w:tcPr>
          <w:p>
            <w:r>
              <w:t>综合英语A(四)</w:t>
            </w:r>
          </w:p>
        </w:tc>
        <w:tc>
          <w:tcPr>
            <w:tcW w:type="dxa" w:w="1080"/>
          </w:tcPr>
          <w:p>
            <w:r>
              <w:t>2FL21104</w:t>
            </w:r>
          </w:p>
        </w:tc>
        <w:tc>
          <w:tcPr>
            <w:tcW w:type="dxa" w:w="1080"/>
          </w:tcPr>
          <w:p>
            <w:r>
              <w:t>4</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55</w:t>
            </w:r>
          </w:p>
        </w:tc>
        <w:tc>
          <w:tcPr>
            <w:tcW w:type="dxa" w:w="1080"/>
          </w:tcPr>
          <w:p>
            <w:r>
              <w:t>教育经典阅读</w:t>
            </w:r>
          </w:p>
        </w:tc>
        <w:tc>
          <w:tcPr>
            <w:tcW w:type="dxa" w:w="1080"/>
          </w:tcPr>
          <w:p>
            <w:r>
              <w:t>2FL21112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56</w:t>
            </w:r>
          </w:p>
        </w:tc>
        <w:tc>
          <w:tcPr>
            <w:tcW w:type="dxa" w:w="1080"/>
          </w:tcPr>
          <w:p>
            <w:r>
              <w:t>教育翻译(二)</w:t>
            </w:r>
          </w:p>
        </w:tc>
        <w:tc>
          <w:tcPr>
            <w:tcW w:type="dxa" w:w="1080"/>
          </w:tcPr>
          <w:p>
            <w:r>
              <w:t>2FL21114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57</w:t>
            </w:r>
          </w:p>
        </w:tc>
        <w:tc>
          <w:tcPr>
            <w:tcW w:type="dxa" w:w="1080"/>
          </w:tcPr>
          <w:p>
            <w:r>
              <w:t>英语词汇学</w:t>
            </w:r>
          </w:p>
        </w:tc>
        <w:tc>
          <w:tcPr>
            <w:tcW w:type="dxa" w:w="1080"/>
          </w:tcPr>
          <w:p>
            <w:r>
              <w:t>2FL23004</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58</w:t>
            </w:r>
          </w:p>
        </w:tc>
        <w:tc>
          <w:tcPr>
            <w:tcW w:type="dxa" w:w="1080"/>
          </w:tcPr>
          <w:p>
            <w:r>
              <w:t>英语应用文写作</w:t>
            </w:r>
          </w:p>
        </w:tc>
        <w:tc>
          <w:tcPr>
            <w:tcW w:type="dxa" w:w="1080"/>
          </w:tcPr>
          <w:p>
            <w:r>
              <w:t>2FL23009</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59</w:t>
            </w:r>
          </w:p>
        </w:tc>
        <w:tc>
          <w:tcPr>
            <w:tcW w:type="dxa" w:w="1080"/>
          </w:tcPr>
          <w:p>
            <w:r>
              <w:t>英语小说选读</w:t>
            </w:r>
          </w:p>
        </w:tc>
        <w:tc>
          <w:tcPr>
            <w:tcW w:type="dxa" w:w="1080"/>
          </w:tcPr>
          <w:p>
            <w:r>
              <w:t>2FL23113</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60</w:t>
            </w:r>
          </w:p>
        </w:tc>
        <w:tc>
          <w:tcPr>
            <w:tcW w:type="dxa" w:w="1080"/>
          </w:tcPr>
          <w:p>
            <w:r>
              <w:t>中学英语课程标准与教材分析</w:t>
            </w:r>
          </w:p>
        </w:tc>
        <w:tc>
          <w:tcPr>
            <w:tcW w:type="dxa" w:w="1080"/>
          </w:tcPr>
          <w:p>
            <w:r>
              <w:t>2FL41102</w:t>
            </w:r>
          </w:p>
        </w:tc>
        <w:tc>
          <w:tcPr>
            <w:tcW w:type="dxa" w:w="1080"/>
          </w:tcPr>
          <w:p>
            <w:r>
              <w:t>2</w:t>
            </w:r>
          </w:p>
        </w:tc>
        <w:tc>
          <w:tcPr>
            <w:tcW w:type="dxa" w:w="1080"/>
          </w:tcPr>
          <w:p>
            <w:r>
              <w:t>教师教育必修课</w:t>
            </w:r>
          </w:p>
        </w:tc>
        <w:tc>
          <w:tcPr>
            <w:tcW w:type="dxa" w:w="1080"/>
          </w:tcPr>
          <w:p>
            <w:r>
              <w:t>外国语学院</w:t>
            </w:r>
          </w:p>
        </w:tc>
        <w:tc>
          <w:tcPr>
            <w:tcW w:type="dxa" w:w="1080"/>
          </w:tcPr>
          <w:p>
            <w:r>
              <w:t>2024-2025</w:t>
            </w:r>
          </w:p>
        </w:tc>
        <w:tc>
          <w:tcPr>
            <w:tcW w:type="dxa" w:w="1080"/>
          </w:tcPr>
          <w:p>
            <w:r>
              <w:t>2</w:t>
            </w:r>
          </w:p>
        </w:tc>
      </w:tr>
      <w:tr>
        <w:tc>
          <w:tcPr>
            <w:tcW w:type="dxa" w:w="1080"/>
          </w:tcPr>
          <w:p>
            <w:r>
              <w:t>61</w:t>
            </w:r>
          </w:p>
        </w:tc>
        <w:tc>
          <w:tcPr>
            <w:tcW w:type="dxa" w:w="1080"/>
          </w:tcPr>
          <w:p>
            <w:r>
              <w:t>教育见习一</w:t>
            </w:r>
          </w:p>
        </w:tc>
        <w:tc>
          <w:tcPr>
            <w:tcW w:type="dxa" w:w="1080"/>
          </w:tcPr>
          <w:p>
            <w:r>
              <w:t>2FL41111</w:t>
            </w:r>
          </w:p>
        </w:tc>
        <w:tc>
          <w:tcPr>
            <w:tcW w:type="dxa" w:w="1080"/>
          </w:tcPr>
          <w:p>
            <w:r>
              <w:t>1.0</w:t>
            </w:r>
          </w:p>
        </w:tc>
        <w:tc>
          <w:tcPr>
            <w:tcW w:type="dxa" w:w="1080"/>
          </w:tcPr>
          <w:p>
            <w:r>
              <w:t>教师教育必修课</w:t>
            </w:r>
          </w:p>
        </w:tc>
        <w:tc>
          <w:tcPr>
            <w:tcW w:type="dxa" w:w="1080"/>
          </w:tcPr>
          <w:p>
            <w:r>
              <w:t>外国语学院</w:t>
            </w:r>
          </w:p>
        </w:tc>
        <w:tc>
          <w:tcPr>
            <w:tcW w:type="dxa" w:w="1080"/>
          </w:tcPr>
          <w:p>
            <w:r>
              <w:t>2024-2025</w:t>
            </w:r>
          </w:p>
        </w:tc>
        <w:tc>
          <w:tcPr>
            <w:tcW w:type="dxa" w:w="1080"/>
          </w:tcPr>
          <w:p>
            <w:r>
              <w:t>2</w:t>
            </w:r>
          </w:p>
        </w:tc>
      </w:tr>
      <w:tr>
        <w:tc>
          <w:tcPr>
            <w:tcW w:type="dxa" w:w="1080"/>
          </w:tcPr>
          <w:p>
            <w:r>
              <w:t>62</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63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64</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65</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66</w:t>
            </w:r>
          </w:p>
        </w:tc>
        <w:tc>
          <w:tcPr>
            <w:tcW w:type="dxa" w:w="1080"/>
          </w:tcPr>
          <w:p>
            <w:r>
              <w:t>基础教育改革前沿与问题研究</w:t>
            </w:r>
          </w:p>
        </w:tc>
        <w:tc>
          <w:tcPr>
            <w:tcW w:type="dxa" w:w="1080"/>
          </w:tcPr>
          <w:p>
            <w:r>
              <w:t>2ED43007</w:t>
            </w:r>
          </w:p>
        </w:tc>
        <w:tc>
          <w:tcPr>
            <w:tcW w:type="dxa" w:w="1080"/>
          </w:tcPr>
          <w:p>
            <w:r>
              <w:t>1.5</w:t>
            </w:r>
          </w:p>
        </w:tc>
        <w:tc>
          <w:tcPr>
            <w:tcW w:type="dxa" w:w="1080"/>
          </w:tcPr>
          <w:p>
            <w:r>
              <w:t>教师教育任选课</w:t>
            </w:r>
          </w:p>
        </w:tc>
        <w:tc>
          <w:tcPr>
            <w:tcW w:type="dxa" w:w="1080"/>
          </w:tcPr>
          <w:p>
            <w:r>
              <w:t>教育学院</w:t>
            </w:r>
          </w:p>
        </w:tc>
        <w:tc>
          <w:tcPr>
            <w:tcW w:type="dxa" w:w="1080"/>
          </w:tcPr>
          <w:p>
            <w:r>
              <w:t>2025-2026</w:t>
            </w:r>
          </w:p>
        </w:tc>
        <w:tc>
          <w:tcPr>
            <w:tcW w:type="dxa" w:w="1080"/>
          </w:tcPr>
          <w:p>
            <w:r>
              <w:t>1</w:t>
            </w:r>
          </w:p>
        </w:tc>
      </w:tr>
      <w:tr>
        <w:tc>
          <w:tcPr>
            <w:tcW w:type="dxa" w:w="1080"/>
          </w:tcPr>
          <w:p>
            <w:r>
              <w:t>67</w:t>
            </w:r>
          </w:p>
        </w:tc>
        <w:tc>
          <w:tcPr>
            <w:tcW w:type="dxa" w:w="1080"/>
          </w:tcPr>
          <w:p>
            <w:r>
              <w:t>学习测量与评价</w:t>
            </w:r>
          </w:p>
        </w:tc>
        <w:tc>
          <w:tcPr>
            <w:tcW w:type="dxa" w:w="1080"/>
          </w:tcPr>
          <w:p>
            <w:r>
              <w:t>2ED43011</w:t>
            </w:r>
          </w:p>
        </w:tc>
        <w:tc>
          <w:tcPr>
            <w:tcW w:type="dxa" w:w="1080"/>
          </w:tcPr>
          <w:p>
            <w:r>
              <w:t>1</w:t>
            </w:r>
          </w:p>
        </w:tc>
        <w:tc>
          <w:tcPr>
            <w:tcW w:type="dxa" w:w="1080"/>
          </w:tcPr>
          <w:p>
            <w:r>
              <w:t>教师教育任选课</w:t>
            </w:r>
          </w:p>
        </w:tc>
        <w:tc>
          <w:tcPr>
            <w:tcW w:type="dxa" w:w="1080"/>
          </w:tcPr>
          <w:p>
            <w:r>
              <w:t>教育学院</w:t>
            </w:r>
          </w:p>
        </w:tc>
        <w:tc>
          <w:tcPr>
            <w:tcW w:type="dxa" w:w="1080"/>
          </w:tcPr>
          <w:p>
            <w:r>
              <w:t>2025-2026</w:t>
            </w:r>
          </w:p>
        </w:tc>
        <w:tc>
          <w:tcPr>
            <w:tcW w:type="dxa" w:w="1080"/>
          </w:tcPr>
          <w:p>
            <w:r>
              <w:t>1</w:t>
            </w:r>
          </w:p>
        </w:tc>
      </w:tr>
      <w:tr>
        <w:tc>
          <w:tcPr>
            <w:tcW w:type="dxa" w:w="1080"/>
          </w:tcPr>
          <w:p>
            <w:r>
              <w:t>68</w:t>
            </w:r>
          </w:p>
        </w:tc>
        <w:tc>
          <w:tcPr>
            <w:tcW w:type="dxa" w:w="1080"/>
          </w:tcPr>
          <w:p>
            <w:r>
              <w:t>第二外语(三)</w:t>
            </w:r>
          </w:p>
        </w:tc>
        <w:tc>
          <w:tcPr>
            <w:tcW w:type="dxa" w:w="1080"/>
          </w:tcPr>
          <w:p>
            <w:r>
              <w:t>2FL11063</w:t>
            </w:r>
          </w:p>
        </w:tc>
        <w:tc>
          <w:tcPr>
            <w:tcW w:type="dxa" w:w="1080"/>
          </w:tcPr>
          <w:p>
            <w:r>
              <w:t>2</w:t>
            </w:r>
          </w:p>
        </w:tc>
        <w:tc>
          <w:tcPr>
            <w:tcW w:type="dxa" w:w="1080"/>
          </w:tcPr>
          <w:p>
            <w:r>
              <w:t>通识必修课</w:t>
            </w:r>
          </w:p>
        </w:tc>
        <w:tc>
          <w:tcPr>
            <w:tcW w:type="dxa" w:w="1080"/>
          </w:tcPr>
          <w:p>
            <w:r>
              <w:t>外国语学院</w:t>
            </w:r>
          </w:p>
        </w:tc>
        <w:tc>
          <w:tcPr>
            <w:tcW w:type="dxa" w:w="1080"/>
          </w:tcPr>
          <w:p>
            <w:r>
              <w:t>2025-2026</w:t>
            </w:r>
          </w:p>
        </w:tc>
        <w:tc>
          <w:tcPr>
            <w:tcW w:type="dxa" w:w="1080"/>
          </w:tcPr>
          <w:p>
            <w:r>
              <w:t>1</w:t>
            </w:r>
          </w:p>
        </w:tc>
      </w:tr>
      <w:tr>
        <w:tc>
          <w:tcPr>
            <w:tcW w:type="dxa" w:w="1080"/>
          </w:tcPr>
          <w:p>
            <w:r>
              <w:t>69</w:t>
            </w:r>
          </w:p>
        </w:tc>
        <w:tc>
          <w:tcPr>
            <w:tcW w:type="dxa" w:w="1080"/>
          </w:tcPr>
          <w:p>
            <w:r>
              <w:t>英语语言学</w:t>
            </w:r>
          </w:p>
        </w:tc>
        <w:tc>
          <w:tcPr>
            <w:tcW w:type="dxa" w:w="1080"/>
          </w:tcPr>
          <w:p>
            <w:r>
              <w:t>2FL21005</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70</w:t>
            </w:r>
          </w:p>
        </w:tc>
        <w:tc>
          <w:tcPr>
            <w:tcW w:type="dxa" w:w="1080"/>
          </w:tcPr>
          <w:p>
            <w:r>
              <w:t>英国文学史及作品选读</w:t>
            </w:r>
          </w:p>
        </w:tc>
        <w:tc>
          <w:tcPr>
            <w:tcW w:type="dxa" w:w="1080"/>
          </w:tcPr>
          <w:p>
            <w:r>
              <w:t>2FL21006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71</w:t>
            </w:r>
          </w:p>
        </w:tc>
        <w:tc>
          <w:tcPr>
            <w:tcW w:type="dxa" w:w="1080"/>
          </w:tcPr>
          <w:p>
            <w:r>
              <w:t>研究方法与学术论文写作</w:t>
            </w:r>
          </w:p>
        </w:tc>
        <w:tc>
          <w:tcPr>
            <w:tcW w:type="dxa" w:w="1080"/>
          </w:tcPr>
          <w:p>
            <w:r>
              <w:t>2FL21008</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72</w:t>
            </w:r>
          </w:p>
        </w:tc>
        <w:tc>
          <w:tcPr>
            <w:tcW w:type="dxa" w:w="1080"/>
          </w:tcPr>
          <w:p>
            <w:r>
              <w:t>高级英语读写A(一)</w:t>
            </w:r>
          </w:p>
        </w:tc>
        <w:tc>
          <w:tcPr>
            <w:tcW w:type="dxa" w:w="1080"/>
          </w:tcPr>
          <w:p>
            <w:r>
              <w:t>2FL21107</w:t>
            </w:r>
          </w:p>
        </w:tc>
        <w:tc>
          <w:tcPr>
            <w:tcW w:type="dxa" w:w="1080"/>
          </w:tcPr>
          <w:p>
            <w:r>
              <w:t>4</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73</w:t>
            </w:r>
          </w:p>
        </w:tc>
        <w:tc>
          <w:tcPr>
            <w:tcW w:type="dxa" w:w="1080"/>
          </w:tcPr>
          <w:p>
            <w:r>
              <w:t>基础教育英语教学技能训练</w:t>
            </w:r>
          </w:p>
        </w:tc>
        <w:tc>
          <w:tcPr>
            <w:tcW w:type="dxa" w:w="1080"/>
          </w:tcPr>
          <w:p>
            <w:r>
              <w:t>2FL21123</w:t>
            </w:r>
          </w:p>
        </w:tc>
        <w:tc>
          <w:tcPr>
            <w:tcW w:type="dxa" w:w="1080"/>
          </w:tcPr>
          <w:p>
            <w:r>
              <w:t>1.0</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74</w:t>
            </w:r>
          </w:p>
        </w:tc>
        <w:tc>
          <w:tcPr>
            <w:tcW w:type="dxa" w:w="1080"/>
          </w:tcPr>
          <w:p>
            <w:r>
              <w:t>英汉语言对比</w:t>
            </w:r>
          </w:p>
        </w:tc>
        <w:tc>
          <w:tcPr>
            <w:tcW w:type="dxa" w:w="1080"/>
          </w:tcPr>
          <w:p>
            <w:r>
              <w:t>2FL23006</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75</w:t>
            </w:r>
          </w:p>
        </w:tc>
        <w:tc>
          <w:tcPr>
            <w:tcW w:type="dxa" w:w="1080"/>
          </w:tcPr>
          <w:p>
            <w:r>
              <w:t>英语口译A</w:t>
            </w:r>
          </w:p>
        </w:tc>
        <w:tc>
          <w:tcPr>
            <w:tcW w:type="dxa" w:w="1080"/>
          </w:tcPr>
          <w:p>
            <w:r>
              <w:t>2FL23102</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76</w:t>
            </w:r>
          </w:p>
        </w:tc>
        <w:tc>
          <w:tcPr>
            <w:tcW w:type="dxa" w:w="1080"/>
          </w:tcPr>
          <w:p>
            <w:r>
              <w:t>创意写作</w:t>
            </w:r>
          </w:p>
        </w:tc>
        <w:tc>
          <w:tcPr>
            <w:tcW w:type="dxa" w:w="1080"/>
          </w:tcPr>
          <w:p>
            <w:r>
              <w:t>2FL23105</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77</w:t>
            </w:r>
          </w:p>
        </w:tc>
        <w:tc>
          <w:tcPr>
            <w:tcW w:type="dxa" w:w="1080"/>
          </w:tcPr>
          <w:p>
            <w:r>
              <w:t>第二语言习得</w:t>
            </w:r>
          </w:p>
        </w:tc>
        <w:tc>
          <w:tcPr>
            <w:tcW w:type="dxa" w:w="1080"/>
          </w:tcPr>
          <w:p>
            <w:r>
              <w:t>2FL23111</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78</w:t>
            </w:r>
          </w:p>
        </w:tc>
        <w:tc>
          <w:tcPr>
            <w:tcW w:type="dxa" w:w="1080"/>
          </w:tcPr>
          <w:p>
            <w:r>
              <w:t>中学英语教学论</w:t>
            </w:r>
          </w:p>
        </w:tc>
        <w:tc>
          <w:tcPr>
            <w:tcW w:type="dxa" w:w="1080"/>
          </w:tcPr>
          <w:p>
            <w:r>
              <w:t>2FL41103</w:t>
            </w:r>
          </w:p>
        </w:tc>
        <w:tc>
          <w:tcPr>
            <w:tcW w:type="dxa" w:w="1080"/>
          </w:tcPr>
          <w:p>
            <w:r>
              <w:t>2</w:t>
            </w:r>
          </w:p>
        </w:tc>
        <w:tc>
          <w:tcPr>
            <w:tcW w:type="dxa" w:w="1080"/>
          </w:tcPr>
          <w:p>
            <w:r>
              <w:t>教师教育必修课</w:t>
            </w:r>
          </w:p>
        </w:tc>
        <w:tc>
          <w:tcPr>
            <w:tcW w:type="dxa" w:w="1080"/>
          </w:tcPr>
          <w:p>
            <w:r>
              <w:t>外国语学院</w:t>
            </w:r>
          </w:p>
        </w:tc>
        <w:tc>
          <w:tcPr>
            <w:tcW w:type="dxa" w:w="1080"/>
          </w:tcPr>
          <w:p>
            <w:r>
              <w:t>2025-2026</w:t>
            </w:r>
          </w:p>
        </w:tc>
        <w:tc>
          <w:tcPr>
            <w:tcW w:type="dxa" w:w="1080"/>
          </w:tcPr>
          <w:p>
            <w:r>
              <w:t>1</w:t>
            </w:r>
          </w:p>
        </w:tc>
      </w:tr>
      <w:tr>
        <w:tc>
          <w:tcPr>
            <w:tcW w:type="dxa" w:w="1080"/>
          </w:tcPr>
          <w:p>
            <w:r>
              <w:t>79</w:t>
            </w:r>
          </w:p>
        </w:tc>
        <w:tc>
          <w:tcPr>
            <w:tcW w:type="dxa" w:w="1080"/>
          </w:tcPr>
          <w:p>
            <w:r>
              <w:t>英语教学活动设计及案例分析</w:t>
            </w:r>
          </w:p>
        </w:tc>
        <w:tc>
          <w:tcPr>
            <w:tcW w:type="dxa" w:w="1080"/>
          </w:tcPr>
          <w:p>
            <w:r>
              <w:t>2FL41104</w:t>
            </w:r>
          </w:p>
        </w:tc>
        <w:tc>
          <w:tcPr>
            <w:tcW w:type="dxa" w:w="1080"/>
          </w:tcPr>
          <w:p>
            <w:r>
              <w:t>2</w:t>
            </w:r>
          </w:p>
        </w:tc>
        <w:tc>
          <w:tcPr>
            <w:tcW w:type="dxa" w:w="1080"/>
          </w:tcPr>
          <w:p>
            <w:r>
              <w:t>教师教育必修课</w:t>
            </w:r>
          </w:p>
        </w:tc>
        <w:tc>
          <w:tcPr>
            <w:tcW w:type="dxa" w:w="1080"/>
          </w:tcPr>
          <w:p>
            <w:r>
              <w:t>外国语学院</w:t>
            </w:r>
          </w:p>
        </w:tc>
        <w:tc>
          <w:tcPr>
            <w:tcW w:type="dxa" w:w="1080"/>
          </w:tcPr>
          <w:p>
            <w:r>
              <w:t>2025-2026</w:t>
            </w:r>
          </w:p>
        </w:tc>
        <w:tc>
          <w:tcPr>
            <w:tcW w:type="dxa" w:w="1080"/>
          </w:tcPr>
          <w:p>
            <w:r>
              <w:t>1</w:t>
            </w:r>
          </w:p>
        </w:tc>
      </w:tr>
      <w:tr>
        <w:tc>
          <w:tcPr>
            <w:tcW w:type="dxa" w:w="1080"/>
          </w:tcPr>
          <w:p>
            <w:r>
              <w:t>80</w:t>
            </w:r>
          </w:p>
        </w:tc>
        <w:tc>
          <w:tcPr>
            <w:tcW w:type="dxa" w:w="1080"/>
          </w:tcPr>
          <w:p>
            <w:r>
              <w:t>教育见习二</w:t>
            </w:r>
          </w:p>
        </w:tc>
        <w:tc>
          <w:tcPr>
            <w:tcW w:type="dxa" w:w="1080"/>
          </w:tcPr>
          <w:p>
            <w:r>
              <w:t>2FL41112</w:t>
            </w:r>
          </w:p>
        </w:tc>
        <w:tc>
          <w:tcPr>
            <w:tcW w:type="dxa" w:w="1080"/>
          </w:tcPr>
          <w:p>
            <w:r>
              <w:t>1.0</w:t>
            </w:r>
          </w:p>
        </w:tc>
        <w:tc>
          <w:tcPr>
            <w:tcW w:type="dxa" w:w="1080"/>
          </w:tcPr>
          <w:p>
            <w:r>
              <w:t>教师教育必修课</w:t>
            </w:r>
          </w:p>
        </w:tc>
        <w:tc>
          <w:tcPr>
            <w:tcW w:type="dxa" w:w="1080"/>
          </w:tcPr>
          <w:p>
            <w:r>
              <w:t>外国语学院</w:t>
            </w:r>
          </w:p>
        </w:tc>
        <w:tc>
          <w:tcPr>
            <w:tcW w:type="dxa" w:w="1080"/>
          </w:tcPr>
          <w:p>
            <w:r>
              <w:t>2025-2026</w:t>
            </w:r>
          </w:p>
        </w:tc>
        <w:tc>
          <w:tcPr>
            <w:tcW w:type="dxa" w:w="1080"/>
          </w:tcPr>
          <w:p>
            <w:r>
              <w:t>1</w:t>
            </w:r>
          </w:p>
        </w:tc>
      </w:tr>
      <w:tr>
        <w:tc>
          <w:tcPr>
            <w:tcW w:type="dxa" w:w="1080"/>
          </w:tcPr>
          <w:p>
            <w:r>
              <w:t>81</w:t>
            </w:r>
          </w:p>
        </w:tc>
        <w:tc>
          <w:tcPr>
            <w:tcW w:type="dxa" w:w="1080"/>
          </w:tcPr>
          <w:p>
            <w:r>
              <w:t>校本课程及开发</w:t>
            </w:r>
          </w:p>
        </w:tc>
        <w:tc>
          <w:tcPr>
            <w:tcW w:type="dxa" w:w="1080"/>
          </w:tcPr>
          <w:p>
            <w:r>
              <w:t>2FL43101</w:t>
            </w:r>
          </w:p>
        </w:tc>
        <w:tc>
          <w:tcPr>
            <w:tcW w:type="dxa" w:w="1080"/>
          </w:tcPr>
          <w:p>
            <w:r>
              <w:t>1</w:t>
            </w:r>
          </w:p>
        </w:tc>
        <w:tc>
          <w:tcPr>
            <w:tcW w:type="dxa" w:w="1080"/>
          </w:tcPr>
          <w:p>
            <w:r>
              <w:t>教师教育任选课</w:t>
            </w:r>
          </w:p>
        </w:tc>
        <w:tc>
          <w:tcPr>
            <w:tcW w:type="dxa" w:w="1080"/>
          </w:tcPr>
          <w:p>
            <w:r>
              <w:t>外国语学院</w:t>
            </w:r>
          </w:p>
        </w:tc>
        <w:tc>
          <w:tcPr>
            <w:tcW w:type="dxa" w:w="1080"/>
          </w:tcPr>
          <w:p>
            <w:r>
              <w:t>2025-2026</w:t>
            </w:r>
          </w:p>
        </w:tc>
        <w:tc>
          <w:tcPr>
            <w:tcW w:type="dxa" w:w="1080"/>
          </w:tcPr>
          <w:p>
            <w:r>
              <w:t>1</w:t>
            </w:r>
          </w:p>
        </w:tc>
      </w:tr>
      <w:tr>
        <w:tc>
          <w:tcPr>
            <w:tcW w:type="dxa" w:w="1080"/>
          </w:tcPr>
          <w:p>
            <w:r>
              <w:t>82</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83</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84</w:t>
            </w:r>
          </w:p>
        </w:tc>
        <w:tc>
          <w:tcPr>
            <w:tcW w:type="dxa" w:w="1080"/>
          </w:tcPr>
          <w:p>
            <w:r>
              <w:t>高级英语读写A(二)</w:t>
            </w:r>
          </w:p>
        </w:tc>
        <w:tc>
          <w:tcPr>
            <w:tcW w:type="dxa" w:w="1080"/>
          </w:tcPr>
          <w:p>
            <w:r>
              <w:t>2FL21108</w:t>
            </w:r>
          </w:p>
        </w:tc>
        <w:tc>
          <w:tcPr>
            <w:tcW w:type="dxa" w:w="1080"/>
          </w:tcPr>
          <w:p>
            <w:r>
              <w:t>1.5</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85</w:t>
            </w:r>
          </w:p>
        </w:tc>
        <w:tc>
          <w:tcPr>
            <w:tcW w:type="dxa" w:w="1080"/>
          </w:tcPr>
          <w:p>
            <w:r>
              <w:t>世界英语</w:t>
            </w:r>
          </w:p>
        </w:tc>
        <w:tc>
          <w:tcPr>
            <w:tcW w:type="dxa" w:w="1080"/>
          </w:tcPr>
          <w:p>
            <w:r>
              <w:t>2FL23104</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86</w:t>
            </w:r>
          </w:p>
        </w:tc>
        <w:tc>
          <w:tcPr>
            <w:tcW w:type="dxa" w:w="1080"/>
          </w:tcPr>
          <w:p>
            <w:r>
              <w:t>中西翻译理论</w:t>
            </w:r>
          </w:p>
        </w:tc>
        <w:tc>
          <w:tcPr>
            <w:tcW w:type="dxa" w:w="1080"/>
          </w:tcPr>
          <w:p>
            <w:r>
              <w:t>2FL23112</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87</w:t>
            </w:r>
          </w:p>
        </w:tc>
        <w:tc>
          <w:tcPr>
            <w:tcW w:type="dxa" w:w="1080"/>
          </w:tcPr>
          <w:p>
            <w:r>
              <w:t>教育实习</w:t>
            </w:r>
          </w:p>
        </w:tc>
        <w:tc>
          <w:tcPr>
            <w:tcW w:type="dxa" w:w="1080"/>
          </w:tcPr>
          <w:p>
            <w:r>
              <w:t>2FL41113</w:t>
            </w:r>
          </w:p>
        </w:tc>
        <w:tc>
          <w:tcPr>
            <w:tcW w:type="dxa" w:w="1080"/>
          </w:tcPr>
          <w:p>
            <w:r>
              <w:t>6.0</w:t>
            </w:r>
          </w:p>
        </w:tc>
        <w:tc>
          <w:tcPr>
            <w:tcW w:type="dxa" w:w="1080"/>
          </w:tcPr>
          <w:p>
            <w:r>
              <w:t>教师教育必修课</w:t>
            </w:r>
          </w:p>
        </w:tc>
        <w:tc>
          <w:tcPr>
            <w:tcW w:type="dxa" w:w="1080"/>
          </w:tcPr>
          <w:p>
            <w:r>
              <w:t>外国语学院</w:t>
            </w:r>
          </w:p>
        </w:tc>
        <w:tc>
          <w:tcPr>
            <w:tcW w:type="dxa" w:w="1080"/>
          </w:tcPr>
          <w:p>
            <w:r>
              <w:t>2025-2026</w:t>
            </w:r>
          </w:p>
        </w:tc>
        <w:tc>
          <w:tcPr>
            <w:tcW w:type="dxa" w:w="1080"/>
          </w:tcPr>
          <w:p>
            <w:r>
              <w:t>2</w:t>
            </w:r>
          </w:p>
        </w:tc>
      </w:tr>
      <w:tr>
        <w:tc>
          <w:tcPr>
            <w:tcW w:type="dxa" w:w="1080"/>
          </w:tcPr>
          <w:p>
            <w:r>
              <w:t>88</w:t>
            </w:r>
          </w:p>
        </w:tc>
        <w:tc>
          <w:tcPr>
            <w:tcW w:type="dxa" w:w="1080"/>
          </w:tcPr>
          <w:p>
            <w:r>
              <w:t>教育研习</w:t>
            </w:r>
          </w:p>
        </w:tc>
        <w:tc>
          <w:tcPr>
            <w:tcW w:type="dxa" w:w="1080"/>
          </w:tcPr>
          <w:p>
            <w:r>
              <w:t>2FL41114</w:t>
            </w:r>
          </w:p>
        </w:tc>
        <w:tc>
          <w:tcPr>
            <w:tcW w:type="dxa" w:w="1080"/>
          </w:tcPr>
          <w:p>
            <w:r>
              <w:t>1.0</w:t>
            </w:r>
          </w:p>
        </w:tc>
        <w:tc>
          <w:tcPr>
            <w:tcW w:type="dxa" w:w="1080"/>
          </w:tcPr>
          <w:p>
            <w:r>
              <w:t>教师教育必修课</w:t>
            </w:r>
          </w:p>
        </w:tc>
        <w:tc>
          <w:tcPr>
            <w:tcW w:type="dxa" w:w="1080"/>
          </w:tcPr>
          <w:p>
            <w:r>
              <w:t>外国语学院</w:t>
            </w:r>
          </w:p>
        </w:tc>
        <w:tc>
          <w:tcPr>
            <w:tcW w:type="dxa" w:w="1080"/>
          </w:tcPr>
          <w:p>
            <w:r>
              <w:t>2025-2026</w:t>
            </w:r>
          </w:p>
        </w:tc>
        <w:tc>
          <w:tcPr>
            <w:tcW w:type="dxa" w:w="1080"/>
          </w:tcPr>
          <w:p>
            <w:r>
              <w:t>2</w:t>
            </w:r>
          </w:p>
        </w:tc>
      </w:tr>
    </w:tbl>
    <w:p>
      <w:r>
        <w:t>注：按修读学年学期排序。</w:t>
      </w:r>
    </w:p>
    <w:p>
      <w:r>
        <w:t>年级：202 3级专业：日语</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外国语学院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英语(一)</w:t>
            </w:r>
          </w:p>
        </w:tc>
        <w:tc>
          <w:tcPr>
            <w:tcW w:type="dxa" w:w="1080"/>
          </w:tcPr>
          <w:p>
            <w:r>
              <w:t>2FL11301</w:t>
            </w:r>
          </w:p>
        </w:tc>
        <w:tc>
          <w:tcPr>
            <w:tcW w:type="dxa" w:w="1080"/>
          </w:tcPr>
          <w:p>
            <w:r>
              <w:t>4</w:t>
            </w:r>
          </w:p>
        </w:tc>
        <w:tc>
          <w:tcPr>
            <w:tcW w:type="dxa" w:w="1080"/>
          </w:tcPr>
          <w:p>
            <w:r>
              <w:t>通识必修课</w:t>
            </w:r>
          </w:p>
        </w:tc>
        <w:tc>
          <w:tcPr>
            <w:tcW w:type="dxa" w:w="1080"/>
          </w:tcPr>
          <w:p>
            <w:r>
              <w:t>外国语学院</w:t>
            </w:r>
          </w:p>
        </w:tc>
        <w:tc>
          <w:tcPr>
            <w:tcW w:type="dxa" w:w="1080"/>
          </w:tcPr>
          <w:p>
            <w:r>
              <w:t>2023-2024</w:t>
            </w:r>
          </w:p>
        </w:tc>
        <w:tc>
          <w:tcPr>
            <w:tcW w:type="dxa" w:w="1080"/>
          </w:tcPr>
          <w:p>
            <w:r>
              <w:t>1</w:t>
            </w:r>
          </w:p>
        </w:tc>
      </w:tr>
      <w:tr>
        <w:tc>
          <w:tcPr>
            <w:tcW w:type="dxa" w:w="1080"/>
          </w:tcPr>
          <w:p>
            <w:r>
              <w:t>6</w:t>
            </w:r>
          </w:p>
        </w:tc>
        <w:tc>
          <w:tcPr>
            <w:tcW w:type="dxa" w:w="1080"/>
          </w:tcPr>
          <w:p>
            <w:r>
              <w:t>基础日语(一)</w:t>
            </w:r>
          </w:p>
        </w:tc>
        <w:tc>
          <w:tcPr>
            <w:tcW w:type="dxa" w:w="1080"/>
          </w:tcPr>
          <w:p>
            <w:r>
              <w:t>2FL21301</w:t>
            </w:r>
          </w:p>
        </w:tc>
        <w:tc>
          <w:tcPr>
            <w:tcW w:type="dxa" w:w="1080"/>
          </w:tcPr>
          <w:p>
            <w:r>
              <w:t>8</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7</w:t>
            </w:r>
          </w:p>
        </w:tc>
        <w:tc>
          <w:tcPr>
            <w:tcW w:type="dxa" w:w="1080"/>
          </w:tcPr>
          <w:p>
            <w:r>
              <w:t>日语学科导论</w:t>
            </w:r>
          </w:p>
        </w:tc>
        <w:tc>
          <w:tcPr>
            <w:tcW w:type="dxa" w:w="1080"/>
          </w:tcPr>
          <w:p>
            <w:r>
              <w:t>2FL21305</w:t>
            </w:r>
          </w:p>
        </w:tc>
        <w:tc>
          <w:tcPr>
            <w:tcW w:type="dxa" w:w="1080"/>
          </w:tcPr>
          <w:p>
            <w:r>
              <w:t>1</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8</w:t>
            </w:r>
          </w:p>
        </w:tc>
        <w:tc>
          <w:tcPr>
            <w:tcW w:type="dxa" w:w="1080"/>
          </w:tcPr>
          <w:p>
            <w:r>
              <w:t>日语视听说(一)</w:t>
            </w:r>
          </w:p>
        </w:tc>
        <w:tc>
          <w:tcPr>
            <w:tcW w:type="dxa" w:w="1080"/>
          </w:tcPr>
          <w:p>
            <w:r>
              <w:t>2FL21306</w:t>
            </w:r>
          </w:p>
        </w:tc>
        <w:tc>
          <w:tcPr>
            <w:tcW w:type="dxa" w:w="1080"/>
          </w:tcPr>
          <w:p>
            <w:r>
              <w:t>2.0</w:t>
            </w:r>
          </w:p>
        </w:tc>
        <w:tc>
          <w:tcPr>
            <w:tcW w:type="dxa" w:w="1080"/>
          </w:tcPr>
          <w:p>
            <w:r>
              <w:t>专业必修课</w:t>
            </w:r>
          </w:p>
        </w:tc>
        <w:tc>
          <w:tcPr>
            <w:tcW w:type="dxa" w:w="1080"/>
          </w:tcPr>
          <w:p>
            <w:r>
              <w:t>外国语学院</w:t>
            </w:r>
          </w:p>
        </w:tc>
        <w:tc>
          <w:tcPr>
            <w:tcW w:type="dxa" w:w="1080"/>
          </w:tcPr>
          <w:p>
            <w:r>
              <w:t>2023-2024</w:t>
            </w:r>
          </w:p>
        </w:tc>
        <w:tc>
          <w:tcPr>
            <w:tcW w:type="dxa" w:w="1080"/>
          </w:tcPr>
          <w:p>
            <w:r>
              <w:t>1</w:t>
            </w:r>
          </w:p>
        </w:tc>
      </w:tr>
      <w:tr>
        <w:tc>
          <w:tcPr>
            <w:tcW w:type="dxa" w:w="1080"/>
          </w:tcPr>
          <w:p>
            <w:r>
              <w:t>9</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英语(二)</w:t>
            </w:r>
          </w:p>
        </w:tc>
        <w:tc>
          <w:tcPr>
            <w:tcW w:type="dxa" w:w="1080"/>
          </w:tcPr>
          <w:p>
            <w:r>
              <w:t>2FL11302</w:t>
            </w:r>
          </w:p>
        </w:tc>
        <w:tc>
          <w:tcPr>
            <w:tcW w:type="dxa" w:w="1080"/>
          </w:tcPr>
          <w:p>
            <w:r>
              <w:t>4</w:t>
            </w:r>
          </w:p>
        </w:tc>
        <w:tc>
          <w:tcPr>
            <w:tcW w:type="dxa" w:w="1080"/>
          </w:tcPr>
          <w:p>
            <w:r>
              <w:t>通识必修课</w:t>
            </w:r>
          </w:p>
        </w:tc>
        <w:tc>
          <w:tcPr>
            <w:tcW w:type="dxa" w:w="1080"/>
          </w:tcPr>
          <w:p>
            <w:r>
              <w:t>外国语学院</w:t>
            </w:r>
          </w:p>
        </w:tc>
        <w:tc>
          <w:tcPr>
            <w:tcW w:type="dxa" w:w="1080"/>
          </w:tcPr>
          <w:p>
            <w:r>
              <w:t>2023-2024</w:t>
            </w:r>
          </w:p>
        </w:tc>
        <w:tc>
          <w:tcPr>
            <w:tcW w:type="dxa" w:w="1080"/>
          </w:tcPr>
          <w:p>
            <w:r>
              <w:t>2</w:t>
            </w:r>
          </w:p>
        </w:tc>
      </w:tr>
      <w:tr>
        <w:tc>
          <w:tcPr>
            <w:tcW w:type="dxa" w:w="1080"/>
          </w:tcPr>
          <w:p>
            <w:r>
              <w:t>16</w:t>
            </w:r>
          </w:p>
        </w:tc>
        <w:tc>
          <w:tcPr>
            <w:tcW w:type="dxa" w:w="1080"/>
          </w:tcPr>
          <w:p>
            <w:r>
              <w:t>基础日语(二)</w:t>
            </w:r>
          </w:p>
        </w:tc>
        <w:tc>
          <w:tcPr>
            <w:tcW w:type="dxa" w:w="1080"/>
          </w:tcPr>
          <w:p>
            <w:r>
              <w:t>2FL21302</w:t>
            </w:r>
          </w:p>
        </w:tc>
        <w:tc>
          <w:tcPr>
            <w:tcW w:type="dxa" w:w="1080"/>
          </w:tcPr>
          <w:p>
            <w:r>
              <w:t>8</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17</w:t>
            </w:r>
          </w:p>
        </w:tc>
        <w:tc>
          <w:tcPr>
            <w:tcW w:type="dxa" w:w="1080"/>
          </w:tcPr>
          <w:p>
            <w:r>
              <w:t>日语视听说(二)</w:t>
            </w:r>
          </w:p>
        </w:tc>
        <w:tc>
          <w:tcPr>
            <w:tcW w:type="dxa" w:w="1080"/>
          </w:tcPr>
          <w:p>
            <w:r>
              <w:t>2FL21307</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18</w:t>
            </w:r>
          </w:p>
        </w:tc>
        <w:tc>
          <w:tcPr>
            <w:tcW w:type="dxa" w:w="1080"/>
          </w:tcPr>
          <w:p>
            <w:r>
              <w:t>日语会话(一)</w:t>
            </w:r>
          </w:p>
        </w:tc>
        <w:tc>
          <w:tcPr>
            <w:tcW w:type="dxa" w:w="1080"/>
          </w:tcPr>
          <w:p>
            <w:r>
              <w:t>2FL21311</w:t>
            </w:r>
          </w:p>
        </w:tc>
        <w:tc>
          <w:tcPr>
            <w:tcW w:type="dxa" w:w="1080"/>
          </w:tcPr>
          <w:p>
            <w:r>
              <w:t>2</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19</w:t>
            </w:r>
          </w:p>
        </w:tc>
        <w:tc>
          <w:tcPr>
            <w:tcW w:type="dxa" w:w="1080"/>
          </w:tcPr>
          <w:p>
            <w:r>
              <w:t>劳动教育实践</w:t>
            </w:r>
          </w:p>
        </w:tc>
        <w:tc>
          <w:tcPr>
            <w:tcW w:type="dxa" w:w="1080"/>
          </w:tcPr>
          <w:p>
            <w:r>
              <w:t>2FL21332</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20</w:t>
            </w:r>
          </w:p>
        </w:tc>
        <w:tc>
          <w:tcPr>
            <w:tcW w:type="dxa" w:w="1080"/>
          </w:tcPr>
          <w:p>
            <w:r>
              <w:t>日本文化体验</w:t>
            </w:r>
          </w:p>
        </w:tc>
        <w:tc>
          <w:tcPr>
            <w:tcW w:type="dxa" w:w="1080"/>
          </w:tcPr>
          <w:p>
            <w:r>
              <w:t>2FL21334</w:t>
            </w:r>
          </w:p>
        </w:tc>
        <w:tc>
          <w:tcPr>
            <w:tcW w:type="dxa" w:w="1080"/>
          </w:tcPr>
          <w:p>
            <w:r>
              <w:t>1.0</w:t>
            </w:r>
          </w:p>
        </w:tc>
        <w:tc>
          <w:tcPr>
            <w:tcW w:type="dxa" w:w="1080"/>
          </w:tcPr>
          <w:p>
            <w:r>
              <w:t>专业必修课</w:t>
            </w:r>
          </w:p>
        </w:tc>
        <w:tc>
          <w:tcPr>
            <w:tcW w:type="dxa" w:w="1080"/>
          </w:tcPr>
          <w:p>
            <w:r>
              <w:t>外国语学院</w:t>
            </w:r>
          </w:p>
        </w:tc>
        <w:tc>
          <w:tcPr>
            <w:tcW w:type="dxa" w:w="1080"/>
          </w:tcPr>
          <w:p>
            <w:r>
              <w:t>2023-2024</w:t>
            </w:r>
          </w:p>
        </w:tc>
        <w:tc>
          <w:tcPr>
            <w:tcW w:type="dxa" w:w="1080"/>
          </w:tcPr>
          <w:p>
            <w:r>
              <w:t>2</w:t>
            </w:r>
          </w:p>
        </w:tc>
      </w:tr>
      <w:tr>
        <w:tc>
          <w:tcPr>
            <w:tcW w:type="dxa" w:w="1080"/>
          </w:tcPr>
          <w:p>
            <w:r>
              <w:t>21</w:t>
            </w:r>
          </w:p>
        </w:tc>
        <w:tc>
          <w:tcPr>
            <w:tcW w:type="dxa" w:w="1080"/>
          </w:tcPr>
          <w:p>
            <w:r>
              <w:t>中国文化概论</w:t>
            </w:r>
          </w:p>
        </w:tc>
        <w:tc>
          <w:tcPr>
            <w:tcW w:type="dxa" w:w="1080"/>
          </w:tcPr>
          <w:p>
            <w:r>
              <w:t>2FL22325</w:t>
            </w:r>
          </w:p>
        </w:tc>
        <w:tc>
          <w:tcPr>
            <w:tcW w:type="dxa" w:w="1080"/>
          </w:tcPr>
          <w:p>
            <w:r>
              <w:t>2</w:t>
            </w:r>
          </w:p>
        </w:tc>
        <w:tc>
          <w:tcPr>
            <w:tcW w:type="dxa" w:w="1080"/>
          </w:tcPr>
          <w:p>
            <w:r>
              <w:t>专业任选课</w:t>
            </w:r>
          </w:p>
        </w:tc>
        <w:tc>
          <w:tcPr>
            <w:tcW w:type="dxa" w:w="1080"/>
          </w:tcPr>
          <w:p>
            <w:r>
              <w:t>外国语学院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英语(三)</w:t>
            </w:r>
          </w:p>
        </w:tc>
        <w:tc>
          <w:tcPr>
            <w:tcW w:type="dxa" w:w="1080"/>
          </w:tcPr>
          <w:p>
            <w:r>
              <w:t>2FL11303</w:t>
            </w:r>
          </w:p>
        </w:tc>
        <w:tc>
          <w:tcPr>
            <w:tcW w:type="dxa" w:w="1080"/>
          </w:tcPr>
          <w:p>
            <w:r>
              <w:t>2</w:t>
            </w:r>
          </w:p>
        </w:tc>
        <w:tc>
          <w:tcPr>
            <w:tcW w:type="dxa" w:w="1080"/>
          </w:tcPr>
          <w:p>
            <w:r>
              <w:t>通识必修课</w:t>
            </w:r>
          </w:p>
        </w:tc>
        <w:tc>
          <w:tcPr>
            <w:tcW w:type="dxa" w:w="1080"/>
          </w:tcPr>
          <w:p>
            <w:r>
              <w:t>外国语学院</w:t>
            </w:r>
          </w:p>
        </w:tc>
        <w:tc>
          <w:tcPr>
            <w:tcW w:type="dxa" w:w="1080"/>
          </w:tcPr>
          <w:p>
            <w:r>
              <w:t>2024-2025</w:t>
            </w:r>
          </w:p>
        </w:tc>
        <w:tc>
          <w:tcPr>
            <w:tcW w:type="dxa" w:w="1080"/>
          </w:tcPr>
          <w:p>
            <w:r>
              <w:t>1</w:t>
            </w:r>
          </w:p>
        </w:tc>
      </w:tr>
      <w:tr>
        <w:tc>
          <w:tcPr>
            <w:tcW w:type="dxa" w:w="1080"/>
          </w:tcPr>
          <w:p>
            <w:r>
              <w:t>27</w:t>
            </w:r>
          </w:p>
        </w:tc>
        <w:tc>
          <w:tcPr>
            <w:tcW w:type="dxa" w:w="1080"/>
          </w:tcPr>
          <w:p>
            <w:r>
              <w:t>基础日语(三)</w:t>
            </w:r>
          </w:p>
        </w:tc>
        <w:tc>
          <w:tcPr>
            <w:tcW w:type="dxa" w:w="1080"/>
          </w:tcPr>
          <w:p>
            <w:r>
              <w:t>2FL21303</w:t>
            </w:r>
          </w:p>
        </w:tc>
        <w:tc>
          <w:tcPr>
            <w:tcW w:type="dxa" w:w="1080"/>
          </w:tcPr>
          <w:p>
            <w:r>
              <w:t>8</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28</w:t>
            </w:r>
          </w:p>
        </w:tc>
        <w:tc>
          <w:tcPr>
            <w:tcW w:type="dxa" w:w="1080"/>
          </w:tcPr>
          <w:p>
            <w:r>
              <w:t>日语视听说(三)</w:t>
            </w:r>
          </w:p>
        </w:tc>
        <w:tc>
          <w:tcPr>
            <w:tcW w:type="dxa" w:w="1080"/>
          </w:tcPr>
          <w:p>
            <w:r>
              <w:t>2FL21308</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29</w:t>
            </w:r>
          </w:p>
        </w:tc>
        <w:tc>
          <w:tcPr>
            <w:tcW w:type="dxa" w:w="1080"/>
          </w:tcPr>
          <w:p>
            <w:r>
              <w:t>日语会话(二)</w:t>
            </w:r>
          </w:p>
        </w:tc>
        <w:tc>
          <w:tcPr>
            <w:tcW w:type="dxa" w:w="1080"/>
          </w:tcPr>
          <w:p>
            <w:r>
              <w:t>2FL21312</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1</w:t>
            </w:r>
          </w:p>
        </w:tc>
      </w:tr>
      <w:tr>
        <w:tc>
          <w:tcPr>
            <w:tcW w:type="dxa" w:w="1080"/>
          </w:tcPr>
          <w:p>
            <w:r>
              <w:t>30</w:t>
            </w:r>
          </w:p>
        </w:tc>
        <w:tc>
          <w:tcPr>
            <w:tcW w:type="dxa" w:w="1080"/>
          </w:tcPr>
          <w:p>
            <w:r>
              <w:t>日语语法</w:t>
            </w:r>
          </w:p>
        </w:tc>
        <w:tc>
          <w:tcPr>
            <w:tcW w:type="dxa" w:w="1080"/>
          </w:tcPr>
          <w:p>
            <w:r>
              <w:t>2FL22321</w:t>
            </w:r>
          </w:p>
        </w:tc>
        <w:tc>
          <w:tcPr>
            <w:tcW w:type="dxa" w:w="1080"/>
          </w:tcPr>
          <w:p>
            <w:r>
              <w:t>1.5</w:t>
            </w:r>
          </w:p>
        </w:tc>
        <w:tc>
          <w:tcPr>
            <w:tcW w:type="dxa" w:w="1080"/>
          </w:tcPr>
          <w:p>
            <w:r>
              <w:t>专业任选课</w:t>
            </w:r>
          </w:p>
        </w:tc>
        <w:tc>
          <w:tcPr>
            <w:tcW w:type="dxa" w:w="1080"/>
          </w:tcPr>
          <w:p>
            <w:r>
              <w:t>外国语学院</w:t>
            </w:r>
          </w:p>
        </w:tc>
        <w:tc>
          <w:tcPr>
            <w:tcW w:type="dxa" w:w="1080"/>
          </w:tcPr>
          <w:p>
            <w:r>
              <w:t>2024-2025</w:t>
            </w:r>
          </w:p>
        </w:tc>
        <w:tc>
          <w:tcPr>
            <w:tcW w:type="dxa" w:w="1080"/>
          </w:tcPr>
          <w:p>
            <w:r>
              <w:t>1</w:t>
            </w:r>
          </w:p>
        </w:tc>
      </w:tr>
      <w:tr>
        <w:tc>
          <w:tcPr>
            <w:tcW w:type="dxa" w:w="1080"/>
          </w:tcPr>
          <w:p>
            <w:r>
              <w:t>31</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33</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34</w:t>
            </w:r>
          </w:p>
        </w:tc>
        <w:tc>
          <w:tcPr>
            <w:tcW w:type="dxa" w:w="1080"/>
          </w:tcPr>
          <w:p>
            <w:r>
              <w:t>基础日语(四)</w:t>
            </w:r>
          </w:p>
        </w:tc>
        <w:tc>
          <w:tcPr>
            <w:tcW w:type="dxa" w:w="1080"/>
          </w:tcPr>
          <w:p>
            <w:r>
              <w:t>2FL21304</w:t>
            </w:r>
          </w:p>
        </w:tc>
        <w:tc>
          <w:tcPr>
            <w:tcW w:type="dxa" w:w="1080"/>
          </w:tcPr>
          <w:p>
            <w:r>
              <w:t>8</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35</w:t>
            </w:r>
          </w:p>
        </w:tc>
        <w:tc>
          <w:tcPr>
            <w:tcW w:type="dxa" w:w="1080"/>
          </w:tcPr>
          <w:p>
            <w:r>
              <w:t>日语视听说(四)</w:t>
            </w:r>
          </w:p>
        </w:tc>
        <w:tc>
          <w:tcPr>
            <w:tcW w:type="dxa" w:w="1080"/>
          </w:tcPr>
          <w:p>
            <w:r>
              <w:t>2FL21309</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36</w:t>
            </w:r>
          </w:p>
        </w:tc>
        <w:tc>
          <w:tcPr>
            <w:tcW w:type="dxa" w:w="1080"/>
          </w:tcPr>
          <w:p>
            <w:r>
              <w:t>日语会话(三)</w:t>
            </w:r>
          </w:p>
        </w:tc>
        <w:tc>
          <w:tcPr>
            <w:tcW w:type="dxa" w:w="1080"/>
          </w:tcPr>
          <w:p>
            <w:r>
              <w:t>2FL21313</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37</w:t>
            </w:r>
          </w:p>
        </w:tc>
        <w:tc>
          <w:tcPr>
            <w:tcW w:type="dxa" w:w="1080"/>
          </w:tcPr>
          <w:p>
            <w:r>
              <w:t>日语阅读(一)</w:t>
            </w:r>
          </w:p>
        </w:tc>
        <w:tc>
          <w:tcPr>
            <w:tcW w:type="dxa" w:w="1080"/>
          </w:tcPr>
          <w:p>
            <w:r>
              <w:t>2FL21314</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38</w:t>
            </w:r>
          </w:p>
        </w:tc>
        <w:tc>
          <w:tcPr>
            <w:tcW w:type="dxa" w:w="1080"/>
          </w:tcPr>
          <w:p>
            <w:r>
              <w:t>日语基础写作(一)</w:t>
            </w:r>
          </w:p>
        </w:tc>
        <w:tc>
          <w:tcPr>
            <w:tcW w:type="dxa" w:w="1080"/>
          </w:tcPr>
          <w:p>
            <w:r>
              <w:t>2FL21319</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39</w:t>
            </w:r>
          </w:p>
        </w:tc>
        <w:tc>
          <w:tcPr>
            <w:tcW w:type="dxa" w:w="1080"/>
          </w:tcPr>
          <w:p>
            <w:r>
              <w:t>日本概况</w:t>
            </w:r>
          </w:p>
        </w:tc>
        <w:tc>
          <w:tcPr>
            <w:tcW w:type="dxa" w:w="1080"/>
          </w:tcPr>
          <w:p>
            <w:r>
              <w:t>2FL21321</w:t>
            </w:r>
          </w:p>
        </w:tc>
        <w:tc>
          <w:tcPr>
            <w:tcW w:type="dxa" w:w="1080"/>
          </w:tcPr>
          <w:p>
            <w:r>
              <w:t>2</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40</w:t>
            </w:r>
          </w:p>
        </w:tc>
        <w:tc>
          <w:tcPr>
            <w:tcW w:type="dxa" w:w="1080"/>
          </w:tcPr>
          <w:p>
            <w:r>
              <w:t>基础日语能力综合训练</w:t>
            </w:r>
          </w:p>
        </w:tc>
        <w:tc>
          <w:tcPr>
            <w:tcW w:type="dxa" w:w="1080"/>
          </w:tcPr>
          <w:p>
            <w:r>
              <w:t>2FL21336</w:t>
            </w:r>
          </w:p>
        </w:tc>
        <w:tc>
          <w:tcPr>
            <w:tcW w:type="dxa" w:w="1080"/>
          </w:tcPr>
          <w:p>
            <w:r>
              <w:t>1.0</w:t>
            </w:r>
          </w:p>
        </w:tc>
        <w:tc>
          <w:tcPr>
            <w:tcW w:type="dxa" w:w="1080"/>
          </w:tcPr>
          <w:p>
            <w:r>
              <w:t>专业必修课</w:t>
            </w:r>
          </w:p>
        </w:tc>
        <w:tc>
          <w:tcPr>
            <w:tcW w:type="dxa" w:w="1080"/>
          </w:tcPr>
          <w:p>
            <w:r>
              <w:t>外国语学院</w:t>
            </w:r>
          </w:p>
        </w:tc>
        <w:tc>
          <w:tcPr>
            <w:tcW w:type="dxa" w:w="1080"/>
          </w:tcPr>
          <w:p>
            <w:r>
              <w:t>2024-2025</w:t>
            </w:r>
          </w:p>
        </w:tc>
        <w:tc>
          <w:tcPr>
            <w:tcW w:type="dxa" w:w="1080"/>
          </w:tcPr>
          <w:p>
            <w:r>
              <w:t>2</w:t>
            </w:r>
          </w:p>
        </w:tc>
      </w:tr>
      <w:tr>
        <w:tc>
          <w:tcPr>
            <w:tcW w:type="dxa" w:w="1080"/>
          </w:tcPr>
          <w:p>
            <w:r>
              <w:t>41</w:t>
            </w:r>
          </w:p>
        </w:tc>
        <w:tc>
          <w:tcPr>
            <w:tcW w:type="dxa" w:w="1080"/>
          </w:tcPr>
          <w:p>
            <w:r>
              <w:t>旅游日语</w:t>
            </w:r>
          </w:p>
        </w:tc>
        <w:tc>
          <w:tcPr>
            <w:tcW w:type="dxa" w:w="1080"/>
          </w:tcPr>
          <w:p>
            <w:r>
              <w:t>2FL22304</w:t>
            </w:r>
          </w:p>
        </w:tc>
        <w:tc>
          <w:tcPr>
            <w:tcW w:type="dxa" w:w="1080"/>
          </w:tcPr>
          <w:p>
            <w:r>
              <w:t>2.0</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42</w:t>
            </w:r>
          </w:p>
        </w:tc>
        <w:tc>
          <w:tcPr>
            <w:tcW w:type="dxa" w:w="1080"/>
          </w:tcPr>
          <w:p>
            <w:r>
              <w:t>日本文化史</w:t>
            </w:r>
          </w:p>
        </w:tc>
        <w:tc>
          <w:tcPr>
            <w:tcW w:type="dxa" w:w="1080"/>
          </w:tcPr>
          <w:p>
            <w:r>
              <w:t>2FL22326</w:t>
            </w:r>
          </w:p>
        </w:tc>
        <w:tc>
          <w:tcPr>
            <w:tcW w:type="dxa" w:w="1080"/>
          </w:tcPr>
          <w:p>
            <w:r>
              <w:t>2</w:t>
            </w:r>
          </w:p>
        </w:tc>
        <w:tc>
          <w:tcPr>
            <w:tcW w:type="dxa" w:w="1080"/>
          </w:tcPr>
          <w:p>
            <w:r>
              <w:t>专业任选课</w:t>
            </w:r>
          </w:p>
        </w:tc>
        <w:tc>
          <w:tcPr>
            <w:tcW w:type="dxa" w:w="1080"/>
          </w:tcPr>
          <w:p>
            <w:r>
              <w:t>外国语学院</w:t>
            </w:r>
          </w:p>
        </w:tc>
        <w:tc>
          <w:tcPr>
            <w:tcW w:type="dxa" w:w="1080"/>
          </w:tcPr>
          <w:p>
            <w:r>
              <w:t>2024-2025</w:t>
            </w:r>
          </w:p>
        </w:tc>
        <w:tc>
          <w:tcPr>
            <w:tcW w:type="dxa" w:w="1080"/>
          </w:tcPr>
          <w:p>
            <w:r>
              <w:t>2</w:t>
            </w:r>
          </w:p>
        </w:tc>
      </w:tr>
      <w:tr>
        <w:tc>
          <w:tcPr>
            <w:tcW w:type="dxa" w:w="1080"/>
          </w:tcPr>
          <w:p>
            <w:r>
              <w:t>43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44</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45</w:t>
            </w:r>
          </w:p>
        </w:tc>
        <w:tc>
          <w:tcPr>
            <w:tcW w:type="dxa" w:w="1080"/>
          </w:tcPr>
          <w:p>
            <w:r>
              <w:t>日语阅读(二)</w:t>
            </w:r>
          </w:p>
        </w:tc>
        <w:tc>
          <w:tcPr>
            <w:tcW w:type="dxa" w:w="1080"/>
          </w:tcPr>
          <w:p>
            <w:r>
              <w:t>2FL21315</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46</w:t>
            </w:r>
          </w:p>
        </w:tc>
        <w:tc>
          <w:tcPr>
            <w:tcW w:type="dxa" w:w="1080"/>
          </w:tcPr>
          <w:p>
            <w:r>
              <w:t>高级日语(一)</w:t>
            </w:r>
          </w:p>
        </w:tc>
        <w:tc>
          <w:tcPr>
            <w:tcW w:type="dxa" w:w="1080"/>
          </w:tcPr>
          <w:p>
            <w:r>
              <w:t>2FL21316</w:t>
            </w:r>
          </w:p>
        </w:tc>
        <w:tc>
          <w:tcPr>
            <w:tcW w:type="dxa" w:w="1080"/>
          </w:tcPr>
          <w:p>
            <w:r>
              <w:t>6.0</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47</w:t>
            </w:r>
          </w:p>
        </w:tc>
        <w:tc>
          <w:tcPr>
            <w:tcW w:type="dxa" w:w="1080"/>
          </w:tcPr>
          <w:p>
            <w:r>
              <w:t>日语基础写作(二)</w:t>
            </w:r>
          </w:p>
        </w:tc>
        <w:tc>
          <w:tcPr>
            <w:tcW w:type="dxa" w:w="1080"/>
          </w:tcPr>
          <w:p>
            <w:r>
              <w:t>2FL21320</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48</w:t>
            </w:r>
          </w:p>
        </w:tc>
        <w:tc>
          <w:tcPr>
            <w:tcW w:type="dxa" w:w="1080"/>
          </w:tcPr>
          <w:p>
            <w:r>
              <w:t>日语演讲与辩论</w:t>
            </w:r>
          </w:p>
        </w:tc>
        <w:tc>
          <w:tcPr>
            <w:tcW w:type="dxa" w:w="1080"/>
          </w:tcPr>
          <w:p>
            <w:r>
              <w:t>2FL21322</w:t>
            </w:r>
          </w:p>
        </w:tc>
        <w:tc>
          <w:tcPr>
            <w:tcW w:type="dxa" w:w="1080"/>
          </w:tcPr>
          <w:p>
            <w:r>
              <w:t>1</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49</w:t>
            </w:r>
          </w:p>
        </w:tc>
        <w:tc>
          <w:tcPr>
            <w:tcW w:type="dxa" w:w="1080"/>
          </w:tcPr>
          <w:p>
            <w:r>
              <w:t>日本文学概论</w:t>
            </w:r>
          </w:p>
        </w:tc>
        <w:tc>
          <w:tcPr>
            <w:tcW w:type="dxa" w:w="1080"/>
          </w:tcPr>
          <w:p>
            <w:r>
              <w:t>2FL21323</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50</w:t>
            </w:r>
          </w:p>
        </w:tc>
        <w:tc>
          <w:tcPr>
            <w:tcW w:type="dxa" w:w="1080"/>
          </w:tcPr>
          <w:p>
            <w:r>
              <w:t>日语语言学概论</w:t>
            </w:r>
          </w:p>
        </w:tc>
        <w:tc>
          <w:tcPr>
            <w:tcW w:type="dxa" w:w="1080"/>
          </w:tcPr>
          <w:p>
            <w:r>
              <w:t>2FL21324</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1</w:t>
            </w:r>
          </w:p>
        </w:tc>
      </w:tr>
      <w:tr>
        <w:tc>
          <w:tcPr>
            <w:tcW w:type="dxa" w:w="1080"/>
          </w:tcPr>
          <w:p>
            <w:r>
              <w:t>51</w:t>
            </w:r>
          </w:p>
        </w:tc>
        <w:tc>
          <w:tcPr>
            <w:tcW w:type="dxa" w:w="1080"/>
          </w:tcPr>
          <w:p>
            <w:r>
              <w:t>国际商务谈判</w:t>
            </w:r>
          </w:p>
        </w:tc>
        <w:tc>
          <w:tcPr>
            <w:tcW w:type="dxa" w:w="1080"/>
          </w:tcPr>
          <w:p>
            <w:r>
              <w:t>2FL22301</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52</w:t>
            </w:r>
          </w:p>
        </w:tc>
        <w:tc>
          <w:tcPr>
            <w:tcW w:type="dxa" w:w="1080"/>
          </w:tcPr>
          <w:p>
            <w:r>
              <w:t>日本簿记入门</w:t>
            </w:r>
          </w:p>
        </w:tc>
        <w:tc>
          <w:tcPr>
            <w:tcW w:type="dxa" w:w="1080"/>
          </w:tcPr>
          <w:p>
            <w:r>
              <w:t>2FL22305</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53</w:t>
            </w:r>
          </w:p>
        </w:tc>
        <w:tc>
          <w:tcPr>
            <w:tcW w:type="dxa" w:w="1080"/>
          </w:tcPr>
          <w:p>
            <w:r>
              <w:t>日文报刊选读</w:t>
            </w:r>
          </w:p>
        </w:tc>
        <w:tc>
          <w:tcPr>
            <w:tcW w:type="dxa" w:w="1080"/>
          </w:tcPr>
          <w:p>
            <w:r>
              <w:t>2FL22323</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54</w:t>
            </w:r>
          </w:p>
        </w:tc>
        <w:tc>
          <w:tcPr>
            <w:tcW w:type="dxa" w:w="1080"/>
          </w:tcPr>
          <w:p>
            <w:r>
              <w:t>日本文学选读</w:t>
            </w:r>
          </w:p>
        </w:tc>
        <w:tc>
          <w:tcPr>
            <w:tcW w:type="dxa" w:w="1080"/>
          </w:tcPr>
          <w:p>
            <w:r>
              <w:t>2FL22324</w:t>
            </w:r>
          </w:p>
        </w:tc>
        <w:tc>
          <w:tcPr>
            <w:tcW w:type="dxa" w:w="1080"/>
          </w:tcPr>
          <w:p>
            <w:r>
              <w:t>2</w:t>
            </w:r>
          </w:p>
        </w:tc>
        <w:tc>
          <w:tcPr>
            <w:tcW w:type="dxa" w:w="1080"/>
          </w:tcPr>
          <w:p>
            <w:r>
              <w:t>专业任选课</w:t>
            </w:r>
          </w:p>
        </w:tc>
        <w:tc>
          <w:tcPr>
            <w:tcW w:type="dxa" w:w="1080"/>
          </w:tcPr>
          <w:p>
            <w:r>
              <w:t>外国语学院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高级日语(二)</w:t>
            </w:r>
          </w:p>
        </w:tc>
        <w:tc>
          <w:tcPr>
            <w:tcW w:type="dxa" w:w="1080"/>
          </w:tcPr>
          <w:p>
            <w:r>
              <w:t>2FL21317</w:t>
            </w:r>
          </w:p>
        </w:tc>
        <w:tc>
          <w:tcPr>
            <w:tcW w:type="dxa" w:w="1080"/>
          </w:tcPr>
          <w:p>
            <w:r>
              <w:t>6.0</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58</w:t>
            </w:r>
          </w:p>
        </w:tc>
        <w:tc>
          <w:tcPr>
            <w:tcW w:type="dxa" w:w="1080"/>
          </w:tcPr>
          <w:p>
            <w:r>
              <w:t>跨文化交际</w:t>
            </w:r>
          </w:p>
        </w:tc>
        <w:tc>
          <w:tcPr>
            <w:tcW w:type="dxa" w:w="1080"/>
          </w:tcPr>
          <w:p>
            <w:r>
              <w:t>2FL21325</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59</w:t>
            </w:r>
          </w:p>
        </w:tc>
        <w:tc>
          <w:tcPr>
            <w:tcW w:type="dxa" w:w="1080"/>
          </w:tcPr>
          <w:p>
            <w:r>
              <w:t>笔译理论与实践(汉日互译)</w:t>
            </w:r>
          </w:p>
        </w:tc>
        <w:tc>
          <w:tcPr>
            <w:tcW w:type="dxa" w:w="1080"/>
          </w:tcPr>
          <w:p>
            <w:r>
              <w:t>2FL21326</w:t>
            </w:r>
          </w:p>
        </w:tc>
        <w:tc>
          <w:tcPr>
            <w:tcW w:type="dxa" w:w="1080"/>
          </w:tcPr>
          <w:p>
            <w:r>
              <w:t>2</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60</w:t>
            </w:r>
          </w:p>
        </w:tc>
        <w:tc>
          <w:tcPr>
            <w:tcW w:type="dxa" w:w="1080"/>
          </w:tcPr>
          <w:p>
            <w:r>
              <w:t>日语影视字幕翻译实践</w:t>
            </w:r>
          </w:p>
        </w:tc>
        <w:tc>
          <w:tcPr>
            <w:tcW w:type="dxa" w:w="1080"/>
          </w:tcPr>
          <w:p>
            <w:r>
              <w:t>2FL21335</w:t>
            </w:r>
          </w:p>
        </w:tc>
        <w:tc>
          <w:tcPr>
            <w:tcW w:type="dxa" w:w="1080"/>
          </w:tcPr>
          <w:p>
            <w:r>
              <w:t>1.0</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61</w:t>
            </w:r>
          </w:p>
        </w:tc>
        <w:tc>
          <w:tcPr>
            <w:tcW w:type="dxa" w:w="1080"/>
          </w:tcPr>
          <w:p>
            <w:r>
              <w:t>高级日语能力综合训练</w:t>
            </w:r>
          </w:p>
        </w:tc>
        <w:tc>
          <w:tcPr>
            <w:tcW w:type="dxa" w:w="1080"/>
          </w:tcPr>
          <w:p>
            <w:r>
              <w:t>2FL21337</w:t>
            </w:r>
          </w:p>
        </w:tc>
        <w:tc>
          <w:tcPr>
            <w:tcW w:type="dxa" w:w="1080"/>
          </w:tcPr>
          <w:p>
            <w:r>
              <w:t>1.0</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62</w:t>
            </w:r>
          </w:p>
        </w:tc>
        <w:tc>
          <w:tcPr>
            <w:tcW w:type="dxa" w:w="1080"/>
          </w:tcPr>
          <w:p>
            <w:r>
              <w:t>企业人才需求与专业实践</w:t>
            </w:r>
          </w:p>
        </w:tc>
        <w:tc>
          <w:tcPr>
            <w:tcW w:type="dxa" w:w="1080"/>
          </w:tcPr>
          <w:p>
            <w:r>
              <w:t>2FL21338</w:t>
            </w:r>
          </w:p>
        </w:tc>
        <w:tc>
          <w:tcPr>
            <w:tcW w:type="dxa" w:w="1080"/>
          </w:tcPr>
          <w:p>
            <w:r>
              <w:t>1.0</w:t>
            </w:r>
          </w:p>
        </w:tc>
        <w:tc>
          <w:tcPr>
            <w:tcW w:type="dxa" w:w="1080"/>
          </w:tcPr>
          <w:p>
            <w:r>
              <w:t>专业必修课</w:t>
            </w:r>
          </w:p>
        </w:tc>
        <w:tc>
          <w:tcPr>
            <w:tcW w:type="dxa" w:w="1080"/>
          </w:tcPr>
          <w:p>
            <w:r>
              <w:t>外国语学院</w:t>
            </w:r>
          </w:p>
        </w:tc>
        <w:tc>
          <w:tcPr>
            <w:tcW w:type="dxa" w:w="1080"/>
          </w:tcPr>
          <w:p>
            <w:r>
              <w:t>2025-2026</w:t>
            </w:r>
          </w:p>
        </w:tc>
        <w:tc>
          <w:tcPr>
            <w:tcW w:type="dxa" w:w="1080"/>
          </w:tcPr>
          <w:p>
            <w:r>
              <w:t>2</w:t>
            </w:r>
          </w:p>
        </w:tc>
      </w:tr>
      <w:tr>
        <w:tc>
          <w:tcPr>
            <w:tcW w:type="dxa" w:w="1080"/>
          </w:tcPr>
          <w:p>
            <w:r>
              <w:t>63</w:t>
            </w:r>
          </w:p>
        </w:tc>
        <w:tc>
          <w:tcPr>
            <w:tcW w:type="dxa" w:w="1080"/>
          </w:tcPr>
          <w:p>
            <w:r>
              <w:t>国际市场营销</w:t>
            </w:r>
          </w:p>
        </w:tc>
        <w:tc>
          <w:tcPr>
            <w:tcW w:type="dxa" w:w="1080"/>
          </w:tcPr>
          <w:p>
            <w:r>
              <w:t>2FL22302</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64</w:t>
            </w:r>
          </w:p>
        </w:tc>
        <w:tc>
          <w:tcPr>
            <w:tcW w:type="dxa" w:w="1080"/>
          </w:tcPr>
          <w:p>
            <w:r>
              <w:t>商务日语</w:t>
            </w:r>
          </w:p>
        </w:tc>
        <w:tc>
          <w:tcPr>
            <w:tcW w:type="dxa" w:w="1080"/>
          </w:tcPr>
          <w:p>
            <w:r>
              <w:t>2FL22303</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65</w:t>
            </w:r>
          </w:p>
        </w:tc>
        <w:tc>
          <w:tcPr>
            <w:tcW w:type="dxa" w:w="1080"/>
          </w:tcPr>
          <w:p>
            <w:r>
              <w:t>日本企业管理与创新创业思维</w:t>
            </w:r>
          </w:p>
        </w:tc>
        <w:tc>
          <w:tcPr>
            <w:tcW w:type="dxa" w:w="1080"/>
          </w:tcPr>
          <w:p>
            <w:r>
              <w:t>2FL22306</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66</w:t>
            </w:r>
          </w:p>
        </w:tc>
        <w:tc>
          <w:tcPr>
            <w:tcW w:type="dxa" w:w="1080"/>
          </w:tcPr>
          <w:p>
            <w:r>
              <w:t>日本文学翻译</w:t>
            </w:r>
          </w:p>
        </w:tc>
        <w:tc>
          <w:tcPr>
            <w:tcW w:type="dxa" w:w="1080"/>
          </w:tcPr>
          <w:p>
            <w:r>
              <w:t>2FL22313</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r>
        <w:tc>
          <w:tcPr>
            <w:tcW w:type="dxa" w:w="1080"/>
          </w:tcPr>
          <w:p>
            <w:r>
              <w:t>67</w:t>
            </w:r>
          </w:p>
        </w:tc>
        <w:tc>
          <w:tcPr>
            <w:tcW w:type="dxa" w:w="1080"/>
          </w:tcPr>
          <w:p>
            <w:r>
              <w:t>古典日语语法</w:t>
            </w:r>
          </w:p>
        </w:tc>
        <w:tc>
          <w:tcPr>
            <w:tcW w:type="dxa" w:w="1080"/>
          </w:tcPr>
          <w:p>
            <w:r>
              <w:t>2FL22322</w:t>
            </w:r>
          </w:p>
        </w:tc>
        <w:tc>
          <w:tcPr>
            <w:tcW w:type="dxa" w:w="1080"/>
          </w:tcPr>
          <w:p>
            <w:r>
              <w:t>1.5</w:t>
            </w:r>
          </w:p>
        </w:tc>
        <w:tc>
          <w:tcPr>
            <w:tcW w:type="dxa" w:w="1080"/>
          </w:tcPr>
          <w:p>
            <w:r>
              <w:t>专业任选课</w:t>
            </w:r>
          </w:p>
        </w:tc>
        <w:tc>
          <w:tcPr>
            <w:tcW w:type="dxa" w:w="1080"/>
          </w:tcPr>
          <w:p>
            <w:r>
              <w:t>外国语学院</w:t>
            </w:r>
          </w:p>
        </w:tc>
        <w:tc>
          <w:tcPr>
            <w:tcW w:type="dxa" w:w="1080"/>
          </w:tcPr>
          <w:p>
            <w:r>
              <w:t>2025-2026</w:t>
            </w:r>
          </w:p>
        </w:tc>
        <w:tc>
          <w:tcPr>
            <w:tcW w:type="dxa" w:w="1080"/>
          </w:tcPr>
          <w:p>
            <w:r>
              <w:t>2</w:t>
            </w:r>
          </w:p>
        </w:tc>
      </w:tr>
    </w:tbl>
    <w:p>
      <w:r>
        <w:t>注：按修读学年学期排序。</w:t>
      </w:r>
    </w:p>
    <w:p>
      <w:r>
        <w:t>制表人：日期：202 6年8月2 9日学院（公章）：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