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苏州科技大学地理科学与测绘工程学院推荐2027年优秀应届本科毕业生免试攻读研究生工作细则</w:t>
      </w:r>
    </w:p>
    <w:p>
      <w:r>
        <w:t>苏州科技大学地理科学与测绘工程学院</w:t>
      </w:r>
    </w:p>
    <w:p>
      <w:r>
        <w:t>推荐2027年优秀应届本科毕业生免试攻读研究生工作细则</w:t>
      </w:r>
    </w:p>
    <w:p>
      <w:r>
        <w:t>为做好我院推荐免试攻读研究生工作，根据《苏州科技大学推荐2027年优秀应届本科毕业生免试攻读研究生工作实施方案》，结合本院实际情况，制定本工作细则。</w:t>
      </w:r>
    </w:p>
    <w:p>
      <w:r>
        <w:t>一、学院推免生遴选工作小组</w:t>
      </w:r>
    </w:p>
    <w:p>
      <w:r>
        <w:t>组长：姚之彦、王永志</w:t>
      </w:r>
    </w:p>
    <w:p>
      <w:r>
        <w:t>成员：杨朝辉彭科陈德超王鹏张晓芳柳玉梅张委伟</w:t>
      </w:r>
    </w:p>
    <w:p>
      <w:r>
        <w:t>咨询电话：0512-68092459申诉电话：0512-68094061</w:t>
      </w:r>
    </w:p>
    <w:p>
      <w:r>
        <w:t>邮箱：karryllp123@126.com</w:t>
      </w:r>
    </w:p>
    <w:p>
      <w:r>
        <w:t>二、名额分配</w:t>
      </w:r>
    </w:p>
    <w:p>
      <w:r>
        <w:t>总名额：11名</w:t>
      </w:r>
    </w:p>
    <w:p>
      <w:r>
        <w:t>名额分配如下：测绘工程专业4名；地理信息科学专业4名；人文地理与城乡规划专业2名；地理科学（师范）专业1名。</w:t>
      </w:r>
    </w:p>
    <w:p>
      <w:r>
        <w:t>三、申请报名条件</w:t>
      </w:r>
    </w:p>
    <w:p>
      <w:r>
        <w:t>申请者须满足学校规定的遴选基本条件。</w:t>
      </w:r>
    </w:p>
    <w:p>
      <w:r>
        <w:t>四、申请受理时间、地点</w:t>
      </w:r>
    </w:p>
    <w:p>
      <w:r>
        <w:t>截止时间：9月1日16:30之前，提交报名申请及相关材料。</w:t>
      </w:r>
    </w:p>
    <w:p>
      <w:r>
        <w:t>受理地点：石湖校区C1楼309室</w:t>
      </w:r>
    </w:p>
    <w:p>
      <w:r>
        <w:t>受理人员：陈志辉老师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地理科学与测绘工程学院</w:t>
      </w:r>
    </w:p>
    <w:p>
      <w:r>
        <w:t>日期：2026年8月30日</w:t>
      </w:r>
    </w:p>
    <w:p>
      <w:r>
        <w:t>附件1:苏州科技大学地理科学与测绘工程学院推免生综合素质单项分值设置表</w:t>
      </w:r>
    </w:p>
    <w:p>
      <w:r>
        <w:t>附件2：苏州科技大学推荐2027年优秀应届本科毕业生免试攻读研究生课程清单</w:t>
      </w:r>
    </w:p>
    <w:p>
      <w:r>
        <w:t>苏州科技大学推免生综合素质单项分值设置表</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t>类别</w:t>
            </w:r>
          </w:p>
        </w:tc>
        <w:tc>
          <w:tcPr>
            <w:tcW w:type="dxa" w:w="720"/>
          </w:tcPr>
          <w:p>
            <w:r>
              <w:t>项目等级</w:t>
            </w:r>
          </w:p>
        </w:tc>
        <w:tc>
          <w:tcPr>
            <w:tcW w:type="dxa" w:w="720"/>
          </w:tcPr>
          <w:p>
            <w:r>
              <w:t>第一等次</w:t>
            </w:r>
          </w:p>
        </w:tc>
        <w:tc>
          <w:tcPr>
            <w:tcW w:type="dxa" w:w="720"/>
          </w:tcPr>
          <w:p>
            <w:r>
              <w:t>第二等次</w:t>
            </w:r>
          </w:p>
        </w:tc>
        <w:tc>
          <w:tcPr>
            <w:tcW w:type="dxa" w:w="720"/>
          </w:tcPr>
          <w:p>
            <w:r>
              <w:t>第三等次</w:t>
            </w:r>
          </w:p>
        </w:tc>
        <w:tc>
          <w:tcPr>
            <w:tcW w:type="dxa" w:w="720"/>
          </w:tcPr>
          <w:p>
            <w:r>
              <w:t>第四等次</w:t>
            </w:r>
          </w:p>
        </w:tc>
        <w:tc>
          <w:tcPr>
            <w:tcW w:type="dxa" w:w="720"/>
          </w:tcPr>
          <w:p>
            <w:r>
              <w:t>备注</w:t>
            </w:r>
          </w:p>
        </w:tc>
        <w:tc>
          <w:tcPr>
            <w:tcW w:type="dxa" w:w="720"/>
          </w:tcPr>
          <w:p/>
        </w:tc>
        <w:tc>
          <w:tcPr>
            <w:tcW w:type="dxa" w:w="720"/>
          </w:tcPr>
          <w:p/>
        </w:tc>
        <w:tc>
          <w:tcPr>
            <w:tcW w:type="dxa" w:w="720"/>
          </w:tcPr>
          <w:p/>
        </w:tc>
        <w:tc>
          <w:tcPr>
            <w:tcW w:type="dxa" w:w="720"/>
          </w:tcPr>
          <w:p/>
        </w:tc>
        <w:tc>
          <w:tcPr>
            <w:tcW w:type="dxa" w:w="720"/>
          </w:tcPr>
          <w:p/>
        </w:tc>
      </w:tr>
      <w:tr>
        <w:tc>
          <w:tcPr>
            <w:tcW w:type="dxa" w:w="720"/>
          </w:tcPr>
          <w:p>
            <w:r>
              <w:t>学科竞赛(不超过40分)</w:t>
            </w:r>
          </w:p>
        </w:tc>
        <w:tc>
          <w:tcPr>
            <w:tcW w:type="dxa" w:w="720"/>
          </w:tcPr>
          <w:p>
            <w:r>
              <w:t>I甲</w:t>
            </w:r>
          </w:p>
        </w:tc>
        <w:tc>
          <w:tcPr>
            <w:tcW w:type="dxa" w:w="720"/>
          </w:tcPr>
          <w:p>
            <w:r>
              <w:t>40</w:t>
            </w:r>
          </w:p>
        </w:tc>
        <w:tc>
          <w:tcPr>
            <w:tcW w:type="dxa" w:w="720"/>
          </w:tcPr>
          <w:p>
            <w:r>
              <w:t>30</w:t>
            </w:r>
          </w:p>
        </w:tc>
        <w:tc>
          <w:tcPr>
            <w:tcW w:type="dxa" w:w="720"/>
          </w:tcPr>
          <w:p>
            <w:r>
              <w:t>15</w:t>
            </w:r>
          </w:p>
        </w:tc>
        <w:tc>
          <w:tcPr>
            <w:tcW w:type="dxa" w:w="720"/>
          </w:tcPr>
          <w:p>
            <w:r>
              <w:t>5</w:t>
            </w:r>
          </w:p>
        </w:tc>
        <w:tc>
          <w:tcPr>
            <w:tcW w:type="dxa" w:w="720"/>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720"/>
          </w:tcPr>
          <w:p/>
        </w:tc>
        <w:tc>
          <w:tcPr>
            <w:tcW w:type="dxa" w:w="720"/>
          </w:tcPr>
          <w:p/>
        </w:tc>
        <w:tc>
          <w:tcPr>
            <w:tcW w:type="dxa" w:w="720"/>
          </w:tcPr>
          <w:p/>
        </w:tc>
        <w:tc>
          <w:tcPr>
            <w:tcW w:type="dxa" w:w="720"/>
          </w:tcPr>
          <w:p/>
        </w:tc>
        <w:tc>
          <w:tcPr>
            <w:tcW w:type="dxa" w:w="720"/>
          </w:tcPr>
          <w:p/>
        </w:tc>
      </w:tr>
      <w:tr>
        <w:tc>
          <w:tcPr>
            <w:tcW w:type="dxa" w:w="720"/>
          </w:tcPr>
          <w:p>
            <w:r>
              <w:t>I乙</w:t>
            </w:r>
          </w:p>
        </w:tc>
        <w:tc>
          <w:tcPr>
            <w:tcW w:type="dxa" w:w="720"/>
          </w:tcPr>
          <w:p>
            <w:r>
              <w:t>15</w:t>
            </w:r>
          </w:p>
        </w:tc>
        <w:tc>
          <w:tcPr>
            <w:tcW w:type="dxa" w:w="720"/>
          </w:tcPr>
          <w:p>
            <w:r>
              <w:t>10</w:t>
            </w:r>
          </w:p>
        </w:tc>
        <w:tc>
          <w:tcPr>
            <w:tcW w:type="dxa" w:w="720"/>
          </w:tcPr>
          <w:p>
            <w:r>
              <w:t>3</w:t>
            </w:r>
          </w:p>
        </w:tc>
        <w:tc>
          <w:tcPr>
            <w:tcW w:type="dxa" w:w="720"/>
          </w:tcPr>
          <w:p>
            <w:r>
              <w:t>1</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科研成果(不超过40分)</w:t>
            </w:r>
          </w:p>
        </w:tc>
        <w:tc>
          <w:tcPr>
            <w:tcW w:type="dxa" w:w="720"/>
          </w:tcPr>
          <w:p>
            <w:r>
              <w:t>科研论文</w:t>
            </w:r>
          </w:p>
        </w:tc>
        <w:tc>
          <w:tcPr>
            <w:tcW w:type="dxa" w:w="720"/>
          </w:tcPr>
          <w:p>
            <w:r>
              <w:t>一类权威期刊及以上论文</w:t>
            </w:r>
          </w:p>
        </w:tc>
        <w:tc>
          <w:tcPr>
            <w:tcW w:type="dxa" w:w="720"/>
          </w:tcPr>
          <w:p>
            <w:r>
              <w:t>40</w:t>
            </w:r>
          </w:p>
        </w:tc>
        <w:tc>
          <w:tcPr>
            <w:tcW w:type="dxa" w:w="720"/>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一类权威和一类、二类、三类、四类核心期刊目录参见《苏州科技大学核心期刊目录(2021修订)》。中文核心是指除上述一类权威和一类、二类、三类、四类核心之外的《中文北大核心期刊目录总览》中的期刊。</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一类核心期刊论文</w:t>
            </w:r>
          </w:p>
        </w:tc>
        <w:tc>
          <w:tcPr>
            <w:tcW w:type="dxa" w:w="720"/>
          </w:tcPr>
          <w:p>
            <w:r>
              <w:t>30</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二类核心期刊论文</w:t>
            </w:r>
          </w:p>
        </w:tc>
        <w:tc>
          <w:tcPr>
            <w:tcW w:type="dxa" w:w="720"/>
          </w:tcPr>
          <w:p>
            <w:r>
              <w:t>20</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三类核心期刊论文</w:t>
            </w:r>
          </w:p>
        </w:tc>
        <w:tc>
          <w:tcPr>
            <w:tcW w:type="dxa" w:w="720"/>
          </w:tcPr>
          <w:p>
            <w:r>
              <w:t>15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四类核心期刊论文</w:t>
            </w:r>
          </w:p>
        </w:tc>
        <w:tc>
          <w:tcPr>
            <w:tcW w:type="dxa" w:w="720"/>
          </w:tcPr>
          <w:p>
            <w:r>
              <w:t>10</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北大中文核心期刊论文</w:t>
            </w:r>
          </w:p>
        </w:tc>
        <w:tc>
          <w:tcPr>
            <w:tcW w:type="dxa" w:w="720"/>
          </w:tcPr>
          <w:p>
            <w:r>
              <w:t>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发明专利</w:t>
            </w:r>
          </w:p>
        </w:tc>
        <w:tc>
          <w:tcPr>
            <w:tcW w:type="dxa" w:w="720"/>
          </w:tcPr>
          <w:p>
            <w:r>
              <w:t>国际发明专利</w:t>
            </w:r>
          </w:p>
        </w:tc>
        <w:tc>
          <w:tcPr>
            <w:tcW w:type="dxa" w:w="720"/>
          </w:tcPr>
          <w:p>
            <w:r>
              <w:t>10</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中国发明专利</w:t>
            </w:r>
          </w:p>
        </w:tc>
        <w:tc>
          <w:tcPr>
            <w:tcW w:type="dxa" w:w="720"/>
          </w:tcPr>
          <w:p>
            <w:r>
              <w:t>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志愿服务(不超过10分)</w:t>
            </w:r>
          </w:p>
        </w:tc>
        <w:tc>
          <w:tcPr>
            <w:tcW w:type="dxa" w:w="720"/>
          </w:tcPr>
          <w:p>
            <w:r/>
          </w:p>
        </w:tc>
        <w:tc>
          <w:tcPr>
            <w:tcW w:type="dxa" w:w="720"/>
          </w:tcPr>
          <w:p>
            <w:r>
              <w:t>第一等次</w:t>
            </w:r>
          </w:p>
        </w:tc>
        <w:tc>
          <w:tcPr>
            <w:tcW w:type="dxa" w:w="720"/>
          </w:tcPr>
          <w:p>
            <w:r>
              <w:t>第二等次</w:t>
            </w:r>
          </w:p>
        </w:tc>
        <w:tc>
          <w:tcPr>
            <w:tcW w:type="dxa" w:w="720"/>
          </w:tcPr>
          <w:p>
            <w:r>
              <w:t>第三等次</w:t>
            </w:r>
          </w:p>
        </w:tc>
        <w:tc>
          <w:tcPr>
            <w:tcW w:type="dxa" w:w="72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国家级</w:t>
            </w:r>
          </w:p>
        </w:tc>
        <w:tc>
          <w:tcPr>
            <w:tcW w:type="dxa" w:w="720"/>
          </w:tcPr>
          <w:p>
            <w:r>
              <w:t>10</w:t>
            </w:r>
          </w:p>
        </w:tc>
        <w:tc>
          <w:tcPr>
            <w:tcW w:type="dxa" w:w="720"/>
          </w:tcPr>
          <w:p>
            <w:r>
              <w:t>7</w:t>
            </w:r>
          </w:p>
        </w:tc>
        <w:tc>
          <w:tcPr>
            <w:tcW w:type="dxa" w:w="720"/>
          </w:tcPr>
          <w:p>
            <w:r>
              <w:t>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省部级</w:t>
            </w:r>
          </w:p>
        </w:tc>
        <w:tc>
          <w:tcPr>
            <w:tcW w:type="dxa" w:w="720"/>
          </w:tcPr>
          <w:p>
            <w:r>
              <w:t>5</w:t>
            </w:r>
          </w:p>
        </w:tc>
        <w:tc>
          <w:tcPr>
            <w:tcW w:type="dxa" w:w="720"/>
          </w:tcPr>
          <w:p>
            <w:r>
              <w:t>3</w:t>
            </w:r>
          </w:p>
        </w:tc>
        <w:tc>
          <w:tcPr>
            <w:tcW w:type="dxa" w:w="720"/>
          </w:tcPr>
          <w:p>
            <w:r>
              <w:t>1</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到国际组织实习（不超过5分）</w:t>
            </w:r>
          </w:p>
        </w:tc>
        <w:tc>
          <w:tcPr>
            <w:tcW w:type="dxa" w:w="72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参军入伍服兵役（不超过5分）</w:t>
            </w:r>
          </w:p>
        </w:tc>
        <w:tc>
          <w:tcPr>
            <w:tcW w:type="dxa" w:w="720"/>
          </w:tcPr>
          <w:p>
            <w:r>
              <w:t>须提供入伍批准书及退出现役证。</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专业：人文地理与城乡规划</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地球科学概论</w:t>
            </w:r>
          </w:p>
        </w:tc>
        <w:tc>
          <w:tcPr>
            <w:tcW w:type="dxa" w:w="1080"/>
          </w:tcPr>
          <w:p>
            <w:r>
              <w:t>2GS21301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6</w:t>
            </w:r>
          </w:p>
        </w:tc>
        <w:tc>
          <w:tcPr>
            <w:tcW w:type="dxa" w:w="1080"/>
          </w:tcPr>
          <w:p>
            <w:r>
              <w:t>自然地理学A</w:t>
            </w:r>
          </w:p>
        </w:tc>
        <w:tc>
          <w:tcPr>
            <w:tcW w:type="dxa" w:w="1080"/>
          </w:tcPr>
          <w:p>
            <w:r>
              <w:t>2GS21302</w:t>
            </w:r>
          </w:p>
        </w:tc>
        <w:tc>
          <w:tcPr>
            <w:tcW w:type="dxa" w:w="1080"/>
          </w:tcPr>
          <w:p>
            <w:r>
              <w:t>4</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7</w:t>
            </w:r>
          </w:p>
        </w:tc>
        <w:tc>
          <w:tcPr>
            <w:tcW w:type="dxa" w:w="1080"/>
          </w:tcPr>
          <w:p>
            <w:r>
              <w:t>地理信息系统原理B</w:t>
            </w:r>
          </w:p>
        </w:tc>
        <w:tc>
          <w:tcPr>
            <w:tcW w:type="dxa" w:w="1080"/>
          </w:tcPr>
          <w:p>
            <w:r>
              <w:t>2GS21303</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8</w:t>
            </w:r>
          </w:p>
        </w:tc>
        <w:tc>
          <w:tcPr>
            <w:tcW w:type="dxa" w:w="1080"/>
          </w:tcPr>
          <w:p>
            <w:r>
              <w:t>人文地理学A</w:t>
            </w:r>
          </w:p>
        </w:tc>
        <w:tc>
          <w:tcPr>
            <w:tcW w:type="dxa" w:w="1080"/>
          </w:tcPr>
          <w:p>
            <w:r>
              <w:t>2GS21304</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9</w:t>
            </w:r>
          </w:p>
        </w:tc>
        <w:tc>
          <w:tcPr>
            <w:tcW w:type="dxa" w:w="1080"/>
          </w:tcPr>
          <w:p>
            <w:r>
              <w:t>高等数学B(一)</w:t>
            </w:r>
          </w:p>
        </w:tc>
        <w:tc>
          <w:tcPr>
            <w:tcW w:type="dxa" w:w="1080"/>
          </w:tcPr>
          <w:p>
            <w:r>
              <w:t>2MA11003</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高级数据处理(Excel方向)</w:t>
            </w:r>
          </w:p>
        </w:tc>
        <w:tc>
          <w:tcPr>
            <w:tcW w:type="dxa" w:w="1080"/>
          </w:tcPr>
          <w:p>
            <w:r>
              <w:t>2EI21008</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16</w:t>
            </w:r>
          </w:p>
        </w:tc>
        <w:tc>
          <w:tcPr>
            <w:tcW w:type="dxa" w:w="1080"/>
          </w:tcPr>
          <w:p>
            <w:r>
              <w:t>经济地理学</w:t>
            </w:r>
          </w:p>
        </w:tc>
        <w:tc>
          <w:tcPr>
            <w:tcW w:type="dxa" w:w="1080"/>
          </w:tcPr>
          <w:p>
            <w:r>
              <w:t>2GS21305</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17</w:t>
            </w:r>
          </w:p>
        </w:tc>
        <w:tc>
          <w:tcPr>
            <w:tcW w:type="dxa" w:w="1080"/>
          </w:tcPr>
          <w:p>
            <w:r>
              <w:t>地图学B</w:t>
            </w:r>
          </w:p>
        </w:tc>
        <w:tc>
          <w:tcPr>
            <w:tcW w:type="dxa" w:w="1080"/>
          </w:tcPr>
          <w:p>
            <w:r>
              <w:t>2GS21306</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18</w:t>
            </w:r>
          </w:p>
        </w:tc>
        <w:tc>
          <w:tcPr>
            <w:tcW w:type="dxa" w:w="1080"/>
          </w:tcPr>
          <w:p>
            <w:r>
              <w:t>区域分析方法</w:t>
            </w:r>
          </w:p>
        </w:tc>
        <w:tc>
          <w:tcPr>
            <w:tcW w:type="dxa" w:w="1080"/>
          </w:tcPr>
          <w:p>
            <w:r>
              <w:t>2GS21307</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19</w:t>
            </w:r>
          </w:p>
        </w:tc>
        <w:tc>
          <w:tcPr>
            <w:tcW w:type="dxa" w:w="1080"/>
          </w:tcPr>
          <w:p>
            <w:r>
              <w:t>城乡规划技术</w:t>
            </w:r>
          </w:p>
        </w:tc>
        <w:tc>
          <w:tcPr>
            <w:tcW w:type="dxa" w:w="1080"/>
          </w:tcPr>
          <w:p>
            <w:r>
              <w:t>2GS21309</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20</w:t>
            </w:r>
          </w:p>
        </w:tc>
        <w:tc>
          <w:tcPr>
            <w:tcW w:type="dxa" w:w="1080"/>
          </w:tcPr>
          <w:p>
            <w:r>
              <w:t>自然地理综合实习</w:t>
            </w:r>
          </w:p>
        </w:tc>
        <w:tc>
          <w:tcPr>
            <w:tcW w:type="dxa" w:w="1080"/>
          </w:tcPr>
          <w:p>
            <w:r>
              <w:t>2GS21322</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21</w:t>
            </w:r>
          </w:p>
        </w:tc>
        <w:tc>
          <w:tcPr>
            <w:tcW w:type="dxa" w:w="1080"/>
          </w:tcPr>
          <w:p>
            <w:r>
              <w:t>人文地理实习</w:t>
            </w:r>
          </w:p>
        </w:tc>
        <w:tc>
          <w:tcPr>
            <w:tcW w:type="dxa" w:w="1080"/>
          </w:tcPr>
          <w:p>
            <w:r>
              <w:t>2GS21323</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22</w:t>
            </w:r>
          </w:p>
        </w:tc>
        <w:tc>
          <w:tcPr>
            <w:tcW w:type="dxa" w:w="1080"/>
          </w:tcPr>
          <w:p>
            <w:r>
              <w:t>区域规划实习</w:t>
            </w:r>
          </w:p>
        </w:tc>
        <w:tc>
          <w:tcPr>
            <w:tcW w:type="dxa" w:w="1080"/>
          </w:tcPr>
          <w:p>
            <w:r>
              <w:t>2GS21324</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23</w:t>
            </w:r>
          </w:p>
        </w:tc>
        <w:tc>
          <w:tcPr>
            <w:tcW w:type="dxa" w:w="1080"/>
          </w:tcPr>
          <w:p>
            <w:r>
              <w:t>高等数学B(二)</w:t>
            </w:r>
          </w:p>
        </w:tc>
        <w:tc>
          <w:tcPr>
            <w:tcW w:type="dxa" w:w="1080"/>
          </w:tcPr>
          <w:p>
            <w:r>
              <w:t>2MA11004</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24</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25</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27</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28</w:t>
            </w:r>
          </w:p>
        </w:tc>
        <w:tc>
          <w:tcPr>
            <w:tcW w:type="dxa" w:w="1080"/>
          </w:tcPr>
          <w:p>
            <w:r>
              <w:t>城市规划原理</w:t>
            </w:r>
          </w:p>
        </w:tc>
        <w:tc>
          <w:tcPr>
            <w:tcW w:type="dxa" w:w="1080"/>
          </w:tcPr>
          <w:p>
            <w:r>
              <w:t>2GS21308</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29</w:t>
            </w:r>
          </w:p>
        </w:tc>
        <w:tc>
          <w:tcPr>
            <w:tcW w:type="dxa" w:w="1080"/>
          </w:tcPr>
          <w:p>
            <w:r>
              <w:t>遥感概论B</w:t>
            </w:r>
          </w:p>
        </w:tc>
        <w:tc>
          <w:tcPr>
            <w:tcW w:type="dxa" w:w="1080"/>
          </w:tcPr>
          <w:p>
            <w:r>
              <w:t>2GS21310</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30</w:t>
            </w:r>
          </w:p>
        </w:tc>
        <w:tc>
          <w:tcPr>
            <w:tcW w:type="dxa" w:w="1080"/>
          </w:tcPr>
          <w:p>
            <w:r>
              <w:t>土地资源管理学</w:t>
            </w:r>
          </w:p>
        </w:tc>
        <w:tc>
          <w:tcPr>
            <w:tcW w:type="dxa" w:w="1080"/>
          </w:tcPr>
          <w:p>
            <w:r>
              <w:t>2GS21311</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31</w:t>
            </w:r>
          </w:p>
        </w:tc>
        <w:tc>
          <w:tcPr>
            <w:tcW w:type="dxa" w:w="1080"/>
          </w:tcPr>
          <w:p>
            <w:r>
              <w:t>区域规划</w:t>
            </w:r>
          </w:p>
        </w:tc>
        <w:tc>
          <w:tcPr>
            <w:tcW w:type="dxa" w:w="1080"/>
          </w:tcPr>
          <w:p>
            <w:r>
              <w:t>2GS21312</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32</w:t>
            </w:r>
          </w:p>
        </w:tc>
        <w:tc>
          <w:tcPr>
            <w:tcW w:type="dxa" w:w="1080"/>
          </w:tcPr>
          <w:p>
            <w:r>
              <w:t>土地利用规划学</w:t>
            </w:r>
          </w:p>
        </w:tc>
        <w:tc>
          <w:tcPr>
            <w:tcW w:type="dxa" w:w="1080"/>
          </w:tcPr>
          <w:p>
            <w:r>
              <w:t>2GS21313</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33</w:t>
            </w:r>
          </w:p>
        </w:tc>
        <w:tc>
          <w:tcPr>
            <w:tcW w:type="dxa" w:w="1080"/>
          </w:tcPr>
          <w:p>
            <w:r>
              <w:t>生态学原理</w:t>
            </w:r>
          </w:p>
        </w:tc>
        <w:tc>
          <w:tcPr>
            <w:tcW w:type="dxa" w:w="1080"/>
          </w:tcPr>
          <w:p>
            <w:r>
              <w:t>2GS21314</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34</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35</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城市与区域经济学</w:t>
            </w:r>
          </w:p>
        </w:tc>
        <w:tc>
          <w:tcPr>
            <w:tcW w:type="dxa" w:w="1080"/>
          </w:tcPr>
          <w:p>
            <w:r>
              <w:t>2GS21315</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39</w:t>
            </w:r>
          </w:p>
        </w:tc>
        <w:tc>
          <w:tcPr>
            <w:tcW w:type="dxa" w:w="1080"/>
          </w:tcPr>
          <w:p>
            <w:r>
              <w:t>计量地理学A</w:t>
            </w:r>
          </w:p>
        </w:tc>
        <w:tc>
          <w:tcPr>
            <w:tcW w:type="dxa" w:w="1080"/>
          </w:tcPr>
          <w:p>
            <w:r>
              <w:t>2GS21316</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40</w:t>
            </w:r>
          </w:p>
        </w:tc>
        <w:tc>
          <w:tcPr>
            <w:tcW w:type="dxa" w:w="1080"/>
          </w:tcPr>
          <w:p>
            <w:r>
              <w:t>城市地理学</w:t>
            </w:r>
          </w:p>
        </w:tc>
        <w:tc>
          <w:tcPr>
            <w:tcW w:type="dxa" w:w="1080"/>
          </w:tcPr>
          <w:p>
            <w:r>
              <w:t>2GS21317</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41</w:t>
            </w:r>
          </w:p>
        </w:tc>
        <w:tc>
          <w:tcPr>
            <w:tcW w:type="dxa" w:w="1080"/>
          </w:tcPr>
          <w:p>
            <w:r>
              <w:t>城镇总体规划设计</w:t>
            </w:r>
          </w:p>
        </w:tc>
        <w:tc>
          <w:tcPr>
            <w:tcW w:type="dxa" w:w="1080"/>
          </w:tcPr>
          <w:p>
            <w:r>
              <w:t>2GS21318</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42</w:t>
            </w:r>
          </w:p>
        </w:tc>
        <w:tc>
          <w:tcPr>
            <w:tcW w:type="dxa" w:w="1080"/>
          </w:tcPr>
          <w:p>
            <w:r>
              <w:t>城镇总体规划实习</w:t>
            </w:r>
          </w:p>
        </w:tc>
        <w:tc>
          <w:tcPr>
            <w:tcW w:type="dxa" w:w="1080"/>
          </w:tcPr>
          <w:p>
            <w:r>
              <w:t>2GS21325</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43</w:t>
            </w:r>
          </w:p>
        </w:tc>
        <w:tc>
          <w:tcPr>
            <w:tcW w:type="dxa" w:w="1080"/>
          </w:tcPr>
          <w:p>
            <w:r>
              <w:t>概率论与数理统计B</w:t>
            </w:r>
          </w:p>
        </w:tc>
        <w:tc>
          <w:tcPr>
            <w:tcW w:type="dxa" w:w="1080"/>
          </w:tcPr>
          <w:p>
            <w:r>
              <w:t>2MA11014</w:t>
            </w:r>
          </w:p>
        </w:tc>
        <w:tc>
          <w:tcPr>
            <w:tcW w:type="dxa" w:w="1080"/>
          </w:tcPr>
          <w:p>
            <w:r>
              <w:t>3</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44</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45</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46</w:t>
            </w:r>
          </w:p>
        </w:tc>
        <w:tc>
          <w:tcPr>
            <w:tcW w:type="dxa" w:w="1080"/>
          </w:tcPr>
          <w:p>
            <w:r>
              <w:t>劳动教育实践</w:t>
            </w:r>
          </w:p>
        </w:tc>
        <w:tc>
          <w:tcPr>
            <w:tcW w:type="dxa" w:w="1080"/>
          </w:tcPr>
          <w:p>
            <w:r>
              <w:t>2GS21228</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47</w:t>
            </w:r>
          </w:p>
        </w:tc>
        <w:tc>
          <w:tcPr>
            <w:tcW w:type="dxa" w:w="1080"/>
          </w:tcPr>
          <w:p>
            <w:r>
              <w:t>城市详细规划</w:t>
            </w:r>
          </w:p>
        </w:tc>
        <w:tc>
          <w:tcPr>
            <w:tcW w:type="dxa" w:w="1080"/>
          </w:tcPr>
          <w:p>
            <w:r>
              <w:t>2GS21319</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48</w:t>
            </w:r>
          </w:p>
        </w:tc>
        <w:tc>
          <w:tcPr>
            <w:tcW w:type="dxa" w:w="1080"/>
          </w:tcPr>
          <w:p>
            <w:r>
              <w:t>国土空间规划管理与法规</w:t>
            </w:r>
          </w:p>
        </w:tc>
        <w:tc>
          <w:tcPr>
            <w:tcW w:type="dxa" w:w="1080"/>
          </w:tcPr>
          <w:p>
            <w:r>
              <w:t>2GS21320</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49</w:t>
            </w:r>
          </w:p>
        </w:tc>
        <w:tc>
          <w:tcPr>
            <w:tcW w:type="dxa" w:w="1080"/>
          </w:tcPr>
          <w:p>
            <w:r>
              <w:t>乡村振兴概论</w:t>
            </w:r>
          </w:p>
        </w:tc>
        <w:tc>
          <w:tcPr>
            <w:tcW w:type="dxa" w:w="1080"/>
          </w:tcPr>
          <w:p>
            <w:r>
              <w:t>2GS22301</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50</w:t>
            </w:r>
          </w:p>
        </w:tc>
        <w:tc>
          <w:tcPr>
            <w:tcW w:type="dxa" w:w="1080"/>
          </w:tcPr>
          <w:p>
            <w:r>
              <w:t>乡村治理与乡村建设</w:t>
            </w:r>
          </w:p>
        </w:tc>
        <w:tc>
          <w:tcPr>
            <w:tcW w:type="dxa" w:w="1080"/>
          </w:tcPr>
          <w:p>
            <w:r>
              <w:t>2GS22302</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51</w:t>
            </w:r>
          </w:p>
        </w:tc>
        <w:tc>
          <w:tcPr>
            <w:tcW w:type="dxa" w:w="1080"/>
          </w:tcPr>
          <w:p>
            <w:r>
              <w:t>苏南乡村振兴认知实习</w:t>
            </w:r>
          </w:p>
        </w:tc>
        <w:tc>
          <w:tcPr>
            <w:tcW w:type="dxa" w:w="1080"/>
          </w:tcPr>
          <w:p>
            <w:r>
              <w:t>2GS22305</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52</w:t>
            </w:r>
          </w:p>
        </w:tc>
        <w:tc>
          <w:tcPr>
            <w:tcW w:type="dxa" w:w="1080"/>
          </w:tcPr>
          <w:p>
            <w:r>
              <w:t>国土空间规划概论</w:t>
            </w:r>
          </w:p>
        </w:tc>
        <w:tc>
          <w:tcPr>
            <w:tcW w:type="dxa" w:w="1080"/>
          </w:tcPr>
          <w:p>
            <w:r>
              <w:t>2GS22306</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53</w:t>
            </w:r>
          </w:p>
        </w:tc>
        <w:tc>
          <w:tcPr>
            <w:tcW w:type="dxa" w:w="1080"/>
          </w:tcPr>
          <w:p>
            <w:r>
              <w:t>国土空间规划编制和双评价</w:t>
            </w:r>
          </w:p>
        </w:tc>
        <w:tc>
          <w:tcPr>
            <w:tcW w:type="dxa" w:w="1080"/>
          </w:tcPr>
          <w:p>
            <w:r>
              <w:t>2GS22307</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54</w:t>
            </w:r>
          </w:p>
        </w:tc>
        <w:tc>
          <w:tcPr>
            <w:tcW w:type="dxa" w:w="1080"/>
          </w:tcPr>
          <w:p>
            <w:r>
              <w:t>国土空间规划认知实习</w:t>
            </w:r>
          </w:p>
        </w:tc>
        <w:tc>
          <w:tcPr>
            <w:tcW w:type="dxa" w:w="1080"/>
          </w:tcPr>
          <w:p>
            <w:r>
              <w:t>2GS22310</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57</w:t>
            </w:r>
          </w:p>
        </w:tc>
        <w:tc>
          <w:tcPr>
            <w:tcW w:type="dxa" w:w="1080"/>
          </w:tcPr>
          <w:p>
            <w:r>
              <w:t>旅游地理学</w:t>
            </w:r>
          </w:p>
        </w:tc>
        <w:tc>
          <w:tcPr>
            <w:tcW w:type="dxa" w:w="1080"/>
          </w:tcPr>
          <w:p>
            <w:r>
              <w:t>2GS21321</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58</w:t>
            </w:r>
          </w:p>
        </w:tc>
        <w:tc>
          <w:tcPr>
            <w:tcW w:type="dxa" w:w="1080"/>
          </w:tcPr>
          <w:p>
            <w:r>
              <w:t>乡村产业发展理论与实践</w:t>
            </w:r>
          </w:p>
        </w:tc>
        <w:tc>
          <w:tcPr>
            <w:tcW w:type="dxa" w:w="1080"/>
          </w:tcPr>
          <w:p>
            <w:r>
              <w:t>2GS22303</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59</w:t>
            </w:r>
          </w:p>
        </w:tc>
        <w:tc>
          <w:tcPr>
            <w:tcW w:type="dxa" w:w="1080"/>
          </w:tcPr>
          <w:p>
            <w:r>
              <w:t>乡村规划设计</w:t>
            </w:r>
          </w:p>
        </w:tc>
        <w:tc>
          <w:tcPr>
            <w:tcW w:type="dxa" w:w="1080"/>
          </w:tcPr>
          <w:p>
            <w:r>
              <w:t>2GS22304</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60</w:t>
            </w:r>
          </w:p>
        </w:tc>
        <w:tc>
          <w:tcPr>
            <w:tcW w:type="dxa" w:w="1080"/>
          </w:tcPr>
          <w:p>
            <w:r>
              <w:t>产业发展规划</w:t>
            </w:r>
          </w:p>
        </w:tc>
        <w:tc>
          <w:tcPr>
            <w:tcW w:type="dxa" w:w="1080"/>
          </w:tcPr>
          <w:p>
            <w:r>
              <w:t>2GS22308</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61</w:t>
            </w:r>
          </w:p>
        </w:tc>
        <w:tc>
          <w:tcPr>
            <w:tcW w:type="dxa" w:w="1080"/>
          </w:tcPr>
          <w:p>
            <w:r>
              <w:t>国土空间综合整治与生态修复</w:t>
            </w:r>
          </w:p>
        </w:tc>
        <w:tc>
          <w:tcPr>
            <w:tcW w:type="dxa" w:w="1080"/>
          </w:tcPr>
          <w:p>
            <w:r>
              <w:t>2GS22309</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62</w:t>
            </w:r>
          </w:p>
        </w:tc>
        <w:tc>
          <w:tcPr>
            <w:tcW w:type="dxa" w:w="1080"/>
          </w:tcPr>
          <w:p>
            <w:r>
              <w:t>规划院实习</w:t>
            </w:r>
          </w:p>
        </w:tc>
        <w:tc>
          <w:tcPr>
            <w:tcW w:type="dxa" w:w="1080"/>
          </w:tcPr>
          <w:p>
            <w:r>
              <w:t>2GS21326</w:t>
            </w:r>
          </w:p>
        </w:tc>
        <w:tc>
          <w:tcPr>
            <w:tcW w:type="dxa" w:w="1080"/>
          </w:tcPr>
          <w:p>
            <w:r>
              <w:t>6</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专业：测绘工程</w:t>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测绘学概论</w:t>
            </w:r>
          </w:p>
        </w:tc>
        <w:tc>
          <w:tcPr>
            <w:tcW w:type="dxa" w:w="1080"/>
          </w:tcPr>
          <w:p>
            <w:r>
              <w:t>2GS21101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6</w:t>
            </w:r>
          </w:p>
        </w:tc>
        <w:tc>
          <w:tcPr>
            <w:tcW w:type="dxa" w:w="1080"/>
          </w:tcPr>
          <w:p>
            <w:r>
              <w:t>地学编程基础</w:t>
            </w:r>
          </w:p>
        </w:tc>
        <w:tc>
          <w:tcPr>
            <w:tcW w:type="dxa" w:w="1080"/>
          </w:tcPr>
          <w:p>
            <w:r>
              <w:t>2GS21103</w:t>
            </w:r>
          </w:p>
        </w:tc>
        <w:tc>
          <w:tcPr>
            <w:tcW w:type="dxa" w:w="1080"/>
          </w:tcPr>
          <w:p>
            <w:r>
              <w:t>4</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7</w:t>
            </w:r>
          </w:p>
        </w:tc>
        <w:tc>
          <w:tcPr>
            <w:tcW w:type="dxa" w:w="1080"/>
          </w:tcPr>
          <w:p>
            <w:r>
              <w:t>地球科学概论</w:t>
            </w:r>
          </w:p>
        </w:tc>
        <w:tc>
          <w:tcPr>
            <w:tcW w:type="dxa" w:w="1080"/>
          </w:tcPr>
          <w:p>
            <w:r>
              <w:t>2GS21301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8</w:t>
            </w:r>
          </w:p>
        </w:tc>
        <w:tc>
          <w:tcPr>
            <w:tcW w:type="dxa" w:w="1080"/>
          </w:tcPr>
          <w:p>
            <w:r>
              <w:t>高等数学B(一)</w:t>
            </w:r>
          </w:p>
        </w:tc>
        <w:tc>
          <w:tcPr>
            <w:tcW w:type="dxa" w:w="1080"/>
          </w:tcPr>
          <w:p>
            <w:r>
              <w:t>2MA11003</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工程制图基础</w:t>
            </w:r>
          </w:p>
        </w:tc>
        <w:tc>
          <w:tcPr>
            <w:tcW w:type="dxa" w:w="1080"/>
          </w:tcPr>
          <w:p>
            <w:r>
              <w:t>2ME21015</w:t>
            </w:r>
          </w:p>
        </w:tc>
        <w:tc>
          <w:tcPr>
            <w:tcW w:type="dxa" w:w="1080"/>
          </w:tcPr>
          <w:p>
            <w:r>
              <w:t>2</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环境学基础</w:t>
            </w:r>
          </w:p>
        </w:tc>
        <w:tc>
          <w:tcPr>
            <w:tcW w:type="dxa" w:w="1080"/>
          </w:tcPr>
          <w:p>
            <w:r>
              <w:t>2ES21801</w:t>
            </w:r>
          </w:p>
        </w:tc>
        <w:tc>
          <w:tcPr>
            <w:tcW w:type="dxa" w:w="1080"/>
          </w:tcPr>
          <w:p>
            <w:r>
              <w:t>1.5</w:t>
            </w:r>
          </w:p>
        </w:tc>
        <w:tc>
          <w:tcPr>
            <w:tcW w:type="dxa" w:w="1080"/>
          </w:tcPr>
          <w:p>
            <w:r>
              <w:t>专业必修课</w:t>
            </w:r>
          </w:p>
        </w:tc>
        <w:tc>
          <w:tcPr>
            <w:tcW w:type="dxa" w:w="1080"/>
          </w:tcPr>
          <w:p>
            <w:r>
              <w:t>环境科学与工程学院</w:t>
            </w:r>
          </w:p>
        </w:tc>
        <w:tc>
          <w:tcPr>
            <w:tcW w:type="dxa" w:w="1080"/>
          </w:tcPr>
          <w:p>
            <w:r>
              <w:t>2023-2024</w:t>
            </w:r>
          </w:p>
        </w:tc>
        <w:tc>
          <w:tcPr>
            <w:tcW w:type="dxa" w:w="1080"/>
          </w:tcPr>
          <w:p>
            <w:r>
              <w:t>2</w:t>
            </w:r>
          </w:p>
        </w:tc>
      </w:tr>
      <w:tr>
        <w:tc>
          <w:tcPr>
            <w:tcW w:type="dxa" w:w="1080"/>
          </w:tcPr>
          <w:p>
            <w:r>
              <w:t>16</w:t>
            </w:r>
          </w:p>
        </w:tc>
        <w:tc>
          <w:tcPr>
            <w:tcW w:type="dxa" w:w="1080"/>
          </w:tcPr>
          <w:p>
            <w:r>
              <w:t>数字地形测量学</w:t>
            </w:r>
          </w:p>
        </w:tc>
        <w:tc>
          <w:tcPr>
            <w:tcW w:type="dxa" w:w="1080"/>
          </w:tcPr>
          <w:p>
            <w:r>
              <w:t>2GS21108</w:t>
            </w:r>
          </w:p>
        </w:tc>
        <w:tc>
          <w:tcPr>
            <w:tcW w:type="dxa" w:w="1080"/>
          </w:tcPr>
          <w:p>
            <w:r>
              <w:t>4</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17</w:t>
            </w:r>
          </w:p>
        </w:tc>
        <w:tc>
          <w:tcPr>
            <w:tcW w:type="dxa" w:w="1080"/>
          </w:tcPr>
          <w:p>
            <w:r>
              <w:t>数字地形测量实习</w:t>
            </w:r>
          </w:p>
        </w:tc>
        <w:tc>
          <w:tcPr>
            <w:tcW w:type="dxa" w:w="1080"/>
          </w:tcPr>
          <w:p>
            <w:r>
              <w:t>2GS21109</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18</w:t>
            </w:r>
          </w:p>
        </w:tc>
        <w:tc>
          <w:tcPr>
            <w:tcW w:type="dxa" w:w="1080"/>
          </w:tcPr>
          <w:p>
            <w:r>
              <w:t>高等数学B(二)</w:t>
            </w:r>
          </w:p>
        </w:tc>
        <w:tc>
          <w:tcPr>
            <w:tcW w:type="dxa" w:w="1080"/>
          </w:tcPr>
          <w:p>
            <w:r>
              <w:t>2MA11004</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23</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工程力学基础</w:t>
            </w:r>
          </w:p>
        </w:tc>
        <w:tc>
          <w:tcPr>
            <w:tcW w:type="dxa" w:w="1080"/>
          </w:tcPr>
          <w:p>
            <w:r>
              <w:t>2CE21012</w:t>
            </w:r>
          </w:p>
        </w:tc>
        <w:tc>
          <w:tcPr>
            <w:tcW w:type="dxa" w:w="1080"/>
          </w:tcPr>
          <w:p>
            <w:r>
              <w:t>2</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26</w:t>
            </w:r>
          </w:p>
        </w:tc>
        <w:tc>
          <w:tcPr>
            <w:tcW w:type="dxa" w:w="1080"/>
          </w:tcPr>
          <w:p>
            <w:r>
              <w:t>土木工程概论</w:t>
            </w:r>
          </w:p>
        </w:tc>
        <w:tc>
          <w:tcPr>
            <w:tcW w:type="dxa" w:w="1080"/>
          </w:tcPr>
          <w:p>
            <w:r>
              <w:t>2CE21904</w:t>
            </w:r>
          </w:p>
        </w:tc>
        <w:tc>
          <w:tcPr>
            <w:tcW w:type="dxa" w:w="1080"/>
          </w:tcPr>
          <w:p>
            <w:r>
              <w:t>1</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27</w:t>
            </w:r>
          </w:p>
        </w:tc>
        <w:tc>
          <w:tcPr>
            <w:tcW w:type="dxa" w:w="1080"/>
          </w:tcPr>
          <w:p>
            <w:r>
              <w:t>地图制图学</w:t>
            </w:r>
          </w:p>
        </w:tc>
        <w:tc>
          <w:tcPr>
            <w:tcW w:type="dxa" w:w="1080"/>
          </w:tcPr>
          <w:p>
            <w:r>
              <w:t>2GS21110</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28</w:t>
            </w:r>
          </w:p>
        </w:tc>
        <w:tc>
          <w:tcPr>
            <w:tcW w:type="dxa" w:w="1080"/>
          </w:tcPr>
          <w:p>
            <w:r>
              <w:t>误差理论与测量平差基础</w:t>
            </w:r>
          </w:p>
        </w:tc>
        <w:tc>
          <w:tcPr>
            <w:tcW w:type="dxa" w:w="1080"/>
          </w:tcPr>
          <w:p>
            <w:r>
              <w:t>2GS21112</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29</w:t>
            </w:r>
          </w:p>
        </w:tc>
        <w:tc>
          <w:tcPr>
            <w:tcW w:type="dxa" w:w="1080"/>
          </w:tcPr>
          <w:p>
            <w:r>
              <w:t>地图制图实习</w:t>
            </w:r>
          </w:p>
        </w:tc>
        <w:tc>
          <w:tcPr>
            <w:tcW w:type="dxa" w:w="1080"/>
          </w:tcPr>
          <w:p>
            <w:r>
              <w:t>2GS21114</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30</w:t>
            </w:r>
          </w:p>
        </w:tc>
        <w:tc>
          <w:tcPr>
            <w:tcW w:type="dxa" w:w="1080"/>
          </w:tcPr>
          <w:p>
            <w:r>
              <w:t>测量平差课程设计</w:t>
            </w:r>
          </w:p>
        </w:tc>
        <w:tc>
          <w:tcPr>
            <w:tcW w:type="dxa" w:w="1080"/>
          </w:tcPr>
          <w:p>
            <w:r>
              <w:t>2GS21120</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31</w:t>
            </w:r>
          </w:p>
        </w:tc>
        <w:tc>
          <w:tcPr>
            <w:tcW w:type="dxa" w:w="1080"/>
          </w:tcPr>
          <w:p>
            <w:r>
              <w:t>地理信息系统原理A</w:t>
            </w:r>
          </w:p>
        </w:tc>
        <w:tc>
          <w:tcPr>
            <w:tcW w:type="dxa" w:w="1080"/>
          </w:tcPr>
          <w:p>
            <w:r>
              <w:t>2GS21205</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32</w:t>
            </w:r>
          </w:p>
        </w:tc>
        <w:tc>
          <w:tcPr>
            <w:tcW w:type="dxa" w:w="1080"/>
          </w:tcPr>
          <w:p>
            <w:r>
              <w:t>地理信息系统原理实习</w:t>
            </w:r>
          </w:p>
        </w:tc>
        <w:tc>
          <w:tcPr>
            <w:tcW w:type="dxa" w:w="1080"/>
          </w:tcPr>
          <w:p>
            <w:r>
              <w:t>2GS21227</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33</w:t>
            </w:r>
          </w:p>
        </w:tc>
        <w:tc>
          <w:tcPr>
            <w:tcW w:type="dxa" w:w="1080"/>
          </w:tcPr>
          <w:p>
            <w:r>
              <w:t>概率论与数理统计B</w:t>
            </w:r>
          </w:p>
        </w:tc>
        <w:tc>
          <w:tcPr>
            <w:tcW w:type="dxa" w:w="1080"/>
          </w:tcPr>
          <w:p>
            <w:r>
              <w:t>2MA11014</w:t>
            </w:r>
          </w:p>
        </w:tc>
        <w:tc>
          <w:tcPr>
            <w:tcW w:type="dxa" w:w="1080"/>
          </w:tcPr>
          <w:p>
            <w:r>
              <w:t>3</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34</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物理实验B</w:t>
            </w:r>
          </w:p>
        </w:tc>
        <w:tc>
          <w:tcPr>
            <w:tcW w:type="dxa" w:w="1080"/>
          </w:tcPr>
          <w:p>
            <w:r>
              <w:t>2PS11003</w:t>
            </w:r>
          </w:p>
        </w:tc>
        <w:tc>
          <w:tcPr>
            <w:tcW w:type="dxa" w:w="1080"/>
          </w:tcPr>
          <w:p>
            <w:r>
              <w:t>1</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37</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38</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39</w:t>
            </w:r>
          </w:p>
        </w:tc>
        <w:tc>
          <w:tcPr>
            <w:tcW w:type="dxa" w:w="1080"/>
          </w:tcPr>
          <w:p>
            <w:r>
              <w:t>GNSS原理及应用</w:t>
            </w:r>
          </w:p>
        </w:tc>
        <w:tc>
          <w:tcPr>
            <w:tcW w:type="dxa" w:w="1080"/>
          </w:tcPr>
          <w:p>
            <w:r>
              <w:t>2GS21117</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40</w:t>
            </w:r>
          </w:p>
        </w:tc>
        <w:tc>
          <w:tcPr>
            <w:tcW w:type="dxa" w:w="1080"/>
          </w:tcPr>
          <w:p>
            <w:r>
              <w:t>大地测量学基础</w:t>
            </w:r>
          </w:p>
        </w:tc>
        <w:tc>
          <w:tcPr>
            <w:tcW w:type="dxa" w:w="1080"/>
          </w:tcPr>
          <w:p>
            <w:r>
              <w:t>2GS21118</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41</w:t>
            </w:r>
          </w:p>
        </w:tc>
        <w:tc>
          <w:tcPr>
            <w:tcW w:type="dxa" w:w="1080"/>
          </w:tcPr>
          <w:p>
            <w:r>
              <w:t>空间数据结构B</w:t>
            </w:r>
          </w:p>
        </w:tc>
        <w:tc>
          <w:tcPr>
            <w:tcW w:type="dxa" w:w="1080"/>
          </w:tcPr>
          <w:p>
            <w:r>
              <w:t>2GS21131</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42</w:t>
            </w:r>
          </w:p>
        </w:tc>
        <w:tc>
          <w:tcPr>
            <w:tcW w:type="dxa" w:w="1080"/>
          </w:tcPr>
          <w:p>
            <w:r>
              <w:t>专业生产实习</w:t>
            </w:r>
          </w:p>
        </w:tc>
        <w:tc>
          <w:tcPr>
            <w:tcW w:type="dxa" w:w="1080"/>
          </w:tcPr>
          <w:p>
            <w:r>
              <w:t>2GS21136</w:t>
            </w:r>
          </w:p>
        </w:tc>
        <w:tc>
          <w:tcPr>
            <w:tcW w:type="dxa" w:w="1080"/>
          </w:tcPr>
          <w:p>
            <w:r>
              <w:t>2.5</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43</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44</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45</w:t>
            </w:r>
          </w:p>
        </w:tc>
        <w:tc>
          <w:tcPr>
            <w:tcW w:type="dxa" w:w="1080"/>
          </w:tcPr>
          <w:p>
            <w:r>
              <w:t>遥感原理与应用</w:t>
            </w:r>
          </w:p>
        </w:tc>
        <w:tc>
          <w:tcPr>
            <w:tcW w:type="dxa" w:w="1080"/>
          </w:tcPr>
          <w:p>
            <w:r>
              <w:t>2GS21116</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46</w:t>
            </w:r>
          </w:p>
        </w:tc>
        <w:tc>
          <w:tcPr>
            <w:tcW w:type="dxa" w:w="1080"/>
          </w:tcPr>
          <w:p>
            <w:r>
              <w:t>遥感原理与应用实习</w:t>
            </w:r>
          </w:p>
        </w:tc>
        <w:tc>
          <w:tcPr>
            <w:tcW w:type="dxa" w:w="1080"/>
          </w:tcPr>
          <w:p>
            <w:r>
              <w:t>2GS21119</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47</w:t>
            </w:r>
          </w:p>
        </w:tc>
        <w:tc>
          <w:tcPr>
            <w:tcW w:type="dxa" w:w="1080"/>
          </w:tcPr>
          <w:p>
            <w:r>
              <w:t>摄影测量学</w:t>
            </w:r>
          </w:p>
        </w:tc>
        <w:tc>
          <w:tcPr>
            <w:tcW w:type="dxa" w:w="1080"/>
          </w:tcPr>
          <w:p>
            <w:r>
              <w:t>2GS21121</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48</w:t>
            </w:r>
          </w:p>
        </w:tc>
        <w:tc>
          <w:tcPr>
            <w:tcW w:type="dxa" w:w="1080"/>
          </w:tcPr>
          <w:p>
            <w:r>
              <w:t>工程测量学</w:t>
            </w:r>
          </w:p>
        </w:tc>
        <w:tc>
          <w:tcPr>
            <w:tcW w:type="dxa" w:w="1080"/>
          </w:tcPr>
          <w:p>
            <w:r>
              <w:t>2GS21122</w:t>
            </w:r>
          </w:p>
        </w:tc>
        <w:tc>
          <w:tcPr>
            <w:tcW w:type="dxa" w:w="1080"/>
          </w:tcPr>
          <w:p>
            <w:r>
              <w:t>2.5</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49</w:t>
            </w:r>
          </w:p>
        </w:tc>
        <w:tc>
          <w:tcPr>
            <w:tcW w:type="dxa" w:w="1080"/>
          </w:tcPr>
          <w:p>
            <w:r>
              <w:t>大地测量学实习</w:t>
            </w:r>
          </w:p>
        </w:tc>
        <w:tc>
          <w:tcPr>
            <w:tcW w:type="dxa" w:w="1080"/>
          </w:tcPr>
          <w:p>
            <w:r>
              <w:t>2GS21124</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50</w:t>
            </w:r>
          </w:p>
        </w:tc>
        <w:tc>
          <w:tcPr>
            <w:tcW w:type="dxa" w:w="1080"/>
          </w:tcPr>
          <w:p>
            <w:r>
              <w:t>GNSS原理及应用实习A</w:t>
            </w:r>
          </w:p>
        </w:tc>
        <w:tc>
          <w:tcPr>
            <w:tcW w:type="dxa" w:w="1080"/>
          </w:tcPr>
          <w:p>
            <w:r>
              <w:t>2GS21125</w:t>
            </w:r>
          </w:p>
        </w:tc>
        <w:tc>
          <w:tcPr>
            <w:tcW w:type="dxa" w:w="1080"/>
          </w:tcPr>
          <w:p>
            <w:r>
              <w:t>1.5</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51</w:t>
            </w:r>
          </w:p>
        </w:tc>
        <w:tc>
          <w:tcPr>
            <w:tcW w:type="dxa" w:w="1080"/>
          </w:tcPr>
          <w:p>
            <w:r>
              <w:t>摄影测量实习</w:t>
            </w:r>
          </w:p>
        </w:tc>
        <w:tc>
          <w:tcPr>
            <w:tcW w:type="dxa" w:w="1080"/>
          </w:tcPr>
          <w:p>
            <w:r>
              <w:t>2GS21126</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52</w:t>
            </w:r>
          </w:p>
        </w:tc>
        <w:tc>
          <w:tcPr>
            <w:tcW w:type="dxa" w:w="1080"/>
          </w:tcPr>
          <w:p>
            <w:r>
              <w:t>劳动教育实践</w:t>
            </w:r>
          </w:p>
        </w:tc>
        <w:tc>
          <w:tcPr>
            <w:tcW w:type="dxa" w:w="1080"/>
          </w:tcPr>
          <w:p>
            <w:r>
              <w:t>2GS21138</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53</w:t>
            </w:r>
          </w:p>
        </w:tc>
        <w:tc>
          <w:tcPr>
            <w:tcW w:type="dxa" w:w="1080"/>
          </w:tcPr>
          <w:p>
            <w:r>
              <w:t>城市三维建模技术及应用</w:t>
            </w:r>
          </w:p>
        </w:tc>
        <w:tc>
          <w:tcPr>
            <w:tcW w:type="dxa" w:w="1080"/>
          </w:tcPr>
          <w:p>
            <w:r>
              <w:t>2GS22105</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54</w:t>
            </w:r>
          </w:p>
        </w:tc>
        <w:tc>
          <w:tcPr>
            <w:tcW w:type="dxa" w:w="1080"/>
          </w:tcPr>
          <w:p>
            <w:r>
              <w:t>测量程序设计</w:t>
            </w:r>
          </w:p>
        </w:tc>
        <w:tc>
          <w:tcPr>
            <w:tcW w:type="dxa" w:w="1080"/>
          </w:tcPr>
          <w:p>
            <w:r>
              <w:t>2GS22107</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55</w:t>
            </w:r>
          </w:p>
        </w:tc>
        <w:tc>
          <w:tcPr>
            <w:tcW w:type="dxa" w:w="1080"/>
          </w:tcPr>
          <w:p>
            <w:r>
              <w:t>遥感数字图像处理</w:t>
            </w:r>
          </w:p>
        </w:tc>
        <w:tc>
          <w:tcPr>
            <w:tcW w:type="dxa" w:w="1080"/>
          </w:tcPr>
          <w:p>
            <w:r>
              <w:t>2GS22108</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56</w:t>
            </w:r>
          </w:p>
        </w:tc>
        <w:tc>
          <w:tcPr>
            <w:tcW w:type="dxa" w:w="1080"/>
          </w:tcPr>
          <w:p>
            <w:r>
              <w:t>Python遥感信息处理</w:t>
            </w:r>
          </w:p>
        </w:tc>
        <w:tc>
          <w:tcPr>
            <w:tcW w:type="dxa" w:w="1080"/>
          </w:tcPr>
          <w:p>
            <w:r>
              <w:t>2GS22110</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57</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59</w:t>
            </w:r>
          </w:p>
        </w:tc>
        <w:tc>
          <w:tcPr>
            <w:tcW w:type="dxa" w:w="1080"/>
          </w:tcPr>
          <w:p>
            <w:r>
              <w:t>工程经济学B</w:t>
            </w:r>
          </w:p>
        </w:tc>
        <w:tc>
          <w:tcPr>
            <w:tcW w:type="dxa" w:w="1080"/>
          </w:tcPr>
          <w:p>
            <w:r>
              <w:t>2CE21903</w:t>
            </w:r>
          </w:p>
        </w:tc>
        <w:tc>
          <w:tcPr>
            <w:tcW w:type="dxa" w:w="1080"/>
          </w:tcPr>
          <w:p>
            <w:r>
              <w:t>1</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60</w:t>
            </w:r>
          </w:p>
        </w:tc>
        <w:tc>
          <w:tcPr>
            <w:tcW w:type="dxa" w:w="1080"/>
          </w:tcPr>
          <w:p>
            <w:r>
              <w:t>计算机图形学</w:t>
            </w:r>
          </w:p>
        </w:tc>
        <w:tc>
          <w:tcPr>
            <w:tcW w:type="dxa" w:w="1080"/>
          </w:tcPr>
          <w:p>
            <w:r>
              <w:t>2GS21129</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61</w:t>
            </w:r>
          </w:p>
        </w:tc>
        <w:tc>
          <w:tcPr>
            <w:tcW w:type="dxa" w:w="1080"/>
          </w:tcPr>
          <w:p>
            <w:r>
              <w:t>工程测量实习</w:t>
            </w:r>
          </w:p>
        </w:tc>
        <w:tc>
          <w:tcPr>
            <w:tcW w:type="dxa" w:w="1080"/>
          </w:tcPr>
          <w:p>
            <w:r>
              <w:t>2GS21132</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62</w:t>
            </w:r>
          </w:p>
        </w:tc>
        <w:tc>
          <w:tcPr>
            <w:tcW w:type="dxa" w:w="1080"/>
          </w:tcPr>
          <w:p>
            <w:r>
              <w:t>工程测量课程设计</w:t>
            </w:r>
          </w:p>
        </w:tc>
        <w:tc>
          <w:tcPr>
            <w:tcW w:type="dxa" w:w="1080"/>
          </w:tcPr>
          <w:p>
            <w:r>
              <w:t>2GS21133</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63</w:t>
            </w:r>
          </w:p>
        </w:tc>
        <w:tc>
          <w:tcPr>
            <w:tcW w:type="dxa" w:w="1080"/>
          </w:tcPr>
          <w:p>
            <w:r>
              <w:t>安全监测技术与应用</w:t>
            </w:r>
          </w:p>
        </w:tc>
        <w:tc>
          <w:tcPr>
            <w:tcW w:type="dxa" w:w="1080"/>
          </w:tcPr>
          <w:p>
            <w:r>
              <w:t>2GS22101</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64</w:t>
            </w:r>
          </w:p>
        </w:tc>
        <w:tc>
          <w:tcPr>
            <w:tcW w:type="dxa" w:w="1080"/>
          </w:tcPr>
          <w:p>
            <w:r>
              <w:t>环境遥感监测及应用</w:t>
            </w:r>
          </w:p>
        </w:tc>
        <w:tc>
          <w:tcPr>
            <w:tcW w:type="dxa" w:w="1080"/>
          </w:tcPr>
          <w:p>
            <w:r>
              <w:t>2GS22102</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65</w:t>
            </w:r>
          </w:p>
        </w:tc>
        <w:tc>
          <w:tcPr>
            <w:tcW w:type="dxa" w:w="1080"/>
          </w:tcPr>
          <w:p>
            <w:r>
              <w:t>惯性导航与组合导航原理</w:t>
            </w:r>
          </w:p>
        </w:tc>
        <w:tc>
          <w:tcPr>
            <w:tcW w:type="dxa" w:w="1080"/>
          </w:tcPr>
          <w:p>
            <w:r>
              <w:t>2GS22103</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66</w:t>
            </w:r>
          </w:p>
        </w:tc>
        <w:tc>
          <w:tcPr>
            <w:tcW w:type="dxa" w:w="1080"/>
          </w:tcPr>
          <w:p>
            <w:r>
              <w:t>数字摄影测量学</w:t>
            </w:r>
          </w:p>
        </w:tc>
        <w:tc>
          <w:tcPr>
            <w:tcW w:type="dxa" w:w="1080"/>
          </w:tcPr>
          <w:p>
            <w:r>
              <w:t>2GS22104</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67</w:t>
            </w:r>
          </w:p>
        </w:tc>
        <w:tc>
          <w:tcPr>
            <w:tcW w:type="dxa" w:w="1080"/>
          </w:tcPr>
          <w:p>
            <w:r>
              <w:t>城市遥感分析</w:t>
            </w:r>
          </w:p>
        </w:tc>
        <w:tc>
          <w:tcPr>
            <w:tcW w:type="dxa" w:w="1080"/>
          </w:tcPr>
          <w:p>
            <w:r>
              <w:t>2GS22106</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68</w:t>
            </w:r>
          </w:p>
        </w:tc>
        <w:tc>
          <w:tcPr>
            <w:tcW w:type="dxa" w:w="1080"/>
          </w:tcPr>
          <w:p>
            <w:r>
              <w:t>机器学习与智能数据处理</w:t>
            </w:r>
          </w:p>
        </w:tc>
        <w:tc>
          <w:tcPr>
            <w:tcW w:type="dxa" w:w="1080"/>
          </w:tcPr>
          <w:p>
            <w:r>
              <w:t>2GS22109</w:t>
            </w:r>
          </w:p>
        </w:tc>
        <w:tc>
          <w:tcPr>
            <w:tcW w:type="dxa" w:w="1080"/>
          </w:tcPr>
          <w:p>
            <w:r>
              <w:t>2</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专业：地理科学（师范）</w:t>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6</w:t>
            </w:r>
          </w:p>
        </w:tc>
        <w:tc>
          <w:tcPr>
            <w:tcW w:type="dxa" w:w="1080"/>
          </w:tcPr>
          <w:p>
            <w:r>
              <w:t>地球科学概论</w:t>
            </w:r>
          </w:p>
        </w:tc>
        <w:tc>
          <w:tcPr>
            <w:tcW w:type="dxa" w:w="1080"/>
          </w:tcPr>
          <w:p>
            <w:r>
              <w:t>2GS21301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7</w:t>
            </w:r>
          </w:p>
        </w:tc>
        <w:tc>
          <w:tcPr>
            <w:tcW w:type="dxa" w:w="1080"/>
          </w:tcPr>
          <w:p>
            <w:r>
              <w:t>地球概论</w:t>
            </w:r>
          </w:p>
        </w:tc>
        <w:tc>
          <w:tcPr>
            <w:tcW w:type="dxa" w:w="1080"/>
          </w:tcPr>
          <w:p>
            <w:r>
              <w:t>2GS21401</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8</w:t>
            </w:r>
          </w:p>
        </w:tc>
        <w:tc>
          <w:tcPr>
            <w:tcW w:type="dxa" w:w="1080"/>
          </w:tcPr>
          <w:p>
            <w:r>
              <w:t>地质学基础</w:t>
            </w:r>
          </w:p>
        </w:tc>
        <w:tc>
          <w:tcPr>
            <w:tcW w:type="dxa" w:w="1080"/>
          </w:tcPr>
          <w:p>
            <w:r>
              <w:t>2GS21402</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9</w:t>
            </w:r>
          </w:p>
        </w:tc>
        <w:tc>
          <w:tcPr>
            <w:tcW w:type="dxa" w:w="1080"/>
          </w:tcPr>
          <w:p>
            <w:r>
              <w:t>教师发展与职业道德</w:t>
            </w:r>
          </w:p>
        </w:tc>
        <w:tc>
          <w:tcPr>
            <w:tcW w:type="dxa" w:w="1080"/>
          </w:tcPr>
          <w:p>
            <w:r>
              <w:t>2GS21416</w:t>
            </w:r>
          </w:p>
        </w:tc>
        <w:tc>
          <w:tcPr>
            <w:tcW w:type="dxa" w:w="1080"/>
          </w:tcPr>
          <w:p>
            <w:r>
              <w:t>1</w:t>
            </w:r>
          </w:p>
        </w:tc>
        <w:tc>
          <w:tcPr>
            <w:tcW w:type="dxa" w:w="1080"/>
          </w:tcPr>
          <w:p>
            <w:r>
              <w:t>教师教育必修课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10</w:t>
            </w:r>
          </w:p>
        </w:tc>
        <w:tc>
          <w:tcPr>
            <w:tcW w:type="dxa" w:w="1080"/>
          </w:tcPr>
          <w:p>
            <w:r>
              <w:t>高等数学C(一)</w:t>
            </w:r>
          </w:p>
        </w:tc>
        <w:tc>
          <w:tcPr>
            <w:tcW w:type="dxa" w:w="1080"/>
          </w:tcPr>
          <w:p>
            <w:r>
              <w:t>2MA11005</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2</w:t>
            </w:r>
          </w:p>
        </w:tc>
      </w:tr>
      <w:tr>
        <w:tc>
          <w:tcPr>
            <w:tcW w:type="dxa" w:w="1080"/>
          </w:tcPr>
          <w:p>
            <w:r>
              <w:t>15</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经济地理学</w:t>
            </w:r>
          </w:p>
        </w:tc>
        <w:tc>
          <w:tcPr>
            <w:tcW w:type="dxa" w:w="1080"/>
          </w:tcPr>
          <w:p>
            <w:r>
              <w:t>2GS21305</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19</w:t>
            </w:r>
          </w:p>
        </w:tc>
        <w:tc>
          <w:tcPr>
            <w:tcW w:type="dxa" w:w="1080"/>
          </w:tcPr>
          <w:p>
            <w:r>
              <w:t>地图学B</w:t>
            </w:r>
          </w:p>
        </w:tc>
        <w:tc>
          <w:tcPr>
            <w:tcW w:type="dxa" w:w="1080"/>
          </w:tcPr>
          <w:p>
            <w:r>
              <w:t>2GS21306</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20</w:t>
            </w:r>
          </w:p>
        </w:tc>
        <w:tc>
          <w:tcPr>
            <w:tcW w:type="dxa" w:w="1080"/>
          </w:tcPr>
          <w:p>
            <w:r>
              <w:t>自然地理综合实习</w:t>
            </w:r>
          </w:p>
        </w:tc>
        <w:tc>
          <w:tcPr>
            <w:tcW w:type="dxa" w:w="1080"/>
          </w:tcPr>
          <w:p>
            <w:r>
              <w:t>2GS21322</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21</w:t>
            </w:r>
          </w:p>
        </w:tc>
        <w:tc>
          <w:tcPr>
            <w:tcW w:type="dxa" w:w="1080"/>
          </w:tcPr>
          <w:p>
            <w:r>
              <w:t>气象学与气候学</w:t>
            </w:r>
          </w:p>
        </w:tc>
        <w:tc>
          <w:tcPr>
            <w:tcW w:type="dxa" w:w="1080"/>
          </w:tcPr>
          <w:p>
            <w:r>
              <w:t>2GS21403</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22</w:t>
            </w:r>
          </w:p>
        </w:tc>
        <w:tc>
          <w:tcPr>
            <w:tcW w:type="dxa" w:w="1080"/>
          </w:tcPr>
          <w:p>
            <w:r>
              <w:t>高等数学C(二)</w:t>
            </w:r>
          </w:p>
        </w:tc>
        <w:tc>
          <w:tcPr>
            <w:tcW w:type="dxa" w:w="1080"/>
          </w:tcPr>
          <w:p>
            <w:r>
              <w:t>2MA11006</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23</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24</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25</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27</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28</w:t>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29</w:t>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30</w:t>
            </w:r>
          </w:p>
        </w:tc>
        <w:tc>
          <w:tcPr>
            <w:tcW w:type="dxa" w:w="1080"/>
          </w:tcPr>
          <w:p>
            <w:r>
              <w:t>科学计算与MATLAB语言</w:t>
            </w:r>
          </w:p>
        </w:tc>
        <w:tc>
          <w:tcPr>
            <w:tcW w:type="dxa" w:w="1080"/>
          </w:tcPr>
          <w:p>
            <w:r>
              <w:t>2EI21007</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31</w:t>
            </w:r>
          </w:p>
        </w:tc>
        <w:tc>
          <w:tcPr>
            <w:tcW w:type="dxa" w:w="1080"/>
          </w:tcPr>
          <w:p>
            <w:r>
              <w:t>地理信息系统原理B</w:t>
            </w:r>
          </w:p>
        </w:tc>
        <w:tc>
          <w:tcPr>
            <w:tcW w:type="dxa" w:w="1080"/>
          </w:tcPr>
          <w:p>
            <w:r>
              <w:t>2GS21303</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32</w:t>
            </w:r>
          </w:p>
        </w:tc>
        <w:tc>
          <w:tcPr>
            <w:tcW w:type="dxa" w:w="1080"/>
          </w:tcPr>
          <w:p>
            <w:r>
              <w:t>人文地理学</w:t>
            </w:r>
          </w:p>
        </w:tc>
        <w:tc>
          <w:tcPr>
            <w:tcW w:type="dxa" w:w="1080"/>
          </w:tcPr>
          <w:p>
            <w:r>
              <w:t>2GS21404</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33</w:t>
            </w:r>
          </w:p>
        </w:tc>
        <w:tc>
          <w:tcPr>
            <w:tcW w:type="dxa" w:w="1080"/>
          </w:tcPr>
          <w:p>
            <w:r>
              <w:t>水文学</w:t>
            </w:r>
          </w:p>
        </w:tc>
        <w:tc>
          <w:tcPr>
            <w:tcW w:type="dxa" w:w="1080"/>
          </w:tcPr>
          <w:p>
            <w:r>
              <w:t>2GS21405</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34</w:t>
            </w:r>
          </w:p>
        </w:tc>
        <w:tc>
          <w:tcPr>
            <w:tcW w:type="dxa" w:w="1080"/>
          </w:tcPr>
          <w:p>
            <w:r>
              <w:t>地貌学</w:t>
            </w:r>
          </w:p>
        </w:tc>
        <w:tc>
          <w:tcPr>
            <w:tcW w:type="dxa" w:w="1080"/>
          </w:tcPr>
          <w:p>
            <w:r>
              <w:t>2GS21406</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35</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39</w:t>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40</w:t>
            </w:r>
          </w:p>
        </w:tc>
        <w:tc>
          <w:tcPr>
            <w:tcW w:type="dxa" w:w="1080"/>
          </w:tcPr>
          <w:p>
            <w:r>
              <w:t>区域分析方法</w:t>
            </w:r>
          </w:p>
        </w:tc>
        <w:tc>
          <w:tcPr>
            <w:tcW w:type="dxa" w:w="1080"/>
          </w:tcPr>
          <w:p>
            <w:r>
              <w:t>2GS21307</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41</w:t>
            </w:r>
          </w:p>
        </w:tc>
        <w:tc>
          <w:tcPr>
            <w:tcW w:type="dxa" w:w="1080"/>
          </w:tcPr>
          <w:p>
            <w:r>
              <w:t>遥感概论B</w:t>
            </w:r>
          </w:p>
        </w:tc>
        <w:tc>
          <w:tcPr>
            <w:tcW w:type="dxa" w:w="1080"/>
          </w:tcPr>
          <w:p>
            <w:r>
              <w:t>2GS21310</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42</w:t>
            </w:r>
          </w:p>
        </w:tc>
        <w:tc>
          <w:tcPr>
            <w:tcW w:type="dxa" w:w="1080"/>
          </w:tcPr>
          <w:p>
            <w:r>
              <w:t>计量地理学A</w:t>
            </w:r>
          </w:p>
        </w:tc>
        <w:tc>
          <w:tcPr>
            <w:tcW w:type="dxa" w:w="1080"/>
          </w:tcPr>
          <w:p>
            <w:r>
              <w:t>2GS21316</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43</w:t>
            </w:r>
          </w:p>
        </w:tc>
        <w:tc>
          <w:tcPr>
            <w:tcW w:type="dxa" w:w="1080"/>
          </w:tcPr>
          <w:p>
            <w:r>
              <w:t>植物地理学</w:t>
            </w:r>
          </w:p>
        </w:tc>
        <w:tc>
          <w:tcPr>
            <w:tcW w:type="dxa" w:w="1080"/>
          </w:tcPr>
          <w:p>
            <w:r>
              <w:t>2GS21407</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44</w:t>
            </w:r>
          </w:p>
        </w:tc>
        <w:tc>
          <w:tcPr>
            <w:tcW w:type="dxa" w:w="1080"/>
          </w:tcPr>
          <w:p>
            <w:r>
              <w:t>土壤地理学</w:t>
            </w:r>
          </w:p>
        </w:tc>
        <w:tc>
          <w:tcPr>
            <w:tcW w:type="dxa" w:w="1080"/>
          </w:tcPr>
          <w:p>
            <w:r>
              <w:t>2GS21408</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45</w:t>
            </w:r>
          </w:p>
        </w:tc>
        <w:tc>
          <w:tcPr>
            <w:tcW w:type="dxa" w:w="1080"/>
          </w:tcPr>
          <w:p>
            <w:r>
              <w:t>人文地理实习</w:t>
            </w:r>
          </w:p>
        </w:tc>
        <w:tc>
          <w:tcPr>
            <w:tcW w:type="dxa" w:w="1080"/>
          </w:tcPr>
          <w:p>
            <w:r>
              <w:t>2GS21413</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46</w:t>
            </w:r>
          </w:p>
        </w:tc>
        <w:tc>
          <w:tcPr>
            <w:tcW w:type="dxa" w:w="1080"/>
          </w:tcPr>
          <w:p>
            <w:r>
              <w:t>中学课程标准与教材分析</w:t>
            </w:r>
          </w:p>
        </w:tc>
        <w:tc>
          <w:tcPr>
            <w:tcW w:type="dxa" w:w="1080"/>
          </w:tcPr>
          <w:p>
            <w:r>
              <w:t>2GS21414</w:t>
            </w:r>
          </w:p>
        </w:tc>
        <w:tc>
          <w:tcPr>
            <w:tcW w:type="dxa" w:w="1080"/>
          </w:tcPr>
          <w:p>
            <w:r>
              <w:t>2</w:t>
            </w:r>
          </w:p>
        </w:tc>
        <w:tc>
          <w:tcPr>
            <w:tcW w:type="dxa" w:w="1080"/>
          </w:tcPr>
          <w:p>
            <w:r>
              <w:t>教师教育必修课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47</w:t>
            </w:r>
          </w:p>
        </w:tc>
        <w:tc>
          <w:tcPr>
            <w:tcW w:type="dxa" w:w="1080"/>
          </w:tcPr>
          <w:p>
            <w:r>
              <w:t>教育见习一</w:t>
            </w:r>
          </w:p>
        </w:tc>
        <w:tc>
          <w:tcPr>
            <w:tcW w:type="dxa" w:w="1080"/>
          </w:tcPr>
          <w:p>
            <w:r>
              <w:t>2GS21418</w:t>
            </w:r>
          </w:p>
        </w:tc>
        <w:tc>
          <w:tcPr>
            <w:tcW w:type="dxa" w:w="1080"/>
          </w:tcPr>
          <w:p>
            <w:r>
              <w:t>1</w:t>
            </w:r>
          </w:p>
        </w:tc>
        <w:tc>
          <w:tcPr>
            <w:tcW w:type="dxa" w:w="1080"/>
          </w:tcPr>
          <w:p>
            <w:r>
              <w:t>教师教育必修课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48</w:t>
            </w:r>
          </w:p>
        </w:tc>
        <w:tc>
          <w:tcPr>
            <w:tcW w:type="dxa" w:w="1080"/>
          </w:tcPr>
          <w:p>
            <w:r>
              <w:t>地理教学论</w:t>
            </w:r>
          </w:p>
        </w:tc>
        <w:tc>
          <w:tcPr>
            <w:tcW w:type="dxa" w:w="1080"/>
          </w:tcPr>
          <w:p>
            <w:r>
              <w:t>2GS21420</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49</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50</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51</w:t>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52</w:t>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53</w:t>
            </w:r>
          </w:p>
        </w:tc>
        <w:tc>
          <w:tcPr>
            <w:tcW w:type="dxa" w:w="1080"/>
          </w:tcPr>
          <w:p>
            <w:r>
              <w:t>劳动教育实践</w:t>
            </w:r>
          </w:p>
        </w:tc>
        <w:tc>
          <w:tcPr>
            <w:tcW w:type="dxa" w:w="1080"/>
          </w:tcPr>
          <w:p>
            <w:r>
              <w:t>2GS21224</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54</w:t>
            </w:r>
          </w:p>
        </w:tc>
        <w:tc>
          <w:tcPr>
            <w:tcW w:type="dxa" w:w="1080"/>
          </w:tcPr>
          <w:p>
            <w:r>
              <w:t>中国地理</w:t>
            </w:r>
          </w:p>
        </w:tc>
        <w:tc>
          <w:tcPr>
            <w:tcW w:type="dxa" w:w="1080"/>
          </w:tcPr>
          <w:p>
            <w:r>
              <w:t>2GS21409</w:t>
            </w:r>
          </w:p>
        </w:tc>
        <w:tc>
          <w:tcPr>
            <w:tcW w:type="dxa" w:w="1080"/>
          </w:tcPr>
          <w:p>
            <w:r>
              <w:t>4</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55</w:t>
            </w:r>
          </w:p>
        </w:tc>
        <w:tc>
          <w:tcPr>
            <w:tcW w:type="dxa" w:w="1080"/>
          </w:tcPr>
          <w:p>
            <w:r>
              <w:t>世界地理</w:t>
            </w:r>
          </w:p>
        </w:tc>
        <w:tc>
          <w:tcPr>
            <w:tcW w:type="dxa" w:w="1080"/>
          </w:tcPr>
          <w:p>
            <w:r>
              <w:t>2GS21410</w:t>
            </w:r>
          </w:p>
        </w:tc>
        <w:tc>
          <w:tcPr>
            <w:tcW w:type="dxa" w:w="1080"/>
          </w:tcPr>
          <w:p>
            <w:r>
              <w:t>4</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56</w:t>
            </w:r>
          </w:p>
        </w:tc>
        <w:tc>
          <w:tcPr>
            <w:tcW w:type="dxa" w:w="1080"/>
          </w:tcPr>
          <w:p>
            <w:r>
              <w:t>教育见习二</w:t>
            </w:r>
          </w:p>
        </w:tc>
        <w:tc>
          <w:tcPr>
            <w:tcW w:type="dxa" w:w="1080"/>
          </w:tcPr>
          <w:p>
            <w:r>
              <w:t>2GS21419</w:t>
            </w:r>
          </w:p>
        </w:tc>
        <w:tc>
          <w:tcPr>
            <w:tcW w:type="dxa" w:w="1080"/>
          </w:tcPr>
          <w:p>
            <w:r>
              <w:t>1</w:t>
            </w:r>
          </w:p>
        </w:tc>
        <w:tc>
          <w:tcPr>
            <w:tcW w:type="dxa" w:w="1080"/>
          </w:tcPr>
          <w:p>
            <w:r>
              <w:t>教师教育必修课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57</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59</w:t>
            </w:r>
          </w:p>
        </w:tc>
        <w:tc>
          <w:tcPr>
            <w:tcW w:type="dxa" w:w="1080"/>
          </w:tcPr>
          <w:p>
            <w:r>
              <w:t>区域地理综合实习</w:t>
            </w:r>
          </w:p>
        </w:tc>
        <w:tc>
          <w:tcPr>
            <w:tcW w:type="dxa" w:w="1080"/>
          </w:tcPr>
          <w:p>
            <w:r>
              <w:t>2GS21415</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60</w:t>
            </w:r>
          </w:p>
        </w:tc>
        <w:tc>
          <w:tcPr>
            <w:tcW w:type="dxa" w:w="1080"/>
          </w:tcPr>
          <w:p>
            <w:r>
              <w:t>教育研习</w:t>
            </w:r>
          </w:p>
        </w:tc>
        <w:tc>
          <w:tcPr>
            <w:tcW w:type="dxa" w:w="1080"/>
          </w:tcPr>
          <w:p>
            <w:r>
              <w:t>2GS21421</w:t>
            </w:r>
          </w:p>
        </w:tc>
        <w:tc>
          <w:tcPr>
            <w:tcW w:type="dxa" w:w="1080"/>
          </w:tcPr>
          <w:p>
            <w:r>
              <w:t>1</w:t>
            </w:r>
          </w:p>
        </w:tc>
        <w:tc>
          <w:tcPr>
            <w:tcW w:type="dxa" w:w="1080"/>
          </w:tcPr>
          <w:p>
            <w:r>
              <w:t>教师教育必修课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61</w:t>
            </w:r>
          </w:p>
        </w:tc>
        <w:tc>
          <w:tcPr>
            <w:tcW w:type="dxa" w:w="1080"/>
          </w:tcPr>
          <w:p>
            <w:r>
              <w:t>教育实习</w:t>
            </w:r>
          </w:p>
        </w:tc>
        <w:tc>
          <w:tcPr>
            <w:tcW w:type="dxa" w:w="1080"/>
          </w:tcPr>
          <w:p>
            <w:r>
              <w:t>2GS21422</w:t>
            </w:r>
          </w:p>
        </w:tc>
        <w:tc>
          <w:tcPr>
            <w:tcW w:type="dxa" w:w="1080"/>
          </w:tcPr>
          <w:p>
            <w:r>
              <w:t>6</w:t>
            </w:r>
          </w:p>
        </w:tc>
        <w:tc>
          <w:tcPr>
            <w:tcW w:type="dxa" w:w="1080"/>
          </w:tcPr>
          <w:p>
            <w:r>
              <w:t>教师教育必修课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专业：地理信息科学</w:t>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测量学A</w:t>
            </w:r>
          </w:p>
        </w:tc>
        <w:tc>
          <w:tcPr>
            <w:tcW w:type="dxa" w:w="1080"/>
          </w:tcPr>
          <w:p>
            <w:r>
              <w:t>2GS21001</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6</w:t>
            </w:r>
          </w:p>
        </w:tc>
        <w:tc>
          <w:tcPr>
            <w:tcW w:type="dxa" w:w="1080"/>
          </w:tcPr>
          <w:p>
            <w:r>
              <w:t>地学编程基础</w:t>
            </w:r>
          </w:p>
        </w:tc>
        <w:tc>
          <w:tcPr>
            <w:tcW w:type="dxa" w:w="1080"/>
          </w:tcPr>
          <w:p>
            <w:r>
              <w:t>2GS21103</w:t>
            </w:r>
          </w:p>
        </w:tc>
        <w:tc>
          <w:tcPr>
            <w:tcW w:type="dxa" w:w="1080"/>
          </w:tcPr>
          <w:p>
            <w:r>
              <w:t>4</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7</w:t>
            </w:r>
          </w:p>
        </w:tc>
        <w:tc>
          <w:tcPr>
            <w:tcW w:type="dxa" w:w="1080"/>
          </w:tcPr>
          <w:p>
            <w:r>
              <w:t>自然地理学B</w:t>
            </w:r>
          </w:p>
        </w:tc>
        <w:tc>
          <w:tcPr>
            <w:tcW w:type="dxa" w:w="1080"/>
          </w:tcPr>
          <w:p>
            <w:r>
              <w:t>2GS21203</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8</w:t>
            </w:r>
          </w:p>
        </w:tc>
        <w:tc>
          <w:tcPr>
            <w:tcW w:type="dxa" w:w="1080"/>
          </w:tcPr>
          <w:p>
            <w:r>
              <w:t>地理信息科学导论</w:t>
            </w:r>
          </w:p>
        </w:tc>
        <w:tc>
          <w:tcPr>
            <w:tcW w:type="dxa" w:w="1080"/>
          </w:tcPr>
          <w:p>
            <w:r>
              <w:t>2GS21208</w:t>
            </w:r>
          </w:p>
        </w:tc>
        <w:tc>
          <w:tcPr>
            <w:tcW w:type="dxa" w:w="1080"/>
          </w:tcPr>
          <w:p>
            <w:r>
              <w:t>0.5</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9</w:t>
            </w:r>
          </w:p>
        </w:tc>
        <w:tc>
          <w:tcPr>
            <w:tcW w:type="dxa" w:w="1080"/>
          </w:tcPr>
          <w:p>
            <w:r>
              <w:t>地球科学概论</w:t>
            </w:r>
          </w:p>
        </w:tc>
        <w:tc>
          <w:tcPr>
            <w:tcW w:type="dxa" w:w="1080"/>
          </w:tcPr>
          <w:p>
            <w:r>
              <w:t>2GS21301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1</w:t>
            </w:r>
          </w:p>
        </w:tc>
      </w:tr>
      <w:tr>
        <w:tc>
          <w:tcPr>
            <w:tcW w:type="dxa" w:w="1080"/>
          </w:tcPr>
          <w:p>
            <w:r>
              <w:t>10</w:t>
            </w:r>
          </w:p>
        </w:tc>
        <w:tc>
          <w:tcPr>
            <w:tcW w:type="dxa" w:w="1080"/>
          </w:tcPr>
          <w:p>
            <w:r>
              <w:t>高等数学B(一)</w:t>
            </w:r>
          </w:p>
        </w:tc>
        <w:tc>
          <w:tcPr>
            <w:tcW w:type="dxa" w:w="1080"/>
          </w:tcPr>
          <w:p>
            <w:r>
              <w:t>2MA11003</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测量实习</w:t>
            </w:r>
          </w:p>
        </w:tc>
        <w:tc>
          <w:tcPr>
            <w:tcW w:type="dxa" w:w="1080"/>
          </w:tcPr>
          <w:p>
            <w:r>
              <w:t>2GS21011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17</w:t>
            </w:r>
          </w:p>
        </w:tc>
        <w:tc>
          <w:tcPr>
            <w:tcW w:type="dxa" w:w="1080"/>
          </w:tcPr>
          <w:p>
            <w:r>
              <w:t>地图学A</w:t>
            </w:r>
          </w:p>
        </w:tc>
        <w:tc>
          <w:tcPr>
            <w:tcW w:type="dxa" w:w="1080"/>
          </w:tcPr>
          <w:p>
            <w:r>
              <w:t>2GS21204</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18</w:t>
            </w:r>
          </w:p>
        </w:tc>
        <w:tc>
          <w:tcPr>
            <w:tcW w:type="dxa" w:w="1080"/>
          </w:tcPr>
          <w:p>
            <w:r>
              <w:t>地理信息系统原理A</w:t>
            </w:r>
          </w:p>
        </w:tc>
        <w:tc>
          <w:tcPr>
            <w:tcW w:type="dxa" w:w="1080"/>
          </w:tcPr>
          <w:p>
            <w:r>
              <w:t>2GS21205</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19</w:t>
            </w:r>
          </w:p>
        </w:tc>
        <w:tc>
          <w:tcPr>
            <w:tcW w:type="dxa" w:w="1080"/>
          </w:tcPr>
          <w:p>
            <w:r>
              <w:t>面向对象的程序设计</w:t>
            </w:r>
          </w:p>
        </w:tc>
        <w:tc>
          <w:tcPr>
            <w:tcW w:type="dxa" w:w="1080"/>
          </w:tcPr>
          <w:p>
            <w:r>
              <w:t>2GS21209</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20</w:t>
            </w:r>
          </w:p>
        </w:tc>
        <w:tc>
          <w:tcPr>
            <w:tcW w:type="dxa" w:w="1080"/>
          </w:tcPr>
          <w:p>
            <w:r>
              <w:t>科学计算语言基础</w:t>
            </w:r>
          </w:p>
        </w:tc>
        <w:tc>
          <w:tcPr>
            <w:tcW w:type="dxa" w:w="1080"/>
          </w:tcPr>
          <w:p>
            <w:r>
              <w:t>2GS21210</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21</w:t>
            </w:r>
          </w:p>
        </w:tc>
        <w:tc>
          <w:tcPr>
            <w:tcW w:type="dxa" w:w="1080"/>
          </w:tcPr>
          <w:p>
            <w:r>
              <w:t>自然地理野外实习</w:t>
            </w:r>
          </w:p>
        </w:tc>
        <w:tc>
          <w:tcPr>
            <w:tcW w:type="dxa" w:w="1080"/>
          </w:tcPr>
          <w:p>
            <w:r>
              <w:t>2GS21219</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22</w:t>
            </w:r>
          </w:p>
        </w:tc>
        <w:tc>
          <w:tcPr>
            <w:tcW w:type="dxa" w:w="1080"/>
          </w:tcPr>
          <w:p>
            <w:r>
              <w:t>空间数据采集与管理实践</w:t>
            </w:r>
          </w:p>
        </w:tc>
        <w:tc>
          <w:tcPr>
            <w:tcW w:type="dxa" w:w="1080"/>
          </w:tcPr>
          <w:p>
            <w:r>
              <w:t>2GS21220</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23</w:t>
            </w:r>
          </w:p>
        </w:tc>
        <w:tc>
          <w:tcPr>
            <w:tcW w:type="dxa" w:w="1080"/>
          </w:tcPr>
          <w:p>
            <w:r>
              <w:t>高等数学B(二)</w:t>
            </w:r>
          </w:p>
        </w:tc>
        <w:tc>
          <w:tcPr>
            <w:tcW w:type="dxa" w:w="1080"/>
          </w:tcPr>
          <w:p>
            <w:r>
              <w:t>2MA11004</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24</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25</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27</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28</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29</w:t>
            </w:r>
          </w:p>
        </w:tc>
        <w:tc>
          <w:tcPr>
            <w:tcW w:type="dxa" w:w="1080"/>
          </w:tcPr>
          <w:p>
            <w:r>
              <w:t>人文地理学B</w:t>
            </w:r>
          </w:p>
        </w:tc>
        <w:tc>
          <w:tcPr>
            <w:tcW w:type="dxa" w:w="1080"/>
          </w:tcPr>
          <w:p>
            <w:r>
              <w:t>2GS21206</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30</w:t>
            </w:r>
          </w:p>
        </w:tc>
        <w:tc>
          <w:tcPr>
            <w:tcW w:type="dxa" w:w="1080"/>
          </w:tcPr>
          <w:p>
            <w:r>
              <w:t>遥感概论A</w:t>
            </w:r>
          </w:p>
        </w:tc>
        <w:tc>
          <w:tcPr>
            <w:tcW w:type="dxa" w:w="1080"/>
          </w:tcPr>
          <w:p>
            <w:r>
              <w:t>2GS21207</w:t>
            </w:r>
          </w:p>
        </w:tc>
        <w:tc>
          <w:tcPr>
            <w:tcW w:type="dxa" w:w="1080"/>
          </w:tcPr>
          <w:p>
            <w:r>
              <w:t>3.5</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31</w:t>
            </w:r>
          </w:p>
        </w:tc>
        <w:tc>
          <w:tcPr>
            <w:tcW w:type="dxa" w:w="1080"/>
          </w:tcPr>
          <w:p>
            <w:r>
              <w:t>数据库原理与应用</w:t>
            </w:r>
          </w:p>
        </w:tc>
        <w:tc>
          <w:tcPr>
            <w:tcW w:type="dxa" w:w="1080"/>
          </w:tcPr>
          <w:p>
            <w:r>
              <w:t>2GS21211</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32</w:t>
            </w:r>
          </w:p>
        </w:tc>
        <w:tc>
          <w:tcPr>
            <w:tcW w:type="dxa" w:w="1080"/>
          </w:tcPr>
          <w:p>
            <w:r>
              <w:t>GIS地图制图</w:t>
            </w:r>
          </w:p>
        </w:tc>
        <w:tc>
          <w:tcPr>
            <w:tcW w:type="dxa" w:w="1080"/>
          </w:tcPr>
          <w:p>
            <w:r>
              <w:t>2GS21212</w:t>
            </w:r>
          </w:p>
        </w:tc>
        <w:tc>
          <w:tcPr>
            <w:tcW w:type="dxa" w:w="1080"/>
          </w:tcPr>
          <w:p>
            <w:r>
              <w:t>2.5</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33</w:t>
            </w:r>
          </w:p>
        </w:tc>
        <w:tc>
          <w:tcPr>
            <w:tcW w:type="dxa" w:w="1080"/>
          </w:tcPr>
          <w:p>
            <w:r>
              <w:t>Web程序设计原理与应用</w:t>
            </w:r>
          </w:p>
        </w:tc>
        <w:tc>
          <w:tcPr>
            <w:tcW w:type="dxa" w:w="1080"/>
          </w:tcPr>
          <w:p>
            <w:r>
              <w:t>2GS21213</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34</w:t>
            </w:r>
          </w:p>
        </w:tc>
        <w:tc>
          <w:tcPr>
            <w:tcW w:type="dxa" w:w="1080"/>
          </w:tcPr>
          <w:p>
            <w:r>
              <w:t>GIS空间分析</w:t>
            </w:r>
          </w:p>
        </w:tc>
        <w:tc>
          <w:tcPr>
            <w:tcW w:type="dxa" w:w="1080"/>
          </w:tcPr>
          <w:p>
            <w:r>
              <w:t>2GS21214</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35</w:t>
            </w:r>
          </w:p>
        </w:tc>
        <w:tc>
          <w:tcPr>
            <w:tcW w:type="dxa" w:w="1080"/>
          </w:tcPr>
          <w:p>
            <w:r>
              <w:t>GIS空间分析实习</w:t>
            </w:r>
          </w:p>
        </w:tc>
        <w:tc>
          <w:tcPr>
            <w:tcW w:type="dxa" w:w="1080"/>
          </w:tcPr>
          <w:p>
            <w:r>
              <w:t>2GS21221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1</w:t>
            </w:r>
          </w:p>
        </w:tc>
      </w:tr>
      <w:tr>
        <w:tc>
          <w:tcPr>
            <w:tcW w:type="dxa" w:w="1080"/>
          </w:tcPr>
          <w:p>
            <w:r>
              <w:t>36</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38</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39</w:t>
            </w:r>
          </w:p>
        </w:tc>
        <w:tc>
          <w:tcPr>
            <w:tcW w:type="dxa" w:w="1080"/>
          </w:tcPr>
          <w:p>
            <w:r>
              <w:t>空间数据结构</w:t>
            </w:r>
          </w:p>
        </w:tc>
        <w:tc>
          <w:tcPr>
            <w:tcW w:type="dxa" w:w="1080"/>
          </w:tcPr>
          <w:p>
            <w:r>
              <w:t>2GS21215</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40</w:t>
            </w:r>
          </w:p>
        </w:tc>
        <w:tc>
          <w:tcPr>
            <w:tcW w:type="dxa" w:w="1080"/>
          </w:tcPr>
          <w:p>
            <w:r>
              <w:t>专业生产实习</w:t>
            </w:r>
          </w:p>
        </w:tc>
        <w:tc>
          <w:tcPr>
            <w:tcW w:type="dxa" w:w="1080"/>
          </w:tcPr>
          <w:p>
            <w:r>
              <w:t>2GS21223</w:t>
            </w:r>
          </w:p>
        </w:tc>
        <w:tc>
          <w:tcPr>
            <w:tcW w:type="dxa" w:w="1080"/>
          </w:tcPr>
          <w:p>
            <w:r>
              <w:t>6</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41</w:t>
            </w:r>
          </w:p>
        </w:tc>
        <w:tc>
          <w:tcPr>
            <w:tcW w:type="dxa" w:w="1080"/>
          </w:tcPr>
          <w:p>
            <w:r>
              <w:t>概率论与数理统计B</w:t>
            </w:r>
          </w:p>
        </w:tc>
        <w:tc>
          <w:tcPr>
            <w:tcW w:type="dxa" w:w="1080"/>
          </w:tcPr>
          <w:p>
            <w:r>
              <w:t>2MA11014</w:t>
            </w:r>
          </w:p>
        </w:tc>
        <w:tc>
          <w:tcPr>
            <w:tcW w:type="dxa" w:w="1080"/>
          </w:tcPr>
          <w:p>
            <w:r>
              <w:t>3</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42</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43</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44</w:t>
            </w:r>
          </w:p>
        </w:tc>
        <w:tc>
          <w:tcPr>
            <w:tcW w:type="dxa" w:w="1080"/>
          </w:tcPr>
          <w:p>
            <w:r>
              <w:t>遥感数字图像处理</w:t>
            </w:r>
          </w:p>
        </w:tc>
        <w:tc>
          <w:tcPr>
            <w:tcW w:type="dxa" w:w="1080"/>
          </w:tcPr>
          <w:p>
            <w:r>
              <w:t>2GS21216</w:t>
            </w:r>
          </w:p>
        </w:tc>
        <w:tc>
          <w:tcPr>
            <w:tcW w:type="dxa" w:w="1080"/>
          </w:tcPr>
          <w:p>
            <w:r>
              <w:t>2.5</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45</w:t>
            </w:r>
          </w:p>
        </w:tc>
        <w:tc>
          <w:tcPr>
            <w:tcW w:type="dxa" w:w="1080"/>
          </w:tcPr>
          <w:p>
            <w:r>
              <w:t>卫星导航定位技术应用</w:t>
            </w:r>
          </w:p>
        </w:tc>
        <w:tc>
          <w:tcPr>
            <w:tcW w:type="dxa" w:w="1080"/>
          </w:tcPr>
          <w:p>
            <w:r>
              <w:t>2GS21217</w:t>
            </w:r>
          </w:p>
        </w:tc>
        <w:tc>
          <w:tcPr>
            <w:tcW w:type="dxa" w:w="1080"/>
          </w:tcPr>
          <w:p>
            <w:r>
              <w:t>3</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46</w:t>
            </w:r>
          </w:p>
        </w:tc>
        <w:tc>
          <w:tcPr>
            <w:tcW w:type="dxa" w:w="1080"/>
          </w:tcPr>
          <w:p>
            <w:r>
              <w:t>遥感大数据分析与应用</w:t>
            </w:r>
          </w:p>
        </w:tc>
        <w:tc>
          <w:tcPr>
            <w:tcW w:type="dxa" w:w="1080"/>
          </w:tcPr>
          <w:p>
            <w:r>
              <w:t>2GS21218</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47</w:t>
            </w:r>
          </w:p>
        </w:tc>
        <w:tc>
          <w:tcPr>
            <w:tcW w:type="dxa" w:w="1080"/>
          </w:tcPr>
          <w:p>
            <w:r>
              <w:t>卫星导航定位技术应用实习</w:t>
            </w:r>
          </w:p>
        </w:tc>
        <w:tc>
          <w:tcPr>
            <w:tcW w:type="dxa" w:w="1080"/>
          </w:tcPr>
          <w:p>
            <w:r>
              <w:t>2GS21222</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48</w:t>
            </w:r>
          </w:p>
        </w:tc>
        <w:tc>
          <w:tcPr>
            <w:tcW w:type="dxa" w:w="1080"/>
          </w:tcPr>
          <w:p>
            <w:r>
              <w:t>劳动教育实践</w:t>
            </w:r>
          </w:p>
        </w:tc>
        <w:tc>
          <w:tcPr>
            <w:tcW w:type="dxa" w:w="1080"/>
          </w:tcPr>
          <w:p>
            <w:r>
              <w:t>2GS21224</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49</w:t>
            </w:r>
          </w:p>
        </w:tc>
        <w:tc>
          <w:tcPr>
            <w:tcW w:type="dxa" w:w="1080"/>
          </w:tcPr>
          <w:p>
            <w:r>
              <w:t>GIS应用开发</w:t>
            </w:r>
          </w:p>
        </w:tc>
        <w:tc>
          <w:tcPr>
            <w:tcW w:type="dxa" w:w="1080"/>
          </w:tcPr>
          <w:p>
            <w:r>
              <w:t>2GS22201</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50</w:t>
            </w:r>
          </w:p>
        </w:tc>
        <w:tc>
          <w:tcPr>
            <w:tcW w:type="dxa" w:w="1080"/>
          </w:tcPr>
          <w:p>
            <w:r>
              <w:t>GIS算法基础</w:t>
            </w:r>
          </w:p>
        </w:tc>
        <w:tc>
          <w:tcPr>
            <w:tcW w:type="dxa" w:w="1080"/>
          </w:tcPr>
          <w:p>
            <w:r>
              <w:t>2GS22202</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51</w:t>
            </w:r>
          </w:p>
        </w:tc>
        <w:tc>
          <w:tcPr>
            <w:tcW w:type="dxa" w:w="1080"/>
          </w:tcPr>
          <w:p>
            <w:r>
              <w:t>专题地图设计</w:t>
            </w:r>
          </w:p>
        </w:tc>
        <w:tc>
          <w:tcPr>
            <w:tcW w:type="dxa" w:w="1080"/>
          </w:tcPr>
          <w:p>
            <w:r>
              <w:t>2GS22206</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52</w:t>
            </w:r>
          </w:p>
        </w:tc>
        <w:tc>
          <w:tcPr>
            <w:tcW w:type="dxa" w:w="1080"/>
          </w:tcPr>
          <w:p>
            <w:r>
              <w:t>摄影测量学B</w:t>
            </w:r>
          </w:p>
        </w:tc>
        <w:tc>
          <w:tcPr>
            <w:tcW w:type="dxa" w:w="1080"/>
          </w:tcPr>
          <w:p>
            <w:r>
              <w:t>2GS22207</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1</w:t>
            </w:r>
          </w:p>
        </w:tc>
      </w:tr>
      <w:tr>
        <w:tc>
          <w:tcPr>
            <w:tcW w:type="dxa" w:w="1080"/>
          </w:tcPr>
          <w:p>
            <w:r>
              <w:t>53</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54</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55</w:t>
            </w:r>
          </w:p>
        </w:tc>
        <w:tc>
          <w:tcPr>
            <w:tcW w:type="dxa" w:w="1080"/>
          </w:tcPr>
          <w:p>
            <w:r>
              <w:t>区域分析方法</w:t>
            </w:r>
          </w:p>
        </w:tc>
        <w:tc>
          <w:tcPr>
            <w:tcW w:type="dxa" w:w="1080"/>
          </w:tcPr>
          <w:p>
            <w:r>
              <w:t>2GS21307</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56</w:t>
            </w:r>
          </w:p>
        </w:tc>
        <w:tc>
          <w:tcPr>
            <w:tcW w:type="dxa" w:w="1080"/>
          </w:tcPr>
          <w:p>
            <w:r>
              <w:t>地理信息服务</w:t>
            </w:r>
          </w:p>
        </w:tc>
        <w:tc>
          <w:tcPr>
            <w:tcW w:type="dxa" w:w="1080"/>
          </w:tcPr>
          <w:p>
            <w:r>
              <w:t>2GS22203</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57</w:t>
            </w:r>
          </w:p>
        </w:tc>
        <w:tc>
          <w:tcPr>
            <w:tcW w:type="dxa" w:w="1080"/>
          </w:tcPr>
          <w:p>
            <w:r>
              <w:t>地理信息系统设计与应用</w:t>
            </w:r>
          </w:p>
        </w:tc>
        <w:tc>
          <w:tcPr>
            <w:tcW w:type="dxa" w:w="1080"/>
          </w:tcPr>
          <w:p>
            <w:r>
              <w:t>2GS22204</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58</w:t>
            </w:r>
          </w:p>
        </w:tc>
        <w:tc>
          <w:tcPr>
            <w:tcW w:type="dxa" w:w="1080"/>
          </w:tcPr>
          <w:p>
            <w:r>
              <w:t>GIS开发实践</w:t>
            </w:r>
          </w:p>
        </w:tc>
        <w:tc>
          <w:tcPr>
            <w:tcW w:type="dxa" w:w="1080"/>
          </w:tcPr>
          <w:p>
            <w:r>
              <w:t>2GS22205</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59</w:t>
            </w:r>
          </w:p>
        </w:tc>
        <w:tc>
          <w:tcPr>
            <w:tcW w:type="dxa" w:w="1080"/>
          </w:tcPr>
          <w:p>
            <w:r>
              <w:t>遥感地学分析</w:t>
            </w:r>
          </w:p>
        </w:tc>
        <w:tc>
          <w:tcPr>
            <w:tcW w:type="dxa" w:w="1080"/>
          </w:tcPr>
          <w:p>
            <w:r>
              <w:t>2GS22208</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60</w:t>
            </w:r>
          </w:p>
        </w:tc>
        <w:tc>
          <w:tcPr>
            <w:tcW w:type="dxa" w:w="1080"/>
          </w:tcPr>
          <w:p>
            <w:r>
              <w:t>三维地理信息系统</w:t>
            </w:r>
          </w:p>
        </w:tc>
        <w:tc>
          <w:tcPr>
            <w:tcW w:type="dxa" w:w="1080"/>
          </w:tcPr>
          <w:p>
            <w:r>
              <w:t>2GS22209</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61</w:t>
            </w:r>
          </w:p>
        </w:tc>
        <w:tc>
          <w:tcPr>
            <w:tcW w:type="dxa" w:w="1080"/>
          </w:tcPr>
          <w:p>
            <w:r>
              <w:t>GIS应用实践</w:t>
            </w:r>
          </w:p>
        </w:tc>
        <w:tc>
          <w:tcPr>
            <w:tcW w:type="dxa" w:w="1080"/>
          </w:tcPr>
          <w:p>
            <w:r>
              <w:t>2GS22210</w:t>
            </w:r>
          </w:p>
        </w:tc>
        <w:tc>
          <w:tcPr>
            <w:tcW w:type="dxa" w:w="1080"/>
          </w:tcPr>
          <w:p>
            <w:r>
              <w:t>3</w:t>
            </w:r>
          </w:p>
        </w:tc>
        <w:tc>
          <w:tcPr>
            <w:tcW w:type="dxa" w:w="1080"/>
          </w:tcPr>
          <w:p>
            <w:r>
              <w:t>专业限选课</w:t>
            </w:r>
          </w:p>
        </w:tc>
        <w:tc>
          <w:tcPr>
            <w:tcW w:type="dxa" w:w="1080"/>
          </w:tcPr>
          <w:p>
            <w:r>
              <w:t>地理科学与测绘工程学院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