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地理科学与测绘工程学院拟推荐2026年优秀应届本科毕业生免试攻读研究生名单公示</w:t>
      </w:r>
    </w:p>
    <w:p>
      <w:r>
        <w:t>根据《苏州科技大学推荐2026年优秀应届本科毕业生免试攻读研究生工作实施方案》及《地理科学与测绘工程学院推荐2026年优秀应届本科毕业生免试攻读研究生工作细则》，经学生本人申请，学院推免生遴选工作小组评审，现将学院2026届拟推荐免试攻读研究生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序号</w:t>
            </w:r>
          </w:p>
        </w:tc>
        <w:tc>
          <w:tcPr>
            <w:tcW w:type="dxa" w:w="720"/>
          </w:tcPr>
          <w:p>
            <w:r>
              <w:t>专业名称</w:t>
            </w:r>
          </w:p>
        </w:tc>
        <w:tc>
          <w:tcPr>
            <w:tcW w:type="dxa" w:w="720"/>
          </w:tcPr>
          <w:p>
            <w:r>
              <w:t>学生姓名</w:t>
            </w:r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学业成绩专业排名名次</w:t>
            </w:r>
          </w:p>
        </w:tc>
        <w:tc>
          <w:tcPr>
            <w:tcW w:type="dxa" w:w="720"/>
          </w:tcPr>
          <w:p>
            <w:r>
              <w:t>专业人数</w:t>
            </w:r>
          </w:p>
        </w:tc>
        <w:tc>
          <w:tcPr>
            <w:tcW w:type="dxa" w:w="720"/>
          </w:tcPr>
          <w:p>
            <w:r>
              <w:t>思想品德考核</w:t>
            </w:r>
          </w:p>
        </w:tc>
        <w:tc>
          <w:tcPr>
            <w:tcW w:type="dxa" w:w="720"/>
          </w:tcPr>
          <w:p>
            <w:r>
              <w:t>学业成绩</w:t>
            </w:r>
          </w:p>
        </w:tc>
        <w:tc>
          <w:tcPr>
            <w:tcW w:type="dxa" w:w="720"/>
          </w:tcPr>
          <w:p>
            <w:r>
              <w:t>综合素质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综合成绩排名名次</w:t>
            </w:r>
          </w:p>
        </w:tc>
        <w:tc>
          <w:tcPr>
            <w:tcW w:type="dxa" w:w="720"/>
          </w:tcPr>
          <w:p>
            <w:r>
              <w:t>推荐结果（推荐/递补）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曹子玥</w:t>
            </w:r>
          </w:p>
        </w:tc>
        <w:tc>
          <w:tcPr>
            <w:tcW w:type="dxa" w:w="720"/>
          </w:tcPr>
          <w:p>
            <w:r>
              <w:t>21200115105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90.80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72.64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樊沫含</w:t>
            </w:r>
          </w:p>
        </w:tc>
        <w:tc>
          <w:tcPr>
            <w:tcW w:type="dxa" w:w="720"/>
          </w:tcPr>
          <w:p>
            <w:r>
              <w:t>22200214103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86.78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69.42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徐佳敏</w:t>
            </w:r>
          </w:p>
        </w:tc>
        <w:tc>
          <w:tcPr>
            <w:tcW w:type="dxa" w:w="720"/>
          </w:tcPr>
          <w:p>
            <w:r>
              <w:t>22200214218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86.49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69.19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张睿涵</w:t>
            </w:r>
          </w:p>
        </w:tc>
        <w:tc>
          <w:tcPr>
            <w:tcW w:type="dxa" w:w="720"/>
          </w:tcPr>
          <w:p>
            <w:r>
              <w:t>22200214115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86.16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68.93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高熙茜</w:t>
            </w:r>
          </w:p>
        </w:tc>
        <w:tc>
          <w:tcPr>
            <w:tcW w:type="dxa" w:w="720"/>
          </w:tcPr>
          <w:p>
            <w:r>
              <w:t>22200214122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86.02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68.82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递补3</w:t>
            </w:r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地信</w:t>
            </w:r>
          </w:p>
        </w:tc>
        <w:tc>
          <w:tcPr>
            <w:tcW w:type="dxa" w:w="720"/>
          </w:tcPr>
          <w:p>
            <w:r>
              <w:t>吴欣蕊</w:t>
            </w:r>
          </w:p>
        </w:tc>
        <w:tc>
          <w:tcPr>
            <w:tcW w:type="dxa" w:w="720"/>
          </w:tcPr>
          <w:p>
            <w:r>
              <w:t>22200214208</w:t>
            </w:r>
          </w:p>
        </w:tc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85.06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68.05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递补4</w:t>
            </w:r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测绘</w:t>
            </w:r>
          </w:p>
        </w:tc>
        <w:tc>
          <w:tcPr>
            <w:tcW w:type="dxa" w:w="720"/>
          </w:tcPr>
          <w:p>
            <w:r>
              <w:t>郝星源</w:t>
            </w:r>
          </w:p>
        </w:tc>
        <w:tc>
          <w:tcPr>
            <w:tcW w:type="dxa" w:w="720"/>
          </w:tcPr>
          <w:p>
            <w:r>
              <w:t>22200115123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69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87.05</w:t>
            </w:r>
          </w:p>
        </w:tc>
        <w:tc>
          <w:tcPr>
            <w:tcW w:type="dxa" w:w="720"/>
          </w:tcPr>
          <w:p>
            <w:r>
              <w:t>6.5</w:t>
            </w:r>
          </w:p>
        </w:tc>
        <w:tc>
          <w:tcPr>
            <w:tcW w:type="dxa" w:w="720"/>
          </w:tcPr>
          <w:p>
            <w:r>
              <w:t>70.94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测绘</w:t>
            </w:r>
          </w:p>
        </w:tc>
        <w:tc>
          <w:tcPr>
            <w:tcW w:type="dxa" w:w="720"/>
          </w:tcPr>
          <w:p>
            <w:r>
              <w:t>张大为</w:t>
            </w:r>
          </w:p>
        </w:tc>
        <w:tc>
          <w:tcPr>
            <w:tcW w:type="dxa" w:w="720"/>
          </w:tcPr>
          <w:p>
            <w:r>
              <w:t>22200115224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69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82.75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66.20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地师</w:t>
            </w:r>
          </w:p>
        </w:tc>
        <w:tc>
          <w:tcPr>
            <w:tcW w:type="dxa" w:w="720"/>
          </w:tcPr>
          <w:p>
            <w:r>
              <w:t>杨凯</w:t>
            </w:r>
          </w:p>
        </w:tc>
        <w:tc>
          <w:tcPr>
            <w:tcW w:type="dxa" w:w="720"/>
          </w:tcPr>
          <w:p>
            <w:r>
              <w:t>22200222127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49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88.76</w:t>
            </w:r>
          </w:p>
        </w:tc>
        <w:tc>
          <w:tcPr>
            <w:tcW w:type="dxa" w:w="720"/>
          </w:tcPr>
          <w:p>
            <w:r>
              <w:t>30</w:t>
            </w:r>
          </w:p>
        </w:tc>
        <w:tc>
          <w:tcPr>
            <w:tcW w:type="dxa" w:w="720"/>
          </w:tcPr>
          <w:p>
            <w:r>
              <w:t>77.01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地师</w:t>
            </w:r>
          </w:p>
        </w:tc>
        <w:tc>
          <w:tcPr>
            <w:tcW w:type="dxa" w:w="720"/>
          </w:tcPr>
          <w:p>
            <w:r>
              <w:t>卢仪</w:t>
            </w:r>
          </w:p>
        </w:tc>
        <w:tc>
          <w:tcPr>
            <w:tcW w:type="dxa" w:w="720"/>
          </w:tcPr>
          <w:p>
            <w:r>
              <w:t>21200214123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49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89.49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71.59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人文</w:t>
            </w:r>
          </w:p>
        </w:tc>
        <w:tc>
          <w:tcPr>
            <w:tcW w:type="dxa" w:w="720"/>
          </w:tcPr>
          <w:p>
            <w:r>
              <w:t>唐雪艳</w:t>
            </w:r>
          </w:p>
        </w:tc>
        <w:tc>
          <w:tcPr>
            <w:tcW w:type="dxa" w:w="720"/>
          </w:tcPr>
          <w:p>
            <w:r>
              <w:t>22200215113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67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91.76</w:t>
            </w:r>
          </w:p>
        </w:tc>
        <w:tc>
          <w:tcPr>
            <w:tcW w:type="dxa" w:w="720"/>
          </w:tcPr>
          <w:p>
            <w:r>
              <w:t>1.5</w:t>
            </w:r>
          </w:p>
        </w:tc>
        <w:tc>
          <w:tcPr>
            <w:tcW w:type="dxa" w:w="720"/>
          </w:tcPr>
          <w:p>
            <w:r>
              <w:t>73.71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人文</w:t>
            </w:r>
          </w:p>
        </w:tc>
        <w:tc>
          <w:tcPr>
            <w:tcW w:type="dxa" w:w="720"/>
          </w:tcPr>
          <w:p>
            <w:r>
              <w:t>张小诗</w:t>
            </w:r>
          </w:p>
        </w:tc>
        <w:tc>
          <w:tcPr>
            <w:tcW w:type="dxa" w:w="720"/>
          </w:tcPr>
          <w:p>
            <w:r>
              <w:t>22200215109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67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90.67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72.54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13</w:t>
            </w:r>
          </w:p>
        </w:tc>
        <w:tc>
          <w:tcPr>
            <w:tcW w:type="dxa" w:w="720"/>
          </w:tcPr>
          <w:p>
            <w:r>
              <w:t>人文</w:t>
            </w:r>
          </w:p>
        </w:tc>
        <w:tc>
          <w:tcPr>
            <w:tcW w:type="dxa" w:w="720"/>
          </w:tcPr>
          <w:p>
            <w:r>
              <w:t>刘德佳</w:t>
            </w:r>
          </w:p>
        </w:tc>
        <w:tc>
          <w:tcPr>
            <w:tcW w:type="dxa" w:w="720"/>
          </w:tcPr>
          <w:p>
            <w:r>
              <w:t>22200215233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67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89.12</w:t>
            </w:r>
          </w:p>
        </w:tc>
        <w:tc>
          <w:tcPr>
            <w:tcW w:type="dxa" w:w="720"/>
          </w:tcPr>
          <w:p>
            <w:r>
              <w:t>0.9</w:t>
            </w:r>
          </w:p>
        </w:tc>
        <w:tc>
          <w:tcPr>
            <w:tcW w:type="dxa" w:w="720"/>
          </w:tcPr>
          <w:p>
            <w:r>
              <w:t>71.48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</w:tbl>
    <w:p>
      <w:r>
        <w:t>公示时间：2025年9月9日-9月11日</w:t>
      </w:r>
    </w:p>
    <w:p>
      <w:r>
        <w:t>如对上述评选结果有异议，可以通过来电、来访等形式于9月11日下午16：00时前向地理科学与测绘工程学院反映（联系人：钱老师，联系电话：0512-68094061，邮箱：karryllp123@126.com）</w:t>
      </w:r>
    </w:p>
    <w:p>
      <w:r>
        <w:t>地理科学与测绘工程学院</w:t>
      </w:r>
    </w:p>
    <w:p>
      <w:r>
        <w:t>2025年9月9日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