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苏州科技大学土木工程学院推荐2027年优秀应届本科毕业生免试攻读研究生工作细则</w:t>
      </w:r>
    </w:p>
    <w:p>
      <w:r>
        <w:t>苏州科技大学土木工程学院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组长：赵宝成、陈育民</w:t>
      </w:r>
    </w:p>
    <w:p>
      <w:r>
        <w:t>成员：潘治、蔡新江、翟相华、祝连波、范存新、朱从坤、宋旭艳</w:t>
      </w:r>
    </w:p>
    <w:p>
      <w:r>
        <w:t>咨询电话：0512-68786562申诉电话：0512-68075609</w:t>
      </w:r>
    </w:p>
    <w:p>
      <w:r>
        <w:t>邮箱：ustsCE2026@126.com</w:t>
      </w:r>
    </w:p>
    <w:p>
      <w:r>
        <w:t>二、名额分配</w:t>
      </w:r>
    </w:p>
    <w:p>
      <w:r>
        <w:t>总名额：28名</w:t>
      </w:r>
    </w:p>
    <w:p>
      <w:r>
        <w:t>名额分配如下：土木工程专业20名；工程管理专业3名；工程力学专业2名；交通工程专业1名；无机非金属材料专业2名。</w:t>
      </w:r>
    </w:p>
    <w:p>
      <w:r>
        <w:t>三、申请报名条件</w:t>
      </w:r>
    </w:p>
    <w:p>
      <w:r>
        <w:t>申请者须满足学校规定的遴选基本条件。</w:t>
      </w:r>
    </w:p>
    <w:p>
      <w:r>
        <w:t>四、申请受理时间、地点</w:t>
      </w:r>
    </w:p>
    <w:p>
      <w:r>
        <w:t>截止时间：9月2日14:30之前，提交相关表格及附件材料（纸质版），同时按照要求填写在线信息收集表。</w:t>
      </w:r>
    </w:p>
    <w:p>
      <w:r>
        <w:t>受理地点：江枫校区土木工程学院北楼104室</w:t>
      </w:r>
    </w:p>
    <w:p>
      <w:r>
        <w:t>受理人员：宫淑阳/老师、史明璐/老师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 80%+综合素质× 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土木工程学院</w:t>
      </w:r>
    </w:p>
    <w:p>
      <w:r>
        <w:t>日期：2027年8月29日</w:t>
      </w:r>
    </w:p>
    <w:p>
      <w:r>
        <w:t>附件1:苏州科技大学土木工程学院推免生综合素质单项分值设置表</w:t>
      </w:r>
    </w:p>
    <w:p>
      <w:r>
        <w:t>附件2：苏州科技大学推荐2027年优秀应届本科毕业生免试攻读研究生课程清单</w:t>
      </w:r>
    </w:p>
    <w:p>
      <w:r>
        <w:t>苏州科技大学土木工程学院推免生综合素质单项分值设置表</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类别</w:t>
            </w:r>
          </w:p>
        </w:tc>
        <w:tc>
          <w:tcPr>
            <w:tcW w:type="dxa" w:w="864"/>
          </w:tcPr>
          <w:p>
            <w:r>
              <w:t>项目等级</w:t>
            </w:r>
          </w:p>
        </w:tc>
        <w:tc>
          <w:tcPr>
            <w:tcW w:type="dxa" w:w="864"/>
          </w:tcPr>
          <w:p>
            <w:r>
              <w:t>第一等次</w:t>
            </w:r>
          </w:p>
        </w:tc>
        <w:tc>
          <w:tcPr>
            <w:tcW w:type="dxa" w:w="864"/>
          </w:tcPr>
          <w:p>
            <w:r>
              <w:t>第二等次</w:t>
            </w:r>
          </w:p>
        </w:tc>
        <w:tc>
          <w:tcPr>
            <w:tcW w:type="dxa" w:w="864"/>
          </w:tcPr>
          <w:p>
            <w:r>
              <w:t>第三等次</w:t>
            </w:r>
          </w:p>
        </w:tc>
        <w:tc>
          <w:tcPr>
            <w:tcW w:type="dxa" w:w="864"/>
          </w:tcPr>
          <w:p>
            <w:r>
              <w:t>第四等次</w:t>
            </w:r>
          </w:p>
        </w:tc>
        <w:tc>
          <w:tcPr>
            <w:tcW w:type="dxa" w:w="864"/>
          </w:tcPr>
          <w:p>
            <w:r>
              <w:t>备注</w:t>
            </w:r>
          </w:p>
        </w:tc>
        <w:tc>
          <w:tcPr>
            <w:tcW w:type="dxa" w:w="864"/>
          </w:tcPr>
          <w:p/>
        </w:tc>
        <w:tc>
          <w:tcPr>
            <w:tcW w:type="dxa" w:w="864"/>
          </w:tcPr>
          <w:p/>
        </w:tc>
        <w:tc>
          <w:tcPr>
            <w:tcW w:type="dxa" w:w="864"/>
          </w:tcPr>
          <w:p/>
        </w:tc>
      </w:tr>
      <w:tr>
        <w:tc>
          <w:tcPr>
            <w:tcW w:type="dxa" w:w="864"/>
          </w:tcPr>
          <w:p>
            <w:r>
              <w:t>学科竞赛（不超过40分）</w:t>
            </w:r>
          </w:p>
        </w:tc>
        <w:tc>
          <w:tcPr>
            <w:tcW w:type="dxa" w:w="864"/>
          </w:tcPr>
          <w:p>
            <w:r>
              <w:t>Ⅰ甲</w:t>
            </w:r>
          </w:p>
        </w:tc>
        <w:tc>
          <w:tcPr>
            <w:tcW w:type="dxa" w:w="864"/>
          </w:tcPr>
          <w:p>
            <w:r>
              <w:t>40</w:t>
            </w:r>
          </w:p>
        </w:tc>
        <w:tc>
          <w:tcPr>
            <w:tcW w:type="dxa" w:w="864"/>
          </w:tcPr>
          <w:p>
            <w:r>
              <w:t>30</w:t>
            </w:r>
          </w:p>
        </w:tc>
        <w:tc>
          <w:tcPr>
            <w:tcW w:type="dxa" w:w="864"/>
          </w:tcPr>
          <w:p>
            <w:r>
              <w:t>15</w:t>
            </w:r>
          </w:p>
        </w:tc>
        <w:tc>
          <w:tcPr>
            <w:tcW w:type="dxa" w:w="864"/>
          </w:tcPr>
          <w:p>
            <w:r>
              <w:t>5</w:t>
            </w:r>
          </w:p>
        </w:tc>
        <w:tc>
          <w:tcPr>
            <w:tcW w:type="dxa" w:w="864"/>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864"/>
          </w:tcPr>
          <w:p/>
        </w:tc>
        <w:tc>
          <w:tcPr>
            <w:tcW w:type="dxa" w:w="864"/>
          </w:tcPr>
          <w:p/>
        </w:tc>
        <w:tc>
          <w:tcPr>
            <w:tcW w:type="dxa" w:w="864"/>
          </w:tcPr>
          <w:p/>
        </w:tc>
      </w:tr>
      <w:tr>
        <w:tc>
          <w:tcPr>
            <w:tcW w:type="dxa" w:w="864"/>
          </w:tcPr>
          <w:p>
            <w:r>
              <w:t>Ⅰ乙</w:t>
            </w:r>
          </w:p>
        </w:tc>
        <w:tc>
          <w:tcPr>
            <w:tcW w:type="dxa" w:w="864"/>
          </w:tcPr>
          <w:p>
            <w:r>
              <w:t>15</w:t>
            </w:r>
          </w:p>
        </w:tc>
        <w:tc>
          <w:tcPr>
            <w:tcW w:type="dxa" w:w="864"/>
          </w:tcPr>
          <w:p>
            <w:r>
              <w:t>10</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科研成果（不超过40分）</w:t>
            </w:r>
          </w:p>
        </w:tc>
        <w:tc>
          <w:tcPr>
            <w:tcW w:type="dxa" w:w="864"/>
          </w:tcPr>
          <w:p>
            <w:r>
              <w:t>论文（不超30分）</w:t>
            </w:r>
          </w:p>
        </w:tc>
        <w:tc>
          <w:tcPr>
            <w:tcW w:type="dxa" w:w="864"/>
          </w:tcPr>
          <w:p>
            <w:r>
              <w:t>等级</w:t>
            </w:r>
          </w:p>
        </w:tc>
        <w:tc>
          <w:tcPr>
            <w:tcW w:type="dxa" w:w="864"/>
          </w:tcPr>
          <w:p>
            <w:r>
              <w:t>一类核心</w:t>
            </w:r>
          </w:p>
        </w:tc>
        <w:tc>
          <w:tcPr>
            <w:tcW w:type="dxa" w:w="864"/>
          </w:tcPr>
          <w:p>
            <w:r>
              <w:t>二类核心</w:t>
            </w:r>
          </w:p>
        </w:tc>
        <w:tc>
          <w:tcPr>
            <w:tcW w:type="dxa" w:w="864"/>
          </w:tcPr>
          <w:p>
            <w:r>
              <w:t>三类核心</w:t>
            </w:r>
          </w:p>
        </w:tc>
        <w:tc>
          <w:tcPr>
            <w:tcW w:type="dxa" w:w="864"/>
          </w:tcPr>
          <w:p>
            <w:r>
              <w:t>四类核心</w:t>
            </w:r>
          </w:p>
        </w:tc>
        <w:tc>
          <w:tcPr>
            <w:tcW w:type="dxa" w:w="864"/>
          </w:tcPr>
          <w:p>
            <w:r>
              <w:t>中文核心</w:t>
            </w:r>
          </w:p>
        </w:tc>
        <w:tc>
          <w:tcPr>
            <w:tcW w:type="dxa" w:w="86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至四类核心期刊目录参见《苏州科技大学核心期刊目录（2021修订）》，中文核心期刊指的是除上述一类至四类之外的北大《中文核心期刊要目总览》中的期刊。</w:t>
            </w:r>
          </w:p>
        </w:tc>
        <w:tc>
          <w:tcPr>
            <w:tcW w:type="dxa" w:w="864"/>
          </w:tcPr>
          <w:p/>
        </w:tc>
      </w:tr>
      <w:tr>
        <w:tc>
          <w:tcPr>
            <w:tcW w:type="dxa" w:w="864"/>
          </w:tcPr>
          <w:p>
            <w:r>
              <w:t>分值</w:t>
            </w:r>
          </w:p>
        </w:tc>
        <w:tc>
          <w:tcPr>
            <w:tcW w:type="dxa" w:w="864"/>
          </w:tcPr>
          <w:p>
            <w:r>
              <w:t>30/篇</w:t>
            </w:r>
          </w:p>
        </w:tc>
        <w:tc>
          <w:tcPr>
            <w:tcW w:type="dxa" w:w="864"/>
          </w:tcPr>
          <w:p>
            <w:r>
              <w:t>25/篇</w:t>
            </w:r>
          </w:p>
        </w:tc>
        <w:tc>
          <w:tcPr>
            <w:tcW w:type="dxa" w:w="864"/>
          </w:tcPr>
          <w:p>
            <w:r>
              <w:t>20/篇</w:t>
            </w:r>
          </w:p>
        </w:tc>
        <w:tc>
          <w:tcPr>
            <w:tcW w:type="dxa" w:w="864"/>
          </w:tcPr>
          <w:p>
            <w:r>
              <w:t>15/篇</w:t>
            </w:r>
          </w:p>
        </w:tc>
        <w:tc>
          <w:tcPr>
            <w:tcW w:type="dxa" w:w="864"/>
          </w:tcPr>
          <w:p>
            <w:r>
              <w:t>10 /篇</w:t>
            </w:r>
          </w:p>
        </w:tc>
        <w:tc>
          <w:tcPr>
            <w:tcW w:type="dxa" w:w="864"/>
          </w:tcPr>
          <w:p/>
        </w:tc>
        <w:tc>
          <w:tcPr>
            <w:tcW w:type="dxa" w:w="864"/>
          </w:tcPr>
          <w:p/>
        </w:tc>
        <w:tc>
          <w:tcPr>
            <w:tcW w:type="dxa" w:w="864"/>
          </w:tcPr>
          <w:p/>
        </w:tc>
        <w:tc>
          <w:tcPr>
            <w:tcW w:type="dxa" w:w="864"/>
          </w:tcPr>
          <w:p/>
        </w:tc>
      </w:tr>
      <w:tr>
        <w:tc>
          <w:tcPr>
            <w:tcW w:type="dxa" w:w="864"/>
          </w:tcPr>
          <w:p>
            <w:r>
              <w:t>发明专利（不超10分）</w:t>
            </w:r>
          </w:p>
        </w:tc>
        <w:tc>
          <w:tcPr>
            <w:tcW w:type="dxa" w:w="864"/>
          </w:tcPr>
          <w:p>
            <w:r>
              <w:t>国际发明专利</w:t>
            </w:r>
          </w:p>
        </w:tc>
        <w:tc>
          <w:tcPr>
            <w:tcW w:type="dxa" w:w="864"/>
          </w:tcPr>
          <w:p>
            <w:r>
              <w:t>10</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国内发明专利</w:t>
            </w:r>
          </w:p>
        </w:tc>
        <w:tc>
          <w:tcPr>
            <w:tcW w:type="dxa" w:w="864"/>
          </w:tcPr>
          <w:p>
            <w:r>
              <w:t>8</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志愿服务（不超过10分）</w:t>
            </w:r>
          </w:p>
        </w:tc>
        <w:tc>
          <w:tcPr>
            <w:tcW w:type="dxa" w:w="864"/>
          </w:tcPr>
          <w:p>
            <w:r>
              <w:t>项目等级</w:t>
            </w:r>
          </w:p>
        </w:tc>
        <w:tc>
          <w:tcPr>
            <w:tcW w:type="dxa" w:w="864"/>
          </w:tcPr>
          <w:p>
            <w:r>
              <w:t>第一等次</w:t>
            </w:r>
          </w:p>
        </w:tc>
        <w:tc>
          <w:tcPr>
            <w:tcW w:type="dxa" w:w="864"/>
          </w:tcPr>
          <w:p>
            <w:r>
              <w:t>第二等次</w:t>
            </w:r>
          </w:p>
        </w:tc>
        <w:tc>
          <w:tcPr>
            <w:tcW w:type="dxa" w:w="864"/>
          </w:tcPr>
          <w:p>
            <w:r>
              <w:t>第三等次</w:t>
            </w:r>
          </w:p>
        </w:tc>
        <w:tc>
          <w:tcPr>
            <w:tcW w:type="dxa" w:w="86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864"/>
          </w:tcPr>
          <w:p/>
        </w:tc>
        <w:tc>
          <w:tcPr>
            <w:tcW w:type="dxa" w:w="864"/>
          </w:tcPr>
          <w:p/>
        </w:tc>
        <w:tc>
          <w:tcPr>
            <w:tcW w:type="dxa" w:w="864"/>
          </w:tcPr>
          <w:p/>
        </w:tc>
        <w:tc>
          <w:tcPr>
            <w:tcW w:type="dxa" w:w="864"/>
          </w:tcPr>
          <w:p/>
        </w:tc>
      </w:tr>
      <w:tr>
        <w:tc>
          <w:tcPr>
            <w:tcW w:type="dxa" w:w="864"/>
          </w:tcPr>
          <w:p>
            <w:r>
              <w:t>国家级</w:t>
            </w:r>
          </w:p>
        </w:tc>
        <w:tc>
          <w:tcPr>
            <w:tcW w:type="dxa" w:w="864"/>
          </w:tcPr>
          <w:p>
            <w:r>
              <w:t>10</w:t>
            </w:r>
          </w:p>
        </w:tc>
        <w:tc>
          <w:tcPr>
            <w:tcW w:type="dxa" w:w="864"/>
          </w:tcPr>
          <w:p>
            <w:r>
              <w:t>7</w:t>
            </w:r>
          </w:p>
        </w:tc>
        <w:tc>
          <w:tcPr>
            <w:tcW w:type="dxa" w:w="864"/>
          </w:tcPr>
          <w:p>
            <w:r>
              <w:t>5</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省部级</w:t>
            </w:r>
          </w:p>
        </w:tc>
        <w:tc>
          <w:tcPr>
            <w:tcW w:type="dxa" w:w="864"/>
          </w:tcPr>
          <w:p>
            <w:r>
              <w:t>5</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到国际组织实习（不超过5分）</w:t>
            </w:r>
          </w:p>
        </w:tc>
        <w:tc>
          <w:tcPr>
            <w:tcW w:type="dxa" w:w="864"/>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参军入伍服兵役（不超过5分）</w:t>
            </w:r>
          </w:p>
        </w:tc>
        <w:tc>
          <w:tcPr>
            <w:tcW w:type="dxa" w:w="864"/>
          </w:tcPr>
          <w:p>
            <w:r>
              <w:t>须提供入伍批准书及退出现役证。</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苏州科技大学推荐2027年优秀应届本科毕业生免试攻读研究生课程清单</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年级：2023级</w:t>
            </w:r>
          </w:p>
        </w:tc>
        <w:tc>
          <w:tcPr>
            <w:tcW w:type="dxa" w:w="960"/>
          </w:tcPr>
          <w:p>
            <w:r>
              <w:t>专业：土木工程</w:t>
            </w:r>
          </w:p>
        </w:tc>
        <w:tc>
          <w:tcPr>
            <w:tcW w:type="dxa" w:w="960"/>
          </w:tcPr>
          <w:p>
            <w:r/>
          </w:p>
        </w:tc>
        <w:tc>
          <w:tcPr>
            <w:tcW w:type="dxa" w:w="960"/>
          </w:tcPr>
          <w:p>
            <w:r/>
          </w:p>
        </w:tc>
        <w:tc>
          <w:tcPr>
            <w:tcW w:type="dxa" w:w="960"/>
          </w:tcPr>
          <w:p>
            <w:r/>
          </w:p>
        </w:tc>
        <w:tc>
          <w:tcPr>
            <w:tcW w:type="dxa" w:w="960"/>
          </w:tcPr>
          <w:p>
            <w:r/>
          </w:p>
        </w:tc>
        <w:tc>
          <w:tcPr>
            <w:tcW w:type="dxa" w:w="960"/>
          </w:tcP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开课学院</w:t>
            </w:r>
          </w:p>
        </w:tc>
        <w:tc>
          <w:tcPr>
            <w:tcW w:type="dxa" w:w="960"/>
          </w:tcPr>
          <w:p>
            <w:r>
              <w:t>修读学年</w:t>
            </w:r>
          </w:p>
        </w:tc>
        <w:tc>
          <w:tcPr>
            <w:tcW w:type="dxa" w:w="960"/>
          </w:tcPr>
          <w:p>
            <w:r>
              <w:t>修读学期</w:t>
            </w:r>
          </w:p>
        </w:tc>
        <w:tc>
          <w:tcPr>
            <w:tcW w:type="dxa" w:w="960"/>
          </w:tcPr>
          <w:p>
            <w:r>
              <w:t>专业方向</w:t>
            </w:r>
          </w:p>
        </w:tc>
      </w:tr>
      <w:tr>
        <w:tc>
          <w:tcPr>
            <w:tcW w:type="dxa" w:w="960"/>
          </w:tcPr>
          <w:p>
            <w:r>
              <w:t>1</w:t>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t>2</w:t>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t>3</w:t>
            </w:r>
          </w:p>
        </w:tc>
        <w:tc>
          <w:tcPr>
            <w:tcW w:type="dxa" w:w="960"/>
          </w:tcPr>
          <w:p>
            <w:r>
              <w:t>土木工程概论</w:t>
            </w:r>
          </w:p>
        </w:tc>
        <w:tc>
          <w:tcPr>
            <w:tcW w:type="dxa" w:w="960"/>
          </w:tcPr>
          <w:p>
            <w:r>
              <w:t>2CE21116</w:t>
            </w:r>
          </w:p>
        </w:tc>
        <w:tc>
          <w:tcPr>
            <w:tcW w:type="dxa" w:w="960"/>
          </w:tcPr>
          <w:p>
            <w:r>
              <w:t>1.0</w:t>
            </w:r>
          </w:p>
        </w:tc>
        <w:tc>
          <w:tcPr>
            <w:tcW w:type="dxa" w:w="960"/>
          </w:tcPr>
          <w:p>
            <w:r>
              <w:t>专业必修课</w:t>
            </w:r>
          </w:p>
        </w:tc>
        <w:tc>
          <w:tcPr>
            <w:tcW w:type="dxa" w:w="960"/>
          </w:tcPr>
          <w:p>
            <w:r>
              <w:t>土木工程学院</w:t>
            </w:r>
          </w:p>
        </w:tc>
        <w:tc>
          <w:tcPr>
            <w:tcW w:type="dxa" w:w="960"/>
          </w:tcPr>
          <w:p>
            <w:r>
              <w:t>2023-2024</w:t>
            </w:r>
          </w:p>
        </w:tc>
        <w:tc>
          <w:tcPr>
            <w:tcW w:type="dxa" w:w="960"/>
          </w:tcPr>
          <w:p>
            <w:r>
              <w:t>1</w:t>
            </w:r>
          </w:p>
        </w:tc>
        <w:tc>
          <w:tcPr>
            <w:tcW w:type="dxa" w:w="960"/>
          </w:tcPr>
          <w:p>
            <w:r>
              <w:t>无方向</w:t>
            </w:r>
          </w:p>
        </w:tc>
      </w:tr>
      <w:tr>
        <w:tc>
          <w:tcPr>
            <w:tcW w:type="dxa" w:w="960"/>
          </w:tcPr>
          <w:p>
            <w:r>
              <w:t>4</w:t>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t>无方向</w:t>
            </w:r>
          </w:p>
        </w:tc>
      </w:tr>
      <w:tr>
        <w:tc>
          <w:tcPr>
            <w:tcW w:type="dxa" w:w="960"/>
          </w:tcPr>
          <w:p>
            <w:r>
              <w:t>5</w:t>
            </w:r>
          </w:p>
        </w:tc>
        <w:tc>
          <w:tcPr>
            <w:tcW w:type="dxa" w:w="960"/>
          </w:tcPr>
          <w:p>
            <w:r>
              <w:t>高等数学A(一)</w:t>
            </w:r>
          </w:p>
        </w:tc>
        <w:tc>
          <w:tcPr>
            <w:tcW w:type="dxa" w:w="960"/>
          </w:tcPr>
          <w:p>
            <w:r>
              <w:t>2MA11001</w:t>
            </w:r>
          </w:p>
        </w:tc>
        <w:tc>
          <w:tcPr>
            <w:tcW w:type="dxa" w:w="960"/>
          </w:tcPr>
          <w:p>
            <w:r>
              <w:t>4</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t>无方向</w:t>
            </w:r>
          </w:p>
        </w:tc>
      </w:tr>
      <w:tr>
        <w:tc>
          <w:tcPr>
            <w:tcW w:type="dxa" w:w="960"/>
          </w:tcPr>
          <w:p>
            <w:r>
              <w:t>6</w:t>
            </w:r>
          </w:p>
        </w:tc>
        <w:tc>
          <w:tcPr>
            <w:tcW w:type="dxa" w:w="960"/>
          </w:tcPr>
          <w:p>
            <w:r>
              <w:t>工程制图及CAD</w:t>
            </w:r>
          </w:p>
        </w:tc>
        <w:tc>
          <w:tcPr>
            <w:tcW w:type="dxa" w:w="960"/>
          </w:tcPr>
          <w:p>
            <w:r>
              <w:t>2ME21026</w:t>
            </w:r>
          </w:p>
        </w:tc>
        <w:tc>
          <w:tcPr>
            <w:tcW w:type="dxa" w:w="960"/>
          </w:tcPr>
          <w:p>
            <w:r>
              <w:t>2.5</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t>无方向</w:t>
            </w:r>
          </w:p>
        </w:tc>
      </w:tr>
      <w:tr>
        <w:tc>
          <w:tcPr>
            <w:tcW w:type="dxa" w:w="960"/>
          </w:tcPr>
          <w:p>
            <w:r>
              <w:t>7</w:t>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t>无方向</w:t>
            </w:r>
          </w:p>
        </w:tc>
      </w:tr>
      <w:tr>
        <w:tc>
          <w:tcPr>
            <w:tcW w:type="dxa" w:w="960"/>
          </w:tcPr>
          <w:p>
            <w:r>
              <w:t>8</w:t>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t>无方向</w:t>
            </w:r>
          </w:p>
        </w:tc>
      </w:tr>
      <w:tr>
        <w:tc>
          <w:tcPr>
            <w:tcW w:type="dxa" w:w="960"/>
          </w:tcPr>
          <w:p>
            <w:r>
              <w:t>9</w:t>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t>无方向</w:t>
            </w:r>
          </w:p>
        </w:tc>
      </w:tr>
      <w:tr>
        <w:tc>
          <w:tcPr>
            <w:tcW w:type="dxa" w:w="960"/>
          </w:tcPr>
          <w:p>
            <w:r>
              <w:t>10</w:t>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t>无方向</w:t>
            </w:r>
          </w:p>
        </w:tc>
      </w:tr>
      <w:tr>
        <w:tc>
          <w:tcPr>
            <w:tcW w:type="dxa" w:w="960"/>
          </w:tcPr>
          <w:p>
            <w:r>
              <w:t>11</w:t>
            </w:r>
          </w:p>
        </w:tc>
        <w:tc>
          <w:tcPr>
            <w:tcW w:type="dxa" w:w="960"/>
          </w:tcPr>
          <w:p>
            <w:r>
              <w:t>理论力学B</w:t>
            </w:r>
          </w:p>
        </w:tc>
        <w:tc>
          <w:tcPr>
            <w:tcW w:type="dxa" w:w="960"/>
          </w:tcPr>
          <w:p>
            <w:r>
              <w:t>2CE21002</w:t>
            </w:r>
          </w:p>
        </w:tc>
        <w:tc>
          <w:tcPr>
            <w:tcW w:type="dxa" w:w="960"/>
          </w:tcPr>
          <w:p>
            <w:r>
              <w:t>4.0</w:t>
            </w:r>
          </w:p>
        </w:tc>
        <w:tc>
          <w:tcPr>
            <w:tcW w:type="dxa" w:w="960"/>
          </w:tcPr>
          <w:p>
            <w:r>
              <w:t>专业必修课</w:t>
            </w:r>
          </w:p>
        </w:tc>
        <w:tc>
          <w:tcPr>
            <w:tcW w:type="dxa" w:w="960"/>
          </w:tcPr>
          <w:p>
            <w:r>
              <w:t>土木工程学院</w:t>
            </w:r>
          </w:p>
        </w:tc>
        <w:tc>
          <w:tcPr>
            <w:tcW w:type="dxa" w:w="960"/>
          </w:tcPr>
          <w:p>
            <w:r>
              <w:t>2023-2024</w:t>
            </w:r>
          </w:p>
        </w:tc>
        <w:tc>
          <w:tcPr>
            <w:tcW w:type="dxa" w:w="960"/>
          </w:tcPr>
          <w:p>
            <w:r>
              <w:t>2</w:t>
            </w:r>
          </w:p>
        </w:tc>
        <w:tc>
          <w:tcPr>
            <w:tcW w:type="dxa" w:w="960"/>
          </w:tcPr>
          <w:p>
            <w:r>
              <w:t>无方向</w:t>
            </w:r>
          </w:p>
        </w:tc>
      </w:tr>
      <w:tr>
        <w:tc>
          <w:tcPr>
            <w:tcW w:type="dxa" w:w="960"/>
          </w:tcPr>
          <w:p>
            <w:r>
              <w:t>12</w:t>
            </w:r>
          </w:p>
        </w:tc>
        <w:tc>
          <w:tcPr>
            <w:tcW w:type="dxa" w:w="960"/>
          </w:tcPr>
          <w:p>
            <w:r>
              <w:t>认识实习</w:t>
            </w:r>
          </w:p>
        </w:tc>
        <w:tc>
          <w:tcPr>
            <w:tcW w:type="dxa" w:w="960"/>
          </w:tcPr>
          <w:p>
            <w:r>
              <w:t>2CE21048</w:t>
            </w:r>
          </w:p>
        </w:tc>
        <w:tc>
          <w:tcPr>
            <w:tcW w:type="dxa" w:w="960"/>
          </w:tcPr>
          <w:p>
            <w:r>
              <w:t>1</w:t>
            </w:r>
          </w:p>
        </w:tc>
        <w:tc>
          <w:tcPr>
            <w:tcW w:type="dxa" w:w="960"/>
          </w:tcPr>
          <w:p>
            <w:r>
              <w:t>专业必修课</w:t>
            </w:r>
          </w:p>
        </w:tc>
        <w:tc>
          <w:tcPr>
            <w:tcW w:type="dxa" w:w="960"/>
          </w:tcPr>
          <w:p>
            <w:r>
              <w:t>土木工程学院</w:t>
            </w:r>
          </w:p>
        </w:tc>
        <w:tc>
          <w:tcPr>
            <w:tcW w:type="dxa" w:w="960"/>
          </w:tcPr>
          <w:p>
            <w:r>
              <w:t>2023-2024</w:t>
            </w:r>
          </w:p>
        </w:tc>
        <w:tc>
          <w:tcPr>
            <w:tcW w:type="dxa" w:w="960"/>
          </w:tcPr>
          <w:p>
            <w:r>
              <w:t>2</w:t>
            </w:r>
          </w:p>
        </w:tc>
        <w:tc>
          <w:tcPr>
            <w:tcW w:type="dxa" w:w="960"/>
          </w:tcPr>
          <w:p>
            <w:r>
              <w:t>无方向</w:t>
            </w:r>
          </w:p>
        </w:tc>
      </w:tr>
      <w:tr>
        <w:tc>
          <w:tcPr>
            <w:tcW w:type="dxa" w:w="960"/>
          </w:tcPr>
          <w:p>
            <w:r>
              <w:t>13</w:t>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t>无方向</w:t>
            </w:r>
          </w:p>
        </w:tc>
      </w:tr>
      <w:tr>
        <w:tc>
          <w:tcPr>
            <w:tcW w:type="dxa" w:w="960"/>
          </w:tcPr>
          <w:p>
            <w:r>
              <w:t>14</w:t>
            </w:r>
          </w:p>
        </w:tc>
        <w:tc>
          <w:tcPr>
            <w:tcW w:type="dxa" w:w="960"/>
          </w:tcPr>
          <w:p>
            <w:r>
              <w:t>程序设计语言Python(B)</w:t>
            </w:r>
          </w:p>
        </w:tc>
        <w:tc>
          <w:tcPr>
            <w:tcW w:type="dxa" w:w="960"/>
          </w:tcPr>
          <w:p>
            <w:r>
              <w:t>2EI21003</w:t>
            </w:r>
          </w:p>
        </w:tc>
        <w:tc>
          <w:tcPr>
            <w:tcW w:type="dxa" w:w="960"/>
          </w:tcPr>
          <w:p>
            <w:r>
              <w:t>3.0</w:t>
            </w:r>
          </w:p>
        </w:tc>
        <w:tc>
          <w:tcPr>
            <w:tcW w:type="dxa" w:w="960"/>
          </w:tcPr>
          <w:p>
            <w:r>
              <w:t>专业必修课</w:t>
            </w:r>
          </w:p>
        </w:tc>
        <w:tc>
          <w:tcPr>
            <w:tcW w:type="dxa" w:w="960"/>
          </w:tcPr>
          <w:p>
            <w:r>
              <w:t>电子与信息工程学院</w:t>
            </w:r>
          </w:p>
        </w:tc>
        <w:tc>
          <w:tcPr>
            <w:tcW w:type="dxa" w:w="960"/>
          </w:tcPr>
          <w:p>
            <w:r>
              <w:t>2023-2024</w:t>
            </w:r>
          </w:p>
        </w:tc>
        <w:tc>
          <w:tcPr>
            <w:tcW w:type="dxa" w:w="960"/>
          </w:tcPr>
          <w:p>
            <w:r>
              <w:t>2</w:t>
            </w:r>
          </w:p>
        </w:tc>
        <w:tc>
          <w:tcPr>
            <w:tcW w:type="dxa" w:w="960"/>
          </w:tcPr>
          <w:p>
            <w:r>
              <w:t>无方向</w:t>
            </w:r>
          </w:p>
        </w:tc>
      </w:tr>
      <w:tr>
        <w:tc>
          <w:tcPr>
            <w:tcW w:type="dxa" w:w="960"/>
          </w:tcPr>
          <w:p>
            <w:r>
              <w:t>15</w:t>
            </w:r>
          </w:p>
        </w:tc>
        <w:tc>
          <w:tcPr>
            <w:tcW w:type="dxa" w:w="960"/>
          </w:tcPr>
          <w:p>
            <w:r>
              <w:t>高等数学A(二)</w:t>
            </w:r>
          </w:p>
        </w:tc>
        <w:tc>
          <w:tcPr>
            <w:tcW w:type="dxa" w:w="960"/>
          </w:tcPr>
          <w:p>
            <w:r>
              <w:t>2MA11002</w:t>
            </w:r>
          </w:p>
        </w:tc>
        <w:tc>
          <w:tcPr>
            <w:tcW w:type="dxa" w:w="960"/>
          </w:tcPr>
          <w:p>
            <w:r>
              <w:t>6</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t>无方向</w:t>
            </w:r>
          </w:p>
        </w:tc>
      </w:tr>
      <w:tr>
        <w:tc>
          <w:tcPr>
            <w:tcW w:type="dxa" w:w="960"/>
          </w:tcPr>
          <w:p>
            <w:r>
              <w:t>16</w:t>
            </w:r>
          </w:p>
        </w:tc>
        <w:tc>
          <w:tcPr>
            <w:tcW w:type="dxa" w:w="960"/>
          </w:tcPr>
          <w:p>
            <w:r>
              <w:t>线性代数B</w:t>
            </w:r>
          </w:p>
        </w:tc>
        <w:tc>
          <w:tcPr>
            <w:tcW w:type="dxa" w:w="960"/>
          </w:tcPr>
          <w:p>
            <w:r>
              <w:t>2MA11012</w:t>
            </w:r>
          </w:p>
        </w:tc>
        <w:tc>
          <w:tcPr>
            <w:tcW w:type="dxa" w:w="960"/>
          </w:tcPr>
          <w:p>
            <w:r>
              <w:t>2</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t>无方向</w:t>
            </w:r>
          </w:p>
        </w:tc>
      </w:tr>
      <w:tr>
        <w:tc>
          <w:tcPr>
            <w:tcW w:type="dxa" w:w="960"/>
          </w:tcPr>
          <w:p>
            <w:r>
              <w:t>17</w:t>
            </w:r>
          </w:p>
        </w:tc>
        <w:tc>
          <w:tcPr>
            <w:tcW w:type="dxa" w:w="960"/>
          </w:tcPr>
          <w:p>
            <w:r>
              <w:t>工程化学</w:t>
            </w:r>
          </w:p>
        </w:tc>
        <w:tc>
          <w:tcPr>
            <w:tcW w:type="dxa" w:w="960"/>
          </w:tcPr>
          <w:p>
            <w:r>
              <w:t>2MS11801</w:t>
            </w:r>
          </w:p>
        </w:tc>
        <w:tc>
          <w:tcPr>
            <w:tcW w:type="dxa" w:w="960"/>
          </w:tcPr>
          <w:p>
            <w:r>
              <w:t>2</w:t>
            </w:r>
          </w:p>
        </w:tc>
        <w:tc>
          <w:tcPr>
            <w:tcW w:type="dxa" w:w="960"/>
          </w:tcPr>
          <w:p>
            <w:r>
              <w:t>通识必修课</w:t>
            </w:r>
          </w:p>
        </w:tc>
        <w:tc>
          <w:tcPr>
            <w:tcW w:type="dxa" w:w="960"/>
          </w:tcPr>
          <w:p>
            <w:r>
              <w:t>材料科学与工程学院</w:t>
            </w:r>
          </w:p>
        </w:tc>
        <w:tc>
          <w:tcPr>
            <w:tcW w:type="dxa" w:w="960"/>
          </w:tcPr>
          <w:p>
            <w:r>
              <w:t>2023-2024</w:t>
            </w:r>
          </w:p>
        </w:tc>
        <w:tc>
          <w:tcPr>
            <w:tcW w:type="dxa" w:w="960"/>
          </w:tcPr>
          <w:p>
            <w:r>
              <w:t>2</w:t>
            </w:r>
          </w:p>
        </w:tc>
        <w:tc>
          <w:tcPr>
            <w:tcW w:type="dxa" w:w="960"/>
          </w:tcPr>
          <w:p>
            <w:r>
              <w:t>无方向</w:t>
            </w:r>
          </w:p>
        </w:tc>
      </w:tr>
      <w:tr>
        <w:tc>
          <w:tcPr>
            <w:tcW w:type="dxa" w:w="960"/>
          </w:tcPr>
          <w:p>
            <w:r>
              <w:t>18</w:t>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t>无方向</w:t>
            </w:r>
          </w:p>
        </w:tc>
      </w:tr>
      <w:tr>
        <w:tc>
          <w:tcPr>
            <w:tcW w:type="dxa" w:w="960"/>
          </w:tcPr>
          <w:p>
            <w:r>
              <w:t>19</w:t>
            </w:r>
          </w:p>
        </w:tc>
        <w:tc>
          <w:tcPr>
            <w:tcW w:type="dxa" w:w="960"/>
          </w:tcPr>
          <w:p>
            <w:r>
              <w:t>物理实验A(一)</w:t>
            </w:r>
          </w:p>
        </w:tc>
        <w:tc>
          <w:tcPr>
            <w:tcW w:type="dxa" w:w="960"/>
          </w:tcPr>
          <w:p>
            <w:r>
              <w:t>2PS11001</w:t>
            </w:r>
          </w:p>
        </w:tc>
        <w:tc>
          <w:tcPr>
            <w:tcW w:type="dxa" w:w="960"/>
          </w:tcPr>
          <w:p>
            <w:r>
              <w:t>1.0</w:t>
            </w:r>
          </w:p>
        </w:tc>
        <w:tc>
          <w:tcPr>
            <w:tcW w:type="dxa" w:w="960"/>
          </w:tcPr>
          <w:p>
            <w:r>
              <w:t>通识必修课</w:t>
            </w:r>
          </w:p>
        </w:tc>
        <w:tc>
          <w:tcPr>
            <w:tcW w:type="dxa" w:w="960"/>
          </w:tcPr>
          <w:p>
            <w:r>
              <w:t>物理科学与技术学院</w:t>
            </w:r>
          </w:p>
        </w:tc>
        <w:tc>
          <w:tcPr>
            <w:tcW w:type="dxa" w:w="960"/>
          </w:tcPr>
          <w:p>
            <w:r>
              <w:t>2023-2024</w:t>
            </w:r>
          </w:p>
        </w:tc>
        <w:tc>
          <w:tcPr>
            <w:tcW w:type="dxa" w:w="960"/>
          </w:tcPr>
          <w:p>
            <w:r>
              <w:t>2</w:t>
            </w:r>
          </w:p>
        </w:tc>
        <w:tc>
          <w:tcPr>
            <w:tcW w:type="dxa" w:w="960"/>
          </w:tcPr>
          <w:p>
            <w:r>
              <w:t>无方向</w:t>
            </w:r>
          </w:p>
        </w:tc>
      </w:tr>
      <w:tr>
        <w:tc>
          <w:tcPr>
            <w:tcW w:type="dxa" w:w="960"/>
          </w:tcPr>
          <w:p>
            <w:r>
              <w:t>20</w:t>
            </w:r>
          </w:p>
        </w:tc>
        <w:tc>
          <w:tcPr>
            <w:tcW w:type="dxa" w:w="960"/>
          </w:tcPr>
          <w:p>
            <w:r>
              <w:t>大学物理A(一)</w:t>
            </w:r>
          </w:p>
        </w:tc>
        <w:tc>
          <w:tcPr>
            <w:tcW w:type="dxa" w:w="960"/>
          </w:tcPr>
          <w:p>
            <w:r>
              <w:t>2PS11004</w:t>
            </w:r>
          </w:p>
        </w:tc>
        <w:tc>
          <w:tcPr>
            <w:tcW w:type="dxa" w:w="960"/>
          </w:tcPr>
          <w:p>
            <w:r>
              <w:t>3</w:t>
            </w:r>
          </w:p>
        </w:tc>
        <w:tc>
          <w:tcPr>
            <w:tcW w:type="dxa" w:w="960"/>
          </w:tcPr>
          <w:p>
            <w:r>
              <w:t>通识必修课</w:t>
            </w:r>
          </w:p>
        </w:tc>
        <w:tc>
          <w:tcPr>
            <w:tcW w:type="dxa" w:w="960"/>
          </w:tcPr>
          <w:p>
            <w:r>
              <w:t>物理科学与技术学院</w:t>
            </w:r>
          </w:p>
        </w:tc>
        <w:tc>
          <w:tcPr>
            <w:tcW w:type="dxa" w:w="960"/>
          </w:tcPr>
          <w:p>
            <w:r>
              <w:t>2023-2024</w:t>
            </w:r>
          </w:p>
        </w:tc>
        <w:tc>
          <w:tcPr>
            <w:tcW w:type="dxa" w:w="960"/>
          </w:tcPr>
          <w:p>
            <w:r>
              <w:t>2</w:t>
            </w:r>
          </w:p>
        </w:tc>
        <w:tc>
          <w:tcPr>
            <w:tcW w:type="dxa" w:w="960"/>
          </w:tcPr>
          <w:p>
            <w:r>
              <w:t>无方向</w:t>
            </w:r>
          </w:p>
        </w:tc>
      </w:tr>
      <w:tr>
        <w:tc>
          <w:tcPr>
            <w:tcW w:type="dxa" w:w="960"/>
          </w:tcPr>
          <w:p>
            <w:r>
              <w:t>21</w:t>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t>无方向</w:t>
            </w:r>
          </w:p>
        </w:tc>
      </w:tr>
      <w:tr>
        <w:tc>
          <w:tcPr>
            <w:tcW w:type="dxa" w:w="960"/>
          </w:tcPr>
          <w:p>
            <w:r>
              <w:t>22</w:t>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t>无方向</w:t>
            </w:r>
          </w:p>
        </w:tc>
      </w:tr>
      <w:tr>
        <w:tc>
          <w:tcPr>
            <w:tcW w:type="dxa" w:w="960"/>
          </w:tcPr>
          <w:p>
            <w:r>
              <w:t>23</w:t>
            </w:r>
          </w:p>
        </w:tc>
        <w:tc>
          <w:tcPr>
            <w:tcW w:type="dxa" w:w="960"/>
          </w:tcPr>
          <w:p>
            <w:r>
              <w:t>材料力学B</w:t>
            </w:r>
          </w:p>
        </w:tc>
        <w:tc>
          <w:tcPr>
            <w:tcW w:type="dxa" w:w="960"/>
          </w:tcPr>
          <w:p>
            <w:r>
              <w:t>2CE21004</w:t>
            </w:r>
          </w:p>
        </w:tc>
        <w:tc>
          <w:tcPr>
            <w:tcW w:type="dxa" w:w="960"/>
          </w:tcPr>
          <w:p>
            <w:r>
              <w:t>4.0</w:t>
            </w:r>
          </w:p>
        </w:tc>
        <w:tc>
          <w:tcPr>
            <w:tcW w:type="dxa" w:w="960"/>
          </w:tcPr>
          <w:p>
            <w:r>
              <w:t>专业必修课</w:t>
            </w:r>
          </w:p>
        </w:tc>
        <w:tc>
          <w:tcPr>
            <w:tcW w:type="dxa" w:w="960"/>
          </w:tcPr>
          <w:p>
            <w:r>
              <w:t>土木工程学院</w:t>
            </w:r>
          </w:p>
        </w:tc>
        <w:tc>
          <w:tcPr>
            <w:tcW w:type="dxa" w:w="960"/>
          </w:tcPr>
          <w:p>
            <w:r>
              <w:t>2024-2025</w:t>
            </w:r>
          </w:p>
        </w:tc>
        <w:tc>
          <w:tcPr>
            <w:tcW w:type="dxa" w:w="960"/>
          </w:tcPr>
          <w:p>
            <w:r>
              <w:t>1</w:t>
            </w:r>
          </w:p>
        </w:tc>
        <w:tc>
          <w:tcPr>
            <w:tcW w:type="dxa" w:w="960"/>
          </w:tcPr>
          <w:p>
            <w:r>
              <w:t>无方向</w:t>
            </w:r>
          </w:p>
        </w:tc>
      </w:tr>
      <w:tr>
        <w:tc>
          <w:tcPr>
            <w:tcW w:type="dxa" w:w="960"/>
          </w:tcPr>
          <w:p>
            <w:r>
              <w:t>24</w:t>
            </w:r>
          </w:p>
        </w:tc>
        <w:tc>
          <w:tcPr>
            <w:tcW w:type="dxa" w:w="960"/>
          </w:tcPr>
          <w:p>
            <w:r>
              <w:t>工程地质实习A</w:t>
            </w:r>
          </w:p>
        </w:tc>
        <w:tc>
          <w:tcPr>
            <w:tcW w:type="dxa" w:w="960"/>
          </w:tcPr>
          <w:p>
            <w:r>
              <w:t>2CE21024</w:t>
            </w:r>
          </w:p>
        </w:tc>
        <w:tc>
          <w:tcPr>
            <w:tcW w:type="dxa" w:w="960"/>
          </w:tcPr>
          <w:p>
            <w:r>
              <w:t>1.0</w:t>
            </w:r>
          </w:p>
        </w:tc>
        <w:tc>
          <w:tcPr>
            <w:tcW w:type="dxa" w:w="960"/>
          </w:tcPr>
          <w:p>
            <w:r>
              <w:t>专业必修课</w:t>
            </w:r>
          </w:p>
        </w:tc>
        <w:tc>
          <w:tcPr>
            <w:tcW w:type="dxa" w:w="960"/>
          </w:tcPr>
          <w:p>
            <w:r>
              <w:t>土木工程学院</w:t>
            </w:r>
          </w:p>
        </w:tc>
        <w:tc>
          <w:tcPr>
            <w:tcW w:type="dxa" w:w="960"/>
          </w:tcPr>
          <w:p>
            <w:r>
              <w:t>2024-2025</w:t>
            </w:r>
          </w:p>
        </w:tc>
        <w:tc>
          <w:tcPr>
            <w:tcW w:type="dxa" w:w="960"/>
          </w:tcPr>
          <w:p>
            <w:r>
              <w:t>1</w:t>
            </w:r>
          </w:p>
        </w:tc>
        <w:tc>
          <w:tcPr>
            <w:tcW w:type="dxa" w:w="960"/>
          </w:tcPr>
          <w:p>
            <w:r>
              <w:t>无方向</w:t>
            </w:r>
          </w:p>
        </w:tc>
      </w:tr>
      <w:tr>
        <w:tc>
          <w:tcPr>
            <w:tcW w:type="dxa" w:w="960"/>
          </w:tcPr>
          <w:p>
            <w:r>
              <w:t>25</w:t>
            </w:r>
          </w:p>
        </w:tc>
        <w:tc>
          <w:tcPr>
            <w:tcW w:type="dxa" w:w="960"/>
          </w:tcPr>
          <w:p>
            <w:r>
              <w:t>工程地质B</w:t>
            </w:r>
          </w:p>
        </w:tc>
        <w:tc>
          <w:tcPr>
            <w:tcW w:type="dxa" w:w="960"/>
          </w:tcPr>
          <w:p>
            <w:r>
              <w:t>2CE21106</w:t>
            </w:r>
          </w:p>
        </w:tc>
        <w:tc>
          <w:tcPr>
            <w:tcW w:type="dxa" w:w="960"/>
          </w:tcPr>
          <w:p>
            <w:r>
              <w:t>1.0</w:t>
            </w:r>
          </w:p>
        </w:tc>
        <w:tc>
          <w:tcPr>
            <w:tcW w:type="dxa" w:w="960"/>
          </w:tcPr>
          <w:p>
            <w:r>
              <w:t>专业必修课</w:t>
            </w:r>
          </w:p>
        </w:tc>
        <w:tc>
          <w:tcPr>
            <w:tcW w:type="dxa" w:w="960"/>
          </w:tcPr>
          <w:p>
            <w:r>
              <w:t>土木工程学院</w:t>
            </w:r>
          </w:p>
        </w:tc>
        <w:tc>
          <w:tcPr>
            <w:tcW w:type="dxa" w:w="960"/>
          </w:tcPr>
          <w:p>
            <w:r>
              <w:t>2024-2025</w:t>
            </w:r>
          </w:p>
        </w:tc>
        <w:tc>
          <w:tcPr>
            <w:tcW w:type="dxa" w:w="960"/>
          </w:tcPr>
          <w:p>
            <w:r>
              <w:t>1</w:t>
            </w:r>
          </w:p>
        </w:tc>
        <w:tc>
          <w:tcPr>
            <w:tcW w:type="dxa" w:w="960"/>
          </w:tcPr>
          <w:p>
            <w:r>
              <w:t>无方向</w:t>
            </w:r>
          </w:p>
        </w:tc>
      </w:tr>
      <w:tr>
        <w:tc>
          <w:tcPr>
            <w:tcW w:type="dxa" w:w="960"/>
          </w:tcPr>
          <w:p>
            <w:r>
              <w:t>26</w:t>
            </w:r>
          </w:p>
        </w:tc>
        <w:tc>
          <w:tcPr>
            <w:tcW w:type="dxa" w:w="960"/>
          </w:tcPr>
          <w:p>
            <w:r>
              <w:t>土木工程材料B</w:t>
            </w:r>
          </w:p>
        </w:tc>
        <w:tc>
          <w:tcPr>
            <w:tcW w:type="dxa" w:w="960"/>
          </w:tcPr>
          <w:p>
            <w:r>
              <w:t>2CE21115</w:t>
            </w:r>
          </w:p>
        </w:tc>
        <w:tc>
          <w:tcPr>
            <w:tcW w:type="dxa" w:w="960"/>
          </w:tcPr>
          <w:p>
            <w:r>
              <w:t>2.5</w:t>
            </w:r>
          </w:p>
        </w:tc>
        <w:tc>
          <w:tcPr>
            <w:tcW w:type="dxa" w:w="960"/>
          </w:tcPr>
          <w:p>
            <w:r>
              <w:t>专业必修课</w:t>
            </w:r>
          </w:p>
        </w:tc>
        <w:tc>
          <w:tcPr>
            <w:tcW w:type="dxa" w:w="960"/>
          </w:tcPr>
          <w:p>
            <w:r>
              <w:t>土木工程学院</w:t>
            </w:r>
          </w:p>
        </w:tc>
        <w:tc>
          <w:tcPr>
            <w:tcW w:type="dxa" w:w="960"/>
          </w:tcPr>
          <w:p>
            <w:r>
              <w:t>2024-2025</w:t>
            </w:r>
          </w:p>
        </w:tc>
        <w:tc>
          <w:tcPr>
            <w:tcW w:type="dxa" w:w="960"/>
          </w:tcPr>
          <w:p>
            <w:r>
              <w:t>1</w:t>
            </w:r>
          </w:p>
        </w:tc>
        <w:tc>
          <w:tcPr>
            <w:tcW w:type="dxa" w:w="960"/>
          </w:tcPr>
          <w:p>
            <w:r>
              <w:t>无方向</w:t>
            </w:r>
          </w:p>
        </w:tc>
      </w:tr>
      <w:tr>
        <w:tc>
          <w:tcPr>
            <w:tcW w:type="dxa" w:w="960"/>
          </w:tcPr>
          <w:p>
            <w:r>
              <w:t>27</w:t>
            </w:r>
          </w:p>
        </w:tc>
        <w:tc>
          <w:tcPr>
            <w:tcW w:type="dxa" w:w="960"/>
          </w:tcPr>
          <w:p>
            <w:r>
              <w:t>环境科学基础</w:t>
            </w:r>
          </w:p>
        </w:tc>
        <w:tc>
          <w:tcPr>
            <w:tcW w:type="dxa" w:w="960"/>
          </w:tcPr>
          <w:p>
            <w:r>
              <w:t>2ES11901</w:t>
            </w:r>
          </w:p>
        </w:tc>
        <w:tc>
          <w:tcPr>
            <w:tcW w:type="dxa" w:w="960"/>
          </w:tcPr>
          <w:p>
            <w:r>
              <w:t>1</w:t>
            </w:r>
          </w:p>
        </w:tc>
        <w:tc>
          <w:tcPr>
            <w:tcW w:type="dxa" w:w="960"/>
          </w:tcPr>
          <w:p>
            <w:r>
              <w:t>通识必修课</w:t>
            </w:r>
          </w:p>
        </w:tc>
        <w:tc>
          <w:tcPr>
            <w:tcW w:type="dxa" w:w="960"/>
          </w:tcPr>
          <w:p>
            <w:r>
              <w:t>环境科学与工程学院</w:t>
            </w:r>
          </w:p>
        </w:tc>
        <w:tc>
          <w:tcPr>
            <w:tcW w:type="dxa" w:w="960"/>
          </w:tcPr>
          <w:p>
            <w:r>
              <w:t>2024-2025</w:t>
            </w:r>
          </w:p>
        </w:tc>
        <w:tc>
          <w:tcPr>
            <w:tcW w:type="dxa" w:w="960"/>
          </w:tcPr>
          <w:p>
            <w:r>
              <w:t>1</w:t>
            </w:r>
          </w:p>
        </w:tc>
        <w:tc>
          <w:tcPr>
            <w:tcW w:type="dxa" w:w="960"/>
          </w:tcPr>
          <w:p>
            <w:r>
              <w:t>无方向</w:t>
            </w:r>
          </w:p>
        </w:tc>
      </w:tr>
      <w:tr>
        <w:tc>
          <w:tcPr>
            <w:tcW w:type="dxa" w:w="960"/>
          </w:tcPr>
          <w:p>
            <w:r>
              <w:t>28</w:t>
            </w:r>
          </w:p>
        </w:tc>
        <w:tc>
          <w:tcPr>
            <w:tcW w:type="dxa" w:w="960"/>
          </w:tcPr>
          <w:p>
            <w:r>
              <w:t>概率论与数理统计B</w:t>
            </w:r>
          </w:p>
        </w:tc>
        <w:tc>
          <w:tcPr>
            <w:tcW w:type="dxa" w:w="960"/>
          </w:tcPr>
          <w:p>
            <w:r>
              <w:t>2MA11014</w:t>
            </w:r>
          </w:p>
        </w:tc>
        <w:tc>
          <w:tcPr>
            <w:tcW w:type="dxa" w:w="960"/>
          </w:tcPr>
          <w:p>
            <w:r>
              <w:t>3.0</w:t>
            </w:r>
          </w:p>
        </w:tc>
        <w:tc>
          <w:tcPr>
            <w:tcW w:type="dxa" w:w="960"/>
          </w:tcPr>
          <w:p>
            <w:r>
              <w:t>通识必修课</w:t>
            </w:r>
          </w:p>
        </w:tc>
        <w:tc>
          <w:tcPr>
            <w:tcW w:type="dxa" w:w="960"/>
          </w:tcPr>
          <w:p>
            <w:r>
              <w:t>数学科学学院</w:t>
            </w:r>
          </w:p>
        </w:tc>
        <w:tc>
          <w:tcPr>
            <w:tcW w:type="dxa" w:w="960"/>
          </w:tcPr>
          <w:p>
            <w:r>
              <w:t>2024-2025</w:t>
            </w:r>
          </w:p>
        </w:tc>
        <w:tc>
          <w:tcPr>
            <w:tcW w:type="dxa" w:w="960"/>
          </w:tcPr>
          <w:p>
            <w:r>
              <w:t>1</w:t>
            </w:r>
          </w:p>
        </w:tc>
        <w:tc>
          <w:tcPr>
            <w:tcW w:type="dxa" w:w="960"/>
          </w:tcPr>
          <w:p>
            <w:r>
              <w:t>无方向</w:t>
            </w:r>
          </w:p>
        </w:tc>
      </w:tr>
      <w:tr>
        <w:tc>
          <w:tcPr>
            <w:tcW w:type="dxa" w:w="960"/>
          </w:tcPr>
          <w:p>
            <w:r>
              <w:t>29</w:t>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t>30</w:t>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t>31</w:t>
            </w:r>
          </w:p>
        </w:tc>
        <w:tc>
          <w:tcPr>
            <w:tcW w:type="dxa" w:w="960"/>
          </w:tcPr>
          <w:p>
            <w:r>
              <w:t>物理实验A(二)</w:t>
            </w:r>
          </w:p>
        </w:tc>
        <w:tc>
          <w:tcPr>
            <w:tcW w:type="dxa" w:w="960"/>
          </w:tcPr>
          <w:p>
            <w:r>
              <w:t>2PS11002</w:t>
            </w:r>
          </w:p>
        </w:tc>
        <w:tc>
          <w:tcPr>
            <w:tcW w:type="dxa" w:w="960"/>
          </w:tcPr>
          <w:p>
            <w:r>
              <w:t>1.0</w:t>
            </w:r>
          </w:p>
        </w:tc>
        <w:tc>
          <w:tcPr>
            <w:tcW w:type="dxa" w:w="960"/>
          </w:tcPr>
          <w:p>
            <w:r>
              <w:t>通识必修课</w:t>
            </w:r>
          </w:p>
        </w:tc>
        <w:tc>
          <w:tcPr>
            <w:tcW w:type="dxa" w:w="960"/>
          </w:tcPr>
          <w:p>
            <w:r>
              <w:t>物理科学与技术学院</w:t>
            </w:r>
          </w:p>
        </w:tc>
        <w:tc>
          <w:tcPr>
            <w:tcW w:type="dxa" w:w="960"/>
          </w:tcPr>
          <w:p>
            <w:r>
              <w:t>2024-2025</w:t>
            </w:r>
          </w:p>
        </w:tc>
        <w:tc>
          <w:tcPr>
            <w:tcW w:type="dxa" w:w="960"/>
          </w:tcPr>
          <w:p>
            <w:r>
              <w:t>1</w:t>
            </w:r>
          </w:p>
        </w:tc>
        <w:tc>
          <w:tcPr>
            <w:tcW w:type="dxa" w:w="960"/>
          </w:tcPr>
          <w:p>
            <w:r>
              <w:t>无方向</w:t>
            </w:r>
          </w:p>
        </w:tc>
      </w:tr>
      <w:tr>
        <w:tc>
          <w:tcPr>
            <w:tcW w:type="dxa" w:w="960"/>
          </w:tcPr>
          <w:p>
            <w:r>
              <w:t>32</w:t>
            </w:r>
          </w:p>
        </w:tc>
        <w:tc>
          <w:tcPr>
            <w:tcW w:type="dxa" w:w="960"/>
          </w:tcPr>
          <w:p>
            <w:r>
              <w:t>大学物理A(二)</w:t>
            </w:r>
          </w:p>
        </w:tc>
        <w:tc>
          <w:tcPr>
            <w:tcW w:type="dxa" w:w="960"/>
          </w:tcPr>
          <w:p>
            <w:r>
              <w:t>2PS11005</w:t>
            </w:r>
          </w:p>
        </w:tc>
        <w:tc>
          <w:tcPr>
            <w:tcW w:type="dxa" w:w="960"/>
          </w:tcPr>
          <w:p>
            <w:r>
              <w:t>3</w:t>
            </w:r>
          </w:p>
        </w:tc>
        <w:tc>
          <w:tcPr>
            <w:tcW w:type="dxa" w:w="960"/>
          </w:tcPr>
          <w:p>
            <w:r>
              <w:t>通识必修课</w:t>
            </w:r>
          </w:p>
        </w:tc>
        <w:tc>
          <w:tcPr>
            <w:tcW w:type="dxa" w:w="960"/>
          </w:tcPr>
          <w:p>
            <w:r>
              <w:t>物理科学与技术学院</w:t>
            </w:r>
          </w:p>
        </w:tc>
        <w:tc>
          <w:tcPr>
            <w:tcW w:type="dxa" w:w="960"/>
          </w:tcPr>
          <w:p>
            <w:r>
              <w:t>2024-2025</w:t>
            </w:r>
          </w:p>
        </w:tc>
        <w:tc>
          <w:tcPr>
            <w:tcW w:type="dxa" w:w="960"/>
          </w:tcPr>
          <w:p>
            <w:r>
              <w:t>1</w:t>
            </w:r>
          </w:p>
        </w:tc>
        <w:tc>
          <w:tcPr>
            <w:tcW w:type="dxa" w:w="960"/>
          </w:tcPr>
          <w:p>
            <w:r>
              <w:t>无方向</w:t>
            </w:r>
          </w:p>
        </w:tc>
      </w:tr>
      <w:tr>
        <w:tc>
          <w:tcPr>
            <w:tcW w:type="dxa" w:w="960"/>
          </w:tcPr>
          <w:p>
            <w:r>
              <w:t>33</w:t>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1</w:t>
            </w:r>
          </w:p>
        </w:tc>
        <w:tc>
          <w:tcPr>
            <w:tcW w:type="dxa" w:w="960"/>
          </w:tcPr>
          <w:p>
            <w:r>
              <w:t>无方向</w:t>
            </w:r>
          </w:p>
        </w:tc>
      </w:tr>
      <w:tr>
        <w:tc>
          <w:tcPr>
            <w:tcW w:type="dxa" w:w="960"/>
          </w:tcPr>
          <w:p>
            <w:r>
              <w:t>34</w:t>
            </w:r>
          </w:p>
        </w:tc>
        <w:tc>
          <w:tcPr>
            <w:tcW w:type="dxa" w:w="960"/>
          </w:tcPr>
          <w:p>
            <w:r>
              <w:t>房屋建筑学课程设计B</w:t>
            </w:r>
          </w:p>
        </w:tc>
        <w:tc>
          <w:tcPr>
            <w:tcW w:type="dxa" w:w="960"/>
          </w:tcPr>
          <w:p>
            <w:r>
              <w:t>2AU21903</w:t>
            </w:r>
          </w:p>
        </w:tc>
        <w:tc>
          <w:tcPr>
            <w:tcW w:type="dxa" w:w="960"/>
          </w:tcPr>
          <w:p>
            <w:r>
              <w:t>1.0</w:t>
            </w:r>
          </w:p>
        </w:tc>
        <w:tc>
          <w:tcPr>
            <w:tcW w:type="dxa" w:w="960"/>
          </w:tcPr>
          <w:p>
            <w:r>
              <w:t>专业必修课</w:t>
            </w:r>
          </w:p>
        </w:tc>
        <w:tc>
          <w:tcPr>
            <w:tcW w:type="dxa" w:w="960"/>
          </w:tcPr>
          <w:p>
            <w:r>
              <w:t>建筑与城市规划学院</w:t>
            </w:r>
          </w:p>
        </w:tc>
        <w:tc>
          <w:tcPr>
            <w:tcW w:type="dxa" w:w="960"/>
          </w:tcPr>
          <w:p>
            <w:r>
              <w:t>2024-2025</w:t>
            </w:r>
          </w:p>
        </w:tc>
        <w:tc>
          <w:tcPr>
            <w:tcW w:type="dxa" w:w="960"/>
          </w:tcPr>
          <w:p>
            <w:r>
              <w:t>2</w:t>
            </w:r>
          </w:p>
        </w:tc>
        <w:tc>
          <w:tcPr>
            <w:tcW w:type="dxa" w:w="960"/>
          </w:tcPr>
          <w:p>
            <w:r>
              <w:t>建筑工程方向</w:t>
            </w:r>
          </w:p>
        </w:tc>
      </w:tr>
      <w:tr>
        <w:tc>
          <w:tcPr>
            <w:tcW w:type="dxa" w:w="960"/>
          </w:tcPr>
          <w:p>
            <w:r>
              <w:t>35</w:t>
            </w:r>
          </w:p>
        </w:tc>
        <w:tc>
          <w:tcPr>
            <w:tcW w:type="dxa" w:w="960"/>
          </w:tcPr>
          <w:p>
            <w:r>
              <w:t>房屋建筑学B</w:t>
            </w:r>
          </w:p>
        </w:tc>
        <w:tc>
          <w:tcPr>
            <w:tcW w:type="dxa" w:w="960"/>
          </w:tcPr>
          <w:p>
            <w:r>
              <w:t>2AU22901</w:t>
            </w:r>
          </w:p>
        </w:tc>
        <w:tc>
          <w:tcPr>
            <w:tcW w:type="dxa" w:w="960"/>
          </w:tcPr>
          <w:p>
            <w:r>
              <w:t>2</w:t>
            </w:r>
          </w:p>
        </w:tc>
        <w:tc>
          <w:tcPr>
            <w:tcW w:type="dxa" w:w="960"/>
          </w:tcPr>
          <w:p>
            <w:r>
              <w:t>专业限选课</w:t>
            </w:r>
          </w:p>
        </w:tc>
        <w:tc>
          <w:tcPr>
            <w:tcW w:type="dxa" w:w="960"/>
          </w:tcPr>
          <w:p>
            <w:r>
              <w:t>建筑与城市规划学院</w:t>
            </w:r>
          </w:p>
        </w:tc>
        <w:tc>
          <w:tcPr>
            <w:tcW w:type="dxa" w:w="960"/>
          </w:tcPr>
          <w:p>
            <w:r>
              <w:t>2024-2025</w:t>
            </w:r>
          </w:p>
        </w:tc>
        <w:tc>
          <w:tcPr>
            <w:tcW w:type="dxa" w:w="960"/>
          </w:tcPr>
          <w:p>
            <w:r>
              <w:t>2</w:t>
            </w:r>
          </w:p>
        </w:tc>
        <w:tc>
          <w:tcPr>
            <w:tcW w:type="dxa" w:w="960"/>
          </w:tcPr>
          <w:p>
            <w:r>
              <w:t>建筑工程方向</w:t>
            </w:r>
          </w:p>
        </w:tc>
      </w:tr>
      <w:tr>
        <w:tc>
          <w:tcPr>
            <w:tcW w:type="dxa" w:w="960"/>
          </w:tcPr>
          <w:p>
            <w:r>
              <w:t>36</w:t>
            </w:r>
          </w:p>
        </w:tc>
        <w:tc>
          <w:tcPr>
            <w:tcW w:type="dxa" w:w="960"/>
          </w:tcPr>
          <w:p>
            <w:r>
              <w:t>结构力学(一)</w:t>
            </w:r>
          </w:p>
        </w:tc>
        <w:tc>
          <w:tcPr>
            <w:tcW w:type="dxa" w:w="960"/>
          </w:tcPr>
          <w:p>
            <w:r>
              <w:t>2CE21043</w:t>
            </w:r>
          </w:p>
        </w:tc>
        <w:tc>
          <w:tcPr>
            <w:tcW w:type="dxa" w:w="960"/>
          </w:tcPr>
          <w:p>
            <w:r>
              <w:t>3</w:t>
            </w:r>
          </w:p>
        </w:tc>
        <w:tc>
          <w:tcPr>
            <w:tcW w:type="dxa" w:w="960"/>
          </w:tcPr>
          <w:p>
            <w:r>
              <w:t>专业必修课</w:t>
            </w:r>
          </w:p>
        </w:tc>
        <w:tc>
          <w:tcPr>
            <w:tcW w:type="dxa" w:w="960"/>
          </w:tcPr>
          <w:p>
            <w:r>
              <w:t>土木工程学院</w:t>
            </w:r>
          </w:p>
        </w:tc>
        <w:tc>
          <w:tcPr>
            <w:tcW w:type="dxa" w:w="960"/>
          </w:tcPr>
          <w:p>
            <w:r>
              <w:t>2024-2025</w:t>
            </w:r>
          </w:p>
        </w:tc>
        <w:tc>
          <w:tcPr>
            <w:tcW w:type="dxa" w:w="960"/>
          </w:tcPr>
          <w:p>
            <w:r>
              <w:t>2</w:t>
            </w:r>
          </w:p>
        </w:tc>
        <w:tc>
          <w:tcPr>
            <w:tcW w:type="dxa" w:w="960"/>
          </w:tcPr>
          <w:p>
            <w:r>
              <w:t>无方向</w:t>
            </w:r>
          </w:p>
        </w:tc>
      </w:tr>
      <w:tr>
        <w:tc>
          <w:tcPr>
            <w:tcW w:type="dxa" w:w="960"/>
          </w:tcPr>
          <w:p>
            <w:r>
              <w:t>37</w:t>
            </w:r>
          </w:p>
        </w:tc>
        <w:tc>
          <w:tcPr>
            <w:tcW w:type="dxa" w:w="960"/>
          </w:tcPr>
          <w:p>
            <w:r>
              <w:t>劳动教育实践</w:t>
            </w:r>
          </w:p>
        </w:tc>
        <w:tc>
          <w:tcPr>
            <w:tcW w:type="dxa" w:w="960"/>
          </w:tcPr>
          <w:p>
            <w:r>
              <w:t>2CE21047</w:t>
            </w:r>
          </w:p>
        </w:tc>
        <w:tc>
          <w:tcPr>
            <w:tcW w:type="dxa" w:w="960"/>
          </w:tcPr>
          <w:p>
            <w:r>
              <w:t>1</w:t>
            </w:r>
          </w:p>
        </w:tc>
        <w:tc>
          <w:tcPr>
            <w:tcW w:type="dxa" w:w="960"/>
          </w:tcPr>
          <w:p>
            <w:r>
              <w:t>专业必修课</w:t>
            </w:r>
          </w:p>
        </w:tc>
        <w:tc>
          <w:tcPr>
            <w:tcW w:type="dxa" w:w="960"/>
          </w:tcPr>
          <w:p>
            <w:r>
              <w:t>土木工程学院</w:t>
            </w:r>
          </w:p>
        </w:tc>
        <w:tc>
          <w:tcPr>
            <w:tcW w:type="dxa" w:w="960"/>
          </w:tcPr>
          <w:p>
            <w:r>
              <w:t>2024-2025</w:t>
            </w:r>
          </w:p>
        </w:tc>
        <w:tc>
          <w:tcPr>
            <w:tcW w:type="dxa" w:w="960"/>
          </w:tcPr>
          <w:p>
            <w:r>
              <w:t>2</w:t>
            </w:r>
          </w:p>
        </w:tc>
        <w:tc>
          <w:tcPr>
            <w:tcW w:type="dxa" w:w="960"/>
          </w:tcPr>
          <w:p>
            <w:r>
              <w:t>无方向</w:t>
            </w:r>
          </w:p>
        </w:tc>
      </w:tr>
      <w:tr>
        <w:tc>
          <w:tcPr>
            <w:tcW w:type="dxa" w:w="960"/>
          </w:tcPr>
          <w:p>
            <w:r>
              <w:t>38</w:t>
            </w:r>
          </w:p>
        </w:tc>
        <w:tc>
          <w:tcPr>
            <w:tcW w:type="dxa" w:w="960"/>
          </w:tcPr>
          <w:p>
            <w:r>
              <w:t>数字建造与BIM</w:t>
            </w:r>
          </w:p>
        </w:tc>
        <w:tc>
          <w:tcPr>
            <w:tcW w:type="dxa" w:w="960"/>
          </w:tcPr>
          <w:p>
            <w:r>
              <w:t>2CE21056</w:t>
            </w:r>
          </w:p>
        </w:tc>
        <w:tc>
          <w:tcPr>
            <w:tcW w:type="dxa" w:w="960"/>
          </w:tcPr>
          <w:p>
            <w:r>
              <w:t>1.5</w:t>
            </w:r>
          </w:p>
        </w:tc>
        <w:tc>
          <w:tcPr>
            <w:tcW w:type="dxa" w:w="960"/>
          </w:tcPr>
          <w:p>
            <w:r>
              <w:t>专业必修课</w:t>
            </w:r>
          </w:p>
        </w:tc>
        <w:tc>
          <w:tcPr>
            <w:tcW w:type="dxa" w:w="960"/>
          </w:tcPr>
          <w:p>
            <w:r>
              <w:t>土木工程学院</w:t>
            </w:r>
          </w:p>
        </w:tc>
        <w:tc>
          <w:tcPr>
            <w:tcW w:type="dxa" w:w="960"/>
          </w:tcPr>
          <w:p>
            <w:r>
              <w:t>2024-2025</w:t>
            </w:r>
          </w:p>
        </w:tc>
        <w:tc>
          <w:tcPr>
            <w:tcW w:type="dxa" w:w="960"/>
          </w:tcPr>
          <w:p>
            <w:r>
              <w:t>2</w:t>
            </w:r>
          </w:p>
        </w:tc>
        <w:tc>
          <w:tcPr>
            <w:tcW w:type="dxa" w:w="960"/>
          </w:tcPr>
          <w:p>
            <w:r>
              <w:t>无方向</w:t>
            </w:r>
          </w:p>
        </w:tc>
      </w:tr>
      <w:tr>
        <w:tc>
          <w:tcPr>
            <w:tcW w:type="dxa" w:w="960"/>
          </w:tcPr>
          <w:p>
            <w:r>
              <w:t>39</w:t>
            </w:r>
          </w:p>
        </w:tc>
        <w:tc>
          <w:tcPr>
            <w:tcW w:type="dxa" w:w="960"/>
          </w:tcPr>
          <w:p>
            <w:r>
              <w:t>桥涵水文</w:t>
            </w:r>
          </w:p>
        </w:tc>
        <w:tc>
          <w:tcPr>
            <w:tcW w:type="dxa" w:w="960"/>
          </w:tcPr>
          <w:p>
            <w:r>
              <w:t>2CE22116</w:t>
            </w:r>
          </w:p>
        </w:tc>
        <w:tc>
          <w:tcPr>
            <w:tcW w:type="dxa" w:w="960"/>
          </w:tcPr>
          <w:p>
            <w:r>
              <w:t>1</w:t>
            </w:r>
          </w:p>
        </w:tc>
        <w:tc>
          <w:tcPr>
            <w:tcW w:type="dxa" w:w="960"/>
          </w:tcPr>
          <w:p>
            <w:r>
              <w:t>专业限选课</w:t>
            </w:r>
          </w:p>
        </w:tc>
        <w:tc>
          <w:tcPr>
            <w:tcW w:type="dxa" w:w="960"/>
          </w:tcPr>
          <w:p>
            <w:r>
              <w:t>土木工程学院</w:t>
            </w:r>
          </w:p>
        </w:tc>
        <w:tc>
          <w:tcPr>
            <w:tcW w:type="dxa" w:w="960"/>
          </w:tcPr>
          <w:p>
            <w:r>
              <w:t>2024-2025</w:t>
            </w:r>
          </w:p>
        </w:tc>
        <w:tc>
          <w:tcPr>
            <w:tcW w:type="dxa" w:w="960"/>
          </w:tcPr>
          <w:p>
            <w:r>
              <w:t>2</w:t>
            </w:r>
          </w:p>
        </w:tc>
        <w:tc>
          <w:tcPr>
            <w:tcW w:type="dxa" w:w="960"/>
          </w:tcPr>
          <w:p>
            <w:r>
              <w:t>道路与桥梁工程方向</w:t>
            </w:r>
          </w:p>
        </w:tc>
      </w:tr>
      <w:tr>
        <w:tc>
          <w:tcPr>
            <w:tcW w:type="dxa" w:w="960"/>
          </w:tcPr>
          <w:p>
            <w:r>
              <w:t>40</w:t>
            </w:r>
          </w:p>
        </w:tc>
        <w:tc>
          <w:tcPr>
            <w:tcW w:type="dxa" w:w="960"/>
          </w:tcPr>
          <w:p>
            <w:r>
              <w:t>水力学C</w:t>
            </w:r>
          </w:p>
        </w:tc>
        <w:tc>
          <w:tcPr>
            <w:tcW w:type="dxa" w:w="960"/>
          </w:tcPr>
          <w:p>
            <w:r>
              <w:t>2ES21903</w:t>
            </w:r>
          </w:p>
        </w:tc>
        <w:tc>
          <w:tcPr>
            <w:tcW w:type="dxa" w:w="960"/>
          </w:tcPr>
          <w:p>
            <w:r>
              <w:t>1.5</w:t>
            </w:r>
          </w:p>
        </w:tc>
        <w:tc>
          <w:tcPr>
            <w:tcW w:type="dxa" w:w="960"/>
          </w:tcPr>
          <w:p>
            <w:r>
              <w:t>专业必修课</w:t>
            </w:r>
          </w:p>
        </w:tc>
        <w:tc>
          <w:tcPr>
            <w:tcW w:type="dxa" w:w="960"/>
          </w:tcPr>
          <w:p>
            <w:r>
              <w:t>环境科学与工程学院</w:t>
            </w:r>
          </w:p>
        </w:tc>
        <w:tc>
          <w:tcPr>
            <w:tcW w:type="dxa" w:w="960"/>
          </w:tcPr>
          <w:p>
            <w:r>
              <w:t>2024-2025</w:t>
            </w:r>
          </w:p>
        </w:tc>
        <w:tc>
          <w:tcPr>
            <w:tcW w:type="dxa" w:w="960"/>
          </w:tcPr>
          <w:p>
            <w:r>
              <w:t>2</w:t>
            </w:r>
          </w:p>
        </w:tc>
        <w:tc>
          <w:tcPr>
            <w:tcW w:type="dxa" w:w="960"/>
          </w:tcPr>
          <w:p>
            <w:r>
              <w:t>无方向</w:t>
            </w:r>
          </w:p>
        </w:tc>
      </w:tr>
      <w:tr>
        <w:tc>
          <w:tcPr>
            <w:tcW w:type="dxa" w:w="960"/>
          </w:tcPr>
          <w:p>
            <w:r>
              <w:t>41</w:t>
            </w:r>
          </w:p>
        </w:tc>
        <w:tc>
          <w:tcPr>
            <w:tcW w:type="dxa" w:w="960"/>
          </w:tcPr>
          <w:p>
            <w:r>
              <w:t>测量学B</w:t>
            </w:r>
          </w:p>
        </w:tc>
        <w:tc>
          <w:tcPr>
            <w:tcW w:type="dxa" w:w="960"/>
          </w:tcPr>
          <w:p>
            <w:r>
              <w:t>2GS21002</w:t>
            </w:r>
          </w:p>
        </w:tc>
        <w:tc>
          <w:tcPr>
            <w:tcW w:type="dxa" w:w="960"/>
          </w:tcPr>
          <w:p>
            <w:r>
              <w:t>2.5</w:t>
            </w:r>
          </w:p>
        </w:tc>
        <w:tc>
          <w:tcPr>
            <w:tcW w:type="dxa" w:w="960"/>
          </w:tcPr>
          <w:p>
            <w:r>
              <w:t>专业必修课</w:t>
            </w:r>
          </w:p>
        </w:tc>
        <w:tc>
          <w:tcPr>
            <w:tcW w:type="dxa" w:w="960"/>
          </w:tcPr>
          <w:p>
            <w:r>
              <w:t>地理科学与测绘工程学院</w:t>
            </w:r>
          </w:p>
        </w:tc>
        <w:tc>
          <w:tcPr>
            <w:tcW w:type="dxa" w:w="960"/>
          </w:tcPr>
          <w:p>
            <w:r>
              <w:t>2024-2025</w:t>
            </w:r>
          </w:p>
        </w:tc>
        <w:tc>
          <w:tcPr>
            <w:tcW w:type="dxa" w:w="960"/>
          </w:tcPr>
          <w:p>
            <w:r>
              <w:t>2</w:t>
            </w:r>
          </w:p>
        </w:tc>
        <w:tc>
          <w:tcPr>
            <w:tcW w:type="dxa" w:w="960"/>
          </w:tcPr>
          <w:p>
            <w:r>
              <w:t>无方向</w:t>
            </w:r>
          </w:p>
        </w:tc>
      </w:tr>
      <w:tr>
        <w:tc>
          <w:tcPr>
            <w:tcW w:type="dxa" w:w="960"/>
          </w:tcPr>
          <w:p>
            <w:r>
              <w:t>42</w:t>
            </w:r>
          </w:p>
        </w:tc>
        <w:tc>
          <w:tcPr>
            <w:tcW w:type="dxa" w:w="960"/>
          </w:tcPr>
          <w:p>
            <w:r>
              <w:t>测量实习</w:t>
            </w:r>
          </w:p>
        </w:tc>
        <w:tc>
          <w:tcPr>
            <w:tcW w:type="dxa" w:w="960"/>
          </w:tcPr>
          <w:p>
            <w:r>
              <w:t>2GS21011</w:t>
            </w:r>
          </w:p>
        </w:tc>
        <w:tc>
          <w:tcPr>
            <w:tcW w:type="dxa" w:w="960"/>
          </w:tcPr>
          <w:p>
            <w:r>
              <w:t>1</w:t>
            </w:r>
          </w:p>
        </w:tc>
        <w:tc>
          <w:tcPr>
            <w:tcW w:type="dxa" w:w="960"/>
          </w:tcPr>
          <w:p>
            <w:r>
              <w:t>专业必修课</w:t>
            </w:r>
          </w:p>
        </w:tc>
        <w:tc>
          <w:tcPr>
            <w:tcW w:type="dxa" w:w="960"/>
          </w:tcPr>
          <w:p>
            <w:r>
              <w:t>地理科学与测绘工程学院</w:t>
            </w:r>
          </w:p>
        </w:tc>
        <w:tc>
          <w:tcPr>
            <w:tcW w:type="dxa" w:w="960"/>
          </w:tcPr>
          <w:p>
            <w:r>
              <w:t>2024-2025</w:t>
            </w:r>
          </w:p>
        </w:tc>
        <w:tc>
          <w:tcPr>
            <w:tcW w:type="dxa" w:w="960"/>
          </w:tcPr>
          <w:p>
            <w:r>
              <w:t>2</w:t>
            </w:r>
          </w:p>
        </w:tc>
        <w:tc>
          <w:tcPr>
            <w:tcW w:type="dxa" w:w="960"/>
          </w:tcPr>
          <w:p>
            <w:r>
              <w:t>无方向</w:t>
            </w:r>
          </w:p>
        </w:tc>
      </w:tr>
      <w:tr>
        <w:tc>
          <w:tcPr>
            <w:tcW w:type="dxa" w:w="960"/>
          </w:tcPr>
          <w:p>
            <w:r>
              <w:t>43</w:t>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t>44</w:t>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t>45</w:t>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2</w:t>
            </w:r>
          </w:p>
        </w:tc>
        <w:tc>
          <w:tcPr>
            <w:tcW w:type="dxa" w:w="960"/>
          </w:tcPr>
          <w:p>
            <w:r>
              <w:t>无方向</w:t>
            </w:r>
          </w:p>
        </w:tc>
      </w:tr>
      <w:tr>
        <w:tc>
          <w:tcPr>
            <w:tcW w:type="dxa" w:w="960"/>
          </w:tcPr>
          <w:p>
            <w:r>
              <w:t>46</w:t>
            </w:r>
          </w:p>
        </w:tc>
        <w:tc>
          <w:tcPr>
            <w:tcW w:type="dxa" w:w="960"/>
          </w:tcPr>
          <w:p>
            <w:r>
              <w:t>钢结构设计原理A</w:t>
            </w:r>
          </w:p>
        </w:tc>
        <w:tc>
          <w:tcPr>
            <w:tcW w:type="dxa" w:w="960"/>
          </w:tcPr>
          <w:p>
            <w:r>
              <w:t>2CE21022</w:t>
            </w:r>
          </w:p>
        </w:tc>
        <w:tc>
          <w:tcPr>
            <w:tcW w:type="dxa" w:w="960"/>
          </w:tcPr>
          <w:p>
            <w:r>
              <w:t>3</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无方向</w:t>
            </w:r>
          </w:p>
        </w:tc>
      </w:tr>
      <w:tr>
        <w:tc>
          <w:tcPr>
            <w:tcW w:type="dxa" w:w="960"/>
          </w:tcPr>
          <w:p>
            <w:r>
              <w:t>47</w:t>
            </w:r>
          </w:p>
        </w:tc>
        <w:tc>
          <w:tcPr>
            <w:tcW w:type="dxa" w:w="960"/>
          </w:tcPr>
          <w:p>
            <w:r>
              <w:t>结构力学(二)</w:t>
            </w:r>
          </w:p>
        </w:tc>
        <w:tc>
          <w:tcPr>
            <w:tcW w:type="dxa" w:w="960"/>
          </w:tcPr>
          <w:p>
            <w:r>
              <w:t>2CE21044</w:t>
            </w:r>
          </w:p>
        </w:tc>
        <w:tc>
          <w:tcPr>
            <w:tcW w:type="dxa" w:w="960"/>
          </w:tcPr>
          <w:p>
            <w:r>
              <w:t>2.5</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无方向</w:t>
            </w:r>
          </w:p>
        </w:tc>
      </w:tr>
      <w:tr>
        <w:tc>
          <w:tcPr>
            <w:tcW w:type="dxa" w:w="960"/>
          </w:tcPr>
          <w:p>
            <w:r>
              <w:t>48</w:t>
            </w:r>
          </w:p>
        </w:tc>
        <w:tc>
          <w:tcPr>
            <w:tcW w:type="dxa" w:w="960"/>
          </w:tcPr>
          <w:p>
            <w:r>
              <w:t>工程结构抗震设计原理</w:t>
            </w:r>
          </w:p>
        </w:tc>
        <w:tc>
          <w:tcPr>
            <w:tcW w:type="dxa" w:w="960"/>
          </w:tcPr>
          <w:p>
            <w:r>
              <w:t>2CE21055</w:t>
            </w:r>
          </w:p>
        </w:tc>
        <w:tc>
          <w:tcPr>
            <w:tcW w:type="dxa" w:w="960"/>
          </w:tcPr>
          <w:p>
            <w:r>
              <w:t>1.5</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无方向</w:t>
            </w:r>
          </w:p>
        </w:tc>
      </w:tr>
      <w:tr>
        <w:tc>
          <w:tcPr>
            <w:tcW w:type="dxa" w:w="960"/>
          </w:tcPr>
          <w:p>
            <w:r>
              <w:t>49</w:t>
            </w:r>
          </w:p>
        </w:tc>
        <w:tc>
          <w:tcPr>
            <w:tcW w:type="dxa" w:w="960"/>
          </w:tcPr>
          <w:p>
            <w:r>
              <w:t>道路勘测课程设计</w:t>
            </w:r>
          </w:p>
        </w:tc>
        <w:tc>
          <w:tcPr>
            <w:tcW w:type="dxa" w:w="960"/>
          </w:tcPr>
          <w:p>
            <w:r>
              <w:t>2CE21101</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道路与桥梁工程方向</w:t>
            </w:r>
          </w:p>
        </w:tc>
      </w:tr>
      <w:tr>
        <w:tc>
          <w:tcPr>
            <w:tcW w:type="dxa" w:w="960"/>
          </w:tcPr>
          <w:p>
            <w:r>
              <w:t>50</w:t>
            </w:r>
          </w:p>
        </w:tc>
        <w:tc>
          <w:tcPr>
            <w:tcW w:type="dxa" w:w="960"/>
          </w:tcPr>
          <w:p>
            <w:r>
              <w:t>地下空间规划与设计课程设计</w:t>
            </w:r>
          </w:p>
        </w:tc>
        <w:tc>
          <w:tcPr>
            <w:tcW w:type="dxa" w:w="960"/>
          </w:tcPr>
          <w:p>
            <w:r>
              <w:t>2CE21105</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岩土与地下空间工程方向</w:t>
            </w:r>
          </w:p>
        </w:tc>
      </w:tr>
      <w:tr>
        <w:tc>
          <w:tcPr>
            <w:tcW w:type="dxa" w:w="960"/>
          </w:tcPr>
          <w:p>
            <w:r>
              <w:t>51</w:t>
            </w:r>
          </w:p>
        </w:tc>
        <w:tc>
          <w:tcPr>
            <w:tcW w:type="dxa" w:w="960"/>
          </w:tcPr>
          <w:p>
            <w:r>
              <w:t>工程伦理学</w:t>
            </w:r>
          </w:p>
        </w:tc>
        <w:tc>
          <w:tcPr>
            <w:tcW w:type="dxa" w:w="960"/>
          </w:tcPr>
          <w:p>
            <w:r>
              <w:t>2CE21107</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无方向</w:t>
            </w:r>
          </w:p>
        </w:tc>
      </w:tr>
      <w:tr>
        <w:tc>
          <w:tcPr>
            <w:tcW w:type="dxa" w:w="960"/>
          </w:tcPr>
          <w:p>
            <w:r>
              <w:t>52</w:t>
            </w:r>
          </w:p>
        </w:tc>
        <w:tc>
          <w:tcPr>
            <w:tcW w:type="dxa" w:w="960"/>
          </w:tcPr>
          <w:p>
            <w:r>
              <w:t>土力学A</w:t>
            </w:r>
          </w:p>
        </w:tc>
        <w:tc>
          <w:tcPr>
            <w:tcW w:type="dxa" w:w="960"/>
          </w:tcPr>
          <w:p>
            <w:r>
              <w:t>2CE21121</w:t>
            </w:r>
          </w:p>
        </w:tc>
        <w:tc>
          <w:tcPr>
            <w:tcW w:type="dxa" w:w="960"/>
          </w:tcPr>
          <w:p>
            <w:r>
              <w:t>2.5</w:t>
            </w:r>
          </w:p>
        </w:tc>
        <w:tc>
          <w:tcPr>
            <w:tcW w:type="dxa" w:w="960"/>
          </w:tcPr>
          <w:p>
            <w:r>
              <w:t>专业必修课</w:t>
            </w:r>
          </w:p>
        </w:tc>
        <w:tc>
          <w:tcPr>
            <w:tcW w:type="dxa" w:w="960"/>
          </w:tcPr>
          <w:p>
            <w:r>
              <w:t>土木工程学院</w:t>
            </w:r>
          </w:p>
        </w:tc>
        <w:tc>
          <w:tcPr>
            <w:tcW w:type="dxa" w:w="960"/>
          </w:tcPr>
          <w:p>
            <w:r>
              <w:t>2025-2026</w:t>
            </w:r>
          </w:p>
        </w:tc>
        <w:tc>
          <w:tcPr>
            <w:tcW w:type="dxa" w:w="960"/>
          </w:tcPr>
          <w:p>
            <w:r>
              <w:t>1</w:t>
            </w:r>
          </w:p>
        </w:tc>
        <w:tc>
          <w:tcPr>
            <w:tcW w:type="dxa" w:w="960"/>
          </w:tcPr>
          <w:p>
            <w:r>
              <w:t>无方向</w:t>
            </w:r>
          </w:p>
        </w:tc>
      </w:tr>
      <w:tr>
        <w:tc>
          <w:tcPr>
            <w:tcW w:type="dxa" w:w="960"/>
          </w:tcPr>
          <w:p>
            <w:r>
              <w:t>53</w:t>
            </w:r>
          </w:p>
        </w:tc>
        <w:tc>
          <w:tcPr>
            <w:tcW w:type="dxa" w:w="960"/>
          </w:tcPr>
          <w:p>
            <w:r>
              <w:t>混凝土结构设计原理A(建工)</w:t>
            </w:r>
          </w:p>
        </w:tc>
        <w:tc>
          <w:tcPr>
            <w:tcW w:type="dxa" w:w="960"/>
          </w:tcPr>
          <w:p>
            <w:r>
              <w:t>2CE22101</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建筑工程方向</w:t>
            </w:r>
          </w:p>
        </w:tc>
      </w:tr>
      <w:tr>
        <w:tc>
          <w:tcPr>
            <w:tcW w:type="dxa" w:w="960"/>
          </w:tcPr>
          <w:p>
            <w:r>
              <w:t>54</w:t>
            </w:r>
          </w:p>
        </w:tc>
        <w:tc>
          <w:tcPr>
            <w:tcW w:type="dxa" w:w="960"/>
          </w:tcPr>
          <w:p>
            <w:r>
              <w:t>混凝土结构设计原理A(道桥)</w:t>
            </w:r>
          </w:p>
        </w:tc>
        <w:tc>
          <w:tcPr>
            <w:tcW w:type="dxa" w:w="960"/>
          </w:tcPr>
          <w:p>
            <w:r>
              <w:t>2CE22109</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道路与桥梁工程方向</w:t>
            </w:r>
          </w:p>
        </w:tc>
      </w:tr>
      <w:tr>
        <w:tc>
          <w:tcPr>
            <w:tcW w:type="dxa" w:w="960"/>
          </w:tcPr>
          <w:p>
            <w:r>
              <w:t>55</w:t>
            </w:r>
          </w:p>
        </w:tc>
        <w:tc>
          <w:tcPr>
            <w:tcW w:type="dxa" w:w="960"/>
          </w:tcPr>
          <w:p>
            <w:r>
              <w:t>道路勘测设计B(道桥)</w:t>
            </w:r>
          </w:p>
        </w:tc>
        <w:tc>
          <w:tcPr>
            <w:tcW w:type="dxa" w:w="960"/>
          </w:tcPr>
          <w:p>
            <w:r>
              <w:t>2CE22112</w:t>
            </w:r>
          </w:p>
        </w:tc>
        <w:tc>
          <w:tcPr>
            <w:tcW w:type="dxa" w:w="960"/>
          </w:tcPr>
          <w:p>
            <w:r>
              <w:t>3</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道路与桥梁工程方向</w:t>
            </w:r>
          </w:p>
        </w:tc>
      </w:tr>
      <w:tr>
        <w:tc>
          <w:tcPr>
            <w:tcW w:type="dxa" w:w="960"/>
          </w:tcPr>
          <w:p>
            <w:r>
              <w:t>56</w:t>
            </w:r>
          </w:p>
        </w:tc>
        <w:tc>
          <w:tcPr>
            <w:tcW w:type="dxa" w:w="960"/>
          </w:tcPr>
          <w:p>
            <w:r>
              <w:t>混凝土结构设计原理A(岩土)</w:t>
            </w:r>
          </w:p>
        </w:tc>
        <w:tc>
          <w:tcPr>
            <w:tcW w:type="dxa" w:w="960"/>
          </w:tcPr>
          <w:p>
            <w:r>
              <w:t>2CE22117</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岩土与地下空间工程方向</w:t>
            </w:r>
          </w:p>
        </w:tc>
      </w:tr>
      <w:tr>
        <w:tc>
          <w:tcPr>
            <w:tcW w:type="dxa" w:w="960"/>
          </w:tcPr>
          <w:p>
            <w:r>
              <w:t>57</w:t>
            </w:r>
          </w:p>
        </w:tc>
        <w:tc>
          <w:tcPr>
            <w:tcW w:type="dxa" w:w="960"/>
          </w:tcPr>
          <w:p>
            <w:r>
              <w:t>地下空间规划与设计</w:t>
            </w:r>
          </w:p>
        </w:tc>
        <w:tc>
          <w:tcPr>
            <w:tcW w:type="dxa" w:w="960"/>
          </w:tcPr>
          <w:p>
            <w:r>
              <w:t>2CE22122</w:t>
            </w:r>
          </w:p>
        </w:tc>
        <w:tc>
          <w:tcPr>
            <w:tcW w:type="dxa" w:w="960"/>
          </w:tcPr>
          <w:p>
            <w:r>
              <w:t>1.5</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岩土与地下空间工程方向</w:t>
            </w:r>
          </w:p>
        </w:tc>
      </w:tr>
      <w:tr>
        <w:tc>
          <w:tcPr>
            <w:tcW w:type="dxa" w:w="960"/>
          </w:tcPr>
          <w:p>
            <w:r>
              <w:t>58</w:t>
            </w:r>
          </w:p>
        </w:tc>
        <w:tc>
          <w:tcPr>
            <w:tcW w:type="dxa" w:w="960"/>
          </w:tcPr>
          <w:p>
            <w:r>
              <w:t>岩土工程勘察</w:t>
            </w:r>
          </w:p>
        </w:tc>
        <w:tc>
          <w:tcPr>
            <w:tcW w:type="dxa" w:w="960"/>
          </w:tcPr>
          <w:p>
            <w:r>
              <w:t>2CE22123</w:t>
            </w:r>
          </w:p>
        </w:tc>
        <w:tc>
          <w:tcPr>
            <w:tcW w:type="dxa" w:w="960"/>
          </w:tcPr>
          <w:p>
            <w:r>
              <w:t>2.0</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岩土与地下空间工程方向</w:t>
            </w:r>
          </w:p>
        </w:tc>
      </w:tr>
      <w:tr>
        <w:tc>
          <w:tcPr>
            <w:tcW w:type="dxa" w:w="960"/>
          </w:tcPr>
          <w:p>
            <w:r>
              <w:t>59</w:t>
            </w:r>
          </w:p>
        </w:tc>
        <w:tc>
          <w:tcPr>
            <w:tcW w:type="dxa" w:w="960"/>
          </w:tcPr>
          <w:p>
            <w:r>
              <w:t>建筑工程软件A</w:t>
            </w:r>
          </w:p>
        </w:tc>
        <w:tc>
          <w:tcPr>
            <w:tcW w:type="dxa" w:w="960"/>
          </w:tcPr>
          <w:p>
            <w:r>
              <w:t>2CE22126</w:t>
            </w:r>
          </w:p>
        </w:tc>
        <w:tc>
          <w:tcPr>
            <w:tcW w:type="dxa" w:w="960"/>
          </w:tcPr>
          <w:p>
            <w:r>
              <w:t>1.5</w:t>
            </w:r>
          </w:p>
        </w:tc>
        <w:tc>
          <w:tcPr>
            <w:tcW w:type="dxa" w:w="960"/>
          </w:tcPr>
          <w:p>
            <w:r>
              <w:t>专业限选课</w:t>
            </w:r>
          </w:p>
        </w:tc>
        <w:tc>
          <w:tcPr>
            <w:tcW w:type="dxa" w:w="960"/>
          </w:tcPr>
          <w:p>
            <w:r>
              <w:t>土木工程学院</w:t>
            </w:r>
          </w:p>
        </w:tc>
        <w:tc>
          <w:tcPr>
            <w:tcW w:type="dxa" w:w="960"/>
          </w:tcPr>
          <w:p>
            <w:r>
              <w:t>2025-2026</w:t>
            </w:r>
          </w:p>
        </w:tc>
        <w:tc>
          <w:tcPr>
            <w:tcW w:type="dxa" w:w="960"/>
          </w:tcPr>
          <w:p>
            <w:r>
              <w:t>1</w:t>
            </w:r>
          </w:p>
        </w:tc>
        <w:tc>
          <w:tcPr>
            <w:tcW w:type="dxa" w:w="960"/>
          </w:tcPr>
          <w:p>
            <w:r>
              <w:t>建筑工程方向</w:t>
            </w:r>
          </w:p>
        </w:tc>
      </w:tr>
      <w:tr>
        <w:tc>
          <w:tcPr>
            <w:tcW w:type="dxa" w:w="960"/>
          </w:tcPr>
          <w:p>
            <w:r>
              <w:t>60</w:t>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1</w:t>
            </w:r>
          </w:p>
        </w:tc>
        <w:tc>
          <w:tcPr>
            <w:tcW w:type="dxa" w:w="960"/>
          </w:tcPr>
          <w:p>
            <w:r>
              <w:t>无方向</w:t>
            </w:r>
          </w:p>
        </w:tc>
      </w:tr>
      <w:tr>
        <w:tc>
          <w:tcPr>
            <w:tcW w:type="dxa" w:w="960"/>
          </w:tcPr>
          <w:p>
            <w:r>
              <w:t>61</w:t>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1</w:t>
            </w:r>
          </w:p>
        </w:tc>
        <w:tc>
          <w:tcPr>
            <w:tcW w:type="dxa" w:w="960"/>
          </w:tcPr>
          <w:p>
            <w:r>
              <w:t>无方向</w:t>
            </w:r>
          </w:p>
        </w:tc>
      </w:tr>
      <w:tr>
        <w:tc>
          <w:tcPr>
            <w:tcW w:type="dxa" w:w="960"/>
          </w:tcPr>
          <w:p>
            <w:r>
              <w:t>62</w:t>
            </w:r>
          </w:p>
        </w:tc>
        <w:tc>
          <w:tcPr>
            <w:tcW w:type="dxa" w:w="960"/>
          </w:tcPr>
          <w:p>
            <w:r>
              <w:t>生产实习A</w:t>
            </w:r>
          </w:p>
        </w:tc>
        <w:tc>
          <w:tcPr>
            <w:tcW w:type="dxa" w:w="960"/>
          </w:tcPr>
          <w:p>
            <w:r>
              <w:t>2CE21049</w:t>
            </w:r>
          </w:p>
        </w:tc>
        <w:tc>
          <w:tcPr>
            <w:tcW w:type="dxa" w:w="960"/>
          </w:tcPr>
          <w:p>
            <w:r>
              <w:t>4.0</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无方向</w:t>
            </w:r>
          </w:p>
        </w:tc>
      </w:tr>
      <w:tr>
        <w:tc>
          <w:tcPr>
            <w:tcW w:type="dxa" w:w="960"/>
          </w:tcPr>
          <w:p>
            <w:r>
              <w:t>63</w:t>
            </w:r>
          </w:p>
        </w:tc>
        <w:tc>
          <w:tcPr>
            <w:tcW w:type="dxa" w:w="960"/>
          </w:tcPr>
          <w:p>
            <w:r>
              <w:t>地下建筑结构课程设计</w:t>
            </w:r>
          </w:p>
        </w:tc>
        <w:tc>
          <w:tcPr>
            <w:tcW w:type="dxa" w:w="960"/>
          </w:tcPr>
          <w:p>
            <w:r>
              <w:t>2CE21104</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岩土与地下空间工程方向</w:t>
            </w:r>
          </w:p>
        </w:tc>
      </w:tr>
      <w:tr>
        <w:tc>
          <w:tcPr>
            <w:tcW w:type="dxa" w:w="960"/>
          </w:tcPr>
          <w:p>
            <w:r>
              <w:t>64</w:t>
            </w:r>
          </w:p>
        </w:tc>
        <w:tc>
          <w:tcPr>
            <w:tcW w:type="dxa" w:w="960"/>
          </w:tcPr>
          <w:p>
            <w:r>
              <w:t>基础工程课程设计(道桥)</w:t>
            </w:r>
          </w:p>
        </w:tc>
        <w:tc>
          <w:tcPr>
            <w:tcW w:type="dxa" w:w="960"/>
          </w:tcPr>
          <w:p>
            <w:r>
              <w:t>2CE21108</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道路与桥梁工程方向</w:t>
            </w:r>
          </w:p>
        </w:tc>
      </w:tr>
      <w:tr>
        <w:tc>
          <w:tcPr>
            <w:tcW w:type="dxa" w:w="960"/>
          </w:tcPr>
          <w:p>
            <w:r>
              <w:t>65</w:t>
            </w:r>
          </w:p>
        </w:tc>
        <w:tc>
          <w:tcPr>
            <w:tcW w:type="dxa" w:w="960"/>
          </w:tcPr>
          <w:p>
            <w:r>
              <w:t>基础工程课程设计(建工)</w:t>
            </w:r>
          </w:p>
        </w:tc>
        <w:tc>
          <w:tcPr>
            <w:tcW w:type="dxa" w:w="960"/>
          </w:tcPr>
          <w:p>
            <w:r>
              <w:t>2CE21109</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66</w:t>
            </w:r>
          </w:p>
        </w:tc>
        <w:tc>
          <w:tcPr>
            <w:tcW w:type="dxa" w:w="960"/>
          </w:tcPr>
          <w:p>
            <w:r>
              <w:t>路基路面课程设计</w:t>
            </w:r>
          </w:p>
        </w:tc>
        <w:tc>
          <w:tcPr>
            <w:tcW w:type="dxa" w:w="960"/>
          </w:tcPr>
          <w:p>
            <w:r>
              <w:t>2CE21111</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道路与桥梁工程方向</w:t>
            </w:r>
          </w:p>
        </w:tc>
      </w:tr>
      <w:tr>
        <w:tc>
          <w:tcPr>
            <w:tcW w:type="dxa" w:w="960"/>
          </w:tcPr>
          <w:p>
            <w:r>
              <w:t>67</w:t>
            </w:r>
          </w:p>
        </w:tc>
        <w:tc>
          <w:tcPr>
            <w:tcW w:type="dxa" w:w="960"/>
          </w:tcPr>
          <w:p>
            <w:r>
              <w:t>岩土工程勘察实习</w:t>
            </w:r>
          </w:p>
        </w:tc>
        <w:tc>
          <w:tcPr>
            <w:tcW w:type="dxa" w:w="960"/>
          </w:tcPr>
          <w:p>
            <w:r>
              <w:t>2CE21122</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岩土与地下空间工程方向</w:t>
            </w:r>
          </w:p>
        </w:tc>
      </w:tr>
      <w:tr>
        <w:tc>
          <w:tcPr>
            <w:tcW w:type="dxa" w:w="960"/>
          </w:tcPr>
          <w:p>
            <w:r>
              <w:t>68</w:t>
            </w:r>
          </w:p>
        </w:tc>
        <w:tc>
          <w:tcPr>
            <w:tcW w:type="dxa" w:w="960"/>
          </w:tcPr>
          <w:p>
            <w:r>
              <w:t>钢结构课程设计B</w:t>
            </w:r>
          </w:p>
        </w:tc>
        <w:tc>
          <w:tcPr>
            <w:tcW w:type="dxa" w:w="960"/>
          </w:tcPr>
          <w:p>
            <w:r>
              <w:t>2CE21124</w:t>
            </w:r>
          </w:p>
        </w:tc>
        <w:tc>
          <w:tcPr>
            <w:tcW w:type="dxa" w:w="960"/>
          </w:tcPr>
          <w:p>
            <w:r>
              <w:t>1</w:t>
            </w:r>
          </w:p>
        </w:tc>
        <w:tc>
          <w:tcPr>
            <w:tcW w:type="dxa" w:w="960"/>
          </w:tcPr>
          <w:p>
            <w:r>
              <w:t>专业必修课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69</w:t>
            </w:r>
          </w:p>
        </w:tc>
        <w:tc>
          <w:tcPr>
            <w:tcW w:type="dxa" w:w="960"/>
          </w:tcPr>
          <w:p>
            <w:r>
              <w:t>混凝土结构设计A</w:t>
            </w:r>
          </w:p>
        </w:tc>
        <w:tc>
          <w:tcPr>
            <w:tcW w:type="dxa" w:w="960"/>
          </w:tcPr>
          <w:p>
            <w:r>
              <w:t>2CE22102</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70</w:t>
            </w:r>
          </w:p>
        </w:tc>
        <w:tc>
          <w:tcPr>
            <w:tcW w:type="dxa" w:w="960"/>
          </w:tcPr>
          <w:p>
            <w:r>
              <w:t>钢结构设计</w:t>
            </w:r>
          </w:p>
        </w:tc>
        <w:tc>
          <w:tcPr>
            <w:tcW w:type="dxa" w:w="960"/>
          </w:tcPr>
          <w:p>
            <w:r>
              <w:t>2CE22103</w:t>
            </w:r>
          </w:p>
        </w:tc>
        <w:tc>
          <w:tcPr>
            <w:tcW w:type="dxa" w:w="960"/>
          </w:tcPr>
          <w:p>
            <w:r>
              <w:t>2.5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71</w:t>
            </w:r>
          </w:p>
        </w:tc>
        <w:tc>
          <w:tcPr>
            <w:tcW w:type="dxa" w:w="960"/>
          </w:tcPr>
          <w:p>
            <w:r>
              <w:t>装配式建筑结构</w:t>
            </w:r>
          </w:p>
        </w:tc>
        <w:tc>
          <w:tcPr>
            <w:tcW w:type="dxa" w:w="960"/>
          </w:tcPr>
          <w:p>
            <w:r>
              <w:t>2CE22104</w:t>
            </w:r>
          </w:p>
        </w:tc>
        <w:tc>
          <w:tcPr>
            <w:tcW w:type="dxa" w:w="960"/>
          </w:tcPr>
          <w:p>
            <w:r>
              <w:t>1.5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72</w:t>
            </w:r>
          </w:p>
        </w:tc>
        <w:tc>
          <w:tcPr>
            <w:tcW w:type="dxa" w:w="960"/>
          </w:tcPr>
          <w:p>
            <w:r>
              <w:t>基础工程(建工)</w:t>
            </w:r>
          </w:p>
        </w:tc>
        <w:tc>
          <w:tcPr>
            <w:tcW w:type="dxa" w:w="960"/>
          </w:tcPr>
          <w:p>
            <w:r>
              <w:t>2CE22106</w:t>
            </w:r>
          </w:p>
        </w:tc>
        <w:tc>
          <w:tcPr>
            <w:tcW w:type="dxa" w:w="960"/>
          </w:tcPr>
          <w:p>
            <w:r>
              <w:t>2</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建筑工程方向</w:t>
            </w:r>
          </w:p>
        </w:tc>
      </w:tr>
      <w:tr>
        <w:tc>
          <w:tcPr>
            <w:tcW w:type="dxa" w:w="960"/>
          </w:tcPr>
          <w:p>
            <w:r>
              <w:t>73</w:t>
            </w:r>
          </w:p>
        </w:tc>
        <w:tc>
          <w:tcPr>
            <w:tcW w:type="dxa" w:w="960"/>
          </w:tcPr>
          <w:p>
            <w:r>
              <w:t>桥梁工程</w:t>
            </w:r>
          </w:p>
        </w:tc>
        <w:tc>
          <w:tcPr>
            <w:tcW w:type="dxa" w:w="960"/>
          </w:tcPr>
          <w:p>
            <w:r>
              <w:t>2CE22110</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道路与桥梁工程方向</w:t>
            </w:r>
          </w:p>
        </w:tc>
      </w:tr>
      <w:tr>
        <w:tc>
          <w:tcPr>
            <w:tcW w:type="dxa" w:w="960"/>
          </w:tcPr>
          <w:p>
            <w:r>
              <w:t>74</w:t>
            </w:r>
          </w:p>
        </w:tc>
        <w:tc>
          <w:tcPr>
            <w:tcW w:type="dxa" w:w="960"/>
          </w:tcPr>
          <w:p>
            <w:r>
              <w:t>路基路面工程</w:t>
            </w:r>
          </w:p>
        </w:tc>
        <w:tc>
          <w:tcPr>
            <w:tcW w:type="dxa" w:w="960"/>
          </w:tcPr>
          <w:p>
            <w:r>
              <w:t>2CE22113</w:t>
            </w:r>
          </w:p>
        </w:tc>
        <w:tc>
          <w:tcPr>
            <w:tcW w:type="dxa" w:w="960"/>
          </w:tcPr>
          <w:p>
            <w:r>
              <w:t>3.0</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道路与桥梁工程方向</w:t>
            </w:r>
          </w:p>
        </w:tc>
      </w:tr>
      <w:tr>
        <w:tc>
          <w:tcPr>
            <w:tcW w:type="dxa" w:w="960"/>
          </w:tcPr>
          <w:p>
            <w:r>
              <w:t>75</w:t>
            </w:r>
          </w:p>
        </w:tc>
        <w:tc>
          <w:tcPr>
            <w:tcW w:type="dxa" w:w="960"/>
          </w:tcPr>
          <w:p>
            <w:r>
              <w:t>基础工程(道桥)</w:t>
            </w:r>
          </w:p>
        </w:tc>
        <w:tc>
          <w:tcPr>
            <w:tcW w:type="dxa" w:w="960"/>
          </w:tcPr>
          <w:p>
            <w:r>
              <w:t>2CE22114</w:t>
            </w:r>
          </w:p>
        </w:tc>
        <w:tc>
          <w:tcPr>
            <w:tcW w:type="dxa" w:w="960"/>
          </w:tcPr>
          <w:p>
            <w:r>
              <w:t>2</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道路与桥梁工程方向</w:t>
            </w:r>
          </w:p>
        </w:tc>
      </w:tr>
      <w:tr>
        <w:tc>
          <w:tcPr>
            <w:tcW w:type="dxa" w:w="960"/>
          </w:tcPr>
          <w:p>
            <w:r>
              <w:t>76</w:t>
            </w:r>
          </w:p>
        </w:tc>
        <w:tc>
          <w:tcPr>
            <w:tcW w:type="dxa" w:w="960"/>
          </w:tcPr>
          <w:p>
            <w:r>
              <w:t>岩体力学</w:t>
            </w:r>
          </w:p>
        </w:tc>
        <w:tc>
          <w:tcPr>
            <w:tcW w:type="dxa" w:w="960"/>
          </w:tcPr>
          <w:p>
            <w:r>
              <w:t>2CE22118</w:t>
            </w:r>
          </w:p>
        </w:tc>
        <w:tc>
          <w:tcPr>
            <w:tcW w:type="dxa" w:w="960"/>
          </w:tcPr>
          <w:p>
            <w:r>
              <w:t>2</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岩土与地下空间工程方向</w:t>
            </w:r>
          </w:p>
        </w:tc>
      </w:tr>
      <w:tr>
        <w:tc>
          <w:tcPr>
            <w:tcW w:type="dxa" w:w="960"/>
          </w:tcPr>
          <w:p>
            <w:r>
              <w:t>77</w:t>
            </w:r>
          </w:p>
        </w:tc>
        <w:tc>
          <w:tcPr>
            <w:tcW w:type="dxa" w:w="960"/>
          </w:tcPr>
          <w:p>
            <w:r>
              <w:t>基础工程(岩土)</w:t>
            </w:r>
          </w:p>
        </w:tc>
        <w:tc>
          <w:tcPr>
            <w:tcW w:type="dxa" w:w="960"/>
          </w:tcPr>
          <w:p>
            <w:r>
              <w:t>2CE22120</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岩土与地下空间工程方向</w:t>
            </w:r>
          </w:p>
        </w:tc>
      </w:tr>
      <w:tr>
        <w:tc>
          <w:tcPr>
            <w:tcW w:type="dxa" w:w="960"/>
          </w:tcPr>
          <w:p>
            <w:r>
              <w:t>78</w:t>
            </w:r>
          </w:p>
        </w:tc>
        <w:tc>
          <w:tcPr>
            <w:tcW w:type="dxa" w:w="960"/>
          </w:tcPr>
          <w:p>
            <w:r>
              <w:t>地下建筑结构A</w:t>
            </w:r>
          </w:p>
        </w:tc>
        <w:tc>
          <w:tcPr>
            <w:tcW w:type="dxa" w:w="960"/>
          </w:tcPr>
          <w:p>
            <w:r>
              <w:t>2CE22121</w:t>
            </w:r>
          </w:p>
        </w:tc>
        <w:tc>
          <w:tcPr>
            <w:tcW w:type="dxa" w:w="960"/>
          </w:tcPr>
          <w:p>
            <w:r>
              <w:t>3.5</w:t>
            </w:r>
          </w:p>
        </w:tc>
        <w:tc>
          <w:tcPr>
            <w:tcW w:type="dxa" w:w="960"/>
          </w:tcPr>
          <w:p>
            <w:r>
              <w:t>专业限选课</w:t>
            </w:r>
          </w:p>
        </w:tc>
        <w:tc>
          <w:tcPr>
            <w:tcW w:type="dxa" w:w="960"/>
          </w:tcPr>
          <w:p>
            <w:r>
              <w:t>土木工程学院</w:t>
            </w:r>
          </w:p>
        </w:tc>
        <w:tc>
          <w:tcPr>
            <w:tcW w:type="dxa" w:w="960"/>
          </w:tcPr>
          <w:p>
            <w:r>
              <w:t>2025-2026</w:t>
            </w:r>
          </w:p>
        </w:tc>
        <w:tc>
          <w:tcPr>
            <w:tcW w:type="dxa" w:w="960"/>
          </w:tcPr>
          <w:p>
            <w:r>
              <w:t>2</w:t>
            </w:r>
          </w:p>
        </w:tc>
        <w:tc>
          <w:tcPr>
            <w:tcW w:type="dxa" w:w="960"/>
          </w:tcPr>
          <w:p>
            <w:r>
              <w:t>岩土与地下空间工程方向</w:t>
            </w:r>
          </w:p>
        </w:tc>
      </w:tr>
      <w:tr>
        <w:tc>
          <w:tcPr>
            <w:tcW w:type="dxa" w:w="960"/>
          </w:tcPr>
          <w:p>
            <w:r>
              <w:t>注：按修读学年学期排序。</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专业：交通工程</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2</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交通工程导论</w:t>
            </w:r>
          </w:p>
        </w:tc>
        <w:tc>
          <w:tcPr>
            <w:tcW w:type="dxa" w:w="1080"/>
          </w:tcPr>
          <w:p>
            <w:r>
              <w:t>2CE21317</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4</w:t>
            </w:r>
          </w:p>
        </w:tc>
        <w:tc>
          <w:tcPr>
            <w:tcW w:type="dxa" w:w="1080"/>
          </w:tcPr>
          <w:p>
            <w:r>
              <w:t>劳动教育实践</w:t>
            </w:r>
          </w:p>
        </w:tc>
        <w:tc>
          <w:tcPr>
            <w:tcW w:type="dxa" w:w="1080"/>
          </w:tcPr>
          <w:p>
            <w:r>
              <w:t>2CE21330</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几何学原理与应用</w:t>
            </w:r>
          </w:p>
        </w:tc>
        <w:tc>
          <w:tcPr>
            <w:tcW w:type="dxa" w:w="1080"/>
          </w:tcPr>
          <w:p>
            <w:r>
              <w:t>2ME11016</w:t>
            </w:r>
          </w:p>
        </w:tc>
        <w:tc>
          <w:tcPr>
            <w:tcW w:type="dxa" w:w="1080"/>
          </w:tcPr>
          <w:p>
            <w:r>
              <w:t>3.0</w:t>
            </w:r>
          </w:p>
        </w:tc>
        <w:tc>
          <w:tcPr>
            <w:tcW w:type="dxa" w:w="1080"/>
          </w:tcPr>
          <w:p>
            <w:r>
              <w:t>通识必修课</w:t>
            </w:r>
          </w:p>
        </w:tc>
        <w:tc>
          <w:tcPr>
            <w:tcW w:type="dxa" w:w="1080"/>
          </w:tcPr>
          <w:p>
            <w:r>
              <w:t>机械工程学院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工程力学A(一)</w:t>
            </w:r>
          </w:p>
        </w:tc>
        <w:tc>
          <w:tcPr>
            <w:tcW w:type="dxa" w:w="1080"/>
          </w:tcPr>
          <w:p>
            <w:r>
              <w:t>2CE21007</w:t>
            </w:r>
          </w:p>
        </w:tc>
        <w:tc>
          <w:tcPr>
            <w:tcW w:type="dxa" w:w="1080"/>
          </w:tcPr>
          <w:p>
            <w:r>
              <w:t>3.0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13</w:t>
            </w:r>
          </w:p>
        </w:tc>
        <w:tc>
          <w:tcPr>
            <w:tcW w:type="dxa" w:w="1080"/>
          </w:tcPr>
          <w:p>
            <w:r>
              <w:t>国土空间与城市规划</w:t>
            </w:r>
          </w:p>
        </w:tc>
        <w:tc>
          <w:tcPr>
            <w:tcW w:type="dxa" w:w="1080"/>
          </w:tcPr>
          <w:p>
            <w:r>
              <w:t>2CE21312</w:t>
            </w:r>
          </w:p>
        </w:tc>
        <w:tc>
          <w:tcPr>
            <w:tcW w:type="dxa" w:w="1080"/>
          </w:tcPr>
          <w:p>
            <w:r>
              <w:t>1.5</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14</w:t>
            </w:r>
          </w:p>
        </w:tc>
        <w:tc>
          <w:tcPr>
            <w:tcW w:type="dxa" w:w="1080"/>
          </w:tcPr>
          <w:p>
            <w:r>
              <w:t>认识实习</w:t>
            </w:r>
          </w:p>
        </w:tc>
        <w:tc>
          <w:tcPr>
            <w:tcW w:type="dxa" w:w="1080"/>
          </w:tcPr>
          <w:p>
            <w:r>
              <w:t>2CE21333</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15</w:t>
            </w:r>
          </w:p>
        </w:tc>
        <w:tc>
          <w:tcPr>
            <w:tcW w:type="dxa" w:w="1080"/>
          </w:tcPr>
          <w:p>
            <w:r>
              <w:t>工程地质B</w:t>
            </w:r>
          </w:p>
        </w:tc>
        <w:tc>
          <w:tcPr>
            <w:tcW w:type="dxa" w:w="1080"/>
          </w:tcPr>
          <w:p>
            <w:r>
              <w:t>2CE21337</w:t>
            </w:r>
          </w:p>
        </w:tc>
        <w:tc>
          <w:tcPr>
            <w:tcW w:type="dxa" w:w="1080"/>
          </w:tcPr>
          <w:p>
            <w:r>
              <w:t>1.5</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程序设计语言Python(A)</w:t>
            </w:r>
          </w:p>
        </w:tc>
        <w:tc>
          <w:tcPr>
            <w:tcW w:type="dxa" w:w="1080"/>
          </w:tcPr>
          <w:p>
            <w:r>
              <w:t>2EI21002</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18</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23</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24</w:t>
            </w:r>
          </w:p>
        </w:tc>
        <w:tc>
          <w:tcPr>
            <w:tcW w:type="dxa" w:w="1080"/>
          </w:tcPr>
          <w:p>
            <w:r>
              <w:t>工程力学A(二)</w:t>
            </w:r>
          </w:p>
        </w:tc>
        <w:tc>
          <w:tcPr>
            <w:tcW w:type="dxa" w:w="1080"/>
          </w:tcPr>
          <w:p>
            <w:r>
              <w:t>2CE21008</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计算机辅助设计(CAD)</w:t>
            </w:r>
          </w:p>
        </w:tc>
        <w:tc>
          <w:tcPr>
            <w:tcW w:type="dxa" w:w="1080"/>
          </w:tcPr>
          <w:p>
            <w:r>
              <w:t>2CE21313</w:t>
            </w:r>
          </w:p>
        </w:tc>
        <w:tc>
          <w:tcPr>
            <w:tcW w:type="dxa" w:w="1080"/>
          </w:tcPr>
          <w:p>
            <w:r>
              <w:t>1.5</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26</w:t>
            </w:r>
          </w:p>
        </w:tc>
        <w:tc>
          <w:tcPr>
            <w:tcW w:type="dxa" w:w="1080"/>
          </w:tcPr>
          <w:p>
            <w:r>
              <w:t>交通创新实习</w:t>
            </w:r>
          </w:p>
        </w:tc>
        <w:tc>
          <w:tcPr>
            <w:tcW w:type="dxa" w:w="1080"/>
          </w:tcPr>
          <w:p>
            <w:r>
              <w:t>2CE21314</w:t>
            </w:r>
          </w:p>
        </w:tc>
        <w:tc>
          <w:tcPr>
            <w:tcW w:type="dxa" w:w="1080"/>
          </w:tcPr>
          <w:p>
            <w:r>
              <w:t>1.0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27</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28</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32</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33</w:t>
            </w:r>
          </w:p>
        </w:tc>
        <w:tc>
          <w:tcPr>
            <w:tcW w:type="dxa" w:w="1080"/>
          </w:tcPr>
          <w:p>
            <w:r>
              <w:t>道路工程材料</w:t>
            </w:r>
          </w:p>
        </w:tc>
        <w:tc>
          <w:tcPr>
            <w:tcW w:type="dxa" w:w="1080"/>
          </w:tcPr>
          <w:p>
            <w:r>
              <w:t>2CE21307</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34</w:t>
            </w:r>
          </w:p>
        </w:tc>
        <w:tc>
          <w:tcPr>
            <w:tcW w:type="dxa" w:w="1080"/>
          </w:tcPr>
          <w:p>
            <w:r>
              <w:t>交通工程基础</w:t>
            </w:r>
          </w:p>
        </w:tc>
        <w:tc>
          <w:tcPr>
            <w:tcW w:type="dxa" w:w="1080"/>
          </w:tcPr>
          <w:p>
            <w:r>
              <w:t>2CE21318</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35</w:t>
            </w:r>
          </w:p>
        </w:tc>
        <w:tc>
          <w:tcPr>
            <w:tcW w:type="dxa" w:w="1080"/>
          </w:tcPr>
          <w:p>
            <w:r>
              <w:t>土力学B</w:t>
            </w:r>
          </w:p>
        </w:tc>
        <w:tc>
          <w:tcPr>
            <w:tcW w:type="dxa" w:w="1080"/>
          </w:tcPr>
          <w:p>
            <w:r>
              <w:t>2CE21335</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36</w:t>
            </w:r>
          </w:p>
        </w:tc>
        <w:tc>
          <w:tcPr>
            <w:tcW w:type="dxa" w:w="1080"/>
          </w:tcPr>
          <w:p>
            <w:r>
              <w:t>智能运输系统优化设计</w:t>
            </w:r>
          </w:p>
        </w:tc>
        <w:tc>
          <w:tcPr>
            <w:tcW w:type="dxa" w:w="1080"/>
          </w:tcPr>
          <w:p>
            <w:r>
              <w:t>2CE21336</w:t>
            </w:r>
          </w:p>
        </w:tc>
        <w:tc>
          <w:tcPr>
            <w:tcW w:type="dxa" w:w="1080"/>
          </w:tcPr>
          <w:p>
            <w:r>
              <w:t>1.5</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37</w:t>
            </w:r>
          </w:p>
        </w:tc>
        <w:tc>
          <w:tcPr>
            <w:tcW w:type="dxa" w:w="1080"/>
          </w:tcPr>
          <w:p>
            <w:r>
              <w:t>测量学A</w:t>
            </w:r>
          </w:p>
        </w:tc>
        <w:tc>
          <w:tcPr>
            <w:tcW w:type="dxa" w:w="1080"/>
          </w:tcPr>
          <w:p>
            <w:r>
              <w:t>2GS21001</w:t>
            </w:r>
          </w:p>
        </w:tc>
        <w:tc>
          <w:tcPr>
            <w:tcW w:type="dxa" w:w="1080"/>
          </w:tcPr>
          <w:p>
            <w:r>
              <w:t>3.0</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38</w:t>
            </w:r>
          </w:p>
        </w:tc>
        <w:tc>
          <w:tcPr>
            <w:tcW w:type="dxa" w:w="1080"/>
          </w:tcPr>
          <w:p>
            <w:r>
              <w:t>测量实习</w:t>
            </w:r>
          </w:p>
        </w:tc>
        <w:tc>
          <w:tcPr>
            <w:tcW w:type="dxa" w:w="1080"/>
          </w:tcPr>
          <w:p>
            <w:r>
              <w:t>2GS21011</w:t>
            </w:r>
          </w:p>
        </w:tc>
        <w:tc>
          <w:tcPr>
            <w:tcW w:type="dxa" w:w="1080"/>
          </w:tcPr>
          <w:p>
            <w:r>
              <w:t>1.0</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39</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40</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42</w:t>
            </w:r>
          </w:p>
        </w:tc>
        <w:tc>
          <w:tcPr>
            <w:tcW w:type="dxa" w:w="1080"/>
          </w:tcPr>
          <w:p>
            <w:r>
              <w:t>数学建模</w:t>
            </w:r>
          </w:p>
        </w:tc>
        <w:tc>
          <w:tcPr>
            <w:tcW w:type="dxa" w:w="1080"/>
          </w:tcPr>
          <w:p>
            <w:r>
              <w:t>2CE11301</w:t>
            </w:r>
          </w:p>
        </w:tc>
        <w:tc>
          <w:tcPr>
            <w:tcW w:type="dxa" w:w="1080"/>
          </w:tcPr>
          <w:p>
            <w:r>
              <w:t>3.0</w:t>
            </w:r>
          </w:p>
        </w:tc>
        <w:tc>
          <w:tcPr>
            <w:tcW w:type="dxa" w:w="1080"/>
          </w:tcPr>
          <w:p>
            <w:r>
              <w:t>通识必修课</w:t>
            </w:r>
          </w:p>
        </w:tc>
        <w:tc>
          <w:tcPr>
            <w:tcW w:type="dxa" w:w="1080"/>
          </w:tcPr>
          <w:p>
            <w:r>
              <w:t>土木工程学院</w:t>
            </w:r>
          </w:p>
        </w:tc>
        <w:tc>
          <w:tcPr>
            <w:tcW w:type="dxa" w:w="1080"/>
          </w:tcPr>
          <w:p>
            <w:r>
              <w:t>2025-2026</w:t>
            </w:r>
          </w:p>
        </w:tc>
        <w:tc>
          <w:tcPr>
            <w:tcW w:type="dxa" w:w="1080"/>
          </w:tcPr>
          <w:p>
            <w:r>
              <w:t>1</w:t>
            </w:r>
          </w:p>
        </w:tc>
      </w:tr>
      <w:tr>
        <w:tc>
          <w:tcPr>
            <w:tcW w:type="dxa" w:w="1080"/>
          </w:tcPr>
          <w:p>
            <w:r>
              <w:t>43</w:t>
            </w:r>
          </w:p>
        </w:tc>
        <w:tc>
          <w:tcPr>
            <w:tcW w:type="dxa" w:w="1080"/>
          </w:tcPr>
          <w:p>
            <w:r>
              <w:t>道路勘测课程设计</w:t>
            </w:r>
          </w:p>
        </w:tc>
        <w:tc>
          <w:tcPr>
            <w:tcW w:type="dxa" w:w="1080"/>
          </w:tcPr>
          <w:p>
            <w:r>
              <w:t>2CE21309</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44</w:t>
            </w:r>
          </w:p>
        </w:tc>
        <w:tc>
          <w:tcPr>
            <w:tcW w:type="dxa" w:w="1080"/>
          </w:tcPr>
          <w:p>
            <w:r>
              <w:t>道路勘测设计A</w:t>
            </w:r>
          </w:p>
        </w:tc>
        <w:tc>
          <w:tcPr>
            <w:tcW w:type="dxa" w:w="1080"/>
          </w:tcPr>
          <w:p>
            <w:r>
              <w:t>2CE21310</w:t>
            </w:r>
          </w:p>
        </w:tc>
        <w:tc>
          <w:tcPr>
            <w:tcW w:type="dxa" w:w="1080"/>
          </w:tcPr>
          <w:p>
            <w:r>
              <w:t>3.5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45</w:t>
            </w:r>
          </w:p>
        </w:tc>
        <w:tc>
          <w:tcPr>
            <w:tcW w:type="dxa" w:w="1080"/>
          </w:tcPr>
          <w:p>
            <w:r>
              <w:t>交通调查与分析</w:t>
            </w:r>
          </w:p>
        </w:tc>
        <w:tc>
          <w:tcPr>
            <w:tcW w:type="dxa" w:w="1080"/>
          </w:tcPr>
          <w:p>
            <w:r>
              <w:t>2CE21315</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46</w:t>
            </w:r>
          </w:p>
        </w:tc>
        <w:tc>
          <w:tcPr>
            <w:tcW w:type="dxa" w:w="1080"/>
          </w:tcPr>
          <w:p>
            <w:r>
              <w:t>交通调查实习</w:t>
            </w:r>
          </w:p>
        </w:tc>
        <w:tc>
          <w:tcPr>
            <w:tcW w:type="dxa" w:w="1080"/>
          </w:tcPr>
          <w:p>
            <w:r>
              <w:t>2CE21316</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47</w:t>
            </w:r>
          </w:p>
        </w:tc>
        <w:tc>
          <w:tcPr>
            <w:tcW w:type="dxa" w:w="1080"/>
          </w:tcPr>
          <w:p>
            <w:r>
              <w:t>交通环境与保护</w:t>
            </w:r>
          </w:p>
        </w:tc>
        <w:tc>
          <w:tcPr>
            <w:tcW w:type="dxa" w:w="1080"/>
          </w:tcPr>
          <w:p>
            <w:r>
              <w:t>2CE21324</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48</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49</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50</w:t>
            </w:r>
          </w:p>
        </w:tc>
        <w:tc>
          <w:tcPr>
            <w:tcW w:type="dxa" w:w="1080"/>
          </w:tcPr>
          <w:p>
            <w:r>
              <w:t>城市客运交通</w:t>
            </w:r>
          </w:p>
        </w:tc>
        <w:tc>
          <w:tcPr>
            <w:tcW w:type="dxa" w:w="1080"/>
          </w:tcPr>
          <w:p>
            <w:r>
              <w:t>2CE21305</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51</w:t>
            </w:r>
          </w:p>
        </w:tc>
        <w:tc>
          <w:tcPr>
            <w:tcW w:type="dxa" w:w="1080"/>
          </w:tcPr>
          <w:p>
            <w:r>
              <w:t>城市客运交通实习</w:t>
            </w:r>
          </w:p>
        </w:tc>
        <w:tc>
          <w:tcPr>
            <w:tcW w:type="dxa" w:w="1080"/>
          </w:tcPr>
          <w:p>
            <w:r>
              <w:t>2CE21306</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52</w:t>
            </w:r>
          </w:p>
        </w:tc>
        <w:tc>
          <w:tcPr>
            <w:tcW w:type="dxa" w:w="1080"/>
          </w:tcPr>
          <w:p>
            <w:r>
              <w:t>道路交通安全</w:t>
            </w:r>
          </w:p>
        </w:tc>
        <w:tc>
          <w:tcPr>
            <w:tcW w:type="dxa" w:w="1080"/>
          </w:tcPr>
          <w:p>
            <w:r>
              <w:t>2CE21308</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53</w:t>
            </w:r>
          </w:p>
        </w:tc>
        <w:tc>
          <w:tcPr>
            <w:tcW w:type="dxa" w:w="1080"/>
          </w:tcPr>
          <w:p>
            <w:r>
              <w:t>道路勘测实习A</w:t>
            </w:r>
          </w:p>
        </w:tc>
        <w:tc>
          <w:tcPr>
            <w:tcW w:type="dxa" w:w="1080"/>
          </w:tcPr>
          <w:p>
            <w:r>
              <w:t>2CE21311</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54</w:t>
            </w:r>
          </w:p>
        </w:tc>
        <w:tc>
          <w:tcPr>
            <w:tcW w:type="dxa" w:w="1080"/>
          </w:tcPr>
          <w:p>
            <w:r>
              <w:t>交通管理与控制</w:t>
            </w:r>
          </w:p>
        </w:tc>
        <w:tc>
          <w:tcPr>
            <w:tcW w:type="dxa" w:w="1080"/>
          </w:tcPr>
          <w:p>
            <w:r>
              <w:t>2CE21320</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55</w:t>
            </w:r>
          </w:p>
        </w:tc>
        <w:tc>
          <w:tcPr>
            <w:tcW w:type="dxa" w:w="1080"/>
          </w:tcPr>
          <w:p>
            <w:r>
              <w:t>交通规划</w:t>
            </w:r>
          </w:p>
        </w:tc>
        <w:tc>
          <w:tcPr>
            <w:tcW w:type="dxa" w:w="1080"/>
          </w:tcPr>
          <w:p>
            <w:r>
              <w:t>2CE21322</w:t>
            </w:r>
          </w:p>
        </w:tc>
        <w:tc>
          <w:tcPr>
            <w:tcW w:type="dxa" w:w="1080"/>
          </w:tcPr>
          <w:p>
            <w:r>
              <w:t>3.5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56</w:t>
            </w:r>
          </w:p>
        </w:tc>
        <w:tc>
          <w:tcPr>
            <w:tcW w:type="dxa" w:w="1080"/>
          </w:tcPr>
          <w:p>
            <w:r>
              <w:t>交通规划课程设计</w:t>
            </w:r>
          </w:p>
        </w:tc>
        <w:tc>
          <w:tcPr>
            <w:tcW w:type="dxa" w:w="1080"/>
          </w:tcPr>
          <w:p>
            <w:r>
              <w:t>2CE21323</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57</w:t>
            </w:r>
          </w:p>
        </w:tc>
        <w:tc>
          <w:tcPr>
            <w:tcW w:type="dxa" w:w="1080"/>
          </w:tcPr>
          <w:p>
            <w:r>
              <w:t>交通经济学</w:t>
            </w:r>
          </w:p>
        </w:tc>
        <w:tc>
          <w:tcPr>
            <w:tcW w:type="dxa" w:w="1080"/>
          </w:tcPr>
          <w:p>
            <w:r>
              <w:t>2CE21325</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58</w:t>
            </w:r>
          </w:p>
        </w:tc>
        <w:tc>
          <w:tcPr>
            <w:tcW w:type="dxa" w:w="1080"/>
          </w:tcPr>
          <w:p>
            <w:r>
              <w:t>路基路面工程</w:t>
            </w:r>
          </w:p>
        </w:tc>
        <w:tc>
          <w:tcPr>
            <w:tcW w:type="dxa" w:w="1080"/>
          </w:tcPr>
          <w:p>
            <w:r>
              <w:t>2CE21331</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59</w:t>
            </w:r>
          </w:p>
        </w:tc>
        <w:tc>
          <w:tcPr>
            <w:tcW w:type="dxa" w:w="1080"/>
          </w:tcPr>
          <w:p>
            <w:r>
              <w:t>路基路面课程设计</w:t>
            </w:r>
          </w:p>
        </w:tc>
        <w:tc>
          <w:tcPr>
            <w:tcW w:type="dxa" w:w="1080"/>
          </w:tcPr>
          <w:p>
            <w:r>
              <w:t>2CE21332</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60</w:t>
            </w:r>
          </w:p>
        </w:tc>
        <w:tc>
          <w:tcPr>
            <w:tcW w:type="dxa" w:w="1080"/>
          </w:tcPr>
          <w:p>
            <w:r>
              <w:t>生产实习C</w:t>
            </w:r>
          </w:p>
        </w:tc>
        <w:tc>
          <w:tcPr>
            <w:tcW w:type="dxa" w:w="1080"/>
          </w:tcPr>
          <w:p>
            <w:r>
              <w:t>2CE21334</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专业：无机非金属材料工程</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2</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无机及分析化学D</w:t>
            </w:r>
          </w:p>
        </w:tc>
        <w:tc>
          <w:tcPr>
            <w:tcW w:type="dxa" w:w="1080"/>
          </w:tcPr>
          <w:p>
            <w:r>
              <w:t>2CB11002</w:t>
            </w:r>
          </w:p>
        </w:tc>
        <w:tc>
          <w:tcPr>
            <w:tcW w:type="dxa" w:w="1080"/>
          </w:tcPr>
          <w:p>
            <w:r>
              <w:t>3.0</w:t>
            </w:r>
          </w:p>
        </w:tc>
        <w:tc>
          <w:tcPr>
            <w:tcW w:type="dxa" w:w="1080"/>
          </w:tcPr>
          <w:p>
            <w:r>
              <w:t>通识必修课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4</w:t>
            </w:r>
          </w:p>
        </w:tc>
        <w:tc>
          <w:tcPr>
            <w:tcW w:type="dxa" w:w="1080"/>
          </w:tcPr>
          <w:p>
            <w:r>
              <w:t>无机及分析化学实验D</w:t>
            </w:r>
          </w:p>
        </w:tc>
        <w:tc>
          <w:tcPr>
            <w:tcW w:type="dxa" w:w="1080"/>
          </w:tcPr>
          <w:p>
            <w:r>
              <w:t>2CB11003</w:t>
            </w:r>
          </w:p>
        </w:tc>
        <w:tc>
          <w:tcPr>
            <w:tcW w:type="dxa" w:w="1080"/>
          </w:tcPr>
          <w:p>
            <w:r>
              <w:t>1.0</w:t>
            </w:r>
          </w:p>
        </w:tc>
        <w:tc>
          <w:tcPr>
            <w:tcW w:type="dxa" w:w="1080"/>
          </w:tcPr>
          <w:p>
            <w:r>
              <w:t>通识必修课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材料科学与工程概论</w:t>
            </w:r>
          </w:p>
        </w:tc>
        <w:tc>
          <w:tcPr>
            <w:tcW w:type="dxa" w:w="1080"/>
          </w:tcPr>
          <w:p>
            <w:r>
              <w:t>2CE21409</w:t>
            </w:r>
          </w:p>
        </w:tc>
        <w:tc>
          <w:tcPr>
            <w:tcW w:type="dxa" w:w="1080"/>
          </w:tcPr>
          <w:p>
            <w:r>
              <w:t>1.5</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画法几何及工程制图</w:t>
            </w:r>
          </w:p>
        </w:tc>
        <w:tc>
          <w:tcPr>
            <w:tcW w:type="dxa" w:w="1080"/>
          </w:tcPr>
          <w:p>
            <w:r>
              <w:t>2ME21004</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认识实习</w:t>
            </w:r>
          </w:p>
        </w:tc>
        <w:tc>
          <w:tcPr>
            <w:tcW w:type="dxa" w:w="1080"/>
          </w:tcPr>
          <w:p>
            <w:r>
              <w:t>2CE21419</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22</w:t>
            </w:r>
          </w:p>
        </w:tc>
        <w:tc>
          <w:tcPr>
            <w:tcW w:type="dxa" w:w="1080"/>
          </w:tcPr>
          <w:p>
            <w:r>
              <w:t>物理化学C(一)</w:t>
            </w:r>
          </w:p>
        </w:tc>
        <w:tc>
          <w:tcPr>
            <w:tcW w:type="dxa" w:w="1080"/>
          </w:tcPr>
          <w:p>
            <w:r>
              <w:t>2CB11005</w:t>
            </w:r>
          </w:p>
        </w:tc>
        <w:tc>
          <w:tcPr>
            <w:tcW w:type="dxa" w:w="1080"/>
          </w:tcPr>
          <w:p>
            <w:r>
              <w:t>3.0</w:t>
            </w:r>
          </w:p>
        </w:tc>
        <w:tc>
          <w:tcPr>
            <w:tcW w:type="dxa" w:w="1080"/>
          </w:tcPr>
          <w:p>
            <w:r>
              <w:t>通识必修课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23</w:t>
            </w:r>
          </w:p>
        </w:tc>
        <w:tc>
          <w:tcPr>
            <w:tcW w:type="dxa" w:w="1080"/>
          </w:tcPr>
          <w:p>
            <w:r>
              <w:t>工程力学B</w:t>
            </w:r>
          </w:p>
        </w:tc>
        <w:tc>
          <w:tcPr>
            <w:tcW w:type="dxa" w:w="1080"/>
          </w:tcPr>
          <w:p>
            <w:r>
              <w:t>2CE21009</w:t>
            </w:r>
          </w:p>
        </w:tc>
        <w:tc>
          <w:tcPr>
            <w:tcW w:type="dxa" w:w="1080"/>
          </w:tcPr>
          <w:p>
            <w:r>
              <w:t>4.5</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24</w:t>
            </w:r>
          </w:p>
        </w:tc>
        <w:tc>
          <w:tcPr>
            <w:tcW w:type="dxa" w:w="1080"/>
          </w:tcPr>
          <w:p>
            <w:r>
              <w:t>劳动教育实践</w:t>
            </w:r>
          </w:p>
        </w:tc>
        <w:tc>
          <w:tcPr>
            <w:tcW w:type="dxa" w:w="1080"/>
          </w:tcPr>
          <w:p>
            <w:r>
              <w:t>2CE21418</w:t>
            </w:r>
          </w:p>
        </w:tc>
        <w:tc>
          <w:tcPr>
            <w:tcW w:type="dxa" w:w="1080"/>
          </w:tcPr>
          <w:p>
            <w:r>
              <w:t>1.0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26</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31</w:t>
            </w:r>
          </w:p>
        </w:tc>
        <w:tc>
          <w:tcPr>
            <w:tcW w:type="dxa" w:w="1080"/>
          </w:tcPr>
          <w:p>
            <w:r>
              <w:t>物理化学C(二)</w:t>
            </w:r>
          </w:p>
        </w:tc>
        <w:tc>
          <w:tcPr>
            <w:tcW w:type="dxa" w:w="1080"/>
          </w:tcPr>
          <w:p>
            <w:r>
              <w:t>2CB11004</w:t>
            </w:r>
          </w:p>
        </w:tc>
        <w:tc>
          <w:tcPr>
            <w:tcW w:type="dxa" w:w="1080"/>
          </w:tcPr>
          <w:p>
            <w:r>
              <w:t>2.0</w:t>
            </w:r>
          </w:p>
        </w:tc>
        <w:tc>
          <w:tcPr>
            <w:tcW w:type="dxa" w:w="1080"/>
          </w:tcPr>
          <w:p>
            <w:r>
              <w:t>通识必修课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32</w:t>
            </w:r>
          </w:p>
        </w:tc>
        <w:tc>
          <w:tcPr>
            <w:tcW w:type="dxa" w:w="1080"/>
          </w:tcPr>
          <w:p>
            <w:r>
              <w:t>物理化学实验C</w:t>
            </w:r>
          </w:p>
        </w:tc>
        <w:tc>
          <w:tcPr>
            <w:tcW w:type="dxa" w:w="1080"/>
          </w:tcPr>
          <w:p>
            <w:r>
              <w:t>2CB11006</w:t>
            </w:r>
          </w:p>
        </w:tc>
        <w:tc>
          <w:tcPr>
            <w:tcW w:type="dxa" w:w="1080"/>
          </w:tcPr>
          <w:p>
            <w:r>
              <w:t>1.0</w:t>
            </w:r>
          </w:p>
        </w:tc>
        <w:tc>
          <w:tcPr>
            <w:tcW w:type="dxa" w:w="1080"/>
          </w:tcPr>
          <w:p>
            <w:r>
              <w:t>通识必修课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33</w:t>
            </w:r>
          </w:p>
        </w:tc>
        <w:tc>
          <w:tcPr>
            <w:tcW w:type="dxa" w:w="1080"/>
          </w:tcPr>
          <w:p>
            <w:r>
              <w:t>材料科学基础(一)</w:t>
            </w:r>
          </w:p>
        </w:tc>
        <w:tc>
          <w:tcPr>
            <w:tcW w:type="dxa" w:w="1080"/>
          </w:tcPr>
          <w:p>
            <w:r>
              <w:t>2CE21408</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34</w:t>
            </w:r>
          </w:p>
        </w:tc>
        <w:tc>
          <w:tcPr>
            <w:tcW w:type="dxa" w:w="1080"/>
          </w:tcPr>
          <w:p>
            <w:r>
              <w:t>土木工程材料A</w:t>
            </w:r>
          </w:p>
        </w:tc>
        <w:tc>
          <w:tcPr>
            <w:tcW w:type="dxa" w:w="1080"/>
          </w:tcPr>
          <w:p>
            <w:r>
              <w:t>2CE21421</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35</w:t>
            </w:r>
          </w:p>
        </w:tc>
        <w:tc>
          <w:tcPr>
            <w:tcW w:type="dxa" w:w="1080"/>
          </w:tcPr>
          <w:p>
            <w:r>
              <w:t>土木工程材料A课程实践</w:t>
            </w:r>
          </w:p>
        </w:tc>
        <w:tc>
          <w:tcPr>
            <w:tcW w:type="dxa" w:w="1080"/>
          </w:tcPr>
          <w:p>
            <w:r>
              <w:t>2CE21422</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36</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39</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40</w:t>
            </w:r>
          </w:p>
        </w:tc>
        <w:tc>
          <w:tcPr>
            <w:tcW w:type="dxa" w:w="1080"/>
          </w:tcPr>
          <w:p>
            <w:r>
              <w:t>材料测试技术实验</w:t>
            </w:r>
          </w:p>
        </w:tc>
        <w:tc>
          <w:tcPr>
            <w:tcW w:type="dxa" w:w="1080"/>
          </w:tcPr>
          <w:p>
            <w:r>
              <w:t>2CE21403</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41</w:t>
            </w:r>
          </w:p>
        </w:tc>
        <w:tc>
          <w:tcPr>
            <w:tcW w:type="dxa" w:w="1080"/>
          </w:tcPr>
          <w:p>
            <w:r>
              <w:t>材料科学基础(二)</w:t>
            </w:r>
          </w:p>
        </w:tc>
        <w:tc>
          <w:tcPr>
            <w:tcW w:type="dxa" w:w="1080"/>
          </w:tcPr>
          <w:p>
            <w:r>
              <w:t>2CE21407</w:t>
            </w:r>
          </w:p>
        </w:tc>
        <w:tc>
          <w:tcPr>
            <w:tcW w:type="dxa" w:w="1080"/>
          </w:tcPr>
          <w:p>
            <w:r>
              <w:t>3.5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42</w:t>
            </w:r>
          </w:p>
        </w:tc>
        <w:tc>
          <w:tcPr>
            <w:tcW w:type="dxa" w:w="1080"/>
          </w:tcPr>
          <w:p>
            <w:r>
              <w:t>胶凝材料学</w:t>
            </w:r>
          </w:p>
        </w:tc>
        <w:tc>
          <w:tcPr>
            <w:tcW w:type="dxa" w:w="1080"/>
          </w:tcPr>
          <w:p>
            <w:r>
              <w:t>2CE21417</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43</w:t>
            </w:r>
          </w:p>
        </w:tc>
        <w:tc>
          <w:tcPr>
            <w:tcW w:type="dxa" w:w="1080"/>
          </w:tcPr>
          <w:p>
            <w:r>
              <w:t>无机材料物理性能</w:t>
            </w:r>
          </w:p>
        </w:tc>
        <w:tc>
          <w:tcPr>
            <w:tcW w:type="dxa" w:w="1080"/>
          </w:tcPr>
          <w:p>
            <w:r>
              <w:t>2CE21423</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44</w:t>
            </w:r>
          </w:p>
        </w:tc>
        <w:tc>
          <w:tcPr>
            <w:tcW w:type="dxa" w:w="1080"/>
          </w:tcPr>
          <w:p>
            <w:r>
              <w:t>现代材料测试技术</w:t>
            </w:r>
          </w:p>
        </w:tc>
        <w:tc>
          <w:tcPr>
            <w:tcW w:type="dxa" w:w="1080"/>
          </w:tcPr>
          <w:p>
            <w:r>
              <w:t>2CE21425</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45</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47</w:t>
            </w:r>
          </w:p>
        </w:tc>
        <w:tc>
          <w:tcPr>
            <w:tcW w:type="dxa" w:w="1080"/>
          </w:tcPr>
          <w:p>
            <w:r>
              <w:t>材料工程基础</w:t>
            </w:r>
          </w:p>
        </w:tc>
        <w:tc>
          <w:tcPr>
            <w:tcW w:type="dxa" w:w="1080"/>
          </w:tcPr>
          <w:p>
            <w:r>
              <w:t>2CE21405</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48</w:t>
            </w:r>
          </w:p>
        </w:tc>
        <w:tc>
          <w:tcPr>
            <w:tcW w:type="dxa" w:w="1080"/>
          </w:tcPr>
          <w:p>
            <w:r>
              <w:t>材料科学与工程基础实验</w:t>
            </w:r>
          </w:p>
        </w:tc>
        <w:tc>
          <w:tcPr>
            <w:tcW w:type="dxa" w:w="1080"/>
          </w:tcPr>
          <w:p>
            <w:r>
              <w:t>2CE21410</w:t>
            </w:r>
          </w:p>
        </w:tc>
        <w:tc>
          <w:tcPr>
            <w:tcW w:type="dxa" w:w="1080"/>
          </w:tcPr>
          <w:p>
            <w:r>
              <w:t>1.5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49</w:t>
            </w:r>
          </w:p>
        </w:tc>
        <w:tc>
          <w:tcPr>
            <w:tcW w:type="dxa" w:w="1080"/>
          </w:tcPr>
          <w:p>
            <w:r>
              <w:t>粉体科学与工程基础</w:t>
            </w:r>
          </w:p>
        </w:tc>
        <w:tc>
          <w:tcPr>
            <w:tcW w:type="dxa" w:w="1080"/>
          </w:tcPr>
          <w:p>
            <w:r>
              <w:t>2CE21412</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50</w:t>
            </w:r>
          </w:p>
        </w:tc>
        <w:tc>
          <w:tcPr>
            <w:tcW w:type="dxa" w:w="1080"/>
          </w:tcPr>
          <w:p>
            <w:r>
              <w:t>混凝土科学</w:t>
            </w:r>
          </w:p>
        </w:tc>
        <w:tc>
          <w:tcPr>
            <w:tcW w:type="dxa" w:w="1080"/>
          </w:tcPr>
          <w:p>
            <w:r>
              <w:t>2CE21415</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51</w:t>
            </w:r>
          </w:p>
        </w:tc>
        <w:tc>
          <w:tcPr>
            <w:tcW w:type="dxa" w:w="1080"/>
          </w:tcPr>
          <w:p>
            <w:r>
              <w:t>混凝土外加剂</w:t>
            </w:r>
          </w:p>
        </w:tc>
        <w:tc>
          <w:tcPr>
            <w:tcW w:type="dxa" w:w="1080"/>
          </w:tcPr>
          <w:p>
            <w:r>
              <w:t>2CE21416</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52</w:t>
            </w:r>
          </w:p>
        </w:tc>
        <w:tc>
          <w:tcPr>
            <w:tcW w:type="dxa" w:w="1080"/>
          </w:tcPr>
          <w:p>
            <w:r>
              <w:t>生产实习B</w:t>
            </w:r>
          </w:p>
        </w:tc>
        <w:tc>
          <w:tcPr>
            <w:tcW w:type="dxa" w:w="1080"/>
          </w:tcPr>
          <w:p>
            <w:r>
              <w:t>2CE21420</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53</w:t>
            </w:r>
          </w:p>
        </w:tc>
        <w:tc>
          <w:tcPr>
            <w:tcW w:type="dxa" w:w="1080"/>
          </w:tcPr>
          <w:p>
            <w:r>
              <w:t>无机非金属材料工学</w:t>
            </w:r>
          </w:p>
        </w:tc>
        <w:tc>
          <w:tcPr>
            <w:tcW w:type="dxa" w:w="1080"/>
          </w:tcPr>
          <w:p>
            <w:r>
              <w:t>2CE21424</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54</w:t>
            </w:r>
          </w:p>
        </w:tc>
        <w:tc>
          <w:tcPr>
            <w:tcW w:type="dxa" w:w="1080"/>
          </w:tcPr>
          <w:p>
            <w:r>
              <w:t>无机非金属材料机械设备</w:t>
            </w:r>
          </w:p>
        </w:tc>
        <w:tc>
          <w:tcPr>
            <w:tcW w:type="dxa" w:w="1080"/>
          </w:tcPr>
          <w:p>
            <w:r>
              <w:t>2ME21315</w:t>
            </w:r>
          </w:p>
        </w:tc>
        <w:tc>
          <w:tcPr>
            <w:tcW w:type="dxa" w:w="1080"/>
          </w:tcPr>
          <w:p>
            <w:r>
              <w:t>2.5</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专业：工程力学</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2</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工程力学专业导论</w:t>
            </w:r>
          </w:p>
        </w:tc>
        <w:tc>
          <w:tcPr>
            <w:tcW w:type="dxa" w:w="1080"/>
          </w:tcPr>
          <w:p>
            <w:r>
              <w:t>2CE21204</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4</w:t>
            </w:r>
          </w:p>
        </w:tc>
        <w:tc>
          <w:tcPr>
            <w:tcW w:type="dxa" w:w="1080"/>
          </w:tcPr>
          <w:p>
            <w:r>
              <w:t>劳动教育实践</w:t>
            </w:r>
          </w:p>
        </w:tc>
        <w:tc>
          <w:tcPr>
            <w:tcW w:type="dxa" w:w="1080"/>
          </w:tcPr>
          <w:p>
            <w:r>
              <w:t>2CE21206</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认识实习</w:t>
            </w:r>
          </w:p>
        </w:tc>
        <w:tc>
          <w:tcPr>
            <w:tcW w:type="dxa" w:w="1080"/>
          </w:tcPr>
          <w:p>
            <w:r>
              <w:t>2CE21207</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程序设计语言Python(A)</w:t>
            </w:r>
          </w:p>
        </w:tc>
        <w:tc>
          <w:tcPr>
            <w:tcW w:type="dxa" w:w="1080"/>
          </w:tcPr>
          <w:p>
            <w:r>
              <w:t>2EI21002</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画法几何及工程制图</w:t>
            </w:r>
          </w:p>
        </w:tc>
        <w:tc>
          <w:tcPr>
            <w:tcW w:type="dxa" w:w="1080"/>
          </w:tcPr>
          <w:p>
            <w:r>
              <w:t>2ME21004</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物理实验A(一)</w:t>
            </w:r>
          </w:p>
        </w:tc>
        <w:tc>
          <w:tcPr>
            <w:tcW w:type="dxa" w:w="1080"/>
          </w:tcPr>
          <w:p>
            <w:r>
              <w:t>2PS11001</w:t>
            </w:r>
          </w:p>
        </w:tc>
        <w:tc>
          <w:tcPr>
            <w:tcW w:type="dxa" w:w="1080"/>
          </w:tcPr>
          <w:p>
            <w:r>
              <w:t>1.0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19</w:t>
            </w:r>
          </w:p>
        </w:tc>
        <w:tc>
          <w:tcPr>
            <w:tcW w:type="dxa" w:w="1080"/>
          </w:tcPr>
          <w:p>
            <w:r>
              <w:t>大学物理A(一)</w:t>
            </w:r>
          </w:p>
        </w:tc>
        <w:tc>
          <w:tcPr>
            <w:tcW w:type="dxa" w:w="1080"/>
          </w:tcPr>
          <w:p>
            <w:r>
              <w:t>2PS11004</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22</w:t>
            </w:r>
          </w:p>
        </w:tc>
        <w:tc>
          <w:tcPr>
            <w:tcW w:type="dxa" w:w="1080"/>
          </w:tcPr>
          <w:p>
            <w:r>
              <w:t>理论力学A</w:t>
            </w:r>
          </w:p>
        </w:tc>
        <w:tc>
          <w:tcPr>
            <w:tcW w:type="dxa" w:w="1080"/>
          </w:tcPr>
          <w:p>
            <w:r>
              <w:t>2CE21001</w:t>
            </w:r>
          </w:p>
        </w:tc>
        <w:tc>
          <w:tcPr>
            <w:tcW w:type="dxa" w:w="1080"/>
          </w:tcPr>
          <w:p>
            <w:r>
              <w:t>4.5</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23</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24</w:t>
            </w:r>
          </w:p>
        </w:tc>
        <w:tc>
          <w:tcPr>
            <w:tcW w:type="dxa" w:w="1080"/>
          </w:tcPr>
          <w:p>
            <w:r>
              <w:t>计算方法B</w:t>
            </w:r>
          </w:p>
        </w:tc>
        <w:tc>
          <w:tcPr>
            <w:tcW w:type="dxa" w:w="1080"/>
          </w:tcPr>
          <w:p>
            <w:r>
              <w:t>2MA21051</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金工实习B</w:t>
            </w:r>
          </w:p>
        </w:tc>
        <w:tc>
          <w:tcPr>
            <w:tcW w:type="dxa" w:w="1080"/>
          </w:tcPr>
          <w:p>
            <w:r>
              <w:t>2ME21120</w:t>
            </w:r>
          </w:p>
        </w:tc>
        <w:tc>
          <w:tcPr>
            <w:tcW w:type="dxa" w:w="1080"/>
          </w:tcPr>
          <w:p>
            <w:r>
              <w:t>1.0</w:t>
            </w:r>
          </w:p>
        </w:tc>
        <w:tc>
          <w:tcPr>
            <w:tcW w:type="dxa" w:w="1080"/>
          </w:tcPr>
          <w:p>
            <w:r>
              <w:t>专业必修课</w:t>
            </w:r>
          </w:p>
        </w:tc>
        <w:tc>
          <w:tcPr>
            <w:tcW w:type="dxa" w:w="1080"/>
          </w:tcPr>
          <w:p>
            <w:r>
              <w:t>机械工程学院</w:t>
            </w:r>
          </w:p>
        </w:tc>
        <w:tc>
          <w:tcPr>
            <w:tcW w:type="dxa" w:w="1080"/>
          </w:tcPr>
          <w:p>
            <w:r>
              <w:t>2024-2025</w:t>
            </w:r>
          </w:p>
        </w:tc>
        <w:tc>
          <w:tcPr>
            <w:tcW w:type="dxa" w:w="1080"/>
          </w:tcPr>
          <w:p>
            <w:r>
              <w:t>1</w:t>
            </w:r>
          </w:p>
        </w:tc>
      </w:tr>
      <w:tr>
        <w:tc>
          <w:tcPr>
            <w:tcW w:type="dxa" w:w="1080"/>
          </w:tcPr>
          <w:p>
            <w:r>
              <w:t>26</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物理实验A(二)</w:t>
            </w:r>
          </w:p>
        </w:tc>
        <w:tc>
          <w:tcPr>
            <w:tcW w:type="dxa" w:w="1080"/>
          </w:tcPr>
          <w:p>
            <w:r>
              <w:t>2PS11002</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大学物理A(二)</w:t>
            </w:r>
          </w:p>
        </w:tc>
        <w:tc>
          <w:tcPr>
            <w:tcW w:type="dxa" w:w="1080"/>
          </w:tcPr>
          <w:p>
            <w:r>
              <w:t>2PS11005</w:t>
            </w:r>
          </w:p>
        </w:tc>
        <w:tc>
          <w:tcPr>
            <w:tcW w:type="dxa" w:w="1080"/>
          </w:tcPr>
          <w:p>
            <w:r>
              <w:t>3.0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31</w:t>
            </w:r>
          </w:p>
        </w:tc>
        <w:tc>
          <w:tcPr>
            <w:tcW w:type="dxa" w:w="1080"/>
          </w:tcPr>
          <w:p>
            <w:r>
              <w:t>材料力学A</w:t>
            </w:r>
          </w:p>
        </w:tc>
        <w:tc>
          <w:tcPr>
            <w:tcW w:type="dxa" w:w="1080"/>
          </w:tcPr>
          <w:p>
            <w:r>
              <w:t>2CE21003</w:t>
            </w:r>
          </w:p>
        </w:tc>
        <w:tc>
          <w:tcPr>
            <w:tcW w:type="dxa" w:w="1080"/>
          </w:tcPr>
          <w:p>
            <w:r>
              <w:t>4.5</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32</w:t>
            </w:r>
          </w:p>
        </w:tc>
        <w:tc>
          <w:tcPr>
            <w:tcW w:type="dxa" w:w="1080"/>
          </w:tcPr>
          <w:p>
            <w:r>
              <w:t>学术思维训练A</w:t>
            </w:r>
          </w:p>
        </w:tc>
        <w:tc>
          <w:tcPr>
            <w:tcW w:type="dxa" w:w="1080"/>
          </w:tcPr>
          <w:p>
            <w:r>
              <w:t>2CE21214</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33</w:t>
            </w:r>
          </w:p>
        </w:tc>
        <w:tc>
          <w:tcPr>
            <w:tcW w:type="dxa" w:w="1080"/>
          </w:tcPr>
          <w:p>
            <w:r>
              <w:t>流体力学B</w:t>
            </w:r>
          </w:p>
        </w:tc>
        <w:tc>
          <w:tcPr>
            <w:tcW w:type="dxa" w:w="1080"/>
          </w:tcPr>
          <w:p>
            <w:r>
              <w:t>2ES21902</w:t>
            </w:r>
          </w:p>
        </w:tc>
        <w:tc>
          <w:tcPr>
            <w:tcW w:type="dxa" w:w="1080"/>
          </w:tcPr>
          <w:p>
            <w:r>
              <w:t>3.0</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34</w:t>
            </w:r>
          </w:p>
        </w:tc>
        <w:tc>
          <w:tcPr>
            <w:tcW w:type="dxa" w:w="1080"/>
          </w:tcPr>
          <w:p>
            <w:r>
              <w:t>测量学B</w:t>
            </w:r>
          </w:p>
        </w:tc>
        <w:tc>
          <w:tcPr>
            <w:tcW w:type="dxa" w:w="1080"/>
          </w:tcPr>
          <w:p>
            <w:r>
              <w:t>2GS21002</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35</w:t>
            </w:r>
          </w:p>
        </w:tc>
        <w:tc>
          <w:tcPr>
            <w:tcW w:type="dxa" w:w="1080"/>
          </w:tcPr>
          <w:p>
            <w:r>
              <w:t>测量实习</w:t>
            </w:r>
          </w:p>
        </w:tc>
        <w:tc>
          <w:tcPr>
            <w:tcW w:type="dxa" w:w="1080"/>
          </w:tcPr>
          <w:p>
            <w:r>
              <w:t>2GS21011</w:t>
            </w:r>
          </w:p>
        </w:tc>
        <w:tc>
          <w:tcPr>
            <w:tcW w:type="dxa" w:w="1080"/>
          </w:tcPr>
          <w:p>
            <w:r>
              <w:t>1.0</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36</w:t>
            </w:r>
          </w:p>
        </w:tc>
        <w:tc>
          <w:tcPr>
            <w:tcW w:type="dxa" w:w="1080"/>
          </w:tcPr>
          <w:p>
            <w:r>
              <w:t>数理方程</w:t>
            </w:r>
          </w:p>
        </w:tc>
        <w:tc>
          <w:tcPr>
            <w:tcW w:type="dxa" w:w="1080"/>
          </w:tcPr>
          <w:p>
            <w:r>
              <w:t>2MA21052</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39</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40</w:t>
            </w:r>
          </w:p>
        </w:tc>
        <w:tc>
          <w:tcPr>
            <w:tcW w:type="dxa" w:w="1080"/>
          </w:tcPr>
          <w:p>
            <w:r>
              <w:t>弹性力学A</w:t>
            </w:r>
          </w:p>
        </w:tc>
        <w:tc>
          <w:tcPr>
            <w:tcW w:type="dxa" w:w="1080"/>
          </w:tcPr>
          <w:p>
            <w:r>
              <w:t>2CE21203</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41</w:t>
            </w:r>
          </w:p>
        </w:tc>
        <w:tc>
          <w:tcPr>
            <w:tcW w:type="dxa" w:w="1080"/>
          </w:tcPr>
          <w:p>
            <w:r>
              <w:t>振动力学</w:t>
            </w:r>
          </w:p>
        </w:tc>
        <w:tc>
          <w:tcPr>
            <w:tcW w:type="dxa" w:w="1080"/>
          </w:tcPr>
          <w:p>
            <w:r>
              <w:t>2CE21212</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42</w:t>
            </w:r>
          </w:p>
        </w:tc>
        <w:tc>
          <w:tcPr>
            <w:tcW w:type="dxa" w:w="1080"/>
          </w:tcPr>
          <w:p>
            <w:r>
              <w:t>结构力学(一)</w:t>
            </w:r>
          </w:p>
        </w:tc>
        <w:tc>
          <w:tcPr>
            <w:tcW w:type="dxa" w:w="1080"/>
          </w:tcPr>
          <w:p>
            <w:r>
              <w:t>2CE22201</w:t>
            </w:r>
          </w:p>
        </w:tc>
        <w:tc>
          <w:tcPr>
            <w:tcW w:type="dxa" w:w="1080"/>
          </w:tcPr>
          <w:p>
            <w:r>
              <w:t>3.0</w:t>
            </w:r>
          </w:p>
        </w:tc>
        <w:tc>
          <w:tcPr>
            <w:tcW w:type="dxa" w:w="1080"/>
          </w:tcPr>
          <w:p>
            <w:r>
              <w:t>专业限选课</w:t>
            </w:r>
          </w:p>
        </w:tc>
        <w:tc>
          <w:tcPr>
            <w:tcW w:type="dxa" w:w="1080"/>
          </w:tcPr>
          <w:p>
            <w:r>
              <w:t>土木工程学院</w:t>
            </w:r>
          </w:p>
        </w:tc>
        <w:tc>
          <w:tcPr>
            <w:tcW w:type="dxa" w:w="1080"/>
          </w:tcPr>
          <w:p>
            <w:r>
              <w:t>2025-2026</w:t>
            </w:r>
          </w:p>
        </w:tc>
        <w:tc>
          <w:tcPr>
            <w:tcW w:type="dxa" w:w="1080"/>
          </w:tcPr>
          <w:p>
            <w:r>
              <w:t>1</w:t>
            </w:r>
          </w:p>
        </w:tc>
      </w:tr>
      <w:tr>
        <w:tc>
          <w:tcPr>
            <w:tcW w:type="dxa" w:w="1080"/>
          </w:tcPr>
          <w:p>
            <w:r>
              <w:t>43</w:t>
            </w:r>
          </w:p>
        </w:tc>
        <w:tc>
          <w:tcPr>
            <w:tcW w:type="dxa" w:w="1080"/>
          </w:tcPr>
          <w:p>
            <w:r>
              <w:t>混凝土结构设计原理B</w:t>
            </w:r>
          </w:p>
        </w:tc>
        <w:tc>
          <w:tcPr>
            <w:tcW w:type="dxa" w:w="1080"/>
          </w:tcPr>
          <w:p>
            <w:r>
              <w:t>2CE22202</w:t>
            </w:r>
          </w:p>
        </w:tc>
        <w:tc>
          <w:tcPr>
            <w:tcW w:type="dxa" w:w="1080"/>
          </w:tcPr>
          <w:p>
            <w:r>
              <w:t>3.0</w:t>
            </w:r>
          </w:p>
        </w:tc>
        <w:tc>
          <w:tcPr>
            <w:tcW w:type="dxa" w:w="1080"/>
          </w:tcPr>
          <w:p>
            <w:r>
              <w:t>专业限选课</w:t>
            </w:r>
          </w:p>
        </w:tc>
        <w:tc>
          <w:tcPr>
            <w:tcW w:type="dxa" w:w="1080"/>
          </w:tcPr>
          <w:p>
            <w:r>
              <w:t>土木工程学院</w:t>
            </w:r>
          </w:p>
        </w:tc>
        <w:tc>
          <w:tcPr>
            <w:tcW w:type="dxa" w:w="1080"/>
          </w:tcPr>
          <w:p>
            <w:r>
              <w:t>2025-2026</w:t>
            </w:r>
          </w:p>
        </w:tc>
        <w:tc>
          <w:tcPr>
            <w:tcW w:type="dxa" w:w="1080"/>
          </w:tcPr>
          <w:p>
            <w:r>
              <w:t>1</w:t>
            </w:r>
          </w:p>
        </w:tc>
      </w:tr>
      <w:tr>
        <w:tc>
          <w:tcPr>
            <w:tcW w:type="dxa" w:w="1080"/>
          </w:tcPr>
          <w:p>
            <w:r>
              <w:t>44</w:t>
            </w:r>
          </w:p>
        </w:tc>
        <w:tc>
          <w:tcPr>
            <w:tcW w:type="dxa" w:w="1080"/>
          </w:tcPr>
          <w:p>
            <w:r>
              <w:t>土木工程材料B</w:t>
            </w:r>
          </w:p>
        </w:tc>
        <w:tc>
          <w:tcPr>
            <w:tcW w:type="dxa" w:w="1080"/>
          </w:tcPr>
          <w:p>
            <w:r>
              <w:t>2CE22204</w:t>
            </w:r>
          </w:p>
        </w:tc>
        <w:tc>
          <w:tcPr>
            <w:tcW w:type="dxa" w:w="1080"/>
          </w:tcPr>
          <w:p>
            <w:r>
              <w:t>2.5</w:t>
            </w:r>
          </w:p>
        </w:tc>
        <w:tc>
          <w:tcPr>
            <w:tcW w:type="dxa" w:w="1080"/>
          </w:tcPr>
          <w:p>
            <w:r>
              <w:t>专业限选课</w:t>
            </w:r>
          </w:p>
        </w:tc>
        <w:tc>
          <w:tcPr>
            <w:tcW w:type="dxa" w:w="1080"/>
          </w:tcPr>
          <w:p>
            <w:r>
              <w:t>土木工程学院</w:t>
            </w:r>
          </w:p>
        </w:tc>
        <w:tc>
          <w:tcPr>
            <w:tcW w:type="dxa" w:w="1080"/>
          </w:tcPr>
          <w:p>
            <w:r>
              <w:t>2025-2026</w:t>
            </w:r>
          </w:p>
        </w:tc>
        <w:tc>
          <w:tcPr>
            <w:tcW w:type="dxa" w:w="1080"/>
          </w:tcPr>
          <w:p>
            <w:r>
              <w:t>1</w:t>
            </w:r>
          </w:p>
        </w:tc>
      </w:tr>
      <w:tr>
        <w:tc>
          <w:tcPr>
            <w:tcW w:type="dxa" w:w="1080"/>
          </w:tcPr>
          <w:p>
            <w:r>
              <w:t>45</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47</w:t>
            </w:r>
          </w:p>
        </w:tc>
        <w:tc>
          <w:tcPr>
            <w:tcW w:type="dxa" w:w="1080"/>
          </w:tcPr>
          <w:p>
            <w:r>
              <w:t>混凝土结构课程设计B</w:t>
            </w:r>
          </w:p>
        </w:tc>
        <w:tc>
          <w:tcPr>
            <w:tcW w:type="dxa" w:w="1080"/>
          </w:tcPr>
          <w:p>
            <w:r>
              <w:t>2CE21205</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48</w:t>
            </w:r>
          </w:p>
        </w:tc>
        <w:tc>
          <w:tcPr>
            <w:tcW w:type="dxa" w:w="1080"/>
          </w:tcPr>
          <w:p>
            <w:r>
              <w:t>实验力学</w:t>
            </w:r>
          </w:p>
        </w:tc>
        <w:tc>
          <w:tcPr>
            <w:tcW w:type="dxa" w:w="1080"/>
          </w:tcPr>
          <w:p>
            <w:r>
              <w:t>2CE21209</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49</w:t>
            </w:r>
          </w:p>
        </w:tc>
        <w:tc>
          <w:tcPr>
            <w:tcW w:type="dxa" w:w="1080"/>
          </w:tcPr>
          <w:p>
            <w:r>
              <w:t>有限单元法</w:t>
            </w:r>
          </w:p>
        </w:tc>
        <w:tc>
          <w:tcPr>
            <w:tcW w:type="dxa" w:w="1080"/>
          </w:tcPr>
          <w:p>
            <w:r>
              <w:t>2CE21211</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50</w:t>
            </w:r>
          </w:p>
        </w:tc>
        <w:tc>
          <w:tcPr>
            <w:tcW w:type="dxa" w:w="1080"/>
          </w:tcPr>
          <w:p>
            <w:r>
              <w:t>基础工程课程设计</w:t>
            </w:r>
          </w:p>
        </w:tc>
        <w:tc>
          <w:tcPr>
            <w:tcW w:type="dxa" w:w="1080"/>
          </w:tcPr>
          <w:p>
            <w:r>
              <w:t>2CE21213</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51</w:t>
            </w:r>
          </w:p>
        </w:tc>
        <w:tc>
          <w:tcPr>
            <w:tcW w:type="dxa" w:w="1080"/>
          </w:tcPr>
          <w:p>
            <w:r>
              <w:t>有限单元法课程设计</w:t>
            </w:r>
          </w:p>
        </w:tc>
        <w:tc>
          <w:tcPr>
            <w:tcW w:type="dxa" w:w="1080"/>
          </w:tcPr>
          <w:p>
            <w:r>
              <w:t>2CE21215</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52</w:t>
            </w:r>
          </w:p>
        </w:tc>
        <w:tc>
          <w:tcPr>
            <w:tcW w:type="dxa" w:w="1080"/>
          </w:tcPr>
          <w:p>
            <w:r>
              <w:t>结构力学(二)</w:t>
            </w:r>
          </w:p>
        </w:tc>
        <w:tc>
          <w:tcPr>
            <w:tcW w:type="dxa" w:w="1080"/>
          </w:tcPr>
          <w:p>
            <w:r>
              <w:t>2CE22203</w:t>
            </w:r>
          </w:p>
        </w:tc>
        <w:tc>
          <w:tcPr>
            <w:tcW w:type="dxa" w:w="1080"/>
          </w:tcPr>
          <w:p>
            <w:r>
              <w:t>2.5</w:t>
            </w:r>
          </w:p>
        </w:tc>
        <w:tc>
          <w:tcPr>
            <w:tcW w:type="dxa" w:w="1080"/>
          </w:tcPr>
          <w:p>
            <w:r>
              <w:t>专业限选课</w:t>
            </w:r>
          </w:p>
        </w:tc>
        <w:tc>
          <w:tcPr>
            <w:tcW w:type="dxa" w:w="1080"/>
          </w:tcPr>
          <w:p>
            <w:r>
              <w:t>土木工程学院</w:t>
            </w:r>
          </w:p>
        </w:tc>
        <w:tc>
          <w:tcPr>
            <w:tcW w:type="dxa" w:w="1080"/>
          </w:tcPr>
          <w:p>
            <w:r>
              <w:t>2025-2026</w:t>
            </w:r>
          </w:p>
        </w:tc>
        <w:tc>
          <w:tcPr>
            <w:tcW w:type="dxa" w:w="1080"/>
          </w:tcPr>
          <w:p>
            <w:r>
              <w:t>2</w:t>
            </w:r>
          </w:p>
        </w:tc>
      </w:tr>
      <w:tr>
        <w:tc>
          <w:tcPr>
            <w:tcW w:type="dxa" w:w="1080"/>
          </w:tcPr>
          <w:p>
            <w:r>
              <w:t>53</w:t>
            </w:r>
          </w:p>
        </w:tc>
        <w:tc>
          <w:tcPr>
            <w:tcW w:type="dxa" w:w="1080"/>
          </w:tcPr>
          <w:p>
            <w:r>
              <w:t>土力学与地基基础B</w:t>
            </w:r>
          </w:p>
        </w:tc>
        <w:tc>
          <w:tcPr>
            <w:tcW w:type="dxa" w:w="1080"/>
          </w:tcPr>
          <w:p>
            <w:r>
              <w:t>2CE22206</w:t>
            </w:r>
          </w:p>
        </w:tc>
        <w:tc>
          <w:tcPr>
            <w:tcW w:type="dxa" w:w="1080"/>
          </w:tcPr>
          <w:p>
            <w:r>
              <w:t>3.0</w:t>
            </w:r>
          </w:p>
        </w:tc>
        <w:tc>
          <w:tcPr>
            <w:tcW w:type="dxa" w:w="1080"/>
          </w:tcPr>
          <w:p>
            <w:r>
              <w:t>专业限选课</w:t>
            </w:r>
          </w:p>
        </w:tc>
        <w:tc>
          <w:tcPr>
            <w:tcW w:type="dxa" w:w="1080"/>
          </w:tcPr>
          <w:p>
            <w:r>
              <w:t>土木工程学院</w:t>
            </w:r>
          </w:p>
        </w:tc>
        <w:tc>
          <w:tcPr>
            <w:tcW w:type="dxa" w:w="1080"/>
          </w:tcPr>
          <w:p>
            <w:r>
              <w:t>2025-2026</w:t>
            </w:r>
          </w:p>
        </w:tc>
        <w:tc>
          <w:tcPr>
            <w:tcW w:type="dxa" w:w="1080"/>
          </w:tcPr>
          <w:p>
            <w:r>
              <w:t>2</w:t>
            </w:r>
          </w:p>
        </w:tc>
      </w:tr>
      <w:tr>
        <w:tc>
          <w:tcPr>
            <w:tcW w:type="dxa" w:w="1080"/>
          </w:tcPr>
          <w:p>
            <w:r>
              <w:t>54</w:t>
            </w:r>
          </w:p>
        </w:tc>
        <w:tc>
          <w:tcPr>
            <w:tcW w:type="dxa" w:w="1080"/>
          </w:tcPr>
          <w:p>
            <w:r>
              <w:t>混凝土结构设计B</w:t>
            </w:r>
          </w:p>
        </w:tc>
        <w:tc>
          <w:tcPr>
            <w:tcW w:type="dxa" w:w="1080"/>
          </w:tcPr>
          <w:p>
            <w:r>
              <w:t>2CE22207</w:t>
            </w:r>
          </w:p>
        </w:tc>
        <w:tc>
          <w:tcPr>
            <w:tcW w:type="dxa" w:w="1080"/>
          </w:tcPr>
          <w:p>
            <w:r>
              <w:t>2.0</w:t>
            </w:r>
          </w:p>
        </w:tc>
        <w:tc>
          <w:tcPr>
            <w:tcW w:type="dxa" w:w="1080"/>
          </w:tcPr>
          <w:p>
            <w:r>
              <w:t>专业限选课</w:t>
            </w:r>
          </w:p>
        </w:tc>
        <w:tc>
          <w:tcPr>
            <w:tcW w:type="dxa" w:w="1080"/>
          </w:tcPr>
          <w:p>
            <w:r>
              <w:t>土木工程学院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专业：工程管理</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2</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劳动教育实践</w:t>
            </w:r>
          </w:p>
        </w:tc>
        <w:tc>
          <w:tcPr>
            <w:tcW w:type="dxa" w:w="1080"/>
          </w:tcPr>
          <w:p>
            <w:r>
              <w:t>2CE21054</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4</w:t>
            </w:r>
          </w:p>
        </w:tc>
        <w:tc>
          <w:tcPr>
            <w:tcW w:type="dxa" w:w="1080"/>
          </w:tcPr>
          <w:p>
            <w:r>
              <w:t>工程管理导论B</w:t>
            </w:r>
          </w:p>
        </w:tc>
        <w:tc>
          <w:tcPr>
            <w:tcW w:type="dxa" w:w="1080"/>
          </w:tcPr>
          <w:p>
            <w:r>
              <w:t>2CE21504</w:t>
            </w:r>
          </w:p>
        </w:tc>
        <w:tc>
          <w:tcPr>
            <w:tcW w:type="dxa" w:w="1080"/>
          </w:tcPr>
          <w:p>
            <w:r>
              <w:t>2.0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高等数学C(一)</w:t>
            </w:r>
          </w:p>
        </w:tc>
        <w:tc>
          <w:tcPr>
            <w:tcW w:type="dxa" w:w="1080"/>
          </w:tcPr>
          <w:p>
            <w:r>
              <w:t>2MA11005</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画法几何及工程制图</w:t>
            </w:r>
          </w:p>
        </w:tc>
        <w:tc>
          <w:tcPr>
            <w:tcW w:type="dxa" w:w="1080"/>
          </w:tcPr>
          <w:p>
            <w:r>
              <w:t>2ME21004</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8</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9</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房屋建筑学A</w:t>
            </w:r>
          </w:p>
        </w:tc>
        <w:tc>
          <w:tcPr>
            <w:tcW w:type="dxa" w:w="1080"/>
          </w:tcPr>
          <w:p>
            <w:r>
              <w:t>2AU21902</w:t>
            </w:r>
          </w:p>
        </w:tc>
        <w:tc>
          <w:tcPr>
            <w:tcW w:type="dxa" w:w="1080"/>
          </w:tcPr>
          <w:p>
            <w:r>
              <w:t>2.5</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12</w:t>
            </w:r>
          </w:p>
        </w:tc>
        <w:tc>
          <w:tcPr>
            <w:tcW w:type="dxa" w:w="1080"/>
          </w:tcPr>
          <w:p>
            <w:r>
              <w:t>房屋建筑学课程设计B</w:t>
            </w:r>
          </w:p>
        </w:tc>
        <w:tc>
          <w:tcPr>
            <w:tcW w:type="dxa" w:w="1080"/>
          </w:tcPr>
          <w:p>
            <w:r>
              <w:t>2AU21903</w:t>
            </w:r>
          </w:p>
        </w:tc>
        <w:tc>
          <w:tcPr>
            <w:tcW w:type="dxa" w:w="1080"/>
          </w:tcPr>
          <w:p>
            <w:r>
              <w:t>1.0</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工程力学A(一)</w:t>
            </w:r>
          </w:p>
        </w:tc>
        <w:tc>
          <w:tcPr>
            <w:tcW w:type="dxa" w:w="1080"/>
          </w:tcPr>
          <w:p>
            <w:r>
              <w:t>2CE21007</w:t>
            </w:r>
          </w:p>
        </w:tc>
        <w:tc>
          <w:tcPr>
            <w:tcW w:type="dxa" w:w="1080"/>
          </w:tcPr>
          <w:p>
            <w:r>
              <w:t>3.0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测量学C</w:t>
            </w:r>
          </w:p>
        </w:tc>
        <w:tc>
          <w:tcPr>
            <w:tcW w:type="dxa" w:w="1080"/>
          </w:tcPr>
          <w:p>
            <w:r>
              <w:t>2GS21003</w:t>
            </w:r>
          </w:p>
        </w:tc>
        <w:tc>
          <w:tcPr>
            <w:tcW w:type="dxa" w:w="1080"/>
          </w:tcPr>
          <w:p>
            <w:r>
              <w:t>2.0</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17</w:t>
            </w:r>
          </w:p>
        </w:tc>
        <w:tc>
          <w:tcPr>
            <w:tcW w:type="dxa" w:w="1080"/>
          </w:tcPr>
          <w:p>
            <w:r>
              <w:t>测量实习</w:t>
            </w:r>
          </w:p>
        </w:tc>
        <w:tc>
          <w:tcPr>
            <w:tcW w:type="dxa" w:w="1080"/>
          </w:tcPr>
          <w:p>
            <w:r>
              <w:t>2GS21011</w:t>
            </w:r>
          </w:p>
        </w:tc>
        <w:tc>
          <w:tcPr>
            <w:tcW w:type="dxa" w:w="1080"/>
          </w:tcPr>
          <w:p>
            <w:r>
              <w:t>1.0</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18</w:t>
            </w:r>
          </w:p>
        </w:tc>
        <w:tc>
          <w:tcPr>
            <w:tcW w:type="dxa" w:w="1080"/>
          </w:tcPr>
          <w:p>
            <w:r>
              <w:t>高等数学C(二)</w:t>
            </w:r>
          </w:p>
        </w:tc>
        <w:tc>
          <w:tcPr>
            <w:tcW w:type="dxa" w:w="1080"/>
          </w:tcPr>
          <w:p>
            <w:r>
              <w:t>2MA11006</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工程力学A(二)</w:t>
            </w:r>
          </w:p>
        </w:tc>
        <w:tc>
          <w:tcPr>
            <w:tcW w:type="dxa" w:w="1080"/>
          </w:tcPr>
          <w:p>
            <w:r>
              <w:t>2CE21008</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24</w:t>
            </w:r>
          </w:p>
        </w:tc>
        <w:tc>
          <w:tcPr>
            <w:tcW w:type="dxa" w:w="1080"/>
          </w:tcPr>
          <w:p>
            <w:r>
              <w:t>经济学</w:t>
            </w:r>
          </w:p>
        </w:tc>
        <w:tc>
          <w:tcPr>
            <w:tcW w:type="dxa" w:w="1080"/>
          </w:tcPr>
          <w:p>
            <w:r>
              <w:t>2CE21046</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25</w:t>
            </w:r>
          </w:p>
        </w:tc>
        <w:tc>
          <w:tcPr>
            <w:tcW w:type="dxa" w:w="1080"/>
          </w:tcPr>
          <w:p>
            <w:r>
              <w:t>土木工程材料A</w:t>
            </w:r>
          </w:p>
        </w:tc>
        <w:tc>
          <w:tcPr>
            <w:tcW w:type="dxa" w:w="1080"/>
          </w:tcPr>
          <w:p>
            <w:r>
              <w:t>2CE21050</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26</w:t>
            </w:r>
          </w:p>
        </w:tc>
        <w:tc>
          <w:tcPr>
            <w:tcW w:type="dxa" w:w="1080"/>
          </w:tcPr>
          <w:p>
            <w:r>
              <w:t>工程地质与地基基础</w:t>
            </w:r>
          </w:p>
        </w:tc>
        <w:tc>
          <w:tcPr>
            <w:tcW w:type="dxa" w:w="1080"/>
          </w:tcPr>
          <w:p>
            <w:r>
              <w:t>2CE21510</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27</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28</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31</w:t>
            </w:r>
          </w:p>
        </w:tc>
        <w:tc>
          <w:tcPr>
            <w:tcW w:type="dxa" w:w="1080"/>
          </w:tcPr>
          <w:p>
            <w:r>
              <w:t>财务管理B</w:t>
            </w:r>
          </w:p>
        </w:tc>
        <w:tc>
          <w:tcPr>
            <w:tcW w:type="dxa" w:w="1080"/>
          </w:tcPr>
          <w:p>
            <w:r>
              <w:t>2BU21031</w:t>
            </w:r>
          </w:p>
        </w:tc>
        <w:tc>
          <w:tcPr>
            <w:tcW w:type="dxa" w:w="1080"/>
          </w:tcPr>
          <w:p>
            <w:r>
              <w:t>2.0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32</w:t>
            </w:r>
          </w:p>
        </w:tc>
        <w:tc>
          <w:tcPr>
            <w:tcW w:type="dxa" w:w="1080"/>
          </w:tcPr>
          <w:p>
            <w:r>
              <w:t>工程结构I</w:t>
            </w:r>
          </w:p>
        </w:tc>
        <w:tc>
          <w:tcPr>
            <w:tcW w:type="dxa" w:w="1080"/>
          </w:tcPr>
          <w:p>
            <w:r>
              <w:t>2CE21029</w:t>
            </w:r>
          </w:p>
        </w:tc>
        <w:tc>
          <w:tcPr>
            <w:tcW w:type="dxa" w:w="1080"/>
          </w:tcPr>
          <w:p>
            <w:r>
              <w:t>4.0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33</w:t>
            </w:r>
          </w:p>
        </w:tc>
        <w:tc>
          <w:tcPr>
            <w:tcW w:type="dxa" w:w="1080"/>
          </w:tcPr>
          <w:p>
            <w:r>
              <w:t>管理学原理</w:t>
            </w:r>
          </w:p>
        </w:tc>
        <w:tc>
          <w:tcPr>
            <w:tcW w:type="dxa" w:w="1080"/>
          </w:tcPr>
          <w:p>
            <w:r>
              <w:t>2CE21036</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34</w:t>
            </w:r>
          </w:p>
        </w:tc>
        <w:tc>
          <w:tcPr>
            <w:tcW w:type="dxa" w:w="1080"/>
          </w:tcPr>
          <w:p>
            <w:r>
              <w:t>经济法</w:t>
            </w:r>
          </w:p>
        </w:tc>
        <w:tc>
          <w:tcPr>
            <w:tcW w:type="dxa" w:w="1080"/>
          </w:tcPr>
          <w:p>
            <w:r>
              <w:t>2CE21045</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35</w:t>
            </w:r>
          </w:p>
        </w:tc>
        <w:tc>
          <w:tcPr>
            <w:tcW w:type="dxa" w:w="1080"/>
          </w:tcPr>
          <w:p>
            <w:r>
              <w:t>应用统计</w:t>
            </w:r>
          </w:p>
        </w:tc>
        <w:tc>
          <w:tcPr>
            <w:tcW w:type="dxa" w:w="1080"/>
          </w:tcPr>
          <w:p>
            <w:r>
              <w:t>2CE21052</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36</w:t>
            </w:r>
          </w:p>
        </w:tc>
        <w:tc>
          <w:tcPr>
            <w:tcW w:type="dxa" w:w="1080"/>
          </w:tcPr>
          <w:p>
            <w:r>
              <w:t>工程经济学A</w:t>
            </w:r>
          </w:p>
        </w:tc>
        <w:tc>
          <w:tcPr>
            <w:tcW w:type="dxa" w:w="1080"/>
          </w:tcPr>
          <w:p>
            <w:r>
              <w:t>2CE21506</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37</w:t>
            </w:r>
          </w:p>
        </w:tc>
        <w:tc>
          <w:tcPr>
            <w:tcW w:type="dxa" w:w="1080"/>
          </w:tcPr>
          <w:p>
            <w:r>
              <w:t>认识实习</w:t>
            </w:r>
          </w:p>
        </w:tc>
        <w:tc>
          <w:tcPr>
            <w:tcW w:type="dxa" w:w="1080"/>
          </w:tcPr>
          <w:p>
            <w:r>
              <w:t>2CE21511</w:t>
            </w:r>
          </w:p>
        </w:tc>
        <w:tc>
          <w:tcPr>
            <w:tcW w:type="dxa" w:w="1080"/>
          </w:tcPr>
          <w:p>
            <w:r>
              <w:t>1.0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38</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39</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40</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41</w:t>
            </w:r>
          </w:p>
        </w:tc>
        <w:tc>
          <w:tcPr>
            <w:tcW w:type="dxa" w:w="1080"/>
          </w:tcPr>
          <w:p>
            <w:r>
              <w:t>房屋建筑CAD</w:t>
            </w:r>
          </w:p>
        </w:tc>
        <w:tc>
          <w:tcPr>
            <w:tcW w:type="dxa" w:w="1080"/>
          </w:tcPr>
          <w:p>
            <w:r>
              <w:t>2CE21020</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42</w:t>
            </w:r>
          </w:p>
        </w:tc>
        <w:tc>
          <w:tcPr>
            <w:tcW w:type="dxa" w:w="1080"/>
          </w:tcPr>
          <w:p>
            <w:r>
              <w:t>工程结构II</w:t>
            </w:r>
          </w:p>
        </w:tc>
        <w:tc>
          <w:tcPr>
            <w:tcW w:type="dxa" w:w="1080"/>
          </w:tcPr>
          <w:p>
            <w:r>
              <w:t>2CE21030</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43</w:t>
            </w:r>
          </w:p>
        </w:tc>
        <w:tc>
          <w:tcPr>
            <w:tcW w:type="dxa" w:w="1080"/>
          </w:tcPr>
          <w:p>
            <w:r>
              <w:t>工程结构II课程设计</w:t>
            </w:r>
          </w:p>
        </w:tc>
        <w:tc>
          <w:tcPr>
            <w:tcW w:type="dxa" w:w="1080"/>
          </w:tcPr>
          <w:p>
            <w:r>
              <w:t>2CE21031</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44</w:t>
            </w:r>
          </w:p>
        </w:tc>
        <w:tc>
          <w:tcPr>
            <w:tcW w:type="dxa" w:w="1080"/>
          </w:tcPr>
          <w:p>
            <w:r>
              <w:t>工程组织行为学</w:t>
            </w:r>
          </w:p>
        </w:tc>
        <w:tc>
          <w:tcPr>
            <w:tcW w:type="dxa" w:w="1080"/>
          </w:tcPr>
          <w:p>
            <w:r>
              <w:t>2CE21033</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45</w:t>
            </w:r>
          </w:p>
        </w:tc>
        <w:tc>
          <w:tcPr>
            <w:tcW w:type="dxa" w:w="1080"/>
          </w:tcPr>
          <w:p>
            <w:r>
              <w:t>运筹学A</w:t>
            </w:r>
          </w:p>
        </w:tc>
        <w:tc>
          <w:tcPr>
            <w:tcW w:type="dxa" w:w="1080"/>
          </w:tcPr>
          <w:p>
            <w:r>
              <w:t>2CE21053</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46</w:t>
            </w:r>
          </w:p>
        </w:tc>
        <w:tc>
          <w:tcPr>
            <w:tcW w:type="dxa" w:w="1080"/>
          </w:tcPr>
          <w:p>
            <w:r>
              <w:t>房地产概论</w:t>
            </w:r>
          </w:p>
        </w:tc>
        <w:tc>
          <w:tcPr>
            <w:tcW w:type="dxa" w:w="1080"/>
          </w:tcPr>
          <w:p>
            <w:r>
              <w:t>2CE21501</w:t>
            </w:r>
          </w:p>
        </w:tc>
        <w:tc>
          <w:tcPr>
            <w:tcW w:type="dxa" w:w="1080"/>
          </w:tcPr>
          <w:p>
            <w:r>
              <w:t>1.5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47</w:t>
            </w:r>
          </w:p>
        </w:tc>
        <w:tc>
          <w:tcPr>
            <w:tcW w:type="dxa" w:w="1080"/>
          </w:tcPr>
          <w:p>
            <w:r>
              <w:t>工程项目管理B</w:t>
            </w:r>
          </w:p>
        </w:tc>
        <w:tc>
          <w:tcPr>
            <w:tcW w:type="dxa" w:w="1080"/>
          </w:tcPr>
          <w:p>
            <w:r>
              <w:t>2CE21508</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48</w:t>
            </w:r>
          </w:p>
        </w:tc>
        <w:tc>
          <w:tcPr>
            <w:tcW w:type="dxa" w:w="1080"/>
          </w:tcPr>
          <w:p>
            <w:r>
              <w:t>专业英语</w:t>
            </w:r>
          </w:p>
        </w:tc>
        <w:tc>
          <w:tcPr>
            <w:tcW w:type="dxa" w:w="1080"/>
          </w:tcPr>
          <w:p>
            <w:r>
              <w:t>2CE21514</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49</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51</w:t>
            </w:r>
          </w:p>
        </w:tc>
        <w:tc>
          <w:tcPr>
            <w:tcW w:type="dxa" w:w="1080"/>
          </w:tcPr>
          <w:p>
            <w:r>
              <w:t>工程估价</w:t>
            </w:r>
          </w:p>
        </w:tc>
        <w:tc>
          <w:tcPr>
            <w:tcW w:type="dxa" w:w="1080"/>
          </w:tcPr>
          <w:p>
            <w:r>
              <w:t>2CE21026</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52</w:t>
            </w:r>
          </w:p>
        </w:tc>
        <w:tc>
          <w:tcPr>
            <w:tcW w:type="dxa" w:w="1080"/>
          </w:tcPr>
          <w:p>
            <w:r>
              <w:t>工程估价课程设计</w:t>
            </w:r>
          </w:p>
        </w:tc>
        <w:tc>
          <w:tcPr>
            <w:tcW w:type="dxa" w:w="1080"/>
          </w:tcPr>
          <w:p>
            <w:r>
              <w:t>2CE21027</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53</w:t>
            </w:r>
          </w:p>
        </w:tc>
        <w:tc>
          <w:tcPr>
            <w:tcW w:type="dxa" w:w="1080"/>
          </w:tcPr>
          <w:p>
            <w:r>
              <w:t>管理信息系统</w:t>
            </w:r>
          </w:p>
        </w:tc>
        <w:tc>
          <w:tcPr>
            <w:tcW w:type="dxa" w:w="1080"/>
          </w:tcPr>
          <w:p>
            <w:r>
              <w:t>2CE21035</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54</w:t>
            </w:r>
          </w:p>
        </w:tc>
        <w:tc>
          <w:tcPr>
            <w:tcW w:type="dxa" w:w="1080"/>
          </w:tcPr>
          <w:p>
            <w:r>
              <w:t>建筑安装工程概预算</w:t>
            </w:r>
          </w:p>
        </w:tc>
        <w:tc>
          <w:tcPr>
            <w:tcW w:type="dxa" w:w="1080"/>
          </w:tcPr>
          <w:p>
            <w:r>
              <w:t>2CE21042</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55</w:t>
            </w:r>
          </w:p>
        </w:tc>
        <w:tc>
          <w:tcPr>
            <w:tcW w:type="dxa" w:w="1080"/>
          </w:tcPr>
          <w:p>
            <w:r>
              <w:t>土木工程施工课程设计</w:t>
            </w:r>
          </w:p>
        </w:tc>
        <w:tc>
          <w:tcPr>
            <w:tcW w:type="dxa" w:w="1080"/>
          </w:tcPr>
          <w:p>
            <w:r>
              <w:t>2CE21051</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56</w:t>
            </w:r>
          </w:p>
        </w:tc>
        <w:tc>
          <w:tcPr>
            <w:tcW w:type="dxa" w:w="1080"/>
          </w:tcPr>
          <w:p>
            <w:r>
              <w:t>工程合同管理</w:t>
            </w:r>
          </w:p>
        </w:tc>
        <w:tc>
          <w:tcPr>
            <w:tcW w:type="dxa" w:w="1080"/>
          </w:tcPr>
          <w:p>
            <w:r>
              <w:t>2CE21505</w:t>
            </w:r>
          </w:p>
        </w:tc>
        <w:tc>
          <w:tcPr>
            <w:tcW w:type="dxa" w:w="1080"/>
          </w:tcPr>
          <w:p>
            <w:r>
              <w:t>2.0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57</w:t>
            </w:r>
          </w:p>
        </w:tc>
        <w:tc>
          <w:tcPr>
            <w:tcW w:type="dxa" w:w="1080"/>
          </w:tcPr>
          <w:p>
            <w:r>
              <w:t>建筑安装工程概预算课程设计</w:t>
            </w:r>
          </w:p>
        </w:tc>
        <w:tc>
          <w:tcPr>
            <w:tcW w:type="dxa" w:w="1080"/>
          </w:tcPr>
          <w:p>
            <w:r>
              <w:t>2CE21509</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58</w:t>
            </w:r>
          </w:p>
        </w:tc>
        <w:tc>
          <w:tcPr>
            <w:tcW w:type="dxa" w:w="1080"/>
          </w:tcPr>
          <w:p>
            <w:r>
              <w:t>生产实习B</w:t>
            </w:r>
          </w:p>
        </w:tc>
        <w:tc>
          <w:tcPr>
            <w:tcW w:type="dxa" w:w="1080"/>
          </w:tcPr>
          <w:p>
            <w:r>
              <w:t>2CE21512</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59</w:t>
            </w:r>
          </w:p>
        </w:tc>
        <w:tc>
          <w:tcPr>
            <w:tcW w:type="dxa" w:w="1080"/>
          </w:tcPr>
          <w:p>
            <w:r>
              <w:t>土木工程施工B</w:t>
            </w:r>
          </w:p>
        </w:tc>
        <w:tc>
          <w:tcPr>
            <w:tcW w:type="dxa" w:w="1080"/>
          </w:tcPr>
          <w:p>
            <w:r>
              <w:t>2CE21513</w:t>
            </w:r>
          </w:p>
        </w:tc>
        <w:tc>
          <w:tcPr>
            <w:tcW w:type="dxa" w:w="1080"/>
          </w:tcPr>
          <w:p>
            <w:r>
              <w:t>3.0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