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苏州科技大学国际教育学院推荐2027年优秀应届本科毕业生免试攻读研究生工作细则</w:t>
      </w:r>
    </w:p>
    <w:p>
      <w:r>
        <w:t>为做好我院推荐免试攻读研究生工作，根据《苏州科技大学推荐2027年优秀应届本科毕业生免试攻读研究生工作实施方案》，结合本院实际情况，制定本细则。</w:t>
      </w:r>
    </w:p>
    <w:p>
      <w:r>
        <w:t>一、学院推免生遴选工作小组</w:t>
      </w:r>
    </w:p>
    <w:p>
      <w:r>
        <w:t>组长：钱佳</w:t>
      </w:r>
    </w:p>
    <w:p>
      <w:r>
        <w:t>成员：张记江、蔡新江、蒋全胜、郝良峰、祝连波、范亚男</w:t>
      </w:r>
    </w:p>
    <w:p>
      <w:r>
        <w:t>咨询电话：0512-67374912申诉电话：0512-69379189</w:t>
      </w:r>
    </w:p>
    <w:p>
      <w:r>
        <w:t>邮箱：tangjia@mail.usts.edu.cn</w:t>
      </w:r>
    </w:p>
    <w:p>
      <w:r>
        <w:t>二、名额分配</w:t>
      </w:r>
    </w:p>
    <w:p>
      <w:r>
        <w:t>总名额：6名</w:t>
      </w:r>
    </w:p>
    <w:p>
      <w:r>
        <w:t>名额分配如下：土木工程（中外合作）2名；机械设计制造及其自动化（中外合作）1名；工程管理（中外合作）2名；物流管理（中外合作）1名。</w:t>
      </w:r>
    </w:p>
    <w:p>
      <w:r>
        <w:t>三、申请报名条件</w:t>
      </w:r>
    </w:p>
    <w:p>
      <w:r>
        <w:t>申请者须满足学校规定的遴选基本条件。</w:t>
      </w:r>
    </w:p>
    <w:p>
      <w:r>
        <w:t>四、申请受理时间、地点</w:t>
      </w:r>
    </w:p>
    <w:p>
      <w:r>
        <w:t>截止时间：9月1日16:00之前，提交相关表格及附件材料（纸质版），同时按照要求填写在线信息收集表。</w:t>
      </w:r>
    </w:p>
    <w:p>
      <w:r>
        <w:t>受理地点：石湖校区行政楼3110室</w:t>
      </w:r>
    </w:p>
    <w:p>
      <w:r>
        <w:t>受理人员：唐佳老师</w:t>
      </w:r>
    </w:p>
    <w:p>
      <w:r>
        <w:t>五、推免生名单产生办法</w:t>
      </w:r>
    </w:p>
    <w:p>
      <w:r>
        <w:t>根据《苏州科技大学推荐2027年优秀应届本科毕业生免试攻读研究生工作实施方案》进行资格审查，通过者按以下程序产生推免生名单：</w:t>
      </w:r>
    </w:p>
    <w:p>
      <w:r>
        <w:t>1、对学生进行思想品德考核，思想品德考核不合格者不予推荐。</w:t>
      </w:r>
    </w:p>
    <w:p>
      <w:r>
        <w:t>2、对学生开展综合评价。综合成绩=学业成绩*80%+综合素质*20%。课程清单和综合素质评价具体设置见附件。</w:t>
      </w:r>
    </w:p>
    <w:p>
      <w:r>
        <w:t>学院专家审核小组对申请学生的学科竞赛获奖、科研成果等进行审核鉴定，并可组织相关学生进行公开答辩，答辩全程录像，答辩结果公示，具体时间地点另行通知。</w:t>
      </w:r>
    </w:p>
    <w:p>
      <w:r>
        <w:t>3、按综合成绩由高到低排序确定拟推荐初选学生名单报教务处，并进行公示。</w:t>
      </w:r>
    </w:p>
    <w:p>
      <w:r>
        <w:t>六、其他事宜</w:t>
      </w:r>
    </w:p>
    <w:p>
      <w:r>
        <w:t>1、推免工作实行回避制度。中层及以上领导干部和推免相关工作人员，如有直系亲属或利益相关人员报名参加本单位推免招生的须主动报备并全程回避，如有非直系亲属等报名参加推免招生的要主动报备。相关学生申请推免资格时也应主动报备声明。回避报备应于9月2日前完成，并由学院汇总后报教务处备备案。</w:t>
      </w:r>
    </w:p>
    <w:p>
      <w:r>
        <w:t>2、其他事项按照教育部和学校相关规定执行。</w:t>
      </w:r>
    </w:p>
    <w:p>
      <w:r>
        <w:t>3、本细则由学院推免生遴选工作小组负责解释。</w:t>
      </w:r>
    </w:p>
    <w:p>
      <w:r>
        <w:t>国际教育学院</w:t>
      </w:r>
    </w:p>
    <w:p>
      <w:r>
        <w:t>2026年8月30日</w:t>
      </w:r>
    </w:p>
    <w:p>
      <w:r>
        <w:t>附件1：苏州科技大学国际教育学院推免生综合素质单项分值设置表</w:t>
      </w:r>
    </w:p>
    <w:p>
      <w:r>
        <w:t>附件2：苏州科技大学推荐2027年优秀应届本科毕业生免试攻读研究生课程清单</w:t>
      </w:r>
    </w:p>
    <w:p>
      <w:r>
        <w:t>苏州科技大学推免生综合素质单项分值设置表</w:t>
      </w:r>
    </w:p>
    <w:tbl>
      <w:tblPr>
        <w:tblStyle w:val="TableGrid"/>
        <w:tblW w:type="auto" w:w="0"/>
        <w:tblLook w:firstColumn="1" w:firstRow="1" w:lastColumn="0" w:lastRow="0" w:noHBand="0" w:noVBand="1" w:val="04A0"/>
      </w:tblPr>
      <w:tblGrid>
        <w:gridCol w:w="665"/>
        <w:gridCol w:w="665"/>
        <w:gridCol w:w="665"/>
        <w:gridCol w:w="665"/>
        <w:gridCol w:w="665"/>
        <w:gridCol w:w="665"/>
        <w:gridCol w:w="665"/>
        <w:gridCol w:w="665"/>
        <w:gridCol w:w="665"/>
        <w:gridCol w:w="665"/>
        <w:gridCol w:w="665"/>
        <w:gridCol w:w="665"/>
        <w:gridCol w:w="665"/>
      </w:tblGrid>
      <w:tr>
        <w:tc>
          <w:tcPr>
            <w:tcW w:type="dxa" w:w="665"/>
          </w:tcPr>
          <w:p>
            <w:r>
              <w:t>类别</w:t>
            </w:r>
          </w:p>
        </w:tc>
        <w:tc>
          <w:tcPr>
            <w:tcW w:type="dxa" w:w="665"/>
          </w:tcPr>
          <w:p>
            <w:r>
              <w:t>项目等级</w:t>
            </w:r>
          </w:p>
        </w:tc>
        <w:tc>
          <w:tcPr>
            <w:tcW w:type="dxa" w:w="665"/>
          </w:tcPr>
          <w:p>
            <w:r>
              <w:t>第一等次</w:t>
            </w:r>
          </w:p>
        </w:tc>
        <w:tc>
          <w:tcPr>
            <w:tcW w:type="dxa" w:w="665"/>
          </w:tcPr>
          <w:p>
            <w:r>
              <w:t>第二等次</w:t>
            </w:r>
          </w:p>
        </w:tc>
        <w:tc>
          <w:tcPr>
            <w:tcW w:type="dxa" w:w="665"/>
          </w:tcPr>
          <w:p>
            <w:r>
              <w:t>第三等次</w:t>
            </w:r>
          </w:p>
        </w:tc>
        <w:tc>
          <w:tcPr>
            <w:tcW w:type="dxa" w:w="665"/>
          </w:tcPr>
          <w:p>
            <w:r>
              <w:t>第四等次</w:t>
            </w:r>
          </w:p>
        </w:tc>
        <w:tc>
          <w:tcPr>
            <w:tcW w:type="dxa" w:w="665"/>
          </w:tcPr>
          <w:p>
            <w:r>
              <w:t>备注</w:t>
            </w:r>
          </w:p>
        </w:tc>
        <w:tc>
          <w:tcPr>
            <w:tcW w:type="dxa" w:w="665"/>
          </w:tcPr>
          <w:p/>
        </w:tc>
        <w:tc>
          <w:tcPr>
            <w:tcW w:type="dxa" w:w="665"/>
          </w:tcPr>
          <w:p/>
        </w:tc>
        <w:tc>
          <w:tcPr>
            <w:tcW w:type="dxa" w:w="665"/>
          </w:tcPr>
          <w:p/>
        </w:tc>
        <w:tc>
          <w:tcPr>
            <w:tcW w:type="dxa" w:w="665"/>
          </w:tcPr>
          <w:p/>
        </w:tc>
        <w:tc>
          <w:tcPr>
            <w:tcW w:type="dxa" w:w="665"/>
          </w:tcPr>
          <w:p/>
        </w:tc>
        <w:tc>
          <w:tcPr>
            <w:tcW w:type="dxa" w:w="665"/>
          </w:tcPr>
          <w:p/>
        </w:tc>
      </w:tr>
      <w:tr>
        <w:tc>
          <w:tcPr>
            <w:tcW w:type="dxa" w:w="665"/>
          </w:tcPr>
          <w:p>
            <w:r>
              <w:t>学科竞赛(不超过40分)</w:t>
            </w:r>
          </w:p>
        </w:tc>
        <w:tc>
          <w:tcPr>
            <w:tcW w:type="dxa" w:w="665"/>
          </w:tcPr>
          <w:p>
            <w:r>
              <w:t>I甲</w:t>
            </w:r>
          </w:p>
        </w:tc>
        <w:tc>
          <w:tcPr>
            <w:tcW w:type="dxa" w:w="665"/>
          </w:tcPr>
          <w:p>
            <w:r>
              <w:t>40</w:t>
            </w:r>
          </w:p>
        </w:tc>
        <w:tc>
          <w:tcPr>
            <w:tcW w:type="dxa" w:w="665"/>
          </w:tcPr>
          <w:p>
            <w:r>
              <w:t>30</w:t>
            </w:r>
          </w:p>
        </w:tc>
        <w:tc>
          <w:tcPr>
            <w:tcW w:type="dxa" w:w="665"/>
          </w:tcPr>
          <w:p>
            <w:r>
              <w:t>15</w:t>
            </w:r>
          </w:p>
        </w:tc>
        <w:tc>
          <w:tcPr>
            <w:tcW w:type="dxa" w:w="665"/>
          </w:tcPr>
          <w:p>
            <w:r>
              <w:t>5</w:t>
            </w:r>
          </w:p>
        </w:tc>
        <w:tc>
          <w:tcPr>
            <w:tcW w:type="dxa" w:w="665"/>
          </w:tcPr>
          <w:p>
            <w:r>
              <w:t>（1）学生本科阶段作为主力成员参加的与学业相关的国内权威学科竞赛（全国赛），并获得三等及以上奖励。相关比赛需在苏州科技大学推免生学科竞赛认定目录内(学校统一公布），竞赛类别为“I甲”或“I乙”，且竞赛性质为“全国赛”。国际赛事参照执行，但标准不得低于国内赛事相关要求。（2）同一项目参加多个比赛取最高项加分。（3）第一等次对应各奖项的最高等级，其他依次对应。（4）在多人参赛的情况下，仅对主要成员（I甲类排名前5位，I乙类排名前3位）予以加分。各成员所加分值在原有基础上分别乘以对应排名系数。具体如下：I甲类排名由前至后分别为：0.5、0.2、0.1、0.1、0.1。I乙类排名由前至后分别为：0.5、0.3、0.2。（5）全国数学建模获奖加分平均分配给参赛者。</w:t>
            </w:r>
          </w:p>
        </w:tc>
        <w:tc>
          <w:tcPr>
            <w:tcW w:type="dxa" w:w="665"/>
          </w:tcPr>
          <w:p/>
        </w:tc>
        <w:tc>
          <w:tcPr>
            <w:tcW w:type="dxa" w:w="665"/>
          </w:tcPr>
          <w:p/>
        </w:tc>
        <w:tc>
          <w:tcPr>
            <w:tcW w:type="dxa" w:w="665"/>
          </w:tcPr>
          <w:p/>
        </w:tc>
        <w:tc>
          <w:tcPr>
            <w:tcW w:type="dxa" w:w="665"/>
          </w:tcPr>
          <w:p/>
        </w:tc>
        <w:tc>
          <w:tcPr>
            <w:tcW w:type="dxa" w:w="665"/>
          </w:tcPr>
          <w:p/>
        </w:tc>
        <w:tc>
          <w:tcPr>
            <w:tcW w:type="dxa" w:w="665"/>
          </w:tcPr>
          <w:p/>
        </w:tc>
      </w:tr>
      <w:tr>
        <w:tc>
          <w:tcPr>
            <w:tcW w:type="dxa" w:w="665"/>
          </w:tcPr>
          <w:p>
            <w:r>
              <w:t>I乙</w:t>
            </w:r>
          </w:p>
        </w:tc>
        <w:tc>
          <w:tcPr>
            <w:tcW w:type="dxa" w:w="665"/>
          </w:tcPr>
          <w:p>
            <w:r>
              <w:t>15</w:t>
            </w:r>
          </w:p>
        </w:tc>
        <w:tc>
          <w:tcPr>
            <w:tcW w:type="dxa" w:w="665"/>
          </w:tcPr>
          <w:p>
            <w:r>
              <w:t>10</w:t>
            </w:r>
          </w:p>
        </w:tc>
        <w:tc>
          <w:tcPr>
            <w:tcW w:type="dxa" w:w="665"/>
          </w:tcPr>
          <w:p>
            <w:r>
              <w:t>3</w:t>
            </w:r>
          </w:p>
        </w:tc>
        <w:tc>
          <w:tcPr>
            <w:tcW w:type="dxa" w:w="665"/>
          </w:tcPr>
          <w:p>
            <w:r>
              <w:t>1</w:t>
            </w: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r>
      <w:tr>
        <w:tc>
          <w:tcPr>
            <w:tcW w:type="dxa" w:w="665"/>
          </w:tcPr>
          <w:p>
            <w:r>
              <w:t>科研成果(不超过40分)</w:t>
            </w:r>
          </w:p>
        </w:tc>
        <w:tc>
          <w:tcPr>
            <w:tcW w:type="dxa" w:w="665"/>
          </w:tcPr>
          <w:p>
            <w:r>
              <w:t>科研论文</w:t>
            </w:r>
          </w:p>
        </w:tc>
        <w:tc>
          <w:tcPr>
            <w:tcW w:type="dxa" w:w="665"/>
          </w:tcPr>
          <w:p>
            <w:r>
              <w:t>一类核心</w:t>
            </w:r>
          </w:p>
        </w:tc>
        <w:tc>
          <w:tcPr>
            <w:tcW w:type="dxa" w:w="665"/>
          </w:tcPr>
          <w:p>
            <w:r>
              <w:t>二类核心</w:t>
            </w:r>
          </w:p>
        </w:tc>
        <w:tc>
          <w:tcPr>
            <w:tcW w:type="dxa" w:w="665"/>
          </w:tcPr>
          <w:p>
            <w:r>
              <w:t>三类核心</w:t>
            </w:r>
          </w:p>
        </w:tc>
        <w:tc>
          <w:tcPr>
            <w:tcW w:type="dxa" w:w="665"/>
          </w:tcPr>
          <w:p>
            <w:r>
              <w:t>四类核心</w:t>
            </w:r>
          </w:p>
        </w:tc>
        <w:tc>
          <w:tcPr>
            <w:tcW w:type="dxa" w:w="665"/>
          </w:tcPr>
          <w:p>
            <w:r>
              <w:t>中文核心</w:t>
            </w:r>
          </w:p>
        </w:tc>
        <w:tc>
          <w:tcPr>
            <w:tcW w:type="dxa" w:w="665"/>
          </w:tcPr>
          <w:p>
            <w:r>
              <w:t>（1）本科阶段在核心及以上期刊以独立作者或第一作者正式发表的与学业相关的科研论文（若为共同一作的，仅认定共同一作中排名第一的作者）,或以第一发明人身份获得授权的与学业相关的中国发明专利。国际专利参照执行，但标准不得低于中国发明专利。（2）发明专利不得超过10分。须提供相关专利授权书。（3）一类至四类核心期刊目录参见《苏州科技大学核心期刊目录（2021修订）》，中文核心期刊指的是除上述一类至四类之外的北大《中文核心期刊要目总览》中的期刊。</w:t>
            </w:r>
          </w:p>
        </w:tc>
        <w:tc>
          <w:tcPr>
            <w:tcW w:type="dxa" w:w="665"/>
          </w:tcPr>
          <w:p/>
        </w:tc>
        <w:tc>
          <w:tcPr>
            <w:tcW w:type="dxa" w:w="665"/>
          </w:tcPr>
          <w:p/>
        </w:tc>
        <w:tc>
          <w:tcPr>
            <w:tcW w:type="dxa" w:w="665"/>
          </w:tcPr>
          <w:p/>
        </w:tc>
        <w:tc>
          <w:tcPr>
            <w:tcW w:type="dxa" w:w="665"/>
          </w:tcPr>
          <w:p/>
        </w:tc>
        <w:tc>
          <w:tcPr>
            <w:tcW w:type="dxa" w:w="665"/>
          </w:tcPr>
          <w:p/>
        </w:tc>
      </w:tr>
      <w:tr>
        <w:tc>
          <w:tcPr>
            <w:tcW w:type="dxa" w:w="665"/>
          </w:tcPr>
          <w:p>
            <w:r>
              <w:t>40/篇</w:t>
            </w:r>
          </w:p>
        </w:tc>
        <w:tc>
          <w:tcPr>
            <w:tcW w:type="dxa" w:w="665"/>
          </w:tcPr>
          <w:p>
            <w:r>
              <w:t>35/篇</w:t>
            </w:r>
          </w:p>
        </w:tc>
        <w:tc>
          <w:tcPr>
            <w:tcW w:type="dxa" w:w="665"/>
          </w:tcPr>
          <w:p>
            <w:r>
              <w:t>30/篇</w:t>
            </w:r>
          </w:p>
        </w:tc>
        <w:tc>
          <w:tcPr>
            <w:tcW w:type="dxa" w:w="665"/>
          </w:tcPr>
          <w:p>
            <w:r>
              <w:t>20/篇</w:t>
            </w:r>
          </w:p>
        </w:tc>
        <w:tc>
          <w:tcPr>
            <w:tcW w:type="dxa" w:w="665"/>
          </w:tcPr>
          <w:p>
            <w:r>
              <w:t>15/篇</w:t>
            </w: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r>
      <w:tr>
        <w:tc>
          <w:tcPr>
            <w:tcW w:type="dxa" w:w="665"/>
          </w:tcPr>
          <w:p>
            <w:r>
              <w:t>发明专利</w:t>
            </w:r>
          </w:p>
        </w:tc>
        <w:tc>
          <w:tcPr>
            <w:tcW w:type="dxa" w:w="665"/>
          </w:tcPr>
          <w:p>
            <w:r>
              <w:t>国际发明专利</w:t>
            </w:r>
          </w:p>
        </w:tc>
        <w:tc>
          <w:tcPr>
            <w:tcW w:type="dxa" w:w="665"/>
          </w:tcPr>
          <w:p>
            <w:r>
              <w:t>中国发明专利</w:t>
            </w: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r>
      <w:tr>
        <w:tc>
          <w:tcPr>
            <w:tcW w:type="dxa" w:w="665"/>
          </w:tcPr>
          <w:p>
            <w:r>
              <w:t>10/项</w:t>
            </w:r>
          </w:p>
        </w:tc>
        <w:tc>
          <w:tcPr>
            <w:tcW w:type="dxa" w:w="665"/>
          </w:tcPr>
          <w:p>
            <w:r>
              <w:t>5/项</w:t>
            </w: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r>
      <w:tr>
        <w:tc>
          <w:tcPr>
            <w:tcW w:type="dxa" w:w="665"/>
          </w:tcPr>
          <w:p>
            <w:r>
              <w:t>志愿服务(不超过10分)</w:t>
            </w:r>
          </w:p>
        </w:tc>
        <w:tc>
          <w:tcPr>
            <w:tcW w:type="dxa" w:w="665"/>
          </w:tcPr>
          <w:p>
            <w:r/>
          </w:p>
        </w:tc>
        <w:tc>
          <w:tcPr>
            <w:tcW w:type="dxa" w:w="665"/>
          </w:tcPr>
          <w:p>
            <w:r>
              <w:t>第一等次</w:t>
            </w:r>
          </w:p>
        </w:tc>
        <w:tc>
          <w:tcPr>
            <w:tcW w:type="dxa" w:w="665"/>
          </w:tcPr>
          <w:p>
            <w:r>
              <w:t>第二等次</w:t>
            </w:r>
          </w:p>
        </w:tc>
        <w:tc>
          <w:tcPr>
            <w:tcW w:type="dxa" w:w="665"/>
          </w:tcPr>
          <w:p>
            <w:r>
              <w:t>第三等次</w:t>
            </w:r>
          </w:p>
        </w:tc>
        <w:tc>
          <w:tcPr>
            <w:tcW w:type="dxa" w:w="665"/>
          </w:tcPr>
          <w:p>
            <w:r>
              <w:t>（1）国家级志愿服务包括：中国青年志愿服务项目大赛、中国青年志愿服务公益创业赛、中国青年志愿者优秀项目奖。中国青年志愿者优秀个人奖按国家级第一等次计分。（2）省部级志愿服务包括：江苏省青年志愿服务项目大赛、江苏省青年志愿服务公益创业赛、江苏省十佳青年志愿服务项目。江苏省十佳青年志愿者、江苏省优秀青年志愿者、江苏省青年志愿服务事业贡献奖按省部级第一等次计分。（3）各类志愿服务以最高分计算，不可以累加。（4）在多人参赛的情况下，仅对主要成员（排名前3位）予以加分。各成员所加分值在原有基础上分别乘以对应排名系数。具体如下：排名由前至后分别为：0.5、0.3、0.2。</w:t>
            </w: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r>
      <w:tr>
        <w:tc>
          <w:tcPr>
            <w:tcW w:type="dxa" w:w="665"/>
          </w:tcPr>
          <w:p>
            <w:r>
              <w:t>国家级</w:t>
            </w:r>
          </w:p>
        </w:tc>
        <w:tc>
          <w:tcPr>
            <w:tcW w:type="dxa" w:w="665"/>
          </w:tcPr>
          <w:p>
            <w:r>
              <w:t>10</w:t>
            </w:r>
          </w:p>
        </w:tc>
        <w:tc>
          <w:tcPr>
            <w:tcW w:type="dxa" w:w="665"/>
          </w:tcPr>
          <w:p>
            <w:r>
              <w:t>7</w:t>
            </w:r>
          </w:p>
        </w:tc>
        <w:tc>
          <w:tcPr>
            <w:tcW w:type="dxa" w:w="665"/>
          </w:tcPr>
          <w:p>
            <w:r>
              <w:t>5</w:t>
            </w: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r>
      <w:tr>
        <w:tc>
          <w:tcPr>
            <w:tcW w:type="dxa" w:w="665"/>
          </w:tcPr>
          <w:p>
            <w:r>
              <w:t>省部级</w:t>
            </w:r>
          </w:p>
        </w:tc>
        <w:tc>
          <w:tcPr>
            <w:tcW w:type="dxa" w:w="665"/>
          </w:tcPr>
          <w:p>
            <w:r>
              <w:t>5</w:t>
            </w:r>
          </w:p>
        </w:tc>
        <w:tc>
          <w:tcPr>
            <w:tcW w:type="dxa" w:w="665"/>
          </w:tcPr>
          <w:p>
            <w:r>
              <w:t>3</w:t>
            </w:r>
          </w:p>
        </w:tc>
        <w:tc>
          <w:tcPr>
            <w:tcW w:type="dxa" w:w="665"/>
          </w:tcPr>
          <w:p>
            <w:r>
              <w:t>1</w:t>
            </w: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r>
      <w:tr>
        <w:tc>
          <w:tcPr>
            <w:tcW w:type="dxa" w:w="665"/>
          </w:tcPr>
          <w:p>
            <w:r>
              <w:t>到国际组织实习（不超过5分）</w:t>
            </w:r>
          </w:p>
        </w:tc>
        <w:tc>
          <w:tcPr>
            <w:tcW w:type="dxa" w:w="665"/>
          </w:tcPr>
          <w:p>
            <w:r>
              <w:t>须持有相关国际组织颁发的实习证书/证明，实习期3个月及以上。该国际组织须为人力资源和社会保障部认定的国际组织，实习地点应为海外的国际组织总部、地区办事处等（在华机构除外）。</w:t>
            </w: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r>
      <w:tr>
        <w:tc>
          <w:tcPr>
            <w:tcW w:type="dxa" w:w="665"/>
          </w:tcPr>
          <w:p>
            <w:r>
              <w:t>参军入伍服兵役（不超过5分）</w:t>
            </w:r>
          </w:p>
        </w:tc>
        <w:tc>
          <w:tcPr>
            <w:tcW w:type="dxa" w:w="665"/>
          </w:tcPr>
          <w:p>
            <w:r>
              <w:t>须提供入伍批准书及退出现役证。</w:t>
            </w: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r>
      <w:tr>
        <w:tc>
          <w:tcPr>
            <w:tcW w:type="dxa" w:w="665"/>
          </w:tcPr>
          <w:p>
            <w:r/>
          </w:p>
        </w:tc>
        <w:tc>
          <w:tcPr>
            <w:tcW w:type="dxa" w:w="665"/>
          </w:tcPr>
          <w:p>
            <w:r/>
          </w:p>
        </w:tc>
        <w:tc>
          <w:tcPr>
            <w:tcW w:type="dxa" w:w="665"/>
          </w:tcPr>
          <w:p>
            <w:r/>
          </w:p>
        </w:tc>
        <w:tc>
          <w:tcPr>
            <w:tcW w:type="dxa" w:w="665"/>
          </w:tcPr>
          <w:p>
            <w:r/>
          </w:p>
        </w:tc>
        <w:tc>
          <w:tcPr>
            <w:tcW w:type="dxa" w:w="665"/>
          </w:tcPr>
          <w:p>
            <w:r/>
          </w:p>
        </w:tc>
        <w:tc>
          <w:tcPr>
            <w:tcW w:type="dxa" w:w="665"/>
          </w:tcPr>
          <w:p>
            <w:r/>
          </w:p>
        </w:tc>
        <w:tc>
          <w:tcPr>
            <w:tcW w:type="dxa" w:w="665"/>
          </w:tcPr>
          <w:p>
            <w:r/>
          </w:p>
        </w:tc>
        <w:tc>
          <w:tcPr>
            <w:tcW w:type="dxa" w:w="665"/>
          </w:tcPr>
          <w:p>
            <w:r/>
          </w:p>
        </w:tc>
        <w:tc>
          <w:tcPr>
            <w:tcW w:type="dxa" w:w="665"/>
          </w:tcPr>
          <w:p>
            <w:r/>
          </w:p>
        </w:tc>
        <w:tc>
          <w:tcPr>
            <w:tcW w:type="dxa" w:w="665"/>
          </w:tcPr>
          <w:p>
            <w:r/>
          </w:p>
        </w:tc>
        <w:tc>
          <w:tcPr>
            <w:tcW w:type="dxa" w:w="665"/>
          </w:tcPr>
          <w:p>
            <w:r/>
          </w:p>
        </w:tc>
        <w:tc>
          <w:tcPr>
            <w:tcW w:type="dxa" w:w="665"/>
          </w:tcPr>
          <w:p>
            <w:r/>
          </w:p>
        </w:tc>
        <w:tc>
          <w:tcPr>
            <w:tcW w:type="dxa" w:w="665"/>
          </w:tcPr>
          <w:p>
            <w:r/>
          </w:p>
        </w:tc>
      </w:tr>
    </w:tbl>
    <w:p>
      <w:r>
        <w:t>注：（1）成果所列第一单位须为“苏州科技大学”。</w:t>
      </w:r>
    </w:p>
    <w:p>
      <w:r>
        <w:t>（2）成果或活动认定依据记载日期须在2026年8月31日前。</w:t>
      </w:r>
    </w:p>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苏州科技大学推荐2027年优秀应届本科毕业生免试攻读研究生课程清单</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年级：2023级</w:t>
            </w:r>
          </w:p>
        </w:tc>
        <w:tc>
          <w:tcPr>
            <w:tcW w:type="dxa" w:w="1080"/>
          </w:tcPr>
          <w:p>
            <w:r>
              <w:t>专业：</w:t>
            </w:r>
          </w:p>
        </w:tc>
        <w:tc>
          <w:tcPr>
            <w:tcW w:type="dxa" w:w="1080"/>
          </w:tcPr>
          <w:p>
            <w:r/>
          </w:p>
        </w:tc>
        <w:tc>
          <w:tcPr>
            <w:tcW w:type="dxa" w:w="1080"/>
          </w:tcPr>
          <w:p>
            <w:r>
              <w:t>土木工程（中外合作）</w:t>
            </w:r>
          </w:p>
        </w:tc>
        <w:tc>
          <w:tcPr>
            <w:tcW w:type="dxa" w:w="1080"/>
          </w:tcPr>
          <w:p>
            <w:r/>
          </w:p>
        </w:tc>
        <w:tc>
          <w:tcPr>
            <w:tcW w:type="dxa" w:w="1080"/>
          </w:tcPr>
          <w:p>
            <w: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入学教育</w:t>
            </w:r>
          </w:p>
        </w:tc>
        <w:tc>
          <w:tcPr>
            <w:tcW w:type="dxa" w:w="1080"/>
          </w:tcPr>
          <w:p>
            <w:r>
              <w:t>2AA31001</w:t>
            </w:r>
          </w:p>
        </w:tc>
        <w:tc>
          <w:tcPr>
            <w:tcW w:type="dxa" w:w="1080"/>
          </w:tcPr>
          <w:p>
            <w:r>
              <w:t>0.0</w:t>
            </w:r>
          </w:p>
        </w:tc>
        <w:tc>
          <w:tcPr>
            <w:tcW w:type="dxa" w:w="1080"/>
          </w:tcPr>
          <w:p>
            <w:r>
              <w:t>素质必修课</w:t>
            </w:r>
          </w:p>
        </w:tc>
        <w:tc>
          <w:tcPr>
            <w:tcW w:type="dxa" w:w="1080"/>
          </w:tcPr>
          <w:p>
            <w:r>
              <w:t>教务处</w:t>
            </w:r>
          </w:p>
        </w:tc>
        <w:tc>
          <w:tcPr>
            <w:tcW w:type="dxa" w:w="1080"/>
          </w:tcPr>
          <w:p>
            <w:r>
              <w:t>2023-2024</w:t>
            </w:r>
          </w:p>
        </w:tc>
        <w:tc>
          <w:tcPr>
            <w:tcW w:type="dxa" w:w="1080"/>
          </w:tcPr>
          <w:p>
            <w:r>
              <w:t>1</w:t>
            </w:r>
          </w:p>
        </w:tc>
      </w:tr>
      <w:tr>
        <w:tc>
          <w:tcPr>
            <w:tcW w:type="dxa" w:w="1080"/>
          </w:tcPr>
          <w:p>
            <w:r>
              <w:t>2</w:t>
            </w:r>
          </w:p>
        </w:tc>
        <w:tc>
          <w:tcPr>
            <w:tcW w:type="dxa" w:w="1080"/>
          </w:tcPr>
          <w:p>
            <w:r>
              <w:t>军事理论</w:t>
            </w:r>
          </w:p>
        </w:tc>
        <w:tc>
          <w:tcPr>
            <w:tcW w:type="dxa" w:w="1080"/>
          </w:tcPr>
          <w:p>
            <w:r>
              <w:t>2AS11001</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3</w:t>
            </w:r>
          </w:p>
        </w:tc>
        <w:tc>
          <w:tcPr>
            <w:tcW w:type="dxa" w:w="1080"/>
          </w:tcPr>
          <w:p>
            <w:r>
              <w:t>军事技能</w:t>
            </w:r>
          </w:p>
        </w:tc>
        <w:tc>
          <w:tcPr>
            <w:tcW w:type="dxa" w:w="1080"/>
          </w:tcPr>
          <w:p>
            <w:r>
              <w:t>2AS11002</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4</w:t>
            </w:r>
          </w:p>
        </w:tc>
        <w:tc>
          <w:tcPr>
            <w:tcW w:type="dxa" w:w="1080"/>
          </w:tcPr>
          <w:p>
            <w:r>
              <w:t>土木工程概论</w:t>
            </w:r>
          </w:p>
        </w:tc>
        <w:tc>
          <w:tcPr>
            <w:tcW w:type="dxa" w:w="1080"/>
          </w:tcPr>
          <w:p>
            <w:r>
              <w:t>2CE21707</w:t>
            </w:r>
          </w:p>
        </w:tc>
        <w:tc>
          <w:tcPr>
            <w:tcW w:type="dxa" w:w="1080"/>
          </w:tcPr>
          <w:p>
            <w:r>
              <w:t>1.0</w:t>
            </w:r>
          </w:p>
        </w:tc>
        <w:tc>
          <w:tcPr>
            <w:tcW w:type="dxa" w:w="1080"/>
          </w:tcPr>
          <w:p>
            <w:r>
              <w:t>专业必修课</w:t>
            </w:r>
          </w:p>
        </w:tc>
        <w:tc>
          <w:tcPr>
            <w:tcW w:type="dxa" w:w="1080"/>
          </w:tcPr>
          <w:p>
            <w:r>
              <w:t>土木工程学院</w:t>
            </w:r>
          </w:p>
        </w:tc>
        <w:tc>
          <w:tcPr>
            <w:tcW w:type="dxa" w:w="1080"/>
          </w:tcPr>
          <w:p>
            <w:r>
              <w:t>2023-2024</w:t>
            </w:r>
          </w:p>
        </w:tc>
        <w:tc>
          <w:tcPr>
            <w:tcW w:type="dxa" w:w="1080"/>
          </w:tcPr>
          <w:p>
            <w:r>
              <w:t>1</w:t>
            </w:r>
          </w:p>
        </w:tc>
      </w:tr>
      <w:tr>
        <w:tc>
          <w:tcPr>
            <w:tcW w:type="dxa" w:w="1080"/>
          </w:tcPr>
          <w:p>
            <w:r>
              <w:t>5</w:t>
            </w:r>
          </w:p>
        </w:tc>
        <w:tc>
          <w:tcPr>
            <w:tcW w:type="dxa" w:w="1080"/>
          </w:tcPr>
          <w:p>
            <w:r>
              <w:t>土木工程可持续发展</w:t>
            </w:r>
          </w:p>
        </w:tc>
        <w:tc>
          <w:tcPr>
            <w:tcW w:type="dxa" w:w="1080"/>
          </w:tcPr>
          <w:p>
            <w:r>
              <w:t>2CE21708</w:t>
            </w:r>
          </w:p>
        </w:tc>
        <w:tc>
          <w:tcPr>
            <w:tcW w:type="dxa" w:w="1080"/>
          </w:tcPr>
          <w:p>
            <w:r>
              <w:t>2.0</w:t>
            </w:r>
          </w:p>
        </w:tc>
        <w:tc>
          <w:tcPr>
            <w:tcW w:type="dxa" w:w="1080"/>
          </w:tcPr>
          <w:p>
            <w:r>
              <w:t>专业必修课</w:t>
            </w:r>
          </w:p>
        </w:tc>
        <w:tc>
          <w:tcPr>
            <w:tcW w:type="dxa" w:w="1080"/>
          </w:tcPr>
          <w:p>
            <w:r>
              <w:t>土木工程学院</w:t>
            </w:r>
          </w:p>
        </w:tc>
        <w:tc>
          <w:tcPr>
            <w:tcW w:type="dxa" w:w="1080"/>
          </w:tcPr>
          <w:p>
            <w:r>
              <w:t>2023-2024</w:t>
            </w:r>
          </w:p>
        </w:tc>
        <w:tc>
          <w:tcPr>
            <w:tcW w:type="dxa" w:w="1080"/>
          </w:tcPr>
          <w:p>
            <w:r>
              <w:t>1</w:t>
            </w:r>
          </w:p>
        </w:tc>
      </w:tr>
      <w:tr>
        <w:tc>
          <w:tcPr>
            <w:tcW w:type="dxa" w:w="1080"/>
          </w:tcPr>
          <w:p>
            <w:r>
              <w:t>6</w:t>
            </w:r>
          </w:p>
        </w:tc>
        <w:tc>
          <w:tcPr>
            <w:tcW w:type="dxa" w:w="1080"/>
          </w:tcPr>
          <w:p>
            <w:r>
              <w:t>大学生心理健康实践</w:t>
            </w:r>
          </w:p>
        </w:tc>
        <w:tc>
          <w:tcPr>
            <w:tcW w:type="dxa" w:w="1080"/>
          </w:tcPr>
          <w:p>
            <w:r>
              <w:t>2ED11002</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7</w:t>
            </w:r>
          </w:p>
        </w:tc>
        <w:tc>
          <w:tcPr>
            <w:tcW w:type="dxa" w:w="1080"/>
          </w:tcPr>
          <w:p>
            <w:r>
              <w:t>英语技能（一）</w:t>
            </w:r>
          </w:p>
        </w:tc>
        <w:tc>
          <w:tcPr>
            <w:tcW w:type="dxa" w:w="1080"/>
          </w:tcPr>
          <w:p>
            <w:r>
              <w:t>2IE21001</w:t>
            </w:r>
          </w:p>
        </w:tc>
        <w:tc>
          <w:tcPr>
            <w:tcW w:type="dxa" w:w="1080"/>
          </w:tcPr>
          <w:p>
            <w:r>
              <w:t>2</w:t>
            </w:r>
          </w:p>
        </w:tc>
        <w:tc>
          <w:tcPr>
            <w:tcW w:type="dxa" w:w="1080"/>
          </w:tcPr>
          <w:p>
            <w:r>
              <w:t>专业必修课</w:t>
            </w:r>
          </w:p>
        </w:tc>
        <w:tc>
          <w:tcPr>
            <w:tcW w:type="dxa" w:w="1080"/>
          </w:tcPr>
          <w:p>
            <w:r>
              <w:t>国际教育学院</w:t>
            </w:r>
          </w:p>
        </w:tc>
        <w:tc>
          <w:tcPr>
            <w:tcW w:type="dxa" w:w="1080"/>
          </w:tcPr>
          <w:p>
            <w:r>
              <w:t>2023-2024</w:t>
            </w:r>
          </w:p>
        </w:tc>
        <w:tc>
          <w:tcPr>
            <w:tcW w:type="dxa" w:w="1080"/>
          </w:tcPr>
          <w:p>
            <w:r>
              <w:t>1</w:t>
            </w:r>
          </w:p>
        </w:tc>
      </w:tr>
      <w:tr>
        <w:tc>
          <w:tcPr>
            <w:tcW w:type="dxa" w:w="1080"/>
          </w:tcPr>
          <w:p>
            <w:r>
              <w:t>8</w:t>
            </w:r>
          </w:p>
        </w:tc>
        <w:tc>
          <w:tcPr>
            <w:tcW w:type="dxa" w:w="1080"/>
          </w:tcPr>
          <w:p>
            <w:r>
              <w:t>高等数学E(一)</w:t>
            </w:r>
          </w:p>
        </w:tc>
        <w:tc>
          <w:tcPr>
            <w:tcW w:type="dxa" w:w="1080"/>
          </w:tcPr>
          <w:p>
            <w:r>
              <w:t>2MA11008</w:t>
            </w:r>
          </w:p>
        </w:tc>
        <w:tc>
          <w:tcPr>
            <w:tcW w:type="dxa" w:w="1080"/>
          </w:tcPr>
          <w:p>
            <w:r>
              <w:t>4.0</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9</w:t>
            </w:r>
          </w:p>
        </w:tc>
        <w:tc>
          <w:tcPr>
            <w:tcW w:type="dxa" w:w="1080"/>
          </w:tcPr>
          <w:p>
            <w:r>
              <w:t>画法几何及工程制图</w:t>
            </w:r>
          </w:p>
        </w:tc>
        <w:tc>
          <w:tcPr>
            <w:tcW w:type="dxa" w:w="1080"/>
          </w:tcPr>
          <w:p>
            <w:r>
              <w:t>2ME21004</w:t>
            </w:r>
          </w:p>
        </w:tc>
        <w:tc>
          <w:tcPr>
            <w:tcW w:type="dxa" w:w="1080"/>
          </w:tcPr>
          <w:p>
            <w:r>
              <w:t>3</w:t>
            </w:r>
          </w:p>
        </w:tc>
        <w:tc>
          <w:tcPr>
            <w:tcW w:type="dxa" w:w="1080"/>
          </w:tcPr>
          <w:p>
            <w:r>
              <w:t>专业必修课</w:t>
            </w:r>
          </w:p>
        </w:tc>
        <w:tc>
          <w:tcPr>
            <w:tcW w:type="dxa" w:w="1080"/>
          </w:tcPr>
          <w:p>
            <w:r>
              <w:t>机械工程学院</w:t>
            </w:r>
          </w:p>
        </w:tc>
        <w:tc>
          <w:tcPr>
            <w:tcW w:type="dxa" w:w="1080"/>
          </w:tcPr>
          <w:p>
            <w:r>
              <w:t>2023-2024</w:t>
            </w:r>
          </w:p>
        </w:tc>
        <w:tc>
          <w:tcPr>
            <w:tcW w:type="dxa" w:w="1080"/>
          </w:tcPr>
          <w:p>
            <w:r>
              <w:t>1</w:t>
            </w:r>
          </w:p>
        </w:tc>
      </w:tr>
      <w:tr>
        <w:tc>
          <w:tcPr>
            <w:tcW w:type="dxa" w:w="1080"/>
          </w:tcPr>
          <w:p>
            <w:r>
              <w:t>10</w:t>
            </w:r>
          </w:p>
        </w:tc>
        <w:tc>
          <w:tcPr>
            <w:tcW w:type="dxa" w:w="1080"/>
          </w:tcPr>
          <w:p>
            <w:r>
              <w:t>思想道德与法治</w:t>
            </w:r>
          </w:p>
        </w:tc>
        <w:tc>
          <w:tcPr>
            <w:tcW w:type="dxa" w:w="1080"/>
          </w:tcPr>
          <w:p>
            <w:r>
              <w:t>2MX11001</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11</w:t>
            </w:r>
          </w:p>
        </w:tc>
        <w:tc>
          <w:tcPr>
            <w:tcW w:type="dxa" w:w="1080"/>
          </w:tcPr>
          <w:p>
            <w:r>
              <w:t>劳动教育理论</w:t>
            </w:r>
          </w:p>
        </w:tc>
        <w:tc>
          <w:tcPr>
            <w:tcW w:type="dxa" w:w="1080"/>
          </w:tcPr>
          <w:p>
            <w:r>
              <w:t>2SD11001</w:t>
            </w:r>
          </w:p>
        </w:tc>
        <w:tc>
          <w:tcPr>
            <w:tcW w:type="dxa" w:w="1080"/>
          </w:tcPr>
          <w:p>
            <w:r>
              <w:t>1.0</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12</w:t>
            </w:r>
          </w:p>
        </w:tc>
        <w:tc>
          <w:tcPr>
            <w:tcW w:type="dxa" w:w="1080"/>
          </w:tcPr>
          <w:p>
            <w:r>
              <w:t>体育(一)</w:t>
            </w:r>
          </w:p>
        </w:tc>
        <w:tc>
          <w:tcPr>
            <w:tcW w:type="dxa" w:w="1080"/>
          </w:tcPr>
          <w:p>
            <w:r>
              <w:t>2SP11001</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13</w:t>
            </w:r>
          </w:p>
        </w:tc>
        <w:tc>
          <w:tcPr>
            <w:tcW w:type="dxa" w:w="1080"/>
          </w:tcPr>
          <w:p>
            <w:r>
              <w:t>创新创业教育基础</w:t>
            </w:r>
          </w:p>
        </w:tc>
        <w:tc>
          <w:tcPr>
            <w:tcW w:type="dxa" w:w="1080"/>
          </w:tcPr>
          <w:p>
            <w:r>
              <w:t>2BU11001</w:t>
            </w:r>
          </w:p>
        </w:tc>
        <w:tc>
          <w:tcPr>
            <w:tcW w:type="dxa" w:w="1080"/>
          </w:tcPr>
          <w:p>
            <w:r>
              <w:t>1</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14</w:t>
            </w:r>
          </w:p>
        </w:tc>
        <w:tc>
          <w:tcPr>
            <w:tcW w:type="dxa" w:w="1080"/>
          </w:tcPr>
          <w:p>
            <w:r>
              <w:t>理论力学B</w:t>
            </w:r>
          </w:p>
        </w:tc>
        <w:tc>
          <w:tcPr>
            <w:tcW w:type="dxa" w:w="1080"/>
          </w:tcPr>
          <w:p>
            <w:r>
              <w:t>2CE21002</w:t>
            </w:r>
          </w:p>
        </w:tc>
        <w:tc>
          <w:tcPr>
            <w:tcW w:type="dxa" w:w="1080"/>
          </w:tcPr>
          <w:p>
            <w:r>
              <w:t>4.0</w:t>
            </w:r>
          </w:p>
        </w:tc>
        <w:tc>
          <w:tcPr>
            <w:tcW w:type="dxa" w:w="1080"/>
          </w:tcPr>
          <w:p>
            <w:r>
              <w:t>专业必修课</w:t>
            </w:r>
          </w:p>
        </w:tc>
        <w:tc>
          <w:tcPr>
            <w:tcW w:type="dxa" w:w="1080"/>
          </w:tcPr>
          <w:p>
            <w:r>
              <w:t>土木工程学院</w:t>
            </w:r>
          </w:p>
        </w:tc>
        <w:tc>
          <w:tcPr>
            <w:tcW w:type="dxa" w:w="1080"/>
          </w:tcPr>
          <w:p>
            <w:r>
              <w:t>2023-2024</w:t>
            </w:r>
          </w:p>
        </w:tc>
        <w:tc>
          <w:tcPr>
            <w:tcW w:type="dxa" w:w="1080"/>
          </w:tcPr>
          <w:p>
            <w:r>
              <w:t>2</w:t>
            </w:r>
          </w:p>
        </w:tc>
      </w:tr>
      <w:tr>
        <w:tc>
          <w:tcPr>
            <w:tcW w:type="dxa" w:w="1080"/>
          </w:tcPr>
          <w:p>
            <w:r>
              <w:t>15</w:t>
            </w:r>
          </w:p>
        </w:tc>
        <w:tc>
          <w:tcPr>
            <w:tcW w:type="dxa" w:w="1080"/>
          </w:tcPr>
          <w:p>
            <w:r>
              <w:t>认识实习</w:t>
            </w:r>
          </w:p>
        </w:tc>
        <w:tc>
          <w:tcPr>
            <w:tcW w:type="dxa" w:w="1080"/>
          </w:tcPr>
          <w:p>
            <w:r>
              <w:t>2CE21048</w:t>
            </w:r>
          </w:p>
        </w:tc>
        <w:tc>
          <w:tcPr>
            <w:tcW w:type="dxa" w:w="1080"/>
          </w:tcPr>
          <w:p>
            <w:r>
              <w:t>1</w:t>
            </w:r>
          </w:p>
        </w:tc>
        <w:tc>
          <w:tcPr>
            <w:tcW w:type="dxa" w:w="1080"/>
          </w:tcPr>
          <w:p>
            <w:r>
              <w:t>专业必修课</w:t>
            </w:r>
          </w:p>
        </w:tc>
        <w:tc>
          <w:tcPr>
            <w:tcW w:type="dxa" w:w="1080"/>
          </w:tcPr>
          <w:p>
            <w:r>
              <w:t>土木工程学院</w:t>
            </w:r>
          </w:p>
        </w:tc>
        <w:tc>
          <w:tcPr>
            <w:tcW w:type="dxa" w:w="1080"/>
          </w:tcPr>
          <w:p>
            <w:r>
              <w:t>2023-2024</w:t>
            </w:r>
          </w:p>
        </w:tc>
        <w:tc>
          <w:tcPr>
            <w:tcW w:type="dxa" w:w="1080"/>
          </w:tcPr>
          <w:p>
            <w:r>
              <w:t>2</w:t>
            </w:r>
          </w:p>
        </w:tc>
      </w:tr>
      <w:tr>
        <w:tc>
          <w:tcPr>
            <w:tcW w:type="dxa" w:w="1080"/>
          </w:tcPr>
          <w:p>
            <w:r>
              <w:t>16</w:t>
            </w:r>
          </w:p>
        </w:tc>
        <w:tc>
          <w:tcPr>
            <w:tcW w:type="dxa" w:w="1080"/>
          </w:tcPr>
          <w:p>
            <w:r>
              <w:t>土木工程材料C</w:t>
            </w:r>
          </w:p>
        </w:tc>
        <w:tc>
          <w:tcPr>
            <w:tcW w:type="dxa" w:w="1080"/>
          </w:tcPr>
          <w:p>
            <w:r>
              <w:t>2CE21706</w:t>
            </w:r>
          </w:p>
        </w:tc>
        <w:tc>
          <w:tcPr>
            <w:tcW w:type="dxa" w:w="1080"/>
          </w:tcPr>
          <w:p>
            <w:r>
              <w:t>2</w:t>
            </w:r>
          </w:p>
        </w:tc>
        <w:tc>
          <w:tcPr>
            <w:tcW w:type="dxa" w:w="1080"/>
          </w:tcPr>
          <w:p>
            <w:r>
              <w:t>专业必修课</w:t>
            </w:r>
          </w:p>
        </w:tc>
        <w:tc>
          <w:tcPr>
            <w:tcW w:type="dxa" w:w="1080"/>
          </w:tcPr>
          <w:p>
            <w:r>
              <w:t>土木工程学院</w:t>
            </w:r>
          </w:p>
        </w:tc>
        <w:tc>
          <w:tcPr>
            <w:tcW w:type="dxa" w:w="1080"/>
          </w:tcPr>
          <w:p>
            <w:r>
              <w:t>2023-2024</w:t>
            </w:r>
          </w:p>
        </w:tc>
        <w:tc>
          <w:tcPr>
            <w:tcW w:type="dxa" w:w="1080"/>
          </w:tcPr>
          <w:p>
            <w:r>
              <w:t>2</w:t>
            </w:r>
          </w:p>
        </w:tc>
      </w:tr>
      <w:tr>
        <w:tc>
          <w:tcPr>
            <w:tcW w:type="dxa" w:w="1080"/>
          </w:tcPr>
          <w:p>
            <w:r>
              <w:t>17</w:t>
            </w:r>
          </w:p>
        </w:tc>
        <w:tc>
          <w:tcPr>
            <w:tcW w:type="dxa" w:w="1080"/>
          </w:tcPr>
          <w:p>
            <w:r>
              <w:t>大学生心理健康教育</w:t>
            </w:r>
          </w:p>
        </w:tc>
        <w:tc>
          <w:tcPr>
            <w:tcW w:type="dxa" w:w="1080"/>
          </w:tcPr>
          <w:p>
            <w:r>
              <w:t>2ED11001</w:t>
            </w:r>
          </w:p>
        </w:tc>
        <w:tc>
          <w:tcPr>
            <w:tcW w:type="dxa" w:w="1080"/>
          </w:tcPr>
          <w:p>
            <w:r>
              <w:t>1</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18</w:t>
            </w:r>
          </w:p>
        </w:tc>
        <w:tc>
          <w:tcPr>
            <w:tcW w:type="dxa" w:w="1080"/>
          </w:tcPr>
          <w:p>
            <w:r>
              <w:t>程序设计语言Python(B)</w:t>
            </w:r>
          </w:p>
        </w:tc>
        <w:tc>
          <w:tcPr>
            <w:tcW w:type="dxa" w:w="1080"/>
          </w:tcPr>
          <w:p>
            <w:r>
              <w:t>2EI21003</w:t>
            </w:r>
          </w:p>
        </w:tc>
        <w:tc>
          <w:tcPr>
            <w:tcW w:type="dxa" w:w="1080"/>
          </w:tcPr>
          <w:p>
            <w:r>
              <w:t>3.0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2</w:t>
            </w:r>
          </w:p>
        </w:tc>
      </w:tr>
      <w:tr>
        <w:tc>
          <w:tcPr>
            <w:tcW w:type="dxa" w:w="1080"/>
          </w:tcPr>
          <w:p>
            <w:r>
              <w:t>19</w:t>
            </w:r>
          </w:p>
        </w:tc>
        <w:tc>
          <w:tcPr>
            <w:tcW w:type="dxa" w:w="1080"/>
          </w:tcPr>
          <w:p>
            <w:r>
              <w:t>英语技能（二）</w:t>
            </w:r>
          </w:p>
        </w:tc>
        <w:tc>
          <w:tcPr>
            <w:tcW w:type="dxa" w:w="1080"/>
          </w:tcPr>
          <w:p>
            <w:r>
              <w:t>2IE21002</w:t>
            </w:r>
          </w:p>
        </w:tc>
        <w:tc>
          <w:tcPr>
            <w:tcW w:type="dxa" w:w="1080"/>
          </w:tcPr>
          <w:p>
            <w:r>
              <w:t>2</w:t>
            </w:r>
          </w:p>
        </w:tc>
        <w:tc>
          <w:tcPr>
            <w:tcW w:type="dxa" w:w="1080"/>
          </w:tcPr>
          <w:p>
            <w:r>
              <w:t>专业必修课</w:t>
            </w:r>
          </w:p>
        </w:tc>
        <w:tc>
          <w:tcPr>
            <w:tcW w:type="dxa" w:w="1080"/>
          </w:tcPr>
          <w:p>
            <w:r>
              <w:t>国际教育学院</w:t>
            </w:r>
          </w:p>
        </w:tc>
        <w:tc>
          <w:tcPr>
            <w:tcW w:type="dxa" w:w="1080"/>
          </w:tcPr>
          <w:p>
            <w:r>
              <w:t>2023-2024</w:t>
            </w:r>
          </w:p>
        </w:tc>
        <w:tc>
          <w:tcPr>
            <w:tcW w:type="dxa" w:w="1080"/>
          </w:tcPr>
          <w:p>
            <w:r>
              <w:t>2</w:t>
            </w:r>
          </w:p>
        </w:tc>
      </w:tr>
      <w:tr>
        <w:tc>
          <w:tcPr>
            <w:tcW w:type="dxa" w:w="1080"/>
          </w:tcPr>
          <w:p>
            <w:r>
              <w:t>20</w:t>
            </w:r>
          </w:p>
        </w:tc>
        <w:tc>
          <w:tcPr>
            <w:tcW w:type="dxa" w:w="1080"/>
          </w:tcPr>
          <w:p>
            <w:r>
              <w:t>高等数学E(二)</w:t>
            </w:r>
          </w:p>
        </w:tc>
        <w:tc>
          <w:tcPr>
            <w:tcW w:type="dxa" w:w="1080"/>
          </w:tcPr>
          <w:p>
            <w:r>
              <w:t>2MA11009</w:t>
            </w:r>
          </w:p>
        </w:tc>
        <w:tc>
          <w:tcPr>
            <w:tcW w:type="dxa" w:w="1080"/>
          </w:tcPr>
          <w:p>
            <w:r>
              <w:t>3.0</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21</w:t>
            </w:r>
          </w:p>
        </w:tc>
        <w:tc>
          <w:tcPr>
            <w:tcW w:type="dxa" w:w="1080"/>
          </w:tcPr>
          <w:p>
            <w:r>
              <w:t>线性代数C</w:t>
            </w:r>
          </w:p>
        </w:tc>
        <w:tc>
          <w:tcPr>
            <w:tcW w:type="dxa" w:w="1080"/>
          </w:tcPr>
          <w:p>
            <w:r>
              <w:t>2MA11013</w:t>
            </w:r>
          </w:p>
        </w:tc>
        <w:tc>
          <w:tcPr>
            <w:tcW w:type="dxa" w:w="1080"/>
          </w:tcPr>
          <w:p>
            <w:r>
              <w:t>2.0</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22</w:t>
            </w:r>
          </w:p>
        </w:tc>
        <w:tc>
          <w:tcPr>
            <w:tcW w:type="dxa" w:w="1080"/>
          </w:tcPr>
          <w:p>
            <w:r>
              <w:t>中国近现代史纲要</w:t>
            </w:r>
          </w:p>
        </w:tc>
        <w:tc>
          <w:tcPr>
            <w:tcW w:type="dxa" w:w="1080"/>
          </w:tcPr>
          <w:p>
            <w:r>
              <w:t>2MX11002</w:t>
            </w:r>
          </w:p>
        </w:tc>
        <w:tc>
          <w:tcPr>
            <w:tcW w:type="dxa" w:w="1080"/>
          </w:tcPr>
          <w:p>
            <w:r>
              <w:t>3</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23</w:t>
            </w:r>
          </w:p>
        </w:tc>
        <w:tc>
          <w:tcPr>
            <w:tcW w:type="dxa" w:w="1080"/>
          </w:tcPr>
          <w:p>
            <w:r>
              <w:t>大学物理B(一)</w:t>
            </w:r>
          </w:p>
        </w:tc>
        <w:tc>
          <w:tcPr>
            <w:tcW w:type="dxa" w:w="1080"/>
          </w:tcPr>
          <w:p>
            <w:r>
              <w:t>2PS11006</w:t>
            </w:r>
          </w:p>
        </w:tc>
        <w:tc>
          <w:tcPr>
            <w:tcW w:type="dxa" w:w="1080"/>
          </w:tcPr>
          <w:p>
            <w:r>
              <w:t>3</w:t>
            </w:r>
          </w:p>
        </w:tc>
        <w:tc>
          <w:tcPr>
            <w:tcW w:type="dxa" w:w="1080"/>
          </w:tcPr>
          <w:p>
            <w:r>
              <w:t>通识必修课</w:t>
            </w:r>
          </w:p>
        </w:tc>
        <w:tc>
          <w:tcPr>
            <w:tcW w:type="dxa" w:w="1080"/>
          </w:tcPr>
          <w:p>
            <w:r>
              <w:t>物理科学与技术学院</w:t>
            </w:r>
          </w:p>
        </w:tc>
        <w:tc>
          <w:tcPr>
            <w:tcW w:type="dxa" w:w="1080"/>
          </w:tcPr>
          <w:p>
            <w:r>
              <w:t>2023-2024</w:t>
            </w:r>
          </w:p>
        </w:tc>
        <w:tc>
          <w:tcPr>
            <w:tcW w:type="dxa" w:w="1080"/>
          </w:tcPr>
          <w:p>
            <w:r>
              <w:t>2</w:t>
            </w:r>
          </w:p>
        </w:tc>
      </w:tr>
      <w:tr>
        <w:tc>
          <w:tcPr>
            <w:tcW w:type="dxa" w:w="1080"/>
          </w:tcPr>
          <w:p>
            <w:r>
              <w:t>24</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25</w:t>
            </w:r>
          </w:p>
        </w:tc>
        <w:tc>
          <w:tcPr>
            <w:tcW w:type="dxa" w:w="1080"/>
          </w:tcPr>
          <w:p>
            <w:r>
              <w:t>体育(二)</w:t>
            </w:r>
          </w:p>
        </w:tc>
        <w:tc>
          <w:tcPr>
            <w:tcW w:type="dxa" w:w="1080"/>
          </w:tcPr>
          <w:p>
            <w:r>
              <w:t>2SP11002</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26</w:t>
            </w:r>
          </w:p>
        </w:tc>
        <w:tc>
          <w:tcPr>
            <w:tcW w:type="dxa" w:w="1080"/>
          </w:tcPr>
          <w:p>
            <w:r>
              <w:t>材料力学B</w:t>
            </w:r>
          </w:p>
        </w:tc>
        <w:tc>
          <w:tcPr>
            <w:tcW w:type="dxa" w:w="1080"/>
          </w:tcPr>
          <w:p>
            <w:r>
              <w:t>2CE21004</w:t>
            </w:r>
          </w:p>
        </w:tc>
        <w:tc>
          <w:tcPr>
            <w:tcW w:type="dxa" w:w="1080"/>
          </w:tcPr>
          <w:p>
            <w:r>
              <w:t>4.0</w:t>
            </w:r>
          </w:p>
        </w:tc>
        <w:tc>
          <w:tcPr>
            <w:tcW w:type="dxa" w:w="1080"/>
          </w:tcPr>
          <w:p>
            <w:r>
              <w:t>专业必修课</w:t>
            </w:r>
          </w:p>
        </w:tc>
        <w:tc>
          <w:tcPr>
            <w:tcW w:type="dxa" w:w="1080"/>
          </w:tcPr>
          <w:p>
            <w:r>
              <w:t>土木工程学院</w:t>
            </w:r>
          </w:p>
        </w:tc>
        <w:tc>
          <w:tcPr>
            <w:tcW w:type="dxa" w:w="1080"/>
          </w:tcPr>
          <w:p>
            <w:r>
              <w:t>2024-2025</w:t>
            </w:r>
          </w:p>
        </w:tc>
        <w:tc>
          <w:tcPr>
            <w:tcW w:type="dxa" w:w="1080"/>
          </w:tcPr>
          <w:p>
            <w:r>
              <w:t>1</w:t>
            </w:r>
          </w:p>
        </w:tc>
      </w:tr>
      <w:tr>
        <w:tc>
          <w:tcPr>
            <w:tcW w:type="dxa" w:w="1080"/>
          </w:tcPr>
          <w:p>
            <w:r>
              <w:t>27</w:t>
            </w:r>
          </w:p>
        </w:tc>
        <w:tc>
          <w:tcPr>
            <w:tcW w:type="dxa" w:w="1080"/>
          </w:tcPr>
          <w:p>
            <w:r>
              <w:t>工程地质实习A</w:t>
            </w:r>
          </w:p>
        </w:tc>
        <w:tc>
          <w:tcPr>
            <w:tcW w:type="dxa" w:w="1080"/>
          </w:tcPr>
          <w:p>
            <w:r>
              <w:t>2CE21024</w:t>
            </w:r>
          </w:p>
        </w:tc>
        <w:tc>
          <w:tcPr>
            <w:tcW w:type="dxa" w:w="1080"/>
          </w:tcPr>
          <w:p>
            <w:r>
              <w:t>1.0</w:t>
            </w:r>
          </w:p>
        </w:tc>
        <w:tc>
          <w:tcPr>
            <w:tcW w:type="dxa" w:w="1080"/>
          </w:tcPr>
          <w:p>
            <w:r>
              <w:t>专业必修课</w:t>
            </w:r>
          </w:p>
        </w:tc>
        <w:tc>
          <w:tcPr>
            <w:tcW w:type="dxa" w:w="1080"/>
          </w:tcPr>
          <w:p>
            <w:r>
              <w:t>土木工程学院</w:t>
            </w:r>
          </w:p>
        </w:tc>
        <w:tc>
          <w:tcPr>
            <w:tcW w:type="dxa" w:w="1080"/>
          </w:tcPr>
          <w:p>
            <w:r>
              <w:t>2024-2025</w:t>
            </w:r>
          </w:p>
        </w:tc>
        <w:tc>
          <w:tcPr>
            <w:tcW w:type="dxa" w:w="1080"/>
          </w:tcPr>
          <w:p>
            <w:r>
              <w:t>1</w:t>
            </w:r>
          </w:p>
        </w:tc>
      </w:tr>
      <w:tr>
        <w:tc>
          <w:tcPr>
            <w:tcW w:type="dxa" w:w="1080"/>
          </w:tcPr>
          <w:p>
            <w:r>
              <w:t>28</w:t>
            </w:r>
          </w:p>
        </w:tc>
        <w:tc>
          <w:tcPr>
            <w:tcW w:type="dxa" w:w="1080"/>
          </w:tcPr>
          <w:p>
            <w:r>
              <w:t>工程地质A</w:t>
            </w:r>
          </w:p>
        </w:tc>
        <w:tc>
          <w:tcPr>
            <w:tcW w:type="dxa" w:w="1080"/>
          </w:tcPr>
          <w:p>
            <w:r>
              <w:t>2CE21702</w:t>
            </w:r>
          </w:p>
        </w:tc>
        <w:tc>
          <w:tcPr>
            <w:tcW w:type="dxa" w:w="1080"/>
          </w:tcPr>
          <w:p>
            <w:r>
              <w:t>2</w:t>
            </w:r>
          </w:p>
        </w:tc>
        <w:tc>
          <w:tcPr>
            <w:tcW w:type="dxa" w:w="1080"/>
          </w:tcPr>
          <w:p>
            <w:r>
              <w:t>专业必修课</w:t>
            </w:r>
          </w:p>
        </w:tc>
        <w:tc>
          <w:tcPr>
            <w:tcW w:type="dxa" w:w="1080"/>
          </w:tcPr>
          <w:p>
            <w:r>
              <w:t>土木工程学院</w:t>
            </w:r>
          </w:p>
        </w:tc>
        <w:tc>
          <w:tcPr>
            <w:tcW w:type="dxa" w:w="1080"/>
          </w:tcPr>
          <w:p>
            <w:r>
              <w:t>2024-2025</w:t>
            </w:r>
          </w:p>
        </w:tc>
        <w:tc>
          <w:tcPr>
            <w:tcW w:type="dxa" w:w="1080"/>
          </w:tcPr>
          <w:p>
            <w:r>
              <w:t>1</w:t>
            </w:r>
          </w:p>
        </w:tc>
      </w:tr>
      <w:tr>
        <w:tc>
          <w:tcPr>
            <w:tcW w:type="dxa" w:w="1080"/>
          </w:tcPr>
          <w:p>
            <w:r>
              <w:t>29</w:t>
            </w:r>
          </w:p>
        </w:tc>
        <w:tc>
          <w:tcPr>
            <w:tcW w:type="dxa" w:w="1080"/>
          </w:tcPr>
          <w:p>
            <w:r>
              <w:t>雅思读写(一)</w:t>
            </w:r>
          </w:p>
        </w:tc>
        <w:tc>
          <w:tcPr>
            <w:tcW w:type="dxa" w:w="1080"/>
          </w:tcPr>
          <w:p>
            <w:r>
              <w:t>2FL21701</w:t>
            </w:r>
          </w:p>
        </w:tc>
        <w:tc>
          <w:tcPr>
            <w:tcW w:type="dxa" w:w="1080"/>
          </w:tcPr>
          <w:p>
            <w:r>
              <w:t>2</w:t>
            </w:r>
          </w:p>
        </w:tc>
        <w:tc>
          <w:tcPr>
            <w:tcW w:type="dxa" w:w="1080"/>
          </w:tcPr>
          <w:p>
            <w:r>
              <w:t>专业必修课</w:t>
            </w:r>
          </w:p>
        </w:tc>
        <w:tc>
          <w:tcPr>
            <w:tcW w:type="dxa" w:w="1080"/>
          </w:tcPr>
          <w:p>
            <w:r>
              <w:t>外国语学院</w:t>
            </w:r>
          </w:p>
        </w:tc>
        <w:tc>
          <w:tcPr>
            <w:tcW w:type="dxa" w:w="1080"/>
          </w:tcPr>
          <w:p>
            <w:r>
              <w:t>2024-2025</w:t>
            </w:r>
          </w:p>
        </w:tc>
        <w:tc>
          <w:tcPr>
            <w:tcW w:type="dxa" w:w="1080"/>
          </w:tcPr>
          <w:p>
            <w:r>
              <w:t>1</w:t>
            </w:r>
          </w:p>
        </w:tc>
      </w:tr>
      <w:tr>
        <w:tc>
          <w:tcPr>
            <w:tcW w:type="dxa" w:w="1080"/>
          </w:tcPr>
          <w:p>
            <w:r>
              <w:t>30</w:t>
            </w:r>
          </w:p>
        </w:tc>
        <w:tc>
          <w:tcPr>
            <w:tcW w:type="dxa" w:w="1080"/>
          </w:tcPr>
          <w:p>
            <w:r>
              <w:t>雅思听说(一)</w:t>
            </w:r>
          </w:p>
        </w:tc>
        <w:tc>
          <w:tcPr>
            <w:tcW w:type="dxa" w:w="1080"/>
          </w:tcPr>
          <w:p>
            <w:r>
              <w:t>2FL21704</w:t>
            </w:r>
          </w:p>
        </w:tc>
        <w:tc>
          <w:tcPr>
            <w:tcW w:type="dxa" w:w="1080"/>
          </w:tcPr>
          <w:p>
            <w:r>
              <w:t>2</w:t>
            </w:r>
          </w:p>
        </w:tc>
        <w:tc>
          <w:tcPr>
            <w:tcW w:type="dxa" w:w="1080"/>
          </w:tcPr>
          <w:p>
            <w:r>
              <w:t>专业必修课</w:t>
            </w:r>
          </w:p>
        </w:tc>
        <w:tc>
          <w:tcPr>
            <w:tcW w:type="dxa" w:w="1080"/>
          </w:tcPr>
          <w:p>
            <w:r>
              <w:t>外国语学院</w:t>
            </w:r>
          </w:p>
        </w:tc>
        <w:tc>
          <w:tcPr>
            <w:tcW w:type="dxa" w:w="1080"/>
          </w:tcPr>
          <w:p>
            <w:r>
              <w:t>2024-2025</w:t>
            </w:r>
          </w:p>
        </w:tc>
        <w:tc>
          <w:tcPr>
            <w:tcW w:type="dxa" w:w="1080"/>
          </w:tcPr>
          <w:p>
            <w:r>
              <w:t>1</w:t>
            </w:r>
          </w:p>
        </w:tc>
      </w:tr>
      <w:tr>
        <w:tc>
          <w:tcPr>
            <w:tcW w:type="dxa" w:w="1080"/>
          </w:tcPr>
          <w:p>
            <w:r>
              <w:t>31</w:t>
            </w:r>
          </w:p>
        </w:tc>
        <w:tc>
          <w:tcPr>
            <w:tcW w:type="dxa" w:w="1080"/>
          </w:tcPr>
          <w:p>
            <w:r>
              <w:t>学术阅读</w:t>
            </w:r>
          </w:p>
        </w:tc>
        <w:tc>
          <w:tcPr>
            <w:tcW w:type="dxa" w:w="1080"/>
          </w:tcPr>
          <w:p>
            <w:r>
              <w:t>2IE21003</w:t>
            </w:r>
          </w:p>
        </w:tc>
        <w:tc>
          <w:tcPr>
            <w:tcW w:type="dxa" w:w="1080"/>
          </w:tcPr>
          <w:p>
            <w:r>
              <w:t>2</w:t>
            </w:r>
          </w:p>
        </w:tc>
        <w:tc>
          <w:tcPr>
            <w:tcW w:type="dxa" w:w="1080"/>
          </w:tcPr>
          <w:p>
            <w:r>
              <w:t>专业必修课</w:t>
            </w:r>
          </w:p>
        </w:tc>
        <w:tc>
          <w:tcPr>
            <w:tcW w:type="dxa" w:w="1080"/>
          </w:tcPr>
          <w:p>
            <w:r>
              <w:t>国际教育学院</w:t>
            </w:r>
          </w:p>
        </w:tc>
        <w:tc>
          <w:tcPr>
            <w:tcW w:type="dxa" w:w="1080"/>
          </w:tcPr>
          <w:p>
            <w:r>
              <w:t>2024-2025</w:t>
            </w:r>
          </w:p>
        </w:tc>
        <w:tc>
          <w:tcPr>
            <w:tcW w:type="dxa" w:w="1080"/>
          </w:tcPr>
          <w:p>
            <w:r>
              <w:t>1</w:t>
            </w:r>
          </w:p>
        </w:tc>
      </w:tr>
      <w:tr>
        <w:tc>
          <w:tcPr>
            <w:tcW w:type="dxa" w:w="1080"/>
          </w:tcPr>
          <w:p>
            <w:r>
              <w:t>32</w:t>
            </w:r>
          </w:p>
        </w:tc>
        <w:tc>
          <w:tcPr>
            <w:tcW w:type="dxa" w:w="1080"/>
          </w:tcPr>
          <w:p>
            <w:r>
              <w:t>概率论与数理统计C</w:t>
            </w:r>
          </w:p>
        </w:tc>
        <w:tc>
          <w:tcPr>
            <w:tcW w:type="dxa" w:w="1080"/>
          </w:tcPr>
          <w:p>
            <w:r>
              <w:t>2MA11015</w:t>
            </w:r>
          </w:p>
        </w:tc>
        <w:tc>
          <w:tcPr>
            <w:tcW w:type="dxa" w:w="1080"/>
          </w:tcPr>
          <w:p>
            <w:r>
              <w:t>3.0</w:t>
            </w:r>
          </w:p>
        </w:tc>
        <w:tc>
          <w:tcPr>
            <w:tcW w:type="dxa" w:w="1080"/>
          </w:tcPr>
          <w:p>
            <w:r>
              <w:t>通识必修课</w:t>
            </w:r>
          </w:p>
        </w:tc>
        <w:tc>
          <w:tcPr>
            <w:tcW w:type="dxa" w:w="1080"/>
          </w:tcPr>
          <w:p>
            <w:r>
              <w:t>数学科学学院</w:t>
            </w:r>
          </w:p>
        </w:tc>
        <w:tc>
          <w:tcPr>
            <w:tcW w:type="dxa" w:w="1080"/>
          </w:tcPr>
          <w:p>
            <w:r>
              <w:t>2024-2025</w:t>
            </w:r>
          </w:p>
        </w:tc>
        <w:tc>
          <w:tcPr>
            <w:tcW w:type="dxa" w:w="1080"/>
          </w:tcPr>
          <w:p>
            <w:r>
              <w:t>1</w:t>
            </w:r>
          </w:p>
        </w:tc>
      </w:tr>
      <w:tr>
        <w:tc>
          <w:tcPr>
            <w:tcW w:type="dxa" w:w="1080"/>
          </w:tcPr>
          <w:p>
            <w:r>
              <w:t>33</w:t>
            </w:r>
          </w:p>
        </w:tc>
        <w:tc>
          <w:tcPr>
            <w:tcW w:type="dxa" w:w="1080"/>
          </w:tcPr>
          <w:p>
            <w:r>
              <w:t>马克思主义基本原理</w:t>
            </w:r>
          </w:p>
        </w:tc>
        <w:tc>
          <w:tcPr>
            <w:tcW w:type="dxa" w:w="1080"/>
          </w:tcPr>
          <w:p>
            <w:r>
              <w:t>2MX11003</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34</w:t>
            </w:r>
          </w:p>
        </w:tc>
        <w:tc>
          <w:tcPr>
            <w:tcW w:type="dxa" w:w="1080"/>
          </w:tcPr>
          <w:p>
            <w:r>
              <w:t>改革开放史</w:t>
            </w:r>
          </w:p>
        </w:tc>
        <w:tc>
          <w:tcPr>
            <w:tcW w:type="dxa" w:w="1080"/>
          </w:tcPr>
          <w:p>
            <w:r>
              <w:t>2MX11009</w:t>
            </w:r>
          </w:p>
        </w:tc>
        <w:tc>
          <w:tcPr>
            <w:tcW w:type="dxa" w:w="1080"/>
          </w:tcPr>
          <w:p>
            <w:r>
              <w:t>1.0</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35</w:t>
            </w:r>
          </w:p>
        </w:tc>
        <w:tc>
          <w:tcPr>
            <w:tcW w:type="dxa" w:w="1080"/>
          </w:tcPr>
          <w:p>
            <w:r>
              <w:t>物理实验B</w:t>
            </w:r>
          </w:p>
        </w:tc>
        <w:tc>
          <w:tcPr>
            <w:tcW w:type="dxa" w:w="1080"/>
          </w:tcPr>
          <w:p>
            <w:r>
              <w:t>2PS11003</w:t>
            </w:r>
          </w:p>
        </w:tc>
        <w:tc>
          <w:tcPr>
            <w:tcW w:type="dxa" w:w="1080"/>
          </w:tcPr>
          <w:p>
            <w:r>
              <w:t>1.0</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36</w:t>
            </w:r>
          </w:p>
        </w:tc>
        <w:tc>
          <w:tcPr>
            <w:tcW w:type="dxa" w:w="1080"/>
          </w:tcPr>
          <w:p>
            <w:r>
              <w:t>大学物理B(二)</w:t>
            </w:r>
          </w:p>
        </w:tc>
        <w:tc>
          <w:tcPr>
            <w:tcW w:type="dxa" w:w="1080"/>
          </w:tcPr>
          <w:p>
            <w:r>
              <w:t>2PS11007</w:t>
            </w:r>
          </w:p>
        </w:tc>
        <w:tc>
          <w:tcPr>
            <w:tcW w:type="dxa" w:w="1080"/>
          </w:tcPr>
          <w:p>
            <w:r>
              <w:t>2</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37</w:t>
            </w:r>
          </w:p>
        </w:tc>
        <w:tc>
          <w:tcPr>
            <w:tcW w:type="dxa" w:w="1080"/>
          </w:tcPr>
          <w:p>
            <w:r>
              <w:t>体育(三)</w:t>
            </w:r>
          </w:p>
        </w:tc>
        <w:tc>
          <w:tcPr>
            <w:tcW w:type="dxa" w:w="1080"/>
          </w:tcPr>
          <w:p>
            <w:r>
              <w:t>2SP11003</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38</w:t>
            </w:r>
          </w:p>
        </w:tc>
        <w:tc>
          <w:tcPr>
            <w:tcW w:type="dxa" w:w="1080"/>
          </w:tcPr>
          <w:p>
            <w:r>
              <w:t>房屋建筑学B</w:t>
            </w:r>
          </w:p>
        </w:tc>
        <w:tc>
          <w:tcPr>
            <w:tcW w:type="dxa" w:w="1080"/>
          </w:tcPr>
          <w:p>
            <w:r>
              <w:t>2AU21904</w:t>
            </w:r>
          </w:p>
        </w:tc>
        <w:tc>
          <w:tcPr>
            <w:tcW w:type="dxa" w:w="1080"/>
          </w:tcPr>
          <w:p>
            <w:r>
              <w:t>2</w:t>
            </w:r>
          </w:p>
        </w:tc>
        <w:tc>
          <w:tcPr>
            <w:tcW w:type="dxa" w:w="1080"/>
          </w:tcPr>
          <w:p>
            <w:r>
              <w:t>专业必修课</w:t>
            </w:r>
          </w:p>
        </w:tc>
        <w:tc>
          <w:tcPr>
            <w:tcW w:type="dxa" w:w="1080"/>
          </w:tcPr>
          <w:p>
            <w:r>
              <w:t>建筑与城市规划学院</w:t>
            </w:r>
          </w:p>
        </w:tc>
        <w:tc>
          <w:tcPr>
            <w:tcW w:type="dxa" w:w="1080"/>
          </w:tcPr>
          <w:p>
            <w:r>
              <w:t>2024-2025</w:t>
            </w:r>
          </w:p>
        </w:tc>
        <w:tc>
          <w:tcPr>
            <w:tcW w:type="dxa" w:w="1080"/>
          </w:tcPr>
          <w:p>
            <w:r>
              <w:t>2</w:t>
            </w:r>
          </w:p>
        </w:tc>
      </w:tr>
      <w:tr>
        <w:tc>
          <w:tcPr>
            <w:tcW w:type="dxa" w:w="1080"/>
          </w:tcPr>
          <w:p>
            <w:r>
              <w:t>39</w:t>
            </w:r>
          </w:p>
        </w:tc>
        <w:tc>
          <w:tcPr>
            <w:tcW w:type="dxa" w:w="1080"/>
          </w:tcPr>
          <w:p>
            <w:r>
              <w:t>房屋建筑学课程设计A</w:t>
            </w:r>
          </w:p>
        </w:tc>
        <w:tc>
          <w:tcPr>
            <w:tcW w:type="dxa" w:w="1080"/>
          </w:tcPr>
          <w:p>
            <w:r>
              <w:t>2AU21905</w:t>
            </w:r>
          </w:p>
        </w:tc>
        <w:tc>
          <w:tcPr>
            <w:tcW w:type="dxa" w:w="1080"/>
          </w:tcPr>
          <w:p>
            <w:r>
              <w:t>1.5</w:t>
            </w:r>
          </w:p>
        </w:tc>
        <w:tc>
          <w:tcPr>
            <w:tcW w:type="dxa" w:w="1080"/>
          </w:tcPr>
          <w:p>
            <w:r>
              <w:t>专业必修课</w:t>
            </w:r>
          </w:p>
        </w:tc>
        <w:tc>
          <w:tcPr>
            <w:tcW w:type="dxa" w:w="1080"/>
          </w:tcPr>
          <w:p>
            <w:r>
              <w:t>建筑与城市规划学院</w:t>
            </w:r>
          </w:p>
        </w:tc>
        <w:tc>
          <w:tcPr>
            <w:tcW w:type="dxa" w:w="1080"/>
          </w:tcPr>
          <w:p>
            <w:r>
              <w:t>2024-2025</w:t>
            </w:r>
          </w:p>
        </w:tc>
        <w:tc>
          <w:tcPr>
            <w:tcW w:type="dxa" w:w="1080"/>
          </w:tcPr>
          <w:p>
            <w:r>
              <w:t>2</w:t>
            </w:r>
          </w:p>
        </w:tc>
      </w:tr>
      <w:tr>
        <w:tc>
          <w:tcPr>
            <w:tcW w:type="dxa" w:w="1080"/>
          </w:tcPr>
          <w:p>
            <w:r>
              <w:t>40</w:t>
            </w:r>
          </w:p>
        </w:tc>
        <w:tc>
          <w:tcPr>
            <w:tcW w:type="dxa" w:w="1080"/>
          </w:tcPr>
          <w:p>
            <w:r>
              <w:t>结构力学(一)</w:t>
            </w:r>
          </w:p>
        </w:tc>
        <w:tc>
          <w:tcPr>
            <w:tcW w:type="dxa" w:w="1080"/>
          </w:tcPr>
          <w:p>
            <w:r>
              <w:t>2CE21043</w:t>
            </w:r>
          </w:p>
        </w:tc>
        <w:tc>
          <w:tcPr>
            <w:tcW w:type="dxa" w:w="1080"/>
          </w:tcPr>
          <w:p>
            <w:r>
              <w:t>3</w:t>
            </w:r>
          </w:p>
        </w:tc>
        <w:tc>
          <w:tcPr>
            <w:tcW w:type="dxa" w:w="1080"/>
          </w:tcPr>
          <w:p>
            <w:r>
              <w:t>专业必修课</w:t>
            </w:r>
          </w:p>
        </w:tc>
        <w:tc>
          <w:tcPr>
            <w:tcW w:type="dxa" w:w="1080"/>
          </w:tcPr>
          <w:p>
            <w:r>
              <w:t>土木工程学院</w:t>
            </w:r>
          </w:p>
        </w:tc>
        <w:tc>
          <w:tcPr>
            <w:tcW w:type="dxa" w:w="1080"/>
          </w:tcPr>
          <w:p>
            <w:r>
              <w:t>2024-2025</w:t>
            </w:r>
          </w:p>
        </w:tc>
        <w:tc>
          <w:tcPr>
            <w:tcW w:type="dxa" w:w="1080"/>
          </w:tcPr>
          <w:p>
            <w:r>
              <w:t>2</w:t>
            </w:r>
          </w:p>
        </w:tc>
      </w:tr>
      <w:tr>
        <w:tc>
          <w:tcPr>
            <w:tcW w:type="dxa" w:w="1080"/>
          </w:tcPr>
          <w:p>
            <w:r>
              <w:t>41</w:t>
            </w:r>
          </w:p>
        </w:tc>
        <w:tc>
          <w:tcPr>
            <w:tcW w:type="dxa" w:w="1080"/>
          </w:tcPr>
          <w:p>
            <w:r>
              <w:t>劳动教育实践</w:t>
            </w:r>
          </w:p>
        </w:tc>
        <w:tc>
          <w:tcPr>
            <w:tcW w:type="dxa" w:w="1080"/>
          </w:tcPr>
          <w:p>
            <w:r>
              <w:t>2CE21047</w:t>
            </w:r>
          </w:p>
        </w:tc>
        <w:tc>
          <w:tcPr>
            <w:tcW w:type="dxa" w:w="1080"/>
          </w:tcPr>
          <w:p>
            <w:r>
              <w:t>1</w:t>
            </w:r>
          </w:p>
        </w:tc>
        <w:tc>
          <w:tcPr>
            <w:tcW w:type="dxa" w:w="1080"/>
          </w:tcPr>
          <w:p>
            <w:r>
              <w:t>专业必修课</w:t>
            </w:r>
          </w:p>
        </w:tc>
        <w:tc>
          <w:tcPr>
            <w:tcW w:type="dxa" w:w="1080"/>
          </w:tcPr>
          <w:p>
            <w:r>
              <w:t>土木工程学院</w:t>
            </w:r>
          </w:p>
        </w:tc>
        <w:tc>
          <w:tcPr>
            <w:tcW w:type="dxa" w:w="1080"/>
          </w:tcPr>
          <w:p>
            <w:r>
              <w:t>2024-2025</w:t>
            </w:r>
          </w:p>
        </w:tc>
        <w:tc>
          <w:tcPr>
            <w:tcW w:type="dxa" w:w="1080"/>
          </w:tcPr>
          <w:p>
            <w:r>
              <w:t>2</w:t>
            </w:r>
          </w:p>
        </w:tc>
      </w:tr>
      <w:tr>
        <w:tc>
          <w:tcPr>
            <w:tcW w:type="dxa" w:w="1080"/>
          </w:tcPr>
          <w:p>
            <w:r>
              <w:t>42</w:t>
            </w:r>
          </w:p>
        </w:tc>
        <w:tc>
          <w:tcPr>
            <w:tcW w:type="dxa" w:w="1080"/>
          </w:tcPr>
          <w:p>
            <w:r>
              <w:t>数字建造与BIM</w:t>
            </w:r>
          </w:p>
        </w:tc>
        <w:tc>
          <w:tcPr>
            <w:tcW w:type="dxa" w:w="1080"/>
          </w:tcPr>
          <w:p>
            <w:r>
              <w:t>2CE21056</w:t>
            </w:r>
          </w:p>
        </w:tc>
        <w:tc>
          <w:tcPr>
            <w:tcW w:type="dxa" w:w="1080"/>
          </w:tcPr>
          <w:p>
            <w:r>
              <w:t>1.5</w:t>
            </w:r>
          </w:p>
        </w:tc>
        <w:tc>
          <w:tcPr>
            <w:tcW w:type="dxa" w:w="1080"/>
          </w:tcPr>
          <w:p>
            <w:r>
              <w:t>专业必修课</w:t>
            </w:r>
          </w:p>
        </w:tc>
        <w:tc>
          <w:tcPr>
            <w:tcW w:type="dxa" w:w="1080"/>
          </w:tcPr>
          <w:p>
            <w:r>
              <w:t>土木工程学院</w:t>
            </w:r>
          </w:p>
        </w:tc>
        <w:tc>
          <w:tcPr>
            <w:tcW w:type="dxa" w:w="1080"/>
          </w:tcPr>
          <w:p>
            <w:r>
              <w:t>2024-2025</w:t>
            </w:r>
          </w:p>
        </w:tc>
        <w:tc>
          <w:tcPr>
            <w:tcW w:type="dxa" w:w="1080"/>
          </w:tcPr>
          <w:p>
            <w:r>
              <w:t>2</w:t>
            </w:r>
          </w:p>
        </w:tc>
      </w:tr>
      <w:tr>
        <w:tc>
          <w:tcPr>
            <w:tcW w:type="dxa" w:w="1080"/>
          </w:tcPr>
          <w:p>
            <w:r>
              <w:t>43</w:t>
            </w:r>
          </w:p>
        </w:tc>
        <w:tc>
          <w:tcPr>
            <w:tcW w:type="dxa" w:w="1080"/>
          </w:tcPr>
          <w:p>
            <w:r>
              <w:t>水力学D</w:t>
            </w:r>
          </w:p>
        </w:tc>
        <w:tc>
          <w:tcPr>
            <w:tcW w:type="dxa" w:w="1080"/>
          </w:tcPr>
          <w:p>
            <w:r>
              <w:t>2ES21904</w:t>
            </w:r>
          </w:p>
        </w:tc>
        <w:tc>
          <w:tcPr>
            <w:tcW w:type="dxa" w:w="1080"/>
          </w:tcPr>
          <w:p>
            <w:r>
              <w:t>2</w:t>
            </w:r>
          </w:p>
        </w:tc>
        <w:tc>
          <w:tcPr>
            <w:tcW w:type="dxa" w:w="1080"/>
          </w:tcPr>
          <w:p>
            <w:r>
              <w:t>专业必修课</w:t>
            </w:r>
          </w:p>
        </w:tc>
        <w:tc>
          <w:tcPr>
            <w:tcW w:type="dxa" w:w="1080"/>
          </w:tcPr>
          <w:p>
            <w:r>
              <w:t>环境科学与工程学院</w:t>
            </w:r>
          </w:p>
        </w:tc>
        <w:tc>
          <w:tcPr>
            <w:tcW w:type="dxa" w:w="1080"/>
          </w:tcPr>
          <w:p>
            <w:r>
              <w:t>2024-2025</w:t>
            </w:r>
          </w:p>
        </w:tc>
        <w:tc>
          <w:tcPr>
            <w:tcW w:type="dxa" w:w="1080"/>
          </w:tcPr>
          <w:p>
            <w:r>
              <w:t>2</w:t>
            </w:r>
          </w:p>
        </w:tc>
      </w:tr>
      <w:tr>
        <w:tc>
          <w:tcPr>
            <w:tcW w:type="dxa" w:w="1080"/>
          </w:tcPr>
          <w:p>
            <w:r>
              <w:t>44</w:t>
            </w:r>
          </w:p>
        </w:tc>
        <w:tc>
          <w:tcPr>
            <w:tcW w:type="dxa" w:w="1080"/>
          </w:tcPr>
          <w:p>
            <w:r>
              <w:t>雅思读写(二)</w:t>
            </w:r>
          </w:p>
        </w:tc>
        <w:tc>
          <w:tcPr>
            <w:tcW w:type="dxa" w:w="1080"/>
          </w:tcPr>
          <w:p>
            <w:r>
              <w:t>2FL21702</w:t>
            </w:r>
          </w:p>
        </w:tc>
        <w:tc>
          <w:tcPr>
            <w:tcW w:type="dxa" w:w="1080"/>
          </w:tcPr>
          <w:p>
            <w:r>
              <w:t>2</w:t>
            </w:r>
          </w:p>
        </w:tc>
        <w:tc>
          <w:tcPr>
            <w:tcW w:type="dxa" w:w="1080"/>
          </w:tcPr>
          <w:p>
            <w:r>
              <w:t>专业必修课</w:t>
            </w:r>
          </w:p>
        </w:tc>
        <w:tc>
          <w:tcPr>
            <w:tcW w:type="dxa" w:w="1080"/>
          </w:tcPr>
          <w:p>
            <w:r>
              <w:t>外国语学院</w:t>
            </w:r>
          </w:p>
        </w:tc>
        <w:tc>
          <w:tcPr>
            <w:tcW w:type="dxa" w:w="1080"/>
          </w:tcPr>
          <w:p>
            <w:r>
              <w:t>2024-2025</w:t>
            </w:r>
          </w:p>
        </w:tc>
        <w:tc>
          <w:tcPr>
            <w:tcW w:type="dxa" w:w="1080"/>
          </w:tcPr>
          <w:p>
            <w:r>
              <w:t>2</w:t>
            </w:r>
          </w:p>
        </w:tc>
      </w:tr>
      <w:tr>
        <w:tc>
          <w:tcPr>
            <w:tcW w:type="dxa" w:w="1080"/>
          </w:tcPr>
          <w:p>
            <w:r>
              <w:t>45</w:t>
            </w:r>
          </w:p>
        </w:tc>
        <w:tc>
          <w:tcPr>
            <w:tcW w:type="dxa" w:w="1080"/>
          </w:tcPr>
          <w:p>
            <w:r>
              <w:t>雅思听说(二)</w:t>
            </w:r>
          </w:p>
        </w:tc>
        <w:tc>
          <w:tcPr>
            <w:tcW w:type="dxa" w:w="1080"/>
          </w:tcPr>
          <w:p>
            <w:r>
              <w:t>2FL21705</w:t>
            </w:r>
          </w:p>
        </w:tc>
        <w:tc>
          <w:tcPr>
            <w:tcW w:type="dxa" w:w="1080"/>
          </w:tcPr>
          <w:p>
            <w:r>
              <w:t>2</w:t>
            </w:r>
          </w:p>
        </w:tc>
        <w:tc>
          <w:tcPr>
            <w:tcW w:type="dxa" w:w="1080"/>
          </w:tcPr>
          <w:p>
            <w:r>
              <w:t>专业必修课</w:t>
            </w:r>
          </w:p>
        </w:tc>
        <w:tc>
          <w:tcPr>
            <w:tcW w:type="dxa" w:w="1080"/>
          </w:tcPr>
          <w:p>
            <w:r>
              <w:t>外国语学院</w:t>
            </w:r>
          </w:p>
        </w:tc>
        <w:tc>
          <w:tcPr>
            <w:tcW w:type="dxa" w:w="1080"/>
          </w:tcPr>
          <w:p>
            <w:r>
              <w:t>2024-2025</w:t>
            </w:r>
          </w:p>
        </w:tc>
        <w:tc>
          <w:tcPr>
            <w:tcW w:type="dxa" w:w="1080"/>
          </w:tcPr>
          <w:p>
            <w:r>
              <w:t>2</w:t>
            </w:r>
          </w:p>
        </w:tc>
      </w:tr>
      <w:tr>
        <w:tc>
          <w:tcPr>
            <w:tcW w:type="dxa" w:w="1080"/>
          </w:tcPr>
          <w:p>
            <w:r>
              <w:t>46</w:t>
            </w:r>
          </w:p>
        </w:tc>
        <w:tc>
          <w:tcPr>
            <w:tcW w:type="dxa" w:w="1080"/>
          </w:tcPr>
          <w:p>
            <w:r>
              <w:t>测量学B</w:t>
            </w:r>
          </w:p>
        </w:tc>
        <w:tc>
          <w:tcPr>
            <w:tcW w:type="dxa" w:w="1080"/>
          </w:tcPr>
          <w:p>
            <w:r>
              <w:t>2GS21002</w:t>
            </w:r>
          </w:p>
        </w:tc>
        <w:tc>
          <w:tcPr>
            <w:tcW w:type="dxa" w:w="1080"/>
          </w:tcPr>
          <w:p>
            <w:r>
              <w:t>2.5</w:t>
            </w:r>
          </w:p>
        </w:tc>
        <w:tc>
          <w:tcPr>
            <w:tcW w:type="dxa" w:w="1080"/>
          </w:tcPr>
          <w:p>
            <w:r>
              <w:t>专业必修课</w:t>
            </w:r>
          </w:p>
        </w:tc>
        <w:tc>
          <w:tcPr>
            <w:tcW w:type="dxa" w:w="1080"/>
          </w:tcPr>
          <w:p>
            <w:r>
              <w:t>地理科学与测绘工程学院</w:t>
            </w:r>
          </w:p>
        </w:tc>
        <w:tc>
          <w:tcPr>
            <w:tcW w:type="dxa" w:w="1080"/>
          </w:tcPr>
          <w:p>
            <w:r>
              <w:t>2024-2025</w:t>
            </w:r>
          </w:p>
        </w:tc>
        <w:tc>
          <w:tcPr>
            <w:tcW w:type="dxa" w:w="1080"/>
          </w:tcPr>
          <w:p>
            <w:r>
              <w:t>2</w:t>
            </w:r>
          </w:p>
        </w:tc>
      </w:tr>
      <w:tr>
        <w:tc>
          <w:tcPr>
            <w:tcW w:type="dxa" w:w="1080"/>
          </w:tcPr>
          <w:p>
            <w:r>
              <w:t>47</w:t>
            </w:r>
          </w:p>
        </w:tc>
        <w:tc>
          <w:tcPr>
            <w:tcW w:type="dxa" w:w="1080"/>
          </w:tcPr>
          <w:p>
            <w:r>
              <w:t>测量实习</w:t>
            </w:r>
          </w:p>
        </w:tc>
        <w:tc>
          <w:tcPr>
            <w:tcW w:type="dxa" w:w="1080"/>
          </w:tcPr>
          <w:p>
            <w:r>
              <w:t>2GS21011</w:t>
            </w:r>
          </w:p>
        </w:tc>
        <w:tc>
          <w:tcPr>
            <w:tcW w:type="dxa" w:w="1080"/>
          </w:tcPr>
          <w:p>
            <w:r>
              <w:t>1</w:t>
            </w:r>
          </w:p>
        </w:tc>
        <w:tc>
          <w:tcPr>
            <w:tcW w:type="dxa" w:w="1080"/>
          </w:tcPr>
          <w:p>
            <w:r>
              <w:t>专业必修课</w:t>
            </w:r>
          </w:p>
        </w:tc>
        <w:tc>
          <w:tcPr>
            <w:tcW w:type="dxa" w:w="1080"/>
          </w:tcPr>
          <w:p>
            <w:r>
              <w:t>地理科学与测绘工程学院</w:t>
            </w:r>
          </w:p>
        </w:tc>
        <w:tc>
          <w:tcPr>
            <w:tcW w:type="dxa" w:w="1080"/>
          </w:tcPr>
          <w:p>
            <w:r>
              <w:t>2024-2025</w:t>
            </w:r>
          </w:p>
        </w:tc>
        <w:tc>
          <w:tcPr>
            <w:tcW w:type="dxa" w:w="1080"/>
          </w:tcPr>
          <w:p>
            <w:r>
              <w:t>2</w:t>
            </w:r>
          </w:p>
        </w:tc>
      </w:tr>
      <w:tr>
        <w:tc>
          <w:tcPr>
            <w:tcW w:type="dxa" w:w="1080"/>
          </w:tcPr>
          <w:p>
            <w:r>
              <w:t>48</w:t>
            </w:r>
          </w:p>
        </w:tc>
        <w:tc>
          <w:tcPr>
            <w:tcW w:type="dxa" w:w="1080"/>
          </w:tcPr>
          <w:p>
            <w:r>
              <w:t>学术写作</w:t>
            </w:r>
          </w:p>
        </w:tc>
        <w:tc>
          <w:tcPr>
            <w:tcW w:type="dxa" w:w="1080"/>
          </w:tcPr>
          <w:p>
            <w:r>
              <w:t>2IE21004</w:t>
            </w:r>
          </w:p>
        </w:tc>
        <w:tc>
          <w:tcPr>
            <w:tcW w:type="dxa" w:w="1080"/>
          </w:tcPr>
          <w:p>
            <w:r>
              <w:t>2</w:t>
            </w:r>
          </w:p>
        </w:tc>
        <w:tc>
          <w:tcPr>
            <w:tcW w:type="dxa" w:w="1080"/>
          </w:tcPr>
          <w:p>
            <w:r>
              <w:t>专业必修课</w:t>
            </w:r>
          </w:p>
        </w:tc>
        <w:tc>
          <w:tcPr>
            <w:tcW w:type="dxa" w:w="1080"/>
          </w:tcPr>
          <w:p>
            <w:r>
              <w:t>国际教育学院</w:t>
            </w:r>
          </w:p>
        </w:tc>
        <w:tc>
          <w:tcPr>
            <w:tcW w:type="dxa" w:w="1080"/>
          </w:tcPr>
          <w:p>
            <w:r>
              <w:t>2024-2025</w:t>
            </w:r>
          </w:p>
        </w:tc>
        <w:tc>
          <w:tcPr>
            <w:tcW w:type="dxa" w:w="1080"/>
          </w:tcPr>
          <w:p>
            <w:r>
              <w:t>2</w:t>
            </w:r>
          </w:p>
        </w:tc>
      </w:tr>
      <w:tr>
        <w:tc>
          <w:tcPr>
            <w:tcW w:type="dxa" w:w="1080"/>
          </w:tcPr>
          <w:p>
            <w:r>
              <w:t>49</w:t>
            </w:r>
          </w:p>
        </w:tc>
        <w:tc>
          <w:tcPr>
            <w:tcW w:type="dxa" w:w="1080"/>
          </w:tcPr>
          <w:p>
            <w:r>
              <w:t>毛泽东思想和中国特色社会主义理论体系概论</w:t>
            </w:r>
          </w:p>
        </w:tc>
        <w:tc>
          <w:tcPr>
            <w:tcW w:type="dxa" w:w="1080"/>
          </w:tcPr>
          <w:p>
            <w:r>
              <w:t>2MX11004</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50</w:t>
            </w:r>
          </w:p>
        </w:tc>
        <w:tc>
          <w:tcPr>
            <w:tcW w:type="dxa" w:w="1080"/>
          </w:tcPr>
          <w:p>
            <w:r>
              <w:t>国家安全教育</w:t>
            </w:r>
          </w:p>
        </w:tc>
        <w:tc>
          <w:tcPr>
            <w:tcW w:type="dxa" w:w="1080"/>
          </w:tcPr>
          <w:p>
            <w:r>
              <w:t>2MX11012</w:t>
            </w:r>
          </w:p>
        </w:tc>
        <w:tc>
          <w:tcPr>
            <w:tcW w:type="dxa" w:w="1080"/>
          </w:tcPr>
          <w:p>
            <w:r>
              <w:t>1</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51</w:t>
            </w:r>
          </w:p>
        </w:tc>
        <w:tc>
          <w:tcPr>
            <w:tcW w:type="dxa" w:w="1080"/>
          </w:tcPr>
          <w:p>
            <w:r>
              <w:t>体育(四)</w:t>
            </w:r>
          </w:p>
        </w:tc>
        <w:tc>
          <w:tcPr>
            <w:tcW w:type="dxa" w:w="1080"/>
          </w:tcPr>
          <w:p>
            <w:r>
              <w:t>2SP11004</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52</w:t>
            </w:r>
          </w:p>
        </w:tc>
        <w:tc>
          <w:tcPr>
            <w:tcW w:type="dxa" w:w="1080"/>
          </w:tcPr>
          <w:p>
            <w:r>
              <w:t>钢结构设计原理A</w:t>
            </w:r>
          </w:p>
        </w:tc>
        <w:tc>
          <w:tcPr>
            <w:tcW w:type="dxa" w:w="1080"/>
          </w:tcPr>
          <w:p>
            <w:r>
              <w:t>2CE21022</w:t>
            </w:r>
          </w:p>
        </w:tc>
        <w:tc>
          <w:tcPr>
            <w:tcW w:type="dxa" w:w="1080"/>
          </w:tcPr>
          <w:p>
            <w:r>
              <w:t>3</w:t>
            </w:r>
          </w:p>
        </w:tc>
        <w:tc>
          <w:tcPr>
            <w:tcW w:type="dxa" w:w="1080"/>
          </w:tcPr>
          <w:p>
            <w:r>
              <w:t>专业必修课</w:t>
            </w:r>
          </w:p>
        </w:tc>
        <w:tc>
          <w:tcPr>
            <w:tcW w:type="dxa" w:w="1080"/>
          </w:tcPr>
          <w:p>
            <w:r>
              <w:t>土木工程学院</w:t>
            </w:r>
          </w:p>
        </w:tc>
        <w:tc>
          <w:tcPr>
            <w:tcW w:type="dxa" w:w="1080"/>
          </w:tcPr>
          <w:p>
            <w:r>
              <w:t>2025-2026</w:t>
            </w:r>
          </w:p>
        </w:tc>
        <w:tc>
          <w:tcPr>
            <w:tcW w:type="dxa" w:w="1080"/>
          </w:tcPr>
          <w:p>
            <w:r>
              <w:t>1</w:t>
            </w:r>
          </w:p>
        </w:tc>
      </w:tr>
      <w:tr>
        <w:tc>
          <w:tcPr>
            <w:tcW w:type="dxa" w:w="1080"/>
          </w:tcPr>
          <w:p>
            <w:r>
              <w:t>53</w:t>
            </w:r>
          </w:p>
        </w:tc>
        <w:tc>
          <w:tcPr>
            <w:tcW w:type="dxa" w:w="1080"/>
          </w:tcPr>
          <w:p>
            <w:r>
              <w:t>结构力学(二)</w:t>
            </w:r>
          </w:p>
        </w:tc>
        <w:tc>
          <w:tcPr>
            <w:tcW w:type="dxa" w:w="1080"/>
          </w:tcPr>
          <w:p>
            <w:r>
              <w:t>2CE21044</w:t>
            </w:r>
          </w:p>
        </w:tc>
        <w:tc>
          <w:tcPr>
            <w:tcW w:type="dxa" w:w="1080"/>
          </w:tcPr>
          <w:p>
            <w:r>
              <w:t>2.5</w:t>
            </w:r>
          </w:p>
        </w:tc>
        <w:tc>
          <w:tcPr>
            <w:tcW w:type="dxa" w:w="1080"/>
          </w:tcPr>
          <w:p>
            <w:r>
              <w:t>专业必修课</w:t>
            </w:r>
          </w:p>
        </w:tc>
        <w:tc>
          <w:tcPr>
            <w:tcW w:type="dxa" w:w="1080"/>
          </w:tcPr>
          <w:p>
            <w:r>
              <w:t>土木工程学院</w:t>
            </w:r>
          </w:p>
        </w:tc>
        <w:tc>
          <w:tcPr>
            <w:tcW w:type="dxa" w:w="1080"/>
          </w:tcPr>
          <w:p>
            <w:r>
              <w:t>2025-2026</w:t>
            </w:r>
          </w:p>
        </w:tc>
        <w:tc>
          <w:tcPr>
            <w:tcW w:type="dxa" w:w="1080"/>
          </w:tcPr>
          <w:p>
            <w:r>
              <w:t>1</w:t>
            </w:r>
          </w:p>
        </w:tc>
      </w:tr>
      <w:tr>
        <w:tc>
          <w:tcPr>
            <w:tcW w:type="dxa" w:w="1080"/>
          </w:tcPr>
          <w:p>
            <w:r>
              <w:t>54</w:t>
            </w:r>
          </w:p>
        </w:tc>
        <w:tc>
          <w:tcPr>
            <w:tcW w:type="dxa" w:w="1080"/>
          </w:tcPr>
          <w:p>
            <w:r>
              <w:t>混凝土结构设计原理A</w:t>
            </w:r>
          </w:p>
        </w:tc>
        <w:tc>
          <w:tcPr>
            <w:tcW w:type="dxa" w:w="1080"/>
          </w:tcPr>
          <w:p>
            <w:r>
              <w:t>2CE21703</w:t>
            </w:r>
          </w:p>
        </w:tc>
        <w:tc>
          <w:tcPr>
            <w:tcW w:type="dxa" w:w="1080"/>
          </w:tcPr>
          <w:p>
            <w:r>
              <w:t>3.5</w:t>
            </w:r>
          </w:p>
        </w:tc>
        <w:tc>
          <w:tcPr>
            <w:tcW w:type="dxa" w:w="1080"/>
          </w:tcPr>
          <w:p>
            <w:r>
              <w:t>专业必修课</w:t>
            </w:r>
          </w:p>
        </w:tc>
        <w:tc>
          <w:tcPr>
            <w:tcW w:type="dxa" w:w="1080"/>
          </w:tcPr>
          <w:p>
            <w:r>
              <w:t>土木工程学院</w:t>
            </w:r>
          </w:p>
        </w:tc>
        <w:tc>
          <w:tcPr>
            <w:tcW w:type="dxa" w:w="1080"/>
          </w:tcPr>
          <w:p>
            <w:r>
              <w:t>2025-2026</w:t>
            </w:r>
          </w:p>
        </w:tc>
        <w:tc>
          <w:tcPr>
            <w:tcW w:type="dxa" w:w="1080"/>
          </w:tcPr>
          <w:p>
            <w:r>
              <w:t>1</w:t>
            </w:r>
          </w:p>
        </w:tc>
      </w:tr>
      <w:tr>
        <w:tc>
          <w:tcPr>
            <w:tcW w:type="dxa" w:w="1080"/>
          </w:tcPr>
          <w:p>
            <w:r>
              <w:t>55</w:t>
            </w:r>
          </w:p>
        </w:tc>
        <w:tc>
          <w:tcPr>
            <w:tcW w:type="dxa" w:w="1080"/>
          </w:tcPr>
          <w:p>
            <w:r>
              <w:t>建筑工程软件B</w:t>
            </w:r>
          </w:p>
        </w:tc>
        <w:tc>
          <w:tcPr>
            <w:tcW w:type="dxa" w:w="1080"/>
          </w:tcPr>
          <w:p>
            <w:r>
              <w:t>2CE21715</w:t>
            </w:r>
          </w:p>
        </w:tc>
        <w:tc>
          <w:tcPr>
            <w:tcW w:type="dxa" w:w="1080"/>
          </w:tcPr>
          <w:p>
            <w:r>
              <w:t>1.0</w:t>
            </w:r>
          </w:p>
        </w:tc>
        <w:tc>
          <w:tcPr>
            <w:tcW w:type="dxa" w:w="1080"/>
          </w:tcPr>
          <w:p>
            <w:r>
              <w:t>专业必修课</w:t>
            </w:r>
          </w:p>
        </w:tc>
        <w:tc>
          <w:tcPr>
            <w:tcW w:type="dxa" w:w="1080"/>
          </w:tcPr>
          <w:p>
            <w:r>
              <w:t>土木工程学院</w:t>
            </w:r>
          </w:p>
        </w:tc>
        <w:tc>
          <w:tcPr>
            <w:tcW w:type="dxa" w:w="1080"/>
          </w:tcPr>
          <w:p>
            <w:r>
              <w:t>2025-2026</w:t>
            </w:r>
          </w:p>
        </w:tc>
        <w:tc>
          <w:tcPr>
            <w:tcW w:type="dxa" w:w="1080"/>
          </w:tcPr>
          <w:p>
            <w:r>
              <w:t>1</w:t>
            </w:r>
          </w:p>
        </w:tc>
      </w:tr>
      <w:tr>
        <w:tc>
          <w:tcPr>
            <w:tcW w:type="dxa" w:w="1080"/>
          </w:tcPr>
          <w:p>
            <w:r>
              <w:t>56</w:t>
            </w:r>
          </w:p>
        </w:tc>
        <w:tc>
          <w:tcPr>
            <w:tcW w:type="dxa" w:w="1080"/>
          </w:tcPr>
          <w:p>
            <w:r>
              <w:t>土力学A</w:t>
            </w:r>
          </w:p>
        </w:tc>
        <w:tc>
          <w:tcPr>
            <w:tcW w:type="dxa" w:w="1080"/>
          </w:tcPr>
          <w:p>
            <w:r>
              <w:t>2CE21720</w:t>
            </w:r>
          </w:p>
        </w:tc>
        <w:tc>
          <w:tcPr>
            <w:tcW w:type="dxa" w:w="1080"/>
          </w:tcPr>
          <w:p>
            <w:r>
              <w:t>2.5</w:t>
            </w:r>
          </w:p>
        </w:tc>
        <w:tc>
          <w:tcPr>
            <w:tcW w:type="dxa" w:w="1080"/>
          </w:tcPr>
          <w:p>
            <w:r>
              <w:t>专业必修课</w:t>
            </w:r>
          </w:p>
        </w:tc>
        <w:tc>
          <w:tcPr>
            <w:tcW w:type="dxa" w:w="1080"/>
          </w:tcPr>
          <w:p>
            <w:r>
              <w:t>土木工程学院</w:t>
            </w:r>
          </w:p>
        </w:tc>
        <w:tc>
          <w:tcPr>
            <w:tcW w:type="dxa" w:w="1080"/>
          </w:tcPr>
          <w:p>
            <w:r>
              <w:t>2025-2026</w:t>
            </w:r>
          </w:p>
        </w:tc>
        <w:tc>
          <w:tcPr>
            <w:tcW w:type="dxa" w:w="1080"/>
          </w:tcPr>
          <w:p>
            <w:r>
              <w:t>1</w:t>
            </w:r>
          </w:p>
        </w:tc>
      </w:tr>
      <w:tr>
        <w:tc>
          <w:tcPr>
            <w:tcW w:type="dxa" w:w="1080"/>
          </w:tcPr>
          <w:p>
            <w:r>
              <w:t>57</w:t>
            </w:r>
          </w:p>
        </w:tc>
        <w:tc>
          <w:tcPr>
            <w:tcW w:type="dxa" w:w="1080"/>
          </w:tcPr>
          <w:p>
            <w:r>
              <w:t>学术思维训练B</w:t>
            </w:r>
          </w:p>
        </w:tc>
        <w:tc>
          <w:tcPr>
            <w:tcW w:type="dxa" w:w="1080"/>
          </w:tcPr>
          <w:p>
            <w:r>
              <w:t>2CE21724</w:t>
            </w:r>
          </w:p>
        </w:tc>
        <w:tc>
          <w:tcPr>
            <w:tcW w:type="dxa" w:w="1080"/>
          </w:tcPr>
          <w:p>
            <w:r>
              <w:t>1</w:t>
            </w:r>
          </w:p>
        </w:tc>
        <w:tc>
          <w:tcPr>
            <w:tcW w:type="dxa" w:w="1080"/>
          </w:tcPr>
          <w:p>
            <w:r>
              <w:t>专业必修课</w:t>
            </w:r>
          </w:p>
        </w:tc>
        <w:tc>
          <w:tcPr>
            <w:tcW w:type="dxa" w:w="1080"/>
          </w:tcPr>
          <w:p>
            <w:r>
              <w:t>土木工程学院</w:t>
            </w:r>
          </w:p>
        </w:tc>
        <w:tc>
          <w:tcPr>
            <w:tcW w:type="dxa" w:w="1080"/>
          </w:tcPr>
          <w:p>
            <w:r>
              <w:t>2025-2026</w:t>
            </w:r>
          </w:p>
        </w:tc>
        <w:tc>
          <w:tcPr>
            <w:tcW w:type="dxa" w:w="1080"/>
          </w:tcPr>
          <w:p>
            <w:r>
              <w:t>1</w:t>
            </w:r>
          </w:p>
        </w:tc>
      </w:tr>
      <w:tr>
        <w:tc>
          <w:tcPr>
            <w:tcW w:type="dxa" w:w="1080"/>
          </w:tcPr>
          <w:p>
            <w:r>
              <w:t>58</w:t>
            </w:r>
          </w:p>
        </w:tc>
        <w:tc>
          <w:tcPr>
            <w:tcW w:type="dxa" w:w="1080"/>
          </w:tcPr>
          <w:p>
            <w:r>
              <w:t>水利学与环境</w:t>
            </w:r>
          </w:p>
        </w:tc>
        <w:tc>
          <w:tcPr>
            <w:tcW w:type="dxa" w:w="1080"/>
          </w:tcPr>
          <w:p>
            <w:r>
              <w:t>2ES21905</w:t>
            </w:r>
          </w:p>
        </w:tc>
        <w:tc>
          <w:tcPr>
            <w:tcW w:type="dxa" w:w="1080"/>
          </w:tcPr>
          <w:p>
            <w:r>
              <w:t>2</w:t>
            </w:r>
          </w:p>
        </w:tc>
        <w:tc>
          <w:tcPr>
            <w:tcW w:type="dxa" w:w="1080"/>
          </w:tcPr>
          <w:p>
            <w:r>
              <w:t>专业必修课</w:t>
            </w:r>
          </w:p>
        </w:tc>
        <w:tc>
          <w:tcPr>
            <w:tcW w:type="dxa" w:w="1080"/>
          </w:tcPr>
          <w:p>
            <w:r>
              <w:t>环境科学与工程学院</w:t>
            </w:r>
          </w:p>
        </w:tc>
        <w:tc>
          <w:tcPr>
            <w:tcW w:type="dxa" w:w="1080"/>
          </w:tcPr>
          <w:p>
            <w:r>
              <w:t>2025-2026</w:t>
            </w:r>
          </w:p>
        </w:tc>
        <w:tc>
          <w:tcPr>
            <w:tcW w:type="dxa" w:w="1080"/>
          </w:tcPr>
          <w:p>
            <w:r>
              <w:t>1</w:t>
            </w:r>
          </w:p>
        </w:tc>
      </w:tr>
      <w:tr>
        <w:tc>
          <w:tcPr>
            <w:tcW w:type="dxa" w:w="1080"/>
          </w:tcPr>
          <w:p>
            <w:r>
              <w:t>59</w:t>
            </w:r>
          </w:p>
        </w:tc>
        <w:tc>
          <w:tcPr>
            <w:tcW w:type="dxa" w:w="1080"/>
          </w:tcPr>
          <w:p>
            <w:r>
              <w:t>雅思读写(三)</w:t>
            </w:r>
          </w:p>
        </w:tc>
        <w:tc>
          <w:tcPr>
            <w:tcW w:type="dxa" w:w="1080"/>
          </w:tcPr>
          <w:p>
            <w:r>
              <w:t>2FL21703</w:t>
            </w:r>
          </w:p>
        </w:tc>
        <w:tc>
          <w:tcPr>
            <w:tcW w:type="dxa" w:w="1080"/>
          </w:tcPr>
          <w:p>
            <w:r>
              <w:t>2</w:t>
            </w:r>
          </w:p>
        </w:tc>
        <w:tc>
          <w:tcPr>
            <w:tcW w:type="dxa" w:w="1080"/>
          </w:tcPr>
          <w:p>
            <w:r>
              <w:t>专业必修课</w:t>
            </w:r>
          </w:p>
        </w:tc>
        <w:tc>
          <w:tcPr>
            <w:tcW w:type="dxa" w:w="1080"/>
          </w:tcPr>
          <w:p>
            <w:r>
              <w:t>外国语学院</w:t>
            </w:r>
          </w:p>
        </w:tc>
        <w:tc>
          <w:tcPr>
            <w:tcW w:type="dxa" w:w="1080"/>
          </w:tcPr>
          <w:p>
            <w:r>
              <w:t>2025-2026</w:t>
            </w:r>
          </w:p>
        </w:tc>
        <w:tc>
          <w:tcPr>
            <w:tcW w:type="dxa" w:w="1080"/>
          </w:tcPr>
          <w:p>
            <w:r>
              <w:t>1</w:t>
            </w:r>
          </w:p>
        </w:tc>
      </w:tr>
      <w:tr>
        <w:tc>
          <w:tcPr>
            <w:tcW w:type="dxa" w:w="1080"/>
          </w:tcPr>
          <w:p>
            <w:r>
              <w:t>60</w:t>
            </w:r>
          </w:p>
        </w:tc>
        <w:tc>
          <w:tcPr>
            <w:tcW w:type="dxa" w:w="1080"/>
          </w:tcPr>
          <w:p>
            <w:r>
              <w:t>雅思听说(三)</w:t>
            </w:r>
          </w:p>
        </w:tc>
        <w:tc>
          <w:tcPr>
            <w:tcW w:type="dxa" w:w="1080"/>
          </w:tcPr>
          <w:p>
            <w:r>
              <w:t>2FL21706</w:t>
            </w:r>
          </w:p>
        </w:tc>
        <w:tc>
          <w:tcPr>
            <w:tcW w:type="dxa" w:w="1080"/>
          </w:tcPr>
          <w:p>
            <w:r>
              <w:t>2</w:t>
            </w:r>
          </w:p>
        </w:tc>
        <w:tc>
          <w:tcPr>
            <w:tcW w:type="dxa" w:w="1080"/>
          </w:tcPr>
          <w:p>
            <w:r>
              <w:t>专业必修课</w:t>
            </w:r>
          </w:p>
        </w:tc>
        <w:tc>
          <w:tcPr>
            <w:tcW w:type="dxa" w:w="1080"/>
          </w:tcPr>
          <w:p>
            <w:r>
              <w:t>外国语学院</w:t>
            </w:r>
          </w:p>
        </w:tc>
        <w:tc>
          <w:tcPr>
            <w:tcW w:type="dxa" w:w="1080"/>
          </w:tcPr>
          <w:p>
            <w:r>
              <w:t>2025-2026</w:t>
            </w:r>
          </w:p>
        </w:tc>
        <w:tc>
          <w:tcPr>
            <w:tcW w:type="dxa" w:w="1080"/>
          </w:tcPr>
          <w:p>
            <w:r>
              <w:t>1</w:t>
            </w:r>
          </w:p>
        </w:tc>
      </w:tr>
      <w:tr>
        <w:tc>
          <w:tcPr>
            <w:tcW w:type="dxa" w:w="1080"/>
          </w:tcPr>
          <w:p>
            <w:r>
              <w:t>61</w:t>
            </w:r>
          </w:p>
        </w:tc>
        <w:tc>
          <w:tcPr>
            <w:tcW w:type="dxa" w:w="1080"/>
          </w:tcPr>
          <w:p>
            <w:r>
              <w:t>英语演说</w:t>
            </w:r>
          </w:p>
        </w:tc>
        <w:tc>
          <w:tcPr>
            <w:tcW w:type="dxa" w:w="1080"/>
          </w:tcPr>
          <w:p>
            <w:r>
              <w:t>2IE21005</w:t>
            </w:r>
          </w:p>
        </w:tc>
        <w:tc>
          <w:tcPr>
            <w:tcW w:type="dxa" w:w="1080"/>
          </w:tcPr>
          <w:p>
            <w:r>
              <w:t>2</w:t>
            </w:r>
          </w:p>
        </w:tc>
        <w:tc>
          <w:tcPr>
            <w:tcW w:type="dxa" w:w="1080"/>
          </w:tcPr>
          <w:p>
            <w:r>
              <w:t>专业必修课</w:t>
            </w:r>
          </w:p>
        </w:tc>
        <w:tc>
          <w:tcPr>
            <w:tcW w:type="dxa" w:w="1080"/>
          </w:tcPr>
          <w:p>
            <w:r>
              <w:t>国际教育学院</w:t>
            </w:r>
          </w:p>
        </w:tc>
        <w:tc>
          <w:tcPr>
            <w:tcW w:type="dxa" w:w="1080"/>
          </w:tcPr>
          <w:p>
            <w:r>
              <w:t>2025-2026</w:t>
            </w:r>
          </w:p>
        </w:tc>
        <w:tc>
          <w:tcPr>
            <w:tcW w:type="dxa" w:w="1080"/>
          </w:tcPr>
          <w:p>
            <w:r>
              <w:t>1</w:t>
            </w:r>
          </w:p>
        </w:tc>
      </w:tr>
      <w:tr>
        <w:tc>
          <w:tcPr>
            <w:tcW w:type="dxa" w:w="1080"/>
          </w:tcPr>
          <w:p>
            <w:r>
              <w:t>62</w:t>
            </w:r>
          </w:p>
        </w:tc>
        <w:tc>
          <w:tcPr>
            <w:tcW w:type="dxa" w:w="1080"/>
          </w:tcPr>
          <w:p>
            <w:r>
              <w:t>习近平新时代中国特色社会主义思想概论</w:t>
            </w:r>
          </w:p>
        </w:tc>
        <w:tc>
          <w:tcPr>
            <w:tcW w:type="dxa" w:w="1080"/>
          </w:tcPr>
          <w:p>
            <w:r>
              <w:t>2MX11005</w:t>
            </w:r>
          </w:p>
        </w:tc>
        <w:tc>
          <w:tcPr>
            <w:tcW w:type="dxa" w:w="1080"/>
          </w:tcPr>
          <w:p>
            <w:r>
              <w:t>3</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63</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64</w:t>
            </w:r>
          </w:p>
        </w:tc>
        <w:tc>
          <w:tcPr>
            <w:tcW w:type="dxa" w:w="1080"/>
          </w:tcPr>
          <w:p>
            <w:r>
              <w:t>生产实习A</w:t>
            </w:r>
          </w:p>
        </w:tc>
        <w:tc>
          <w:tcPr>
            <w:tcW w:type="dxa" w:w="1080"/>
          </w:tcPr>
          <w:p>
            <w:r>
              <w:t>2CE21049</w:t>
            </w:r>
          </w:p>
        </w:tc>
        <w:tc>
          <w:tcPr>
            <w:tcW w:type="dxa" w:w="1080"/>
          </w:tcPr>
          <w:p>
            <w:r>
              <w:t>4.0</w:t>
            </w:r>
          </w:p>
        </w:tc>
        <w:tc>
          <w:tcPr>
            <w:tcW w:type="dxa" w:w="1080"/>
          </w:tcPr>
          <w:p>
            <w:r>
              <w:t>专业必修课</w:t>
            </w:r>
          </w:p>
        </w:tc>
        <w:tc>
          <w:tcPr>
            <w:tcW w:type="dxa" w:w="1080"/>
          </w:tcPr>
          <w:p>
            <w:r>
              <w:t>土木工程学院</w:t>
            </w:r>
          </w:p>
        </w:tc>
        <w:tc>
          <w:tcPr>
            <w:tcW w:type="dxa" w:w="1080"/>
          </w:tcPr>
          <w:p>
            <w:r>
              <w:t>2025-2026</w:t>
            </w:r>
          </w:p>
        </w:tc>
        <w:tc>
          <w:tcPr>
            <w:tcW w:type="dxa" w:w="1080"/>
          </w:tcPr>
          <w:p>
            <w:r>
              <w:t>2</w:t>
            </w:r>
          </w:p>
        </w:tc>
      </w:tr>
      <w:tr>
        <w:tc>
          <w:tcPr>
            <w:tcW w:type="dxa" w:w="1080"/>
          </w:tcPr>
          <w:p>
            <w:r>
              <w:t>65</w:t>
            </w:r>
          </w:p>
        </w:tc>
        <w:tc>
          <w:tcPr>
            <w:tcW w:type="dxa" w:w="1080"/>
          </w:tcPr>
          <w:p>
            <w:r>
              <w:t>道路勘测设计C</w:t>
            </w:r>
          </w:p>
        </w:tc>
        <w:tc>
          <w:tcPr>
            <w:tcW w:type="dxa" w:w="1080"/>
          </w:tcPr>
          <w:p>
            <w:r>
              <w:t>2CE21701</w:t>
            </w:r>
          </w:p>
        </w:tc>
        <w:tc>
          <w:tcPr>
            <w:tcW w:type="dxa" w:w="1080"/>
          </w:tcPr>
          <w:p>
            <w:r>
              <w:t>2</w:t>
            </w:r>
          </w:p>
        </w:tc>
        <w:tc>
          <w:tcPr>
            <w:tcW w:type="dxa" w:w="1080"/>
          </w:tcPr>
          <w:p>
            <w:r>
              <w:t>专业必修课</w:t>
            </w:r>
          </w:p>
        </w:tc>
        <w:tc>
          <w:tcPr>
            <w:tcW w:type="dxa" w:w="1080"/>
          </w:tcPr>
          <w:p>
            <w:r>
              <w:t>土木工程学院</w:t>
            </w:r>
          </w:p>
        </w:tc>
        <w:tc>
          <w:tcPr>
            <w:tcW w:type="dxa" w:w="1080"/>
          </w:tcPr>
          <w:p>
            <w:r>
              <w:t>2025-2026</w:t>
            </w:r>
          </w:p>
        </w:tc>
        <w:tc>
          <w:tcPr>
            <w:tcW w:type="dxa" w:w="1080"/>
          </w:tcPr>
          <w:p>
            <w:r>
              <w:t>2</w:t>
            </w:r>
          </w:p>
        </w:tc>
      </w:tr>
      <w:tr>
        <w:tc>
          <w:tcPr>
            <w:tcW w:type="dxa" w:w="1080"/>
          </w:tcPr>
          <w:p>
            <w:r>
              <w:t>66</w:t>
            </w:r>
          </w:p>
        </w:tc>
        <w:tc>
          <w:tcPr>
            <w:tcW w:type="dxa" w:w="1080"/>
          </w:tcPr>
          <w:p>
            <w:r>
              <w:t>钢结构设计</w:t>
            </w:r>
          </w:p>
        </w:tc>
        <w:tc>
          <w:tcPr>
            <w:tcW w:type="dxa" w:w="1080"/>
          </w:tcPr>
          <w:p>
            <w:r>
              <w:t>2CE21710</w:t>
            </w:r>
          </w:p>
        </w:tc>
        <w:tc>
          <w:tcPr>
            <w:tcW w:type="dxa" w:w="1080"/>
          </w:tcPr>
          <w:p>
            <w:r>
              <w:t>2.5</w:t>
            </w:r>
          </w:p>
        </w:tc>
        <w:tc>
          <w:tcPr>
            <w:tcW w:type="dxa" w:w="1080"/>
          </w:tcPr>
          <w:p>
            <w:r>
              <w:t>专业必修课</w:t>
            </w:r>
          </w:p>
        </w:tc>
        <w:tc>
          <w:tcPr>
            <w:tcW w:type="dxa" w:w="1080"/>
          </w:tcPr>
          <w:p>
            <w:r>
              <w:t>土木工程学院</w:t>
            </w:r>
          </w:p>
        </w:tc>
        <w:tc>
          <w:tcPr>
            <w:tcW w:type="dxa" w:w="1080"/>
          </w:tcPr>
          <w:p>
            <w:r>
              <w:t>2025-2026</w:t>
            </w:r>
          </w:p>
        </w:tc>
        <w:tc>
          <w:tcPr>
            <w:tcW w:type="dxa" w:w="1080"/>
          </w:tcPr>
          <w:p>
            <w:r>
              <w:t>2</w:t>
            </w:r>
          </w:p>
        </w:tc>
      </w:tr>
      <w:tr>
        <w:tc>
          <w:tcPr>
            <w:tcW w:type="dxa" w:w="1080"/>
          </w:tcPr>
          <w:p>
            <w:r>
              <w:t>67</w:t>
            </w:r>
          </w:p>
        </w:tc>
        <w:tc>
          <w:tcPr>
            <w:tcW w:type="dxa" w:w="1080"/>
          </w:tcPr>
          <w:p>
            <w:r>
              <w:t>混凝土结构设计A</w:t>
            </w:r>
          </w:p>
        </w:tc>
        <w:tc>
          <w:tcPr>
            <w:tcW w:type="dxa" w:w="1080"/>
          </w:tcPr>
          <w:p>
            <w:r>
              <w:t>2CE21713</w:t>
            </w:r>
          </w:p>
        </w:tc>
        <w:tc>
          <w:tcPr>
            <w:tcW w:type="dxa" w:w="1080"/>
          </w:tcPr>
          <w:p>
            <w:r>
              <w:t>3.5</w:t>
            </w:r>
          </w:p>
        </w:tc>
        <w:tc>
          <w:tcPr>
            <w:tcW w:type="dxa" w:w="1080"/>
          </w:tcPr>
          <w:p>
            <w:r>
              <w:t>专业必修课</w:t>
            </w:r>
          </w:p>
        </w:tc>
        <w:tc>
          <w:tcPr>
            <w:tcW w:type="dxa" w:w="1080"/>
          </w:tcPr>
          <w:p>
            <w:r>
              <w:t>土木工程学院</w:t>
            </w:r>
          </w:p>
        </w:tc>
        <w:tc>
          <w:tcPr>
            <w:tcW w:type="dxa" w:w="1080"/>
          </w:tcPr>
          <w:p>
            <w:r>
              <w:t>2025-2026</w:t>
            </w:r>
          </w:p>
        </w:tc>
        <w:tc>
          <w:tcPr>
            <w:tcW w:type="dxa" w:w="1080"/>
          </w:tcPr>
          <w:p>
            <w:r>
              <w:t>2</w:t>
            </w:r>
          </w:p>
        </w:tc>
      </w:tr>
      <w:tr>
        <w:tc>
          <w:tcPr>
            <w:tcW w:type="dxa" w:w="1080"/>
          </w:tcPr>
          <w:p>
            <w:r>
              <w:t>68</w:t>
            </w:r>
          </w:p>
        </w:tc>
        <w:tc>
          <w:tcPr>
            <w:tcW w:type="dxa" w:w="1080"/>
          </w:tcPr>
          <w:p>
            <w:r>
              <w:t>基础工程</w:t>
            </w:r>
          </w:p>
        </w:tc>
        <w:tc>
          <w:tcPr>
            <w:tcW w:type="dxa" w:w="1080"/>
          </w:tcPr>
          <w:p>
            <w:r>
              <w:t>2CE21714</w:t>
            </w:r>
          </w:p>
        </w:tc>
        <w:tc>
          <w:tcPr>
            <w:tcW w:type="dxa" w:w="1080"/>
          </w:tcPr>
          <w:p>
            <w:r>
              <w:t>2</w:t>
            </w:r>
          </w:p>
        </w:tc>
        <w:tc>
          <w:tcPr>
            <w:tcW w:type="dxa" w:w="1080"/>
          </w:tcPr>
          <w:p>
            <w:r>
              <w:t>专业必修课</w:t>
            </w:r>
          </w:p>
        </w:tc>
        <w:tc>
          <w:tcPr>
            <w:tcW w:type="dxa" w:w="1080"/>
          </w:tcPr>
          <w:p>
            <w:r>
              <w:t>土木工程学院</w:t>
            </w:r>
          </w:p>
        </w:tc>
        <w:tc>
          <w:tcPr>
            <w:tcW w:type="dxa" w:w="1080"/>
          </w:tcPr>
          <w:p>
            <w:r>
              <w:t>2025-2026</w:t>
            </w:r>
          </w:p>
        </w:tc>
        <w:tc>
          <w:tcPr>
            <w:tcW w:type="dxa" w:w="1080"/>
          </w:tcPr>
          <w:p>
            <w:r>
              <w:t>2</w:t>
            </w:r>
          </w:p>
        </w:tc>
      </w:tr>
      <w:tr>
        <w:tc>
          <w:tcPr>
            <w:tcW w:type="dxa" w:w="1080"/>
          </w:tcPr>
          <w:p>
            <w:r>
              <w:t>69</w:t>
            </w:r>
          </w:p>
        </w:tc>
        <w:tc>
          <w:tcPr>
            <w:tcW w:type="dxa" w:w="1080"/>
          </w:tcPr>
          <w:p>
            <w:r>
              <w:t>基础工程课程设计</w:t>
            </w:r>
          </w:p>
        </w:tc>
        <w:tc>
          <w:tcPr>
            <w:tcW w:type="dxa" w:w="1080"/>
          </w:tcPr>
          <w:p>
            <w:r>
              <w:t>2CE21717</w:t>
            </w:r>
          </w:p>
        </w:tc>
        <w:tc>
          <w:tcPr>
            <w:tcW w:type="dxa" w:w="1080"/>
          </w:tcPr>
          <w:p>
            <w:r>
              <w:t>1.5</w:t>
            </w:r>
          </w:p>
        </w:tc>
        <w:tc>
          <w:tcPr>
            <w:tcW w:type="dxa" w:w="1080"/>
          </w:tcPr>
          <w:p>
            <w:r>
              <w:t>专业必修课</w:t>
            </w:r>
          </w:p>
        </w:tc>
        <w:tc>
          <w:tcPr>
            <w:tcW w:type="dxa" w:w="1080"/>
          </w:tcPr>
          <w:p>
            <w:r>
              <w:t>土木工程学院</w:t>
            </w:r>
          </w:p>
        </w:tc>
        <w:tc>
          <w:tcPr>
            <w:tcW w:type="dxa" w:w="1080"/>
          </w:tcPr>
          <w:p>
            <w:r>
              <w:t>2025-2026</w:t>
            </w:r>
          </w:p>
        </w:tc>
        <w:tc>
          <w:tcPr>
            <w:tcW w:type="dxa" w:w="1080"/>
          </w:tcPr>
          <w:p>
            <w:r>
              <w:t>2</w:t>
            </w:r>
          </w:p>
        </w:tc>
      </w:tr>
      <w:tr>
        <w:tc>
          <w:tcPr>
            <w:tcW w:type="dxa" w:w="1080"/>
          </w:tcPr>
          <w:p>
            <w:r>
              <w:t>70</w:t>
            </w:r>
          </w:p>
        </w:tc>
        <w:tc>
          <w:tcPr>
            <w:tcW w:type="dxa" w:w="1080"/>
          </w:tcPr>
          <w:p>
            <w:r>
              <w:t>装配式建筑结构</w:t>
            </w:r>
          </w:p>
        </w:tc>
        <w:tc>
          <w:tcPr>
            <w:tcW w:type="dxa" w:w="1080"/>
          </w:tcPr>
          <w:p>
            <w:r>
              <w:t>2CE21719</w:t>
            </w:r>
          </w:p>
        </w:tc>
        <w:tc>
          <w:tcPr>
            <w:tcW w:type="dxa" w:w="1080"/>
          </w:tcPr>
          <w:p>
            <w:r>
              <w:t>1.5</w:t>
            </w:r>
          </w:p>
        </w:tc>
        <w:tc>
          <w:tcPr>
            <w:tcW w:type="dxa" w:w="1080"/>
          </w:tcPr>
          <w:p>
            <w:r>
              <w:t>专业必修课</w:t>
            </w:r>
          </w:p>
        </w:tc>
        <w:tc>
          <w:tcPr>
            <w:tcW w:type="dxa" w:w="1080"/>
          </w:tcPr>
          <w:p>
            <w:r>
              <w:t>土木工程学院</w:t>
            </w:r>
          </w:p>
        </w:tc>
        <w:tc>
          <w:tcPr>
            <w:tcW w:type="dxa" w:w="1080"/>
          </w:tcPr>
          <w:p>
            <w:r>
              <w:t>2025-2026</w:t>
            </w:r>
          </w:p>
        </w:tc>
        <w:tc>
          <w:tcPr>
            <w:tcW w:type="dxa" w:w="1080"/>
          </w:tcPr>
          <w:p>
            <w:r>
              <w:t>2</w:t>
            </w:r>
          </w:p>
        </w:tc>
      </w:tr>
      <w:tr>
        <w:tc>
          <w:tcPr>
            <w:tcW w:type="dxa" w:w="1080"/>
          </w:tcPr>
          <w:p>
            <w:r>
              <w:t>71</w:t>
            </w:r>
          </w:p>
        </w:tc>
        <w:tc>
          <w:tcPr>
            <w:tcW w:type="dxa" w:w="1080"/>
          </w:tcPr>
          <w:p>
            <w:r>
              <w:t>钢结构课程设计A</w:t>
            </w:r>
          </w:p>
        </w:tc>
        <w:tc>
          <w:tcPr>
            <w:tcW w:type="dxa" w:w="1080"/>
          </w:tcPr>
          <w:p>
            <w:r>
              <w:t>2CE21723</w:t>
            </w:r>
          </w:p>
        </w:tc>
        <w:tc>
          <w:tcPr>
            <w:tcW w:type="dxa" w:w="1080"/>
          </w:tcPr>
          <w:p>
            <w:r>
              <w:t>1.5</w:t>
            </w:r>
          </w:p>
        </w:tc>
        <w:tc>
          <w:tcPr>
            <w:tcW w:type="dxa" w:w="1080"/>
          </w:tcPr>
          <w:p>
            <w:r>
              <w:t>专业必修课</w:t>
            </w:r>
          </w:p>
        </w:tc>
        <w:tc>
          <w:tcPr>
            <w:tcW w:type="dxa" w:w="1080"/>
          </w:tcPr>
          <w:p>
            <w:r>
              <w:t>土木工程学院</w:t>
            </w:r>
          </w:p>
        </w:tc>
        <w:tc>
          <w:tcPr>
            <w:tcW w:type="dxa" w:w="1080"/>
          </w:tcPr>
          <w:p>
            <w:r>
              <w:t>2025-2026</w:t>
            </w:r>
          </w:p>
        </w:tc>
        <w:tc>
          <w:tcPr>
            <w:tcW w:type="dxa" w:w="1080"/>
          </w:tcPr>
          <w:p>
            <w:r>
              <w:t>2</w:t>
            </w:r>
          </w:p>
        </w:tc>
      </w:tr>
      <w:tr>
        <w:tc>
          <w:tcPr>
            <w:tcW w:type="dxa" w:w="1080"/>
          </w:tcPr>
          <w:p>
            <w:r>
              <w:t>72</w:t>
            </w:r>
          </w:p>
        </w:tc>
        <w:tc>
          <w:tcPr>
            <w:tcW w:type="dxa" w:w="1080"/>
          </w:tcPr>
          <w:p>
            <w:r>
              <w:t>英美文化</w:t>
            </w:r>
          </w:p>
        </w:tc>
        <w:tc>
          <w:tcPr>
            <w:tcW w:type="dxa" w:w="1080"/>
          </w:tcPr>
          <w:p>
            <w:r>
              <w:t>2IE21006</w:t>
            </w:r>
          </w:p>
        </w:tc>
        <w:tc>
          <w:tcPr>
            <w:tcW w:type="dxa" w:w="1080"/>
          </w:tcPr>
          <w:p>
            <w:r>
              <w:t>2</w:t>
            </w:r>
          </w:p>
        </w:tc>
        <w:tc>
          <w:tcPr>
            <w:tcW w:type="dxa" w:w="1080"/>
          </w:tcPr>
          <w:p>
            <w:r>
              <w:t>专业必修课</w:t>
            </w:r>
          </w:p>
        </w:tc>
        <w:tc>
          <w:tcPr>
            <w:tcW w:type="dxa" w:w="1080"/>
          </w:tcPr>
          <w:p>
            <w:r>
              <w:t>国际教育学院</w:t>
            </w:r>
          </w:p>
        </w:tc>
        <w:tc>
          <w:tcPr>
            <w:tcW w:type="dxa" w:w="1080"/>
          </w:tcPr>
          <w:p>
            <w:r>
              <w:t>2025-2026</w:t>
            </w:r>
          </w:p>
        </w:tc>
        <w:tc>
          <w:tcPr>
            <w:tcW w:type="dxa" w:w="1080"/>
          </w:tcPr>
          <w:p>
            <w:r>
              <w:t>2</w:t>
            </w:r>
          </w:p>
        </w:tc>
      </w:tr>
      <w:tr>
        <w:tc>
          <w:tcPr>
            <w:tcW w:type="dxa" w:w="1080"/>
          </w:tcPr>
          <w:p>
            <w:r>
              <w:t>注：按修读学年学期排序。</w:t>
            </w:r>
          </w:p>
        </w:tc>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tc>
      </w:tr>
      <w:tr>
        <w:tc>
          <w:tcPr>
            <w:tcW w:type="dxa" w:w="1080"/>
          </w:tcPr>
          <w:p>
            <w:r>
              <w:t>制表人（签字）：日期：2026.8.30学院（公章）：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苏州科技大学推荐2027年优秀应届本科毕业生免试攻读研究生课程清单</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年级：2023级</w:t>
            </w:r>
          </w:p>
        </w:tc>
        <w:tc>
          <w:tcPr>
            <w:tcW w:type="dxa" w:w="1080"/>
          </w:tcPr>
          <w:p>
            <w:r>
              <w:t>专业：</w:t>
            </w:r>
          </w:p>
        </w:tc>
        <w:tc>
          <w:tcPr>
            <w:tcW w:type="dxa" w:w="1080"/>
          </w:tcPr>
          <w:p>
            <w:r/>
          </w:p>
        </w:tc>
        <w:tc>
          <w:tcPr>
            <w:tcW w:type="dxa" w:w="1080"/>
          </w:tcPr>
          <w:p>
            <w:r>
              <w:t>机械设计制造及其自动化（中外合作）</w:t>
            </w:r>
          </w:p>
        </w:tc>
        <w:tc>
          <w:tcPr>
            <w:tcW w:type="dxa" w:w="1080"/>
          </w:tcPr>
          <w:p>
            <w:r/>
          </w:p>
        </w:tc>
        <w:tc>
          <w:tcPr>
            <w:tcW w:type="dxa" w:w="1080"/>
          </w:tcPr>
          <w:p>
            <w: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入学教育</w:t>
            </w:r>
          </w:p>
        </w:tc>
        <w:tc>
          <w:tcPr>
            <w:tcW w:type="dxa" w:w="1080"/>
          </w:tcPr>
          <w:p>
            <w:r>
              <w:t>2AA31001</w:t>
            </w:r>
          </w:p>
        </w:tc>
        <w:tc>
          <w:tcPr>
            <w:tcW w:type="dxa" w:w="1080"/>
          </w:tcPr>
          <w:p>
            <w:r>
              <w:t>0.0</w:t>
            </w:r>
          </w:p>
        </w:tc>
        <w:tc>
          <w:tcPr>
            <w:tcW w:type="dxa" w:w="1080"/>
          </w:tcPr>
          <w:p>
            <w:r>
              <w:t>素质必修课</w:t>
            </w:r>
          </w:p>
        </w:tc>
        <w:tc>
          <w:tcPr>
            <w:tcW w:type="dxa" w:w="1080"/>
          </w:tcPr>
          <w:p>
            <w:r>
              <w:t>教务处</w:t>
            </w:r>
          </w:p>
        </w:tc>
        <w:tc>
          <w:tcPr>
            <w:tcW w:type="dxa" w:w="1080"/>
          </w:tcPr>
          <w:p>
            <w:r>
              <w:t>2023-2024</w:t>
            </w:r>
          </w:p>
        </w:tc>
        <w:tc>
          <w:tcPr>
            <w:tcW w:type="dxa" w:w="1080"/>
          </w:tcPr>
          <w:p>
            <w:r>
              <w:t>1</w:t>
            </w:r>
          </w:p>
        </w:tc>
      </w:tr>
      <w:tr>
        <w:tc>
          <w:tcPr>
            <w:tcW w:type="dxa" w:w="1080"/>
          </w:tcPr>
          <w:p>
            <w:r>
              <w:t>2</w:t>
            </w:r>
          </w:p>
        </w:tc>
        <w:tc>
          <w:tcPr>
            <w:tcW w:type="dxa" w:w="1080"/>
          </w:tcPr>
          <w:p>
            <w:r>
              <w:t>军事理论</w:t>
            </w:r>
          </w:p>
        </w:tc>
        <w:tc>
          <w:tcPr>
            <w:tcW w:type="dxa" w:w="1080"/>
          </w:tcPr>
          <w:p>
            <w:r>
              <w:t>2AS11001</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3</w:t>
            </w:r>
          </w:p>
        </w:tc>
        <w:tc>
          <w:tcPr>
            <w:tcW w:type="dxa" w:w="1080"/>
          </w:tcPr>
          <w:p>
            <w:r>
              <w:t>军事技能</w:t>
            </w:r>
          </w:p>
        </w:tc>
        <w:tc>
          <w:tcPr>
            <w:tcW w:type="dxa" w:w="1080"/>
          </w:tcPr>
          <w:p>
            <w:r>
              <w:t>2AS11002</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4</w:t>
            </w:r>
          </w:p>
        </w:tc>
        <w:tc>
          <w:tcPr>
            <w:tcW w:type="dxa" w:w="1080"/>
          </w:tcPr>
          <w:p>
            <w:r>
              <w:t>工程化学</w:t>
            </w:r>
          </w:p>
        </w:tc>
        <w:tc>
          <w:tcPr>
            <w:tcW w:type="dxa" w:w="1080"/>
          </w:tcPr>
          <w:p>
            <w:r>
              <w:t>2CB11001</w:t>
            </w:r>
          </w:p>
        </w:tc>
        <w:tc>
          <w:tcPr>
            <w:tcW w:type="dxa" w:w="1080"/>
          </w:tcPr>
          <w:p>
            <w:r>
              <w:t>2.0</w:t>
            </w:r>
          </w:p>
        </w:tc>
        <w:tc>
          <w:tcPr>
            <w:tcW w:type="dxa" w:w="1080"/>
          </w:tcPr>
          <w:p>
            <w:r>
              <w:t>通识必修课</w:t>
            </w:r>
          </w:p>
        </w:tc>
        <w:tc>
          <w:tcPr>
            <w:tcW w:type="dxa" w:w="1080"/>
          </w:tcPr>
          <w:p>
            <w:r>
              <w:t>化学与生命科学学院</w:t>
            </w:r>
          </w:p>
        </w:tc>
        <w:tc>
          <w:tcPr>
            <w:tcW w:type="dxa" w:w="1080"/>
          </w:tcPr>
          <w:p>
            <w:r>
              <w:t>2023-2024</w:t>
            </w:r>
          </w:p>
        </w:tc>
        <w:tc>
          <w:tcPr>
            <w:tcW w:type="dxa" w:w="1080"/>
          </w:tcPr>
          <w:p>
            <w:r>
              <w:t>1</w:t>
            </w:r>
          </w:p>
        </w:tc>
      </w:tr>
      <w:tr>
        <w:tc>
          <w:tcPr>
            <w:tcW w:type="dxa" w:w="1080"/>
          </w:tcPr>
          <w:p>
            <w:r>
              <w:t>5</w:t>
            </w:r>
          </w:p>
        </w:tc>
        <w:tc>
          <w:tcPr>
            <w:tcW w:type="dxa" w:w="1080"/>
          </w:tcPr>
          <w:p>
            <w:r>
              <w:t>大学生心理健康实践</w:t>
            </w:r>
          </w:p>
        </w:tc>
        <w:tc>
          <w:tcPr>
            <w:tcW w:type="dxa" w:w="1080"/>
          </w:tcPr>
          <w:p>
            <w:r>
              <w:t>2ED11002</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6</w:t>
            </w:r>
          </w:p>
        </w:tc>
        <w:tc>
          <w:tcPr>
            <w:tcW w:type="dxa" w:w="1080"/>
          </w:tcPr>
          <w:p>
            <w:r>
              <w:t>英语技能（一）</w:t>
            </w:r>
          </w:p>
        </w:tc>
        <w:tc>
          <w:tcPr>
            <w:tcW w:type="dxa" w:w="1080"/>
          </w:tcPr>
          <w:p>
            <w:r>
              <w:t>2IE21001</w:t>
            </w:r>
          </w:p>
        </w:tc>
        <w:tc>
          <w:tcPr>
            <w:tcW w:type="dxa" w:w="1080"/>
          </w:tcPr>
          <w:p>
            <w:r>
              <w:t>2</w:t>
            </w:r>
          </w:p>
        </w:tc>
        <w:tc>
          <w:tcPr>
            <w:tcW w:type="dxa" w:w="1080"/>
          </w:tcPr>
          <w:p>
            <w:r>
              <w:t>专业必修课</w:t>
            </w:r>
          </w:p>
        </w:tc>
        <w:tc>
          <w:tcPr>
            <w:tcW w:type="dxa" w:w="1080"/>
          </w:tcPr>
          <w:p>
            <w:r>
              <w:t>国际教育学院</w:t>
            </w:r>
          </w:p>
        </w:tc>
        <w:tc>
          <w:tcPr>
            <w:tcW w:type="dxa" w:w="1080"/>
          </w:tcPr>
          <w:p>
            <w:r>
              <w:t>2023-2024</w:t>
            </w:r>
          </w:p>
        </w:tc>
        <w:tc>
          <w:tcPr>
            <w:tcW w:type="dxa" w:w="1080"/>
          </w:tcPr>
          <w:p>
            <w:r>
              <w:t>1</w:t>
            </w:r>
          </w:p>
        </w:tc>
      </w:tr>
      <w:tr>
        <w:tc>
          <w:tcPr>
            <w:tcW w:type="dxa" w:w="1080"/>
          </w:tcPr>
          <w:p>
            <w:r>
              <w:t>7</w:t>
            </w:r>
          </w:p>
        </w:tc>
        <w:tc>
          <w:tcPr>
            <w:tcW w:type="dxa" w:w="1080"/>
          </w:tcPr>
          <w:p>
            <w:r>
              <w:t>高等数学E(一)</w:t>
            </w:r>
          </w:p>
        </w:tc>
        <w:tc>
          <w:tcPr>
            <w:tcW w:type="dxa" w:w="1080"/>
          </w:tcPr>
          <w:p>
            <w:r>
              <w:t>2MA11008</w:t>
            </w:r>
          </w:p>
        </w:tc>
        <w:tc>
          <w:tcPr>
            <w:tcW w:type="dxa" w:w="1080"/>
          </w:tcPr>
          <w:p>
            <w:r>
              <w:t>4.0</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8</w:t>
            </w:r>
          </w:p>
        </w:tc>
        <w:tc>
          <w:tcPr>
            <w:tcW w:type="dxa" w:w="1080"/>
          </w:tcPr>
          <w:p>
            <w:r>
              <w:t>机械制图(一)</w:t>
            </w:r>
          </w:p>
        </w:tc>
        <w:tc>
          <w:tcPr>
            <w:tcW w:type="dxa" w:w="1080"/>
          </w:tcPr>
          <w:p>
            <w:r>
              <w:t>2ME21001</w:t>
            </w:r>
          </w:p>
        </w:tc>
        <w:tc>
          <w:tcPr>
            <w:tcW w:type="dxa" w:w="1080"/>
          </w:tcPr>
          <w:p>
            <w:r>
              <w:t>3</w:t>
            </w:r>
          </w:p>
        </w:tc>
        <w:tc>
          <w:tcPr>
            <w:tcW w:type="dxa" w:w="1080"/>
          </w:tcPr>
          <w:p>
            <w:r>
              <w:t>专业必修课</w:t>
            </w:r>
          </w:p>
        </w:tc>
        <w:tc>
          <w:tcPr>
            <w:tcW w:type="dxa" w:w="1080"/>
          </w:tcPr>
          <w:p>
            <w:r>
              <w:t>机械工程学院</w:t>
            </w:r>
          </w:p>
        </w:tc>
        <w:tc>
          <w:tcPr>
            <w:tcW w:type="dxa" w:w="1080"/>
          </w:tcPr>
          <w:p>
            <w:r>
              <w:t>2023-2024</w:t>
            </w:r>
          </w:p>
        </w:tc>
        <w:tc>
          <w:tcPr>
            <w:tcW w:type="dxa" w:w="1080"/>
          </w:tcPr>
          <w:p>
            <w:r>
              <w:t>1</w:t>
            </w:r>
          </w:p>
        </w:tc>
      </w:tr>
      <w:tr>
        <w:tc>
          <w:tcPr>
            <w:tcW w:type="dxa" w:w="1080"/>
          </w:tcPr>
          <w:p>
            <w:r>
              <w:t>9</w:t>
            </w:r>
          </w:p>
        </w:tc>
        <w:tc>
          <w:tcPr>
            <w:tcW w:type="dxa" w:w="1080"/>
          </w:tcPr>
          <w:p>
            <w:r>
              <w:t>机械工程导论</w:t>
            </w:r>
          </w:p>
        </w:tc>
        <w:tc>
          <w:tcPr>
            <w:tcW w:type="dxa" w:w="1080"/>
          </w:tcPr>
          <w:p>
            <w:r>
              <w:t>2ME21011</w:t>
            </w:r>
          </w:p>
        </w:tc>
        <w:tc>
          <w:tcPr>
            <w:tcW w:type="dxa" w:w="1080"/>
          </w:tcPr>
          <w:p>
            <w:r>
              <w:t>1.0</w:t>
            </w:r>
          </w:p>
        </w:tc>
        <w:tc>
          <w:tcPr>
            <w:tcW w:type="dxa" w:w="1080"/>
          </w:tcPr>
          <w:p>
            <w:r>
              <w:t>专业必修课</w:t>
            </w:r>
          </w:p>
        </w:tc>
        <w:tc>
          <w:tcPr>
            <w:tcW w:type="dxa" w:w="1080"/>
          </w:tcPr>
          <w:p>
            <w:r>
              <w:t>机械工程学院</w:t>
            </w:r>
          </w:p>
        </w:tc>
        <w:tc>
          <w:tcPr>
            <w:tcW w:type="dxa" w:w="1080"/>
          </w:tcPr>
          <w:p>
            <w:r>
              <w:t>2023-2024</w:t>
            </w:r>
          </w:p>
        </w:tc>
        <w:tc>
          <w:tcPr>
            <w:tcW w:type="dxa" w:w="1080"/>
          </w:tcPr>
          <w:p>
            <w:r>
              <w:t>1</w:t>
            </w:r>
          </w:p>
        </w:tc>
      </w:tr>
      <w:tr>
        <w:tc>
          <w:tcPr>
            <w:tcW w:type="dxa" w:w="1080"/>
          </w:tcPr>
          <w:p>
            <w:r>
              <w:t>10</w:t>
            </w:r>
          </w:p>
        </w:tc>
        <w:tc>
          <w:tcPr>
            <w:tcW w:type="dxa" w:w="1080"/>
          </w:tcPr>
          <w:p>
            <w:r>
              <w:t>劳动教育实践</w:t>
            </w:r>
          </w:p>
        </w:tc>
        <w:tc>
          <w:tcPr>
            <w:tcW w:type="dxa" w:w="1080"/>
          </w:tcPr>
          <w:p>
            <w:r>
              <w:t>2ME21133</w:t>
            </w:r>
          </w:p>
        </w:tc>
        <w:tc>
          <w:tcPr>
            <w:tcW w:type="dxa" w:w="1080"/>
          </w:tcPr>
          <w:p>
            <w:r>
              <w:t>1.0</w:t>
            </w:r>
          </w:p>
        </w:tc>
        <w:tc>
          <w:tcPr>
            <w:tcW w:type="dxa" w:w="1080"/>
          </w:tcPr>
          <w:p>
            <w:r>
              <w:t>专业必修课</w:t>
            </w:r>
          </w:p>
        </w:tc>
        <w:tc>
          <w:tcPr>
            <w:tcW w:type="dxa" w:w="1080"/>
          </w:tcPr>
          <w:p>
            <w:r>
              <w:t>机械工程学院</w:t>
            </w:r>
          </w:p>
        </w:tc>
        <w:tc>
          <w:tcPr>
            <w:tcW w:type="dxa" w:w="1080"/>
          </w:tcPr>
          <w:p>
            <w:r>
              <w:t>2023-2024</w:t>
            </w:r>
          </w:p>
        </w:tc>
        <w:tc>
          <w:tcPr>
            <w:tcW w:type="dxa" w:w="1080"/>
          </w:tcPr>
          <w:p>
            <w:r>
              <w:t>1</w:t>
            </w:r>
          </w:p>
        </w:tc>
      </w:tr>
      <w:tr>
        <w:tc>
          <w:tcPr>
            <w:tcW w:type="dxa" w:w="1080"/>
          </w:tcPr>
          <w:p>
            <w:r>
              <w:t>11</w:t>
            </w:r>
          </w:p>
        </w:tc>
        <w:tc>
          <w:tcPr>
            <w:tcW w:type="dxa" w:w="1080"/>
          </w:tcPr>
          <w:p>
            <w:r>
              <w:t>理论力学</w:t>
            </w:r>
          </w:p>
        </w:tc>
        <w:tc>
          <w:tcPr>
            <w:tcW w:type="dxa" w:w="1080"/>
          </w:tcPr>
          <w:p>
            <w:r>
              <w:t>2ME21901</w:t>
            </w:r>
          </w:p>
        </w:tc>
        <w:tc>
          <w:tcPr>
            <w:tcW w:type="dxa" w:w="1080"/>
          </w:tcPr>
          <w:p>
            <w:r>
              <w:t>2.0</w:t>
            </w:r>
          </w:p>
        </w:tc>
        <w:tc>
          <w:tcPr>
            <w:tcW w:type="dxa" w:w="1080"/>
          </w:tcPr>
          <w:p>
            <w:r>
              <w:t>专业必修课</w:t>
            </w:r>
          </w:p>
        </w:tc>
        <w:tc>
          <w:tcPr>
            <w:tcW w:type="dxa" w:w="1080"/>
          </w:tcPr>
          <w:p>
            <w:r>
              <w:t>机械工程学院</w:t>
            </w:r>
          </w:p>
        </w:tc>
        <w:tc>
          <w:tcPr>
            <w:tcW w:type="dxa" w:w="1080"/>
          </w:tcPr>
          <w:p>
            <w:r>
              <w:t>2023-2024</w:t>
            </w:r>
          </w:p>
        </w:tc>
        <w:tc>
          <w:tcPr>
            <w:tcW w:type="dxa" w:w="1080"/>
          </w:tcPr>
          <w:p>
            <w:r>
              <w:t>1</w:t>
            </w:r>
          </w:p>
        </w:tc>
      </w:tr>
      <w:tr>
        <w:tc>
          <w:tcPr>
            <w:tcW w:type="dxa" w:w="1080"/>
          </w:tcPr>
          <w:p>
            <w:r>
              <w:t>12</w:t>
            </w:r>
          </w:p>
        </w:tc>
        <w:tc>
          <w:tcPr>
            <w:tcW w:type="dxa" w:w="1080"/>
          </w:tcPr>
          <w:p>
            <w:r>
              <w:t>思想道德与法治</w:t>
            </w:r>
          </w:p>
        </w:tc>
        <w:tc>
          <w:tcPr>
            <w:tcW w:type="dxa" w:w="1080"/>
          </w:tcPr>
          <w:p>
            <w:r>
              <w:t>2MX11001</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13</w:t>
            </w:r>
          </w:p>
        </w:tc>
        <w:tc>
          <w:tcPr>
            <w:tcW w:type="dxa" w:w="1080"/>
          </w:tcPr>
          <w:p>
            <w:r>
              <w:t>劳动教育理论</w:t>
            </w:r>
          </w:p>
        </w:tc>
        <w:tc>
          <w:tcPr>
            <w:tcW w:type="dxa" w:w="1080"/>
          </w:tcPr>
          <w:p>
            <w:r>
              <w:t>2SD11001</w:t>
            </w:r>
          </w:p>
        </w:tc>
        <w:tc>
          <w:tcPr>
            <w:tcW w:type="dxa" w:w="1080"/>
          </w:tcPr>
          <w:p>
            <w:r>
              <w:t>1.0</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14</w:t>
            </w:r>
          </w:p>
        </w:tc>
        <w:tc>
          <w:tcPr>
            <w:tcW w:type="dxa" w:w="1080"/>
          </w:tcPr>
          <w:p>
            <w:r>
              <w:t>体育(一)</w:t>
            </w:r>
          </w:p>
        </w:tc>
        <w:tc>
          <w:tcPr>
            <w:tcW w:type="dxa" w:w="1080"/>
          </w:tcPr>
          <w:p>
            <w:r>
              <w:t>2SP11001</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15</w:t>
            </w:r>
          </w:p>
        </w:tc>
        <w:tc>
          <w:tcPr>
            <w:tcW w:type="dxa" w:w="1080"/>
          </w:tcPr>
          <w:p>
            <w:r>
              <w:t>创新创业教育基础</w:t>
            </w:r>
          </w:p>
        </w:tc>
        <w:tc>
          <w:tcPr>
            <w:tcW w:type="dxa" w:w="1080"/>
          </w:tcPr>
          <w:p>
            <w:r>
              <w:t>2BU11001</w:t>
            </w:r>
          </w:p>
        </w:tc>
        <w:tc>
          <w:tcPr>
            <w:tcW w:type="dxa" w:w="1080"/>
          </w:tcPr>
          <w:p>
            <w:r>
              <w:t>1</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16</w:t>
            </w:r>
          </w:p>
        </w:tc>
        <w:tc>
          <w:tcPr>
            <w:tcW w:type="dxa" w:w="1080"/>
          </w:tcPr>
          <w:p>
            <w:r>
              <w:t>大学生心理健康教育</w:t>
            </w:r>
          </w:p>
        </w:tc>
        <w:tc>
          <w:tcPr>
            <w:tcW w:type="dxa" w:w="1080"/>
          </w:tcPr>
          <w:p>
            <w:r>
              <w:t>2ED11001</w:t>
            </w:r>
          </w:p>
        </w:tc>
        <w:tc>
          <w:tcPr>
            <w:tcW w:type="dxa" w:w="1080"/>
          </w:tcPr>
          <w:p>
            <w:r>
              <w:t>1</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17</w:t>
            </w:r>
          </w:p>
        </w:tc>
        <w:tc>
          <w:tcPr>
            <w:tcW w:type="dxa" w:w="1080"/>
          </w:tcPr>
          <w:p>
            <w:r>
              <w:t>英语技能（二）</w:t>
            </w:r>
          </w:p>
        </w:tc>
        <w:tc>
          <w:tcPr>
            <w:tcW w:type="dxa" w:w="1080"/>
          </w:tcPr>
          <w:p>
            <w:r>
              <w:t>2IE21002</w:t>
            </w:r>
          </w:p>
        </w:tc>
        <w:tc>
          <w:tcPr>
            <w:tcW w:type="dxa" w:w="1080"/>
          </w:tcPr>
          <w:p>
            <w:r>
              <w:t>2</w:t>
            </w:r>
          </w:p>
        </w:tc>
        <w:tc>
          <w:tcPr>
            <w:tcW w:type="dxa" w:w="1080"/>
          </w:tcPr>
          <w:p>
            <w:r>
              <w:t>专业必修课</w:t>
            </w:r>
          </w:p>
        </w:tc>
        <w:tc>
          <w:tcPr>
            <w:tcW w:type="dxa" w:w="1080"/>
          </w:tcPr>
          <w:p>
            <w:r>
              <w:t>国际教育学院</w:t>
            </w:r>
          </w:p>
        </w:tc>
        <w:tc>
          <w:tcPr>
            <w:tcW w:type="dxa" w:w="1080"/>
          </w:tcPr>
          <w:p>
            <w:r>
              <w:t>2023-2024</w:t>
            </w:r>
          </w:p>
        </w:tc>
        <w:tc>
          <w:tcPr>
            <w:tcW w:type="dxa" w:w="1080"/>
          </w:tcPr>
          <w:p>
            <w:r>
              <w:t>2</w:t>
            </w:r>
          </w:p>
        </w:tc>
      </w:tr>
      <w:tr>
        <w:tc>
          <w:tcPr>
            <w:tcW w:type="dxa" w:w="1080"/>
          </w:tcPr>
          <w:p>
            <w:r>
              <w:t>18</w:t>
            </w:r>
          </w:p>
        </w:tc>
        <w:tc>
          <w:tcPr>
            <w:tcW w:type="dxa" w:w="1080"/>
          </w:tcPr>
          <w:p>
            <w:r>
              <w:t>高等数学E(二)</w:t>
            </w:r>
          </w:p>
        </w:tc>
        <w:tc>
          <w:tcPr>
            <w:tcW w:type="dxa" w:w="1080"/>
          </w:tcPr>
          <w:p>
            <w:r>
              <w:t>2MA11009</w:t>
            </w:r>
          </w:p>
        </w:tc>
        <w:tc>
          <w:tcPr>
            <w:tcW w:type="dxa" w:w="1080"/>
          </w:tcPr>
          <w:p>
            <w:r>
              <w:t>3.0</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19</w:t>
            </w:r>
          </w:p>
        </w:tc>
        <w:tc>
          <w:tcPr>
            <w:tcW w:type="dxa" w:w="1080"/>
          </w:tcPr>
          <w:p>
            <w:r>
              <w:t>线性代数C</w:t>
            </w:r>
          </w:p>
        </w:tc>
        <w:tc>
          <w:tcPr>
            <w:tcW w:type="dxa" w:w="1080"/>
          </w:tcPr>
          <w:p>
            <w:r>
              <w:t>2MA11013</w:t>
            </w:r>
          </w:p>
        </w:tc>
        <w:tc>
          <w:tcPr>
            <w:tcW w:type="dxa" w:w="1080"/>
          </w:tcPr>
          <w:p>
            <w:r>
              <w:t>2.0</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20</w:t>
            </w:r>
          </w:p>
        </w:tc>
        <w:tc>
          <w:tcPr>
            <w:tcW w:type="dxa" w:w="1080"/>
          </w:tcPr>
          <w:p>
            <w:r>
              <w:t>机械制图(二)</w:t>
            </w:r>
          </w:p>
        </w:tc>
        <w:tc>
          <w:tcPr>
            <w:tcW w:type="dxa" w:w="1080"/>
          </w:tcPr>
          <w:p>
            <w:r>
              <w:t>2ME21002</w:t>
            </w:r>
          </w:p>
        </w:tc>
        <w:tc>
          <w:tcPr>
            <w:tcW w:type="dxa" w:w="1080"/>
          </w:tcPr>
          <w:p>
            <w:r>
              <w:t>3.0</w:t>
            </w:r>
          </w:p>
        </w:tc>
        <w:tc>
          <w:tcPr>
            <w:tcW w:type="dxa" w:w="1080"/>
          </w:tcPr>
          <w:p>
            <w:r>
              <w:t>专业必修课</w:t>
            </w:r>
          </w:p>
        </w:tc>
        <w:tc>
          <w:tcPr>
            <w:tcW w:type="dxa" w:w="1080"/>
          </w:tcPr>
          <w:p>
            <w:r>
              <w:t>机械工程学院</w:t>
            </w:r>
          </w:p>
        </w:tc>
        <w:tc>
          <w:tcPr>
            <w:tcW w:type="dxa" w:w="1080"/>
          </w:tcPr>
          <w:p>
            <w:r>
              <w:t>2023-2024</w:t>
            </w:r>
          </w:p>
        </w:tc>
        <w:tc>
          <w:tcPr>
            <w:tcW w:type="dxa" w:w="1080"/>
          </w:tcPr>
          <w:p>
            <w:r>
              <w:t>2</w:t>
            </w:r>
          </w:p>
        </w:tc>
      </w:tr>
      <w:tr>
        <w:tc>
          <w:tcPr>
            <w:tcW w:type="dxa" w:w="1080"/>
          </w:tcPr>
          <w:p>
            <w:r>
              <w:t>21</w:t>
            </w:r>
          </w:p>
        </w:tc>
        <w:tc>
          <w:tcPr>
            <w:tcW w:type="dxa" w:w="1080"/>
          </w:tcPr>
          <w:p>
            <w:r>
              <w:t>机械制图实践</w:t>
            </w:r>
          </w:p>
        </w:tc>
        <w:tc>
          <w:tcPr>
            <w:tcW w:type="dxa" w:w="1080"/>
          </w:tcPr>
          <w:p>
            <w:r>
              <w:t>2ME21006</w:t>
            </w:r>
          </w:p>
        </w:tc>
        <w:tc>
          <w:tcPr>
            <w:tcW w:type="dxa" w:w="1080"/>
          </w:tcPr>
          <w:p>
            <w:r>
              <w:t>1.0</w:t>
            </w:r>
          </w:p>
        </w:tc>
        <w:tc>
          <w:tcPr>
            <w:tcW w:type="dxa" w:w="1080"/>
          </w:tcPr>
          <w:p>
            <w:r>
              <w:t>专业必修课</w:t>
            </w:r>
          </w:p>
        </w:tc>
        <w:tc>
          <w:tcPr>
            <w:tcW w:type="dxa" w:w="1080"/>
          </w:tcPr>
          <w:p>
            <w:r>
              <w:t>机械工程学院</w:t>
            </w:r>
          </w:p>
        </w:tc>
        <w:tc>
          <w:tcPr>
            <w:tcW w:type="dxa" w:w="1080"/>
          </w:tcPr>
          <w:p>
            <w:r>
              <w:t>2023-2024</w:t>
            </w:r>
          </w:p>
        </w:tc>
        <w:tc>
          <w:tcPr>
            <w:tcW w:type="dxa" w:w="1080"/>
          </w:tcPr>
          <w:p>
            <w:r>
              <w:t>2</w:t>
            </w:r>
          </w:p>
        </w:tc>
      </w:tr>
      <w:tr>
        <w:tc>
          <w:tcPr>
            <w:tcW w:type="dxa" w:w="1080"/>
          </w:tcPr>
          <w:p>
            <w:r>
              <w:t>22</w:t>
            </w:r>
          </w:p>
        </w:tc>
        <w:tc>
          <w:tcPr>
            <w:tcW w:type="dxa" w:w="1080"/>
          </w:tcPr>
          <w:p>
            <w:r>
              <w:t>金工实习A</w:t>
            </w:r>
          </w:p>
        </w:tc>
        <w:tc>
          <w:tcPr>
            <w:tcW w:type="dxa" w:w="1080"/>
          </w:tcPr>
          <w:p>
            <w:r>
              <w:t>2ME21108</w:t>
            </w:r>
          </w:p>
        </w:tc>
        <w:tc>
          <w:tcPr>
            <w:tcW w:type="dxa" w:w="1080"/>
          </w:tcPr>
          <w:p>
            <w:r>
              <w:t>2</w:t>
            </w:r>
          </w:p>
        </w:tc>
        <w:tc>
          <w:tcPr>
            <w:tcW w:type="dxa" w:w="1080"/>
          </w:tcPr>
          <w:p>
            <w:r>
              <w:t>专业必修课</w:t>
            </w:r>
          </w:p>
        </w:tc>
        <w:tc>
          <w:tcPr>
            <w:tcW w:type="dxa" w:w="1080"/>
          </w:tcPr>
          <w:p>
            <w:r>
              <w:t>机械工程学院</w:t>
            </w:r>
          </w:p>
        </w:tc>
        <w:tc>
          <w:tcPr>
            <w:tcW w:type="dxa" w:w="1080"/>
          </w:tcPr>
          <w:p>
            <w:r>
              <w:t>2023-2024</w:t>
            </w:r>
          </w:p>
        </w:tc>
        <w:tc>
          <w:tcPr>
            <w:tcW w:type="dxa" w:w="1080"/>
          </w:tcPr>
          <w:p>
            <w:r>
              <w:t>2</w:t>
            </w:r>
          </w:p>
        </w:tc>
      </w:tr>
      <w:tr>
        <w:tc>
          <w:tcPr>
            <w:tcW w:type="dxa" w:w="1080"/>
          </w:tcPr>
          <w:p>
            <w:r>
              <w:t>23</w:t>
            </w:r>
          </w:p>
        </w:tc>
        <w:tc>
          <w:tcPr>
            <w:tcW w:type="dxa" w:w="1080"/>
          </w:tcPr>
          <w:p>
            <w:r>
              <w:t>工程热力学基础(一)</w:t>
            </w:r>
          </w:p>
        </w:tc>
        <w:tc>
          <w:tcPr>
            <w:tcW w:type="dxa" w:w="1080"/>
          </w:tcPr>
          <w:p>
            <w:r>
              <w:t>2ME21902</w:t>
            </w:r>
          </w:p>
        </w:tc>
        <w:tc>
          <w:tcPr>
            <w:tcW w:type="dxa" w:w="1080"/>
          </w:tcPr>
          <w:p>
            <w:r>
              <w:t>2</w:t>
            </w:r>
          </w:p>
        </w:tc>
        <w:tc>
          <w:tcPr>
            <w:tcW w:type="dxa" w:w="1080"/>
          </w:tcPr>
          <w:p>
            <w:r>
              <w:t>专业必修课</w:t>
            </w:r>
          </w:p>
        </w:tc>
        <w:tc>
          <w:tcPr>
            <w:tcW w:type="dxa" w:w="1080"/>
          </w:tcPr>
          <w:p>
            <w:r>
              <w:t>机械工程学院</w:t>
            </w:r>
          </w:p>
        </w:tc>
        <w:tc>
          <w:tcPr>
            <w:tcW w:type="dxa" w:w="1080"/>
          </w:tcPr>
          <w:p>
            <w:r>
              <w:t>2023-2024</w:t>
            </w:r>
          </w:p>
        </w:tc>
        <w:tc>
          <w:tcPr>
            <w:tcW w:type="dxa" w:w="1080"/>
          </w:tcPr>
          <w:p>
            <w:r>
              <w:t>2</w:t>
            </w:r>
          </w:p>
        </w:tc>
      </w:tr>
      <w:tr>
        <w:tc>
          <w:tcPr>
            <w:tcW w:type="dxa" w:w="1080"/>
          </w:tcPr>
          <w:p>
            <w:r>
              <w:t>24</w:t>
            </w:r>
          </w:p>
        </w:tc>
        <w:tc>
          <w:tcPr>
            <w:tcW w:type="dxa" w:w="1080"/>
          </w:tcPr>
          <w:p>
            <w:r>
              <w:t>中国近现代史纲要</w:t>
            </w:r>
          </w:p>
        </w:tc>
        <w:tc>
          <w:tcPr>
            <w:tcW w:type="dxa" w:w="1080"/>
          </w:tcPr>
          <w:p>
            <w:r>
              <w:t>2MX11002</w:t>
            </w:r>
          </w:p>
        </w:tc>
        <w:tc>
          <w:tcPr>
            <w:tcW w:type="dxa" w:w="1080"/>
          </w:tcPr>
          <w:p>
            <w:r>
              <w:t>3</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25</w:t>
            </w:r>
          </w:p>
        </w:tc>
        <w:tc>
          <w:tcPr>
            <w:tcW w:type="dxa" w:w="1080"/>
          </w:tcPr>
          <w:p>
            <w:r>
              <w:t>大学物理B(一)</w:t>
            </w:r>
          </w:p>
        </w:tc>
        <w:tc>
          <w:tcPr>
            <w:tcW w:type="dxa" w:w="1080"/>
          </w:tcPr>
          <w:p>
            <w:r>
              <w:t>2PS11006</w:t>
            </w:r>
          </w:p>
        </w:tc>
        <w:tc>
          <w:tcPr>
            <w:tcW w:type="dxa" w:w="1080"/>
          </w:tcPr>
          <w:p>
            <w:r>
              <w:t>3</w:t>
            </w:r>
          </w:p>
        </w:tc>
        <w:tc>
          <w:tcPr>
            <w:tcW w:type="dxa" w:w="1080"/>
          </w:tcPr>
          <w:p>
            <w:r>
              <w:t>通识必修课</w:t>
            </w:r>
          </w:p>
        </w:tc>
        <w:tc>
          <w:tcPr>
            <w:tcW w:type="dxa" w:w="1080"/>
          </w:tcPr>
          <w:p>
            <w:r>
              <w:t>物理科学与技术学院</w:t>
            </w:r>
          </w:p>
        </w:tc>
        <w:tc>
          <w:tcPr>
            <w:tcW w:type="dxa" w:w="1080"/>
          </w:tcPr>
          <w:p>
            <w:r>
              <w:t>2023-2024</w:t>
            </w:r>
          </w:p>
        </w:tc>
        <w:tc>
          <w:tcPr>
            <w:tcW w:type="dxa" w:w="1080"/>
          </w:tcPr>
          <w:p>
            <w:r>
              <w:t>2</w:t>
            </w:r>
          </w:p>
        </w:tc>
      </w:tr>
      <w:tr>
        <w:tc>
          <w:tcPr>
            <w:tcW w:type="dxa" w:w="1080"/>
          </w:tcPr>
          <w:p>
            <w:r>
              <w:t>26</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27</w:t>
            </w:r>
          </w:p>
        </w:tc>
        <w:tc>
          <w:tcPr>
            <w:tcW w:type="dxa" w:w="1080"/>
          </w:tcPr>
          <w:p>
            <w:r>
              <w:t>体育(二)</w:t>
            </w:r>
          </w:p>
        </w:tc>
        <w:tc>
          <w:tcPr>
            <w:tcW w:type="dxa" w:w="1080"/>
          </w:tcPr>
          <w:p>
            <w:r>
              <w:t>2SP11002</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28</w:t>
            </w:r>
          </w:p>
        </w:tc>
        <w:tc>
          <w:tcPr>
            <w:tcW w:type="dxa" w:w="1080"/>
          </w:tcPr>
          <w:p>
            <w:r>
              <w:t>程序设计语言C++</w:t>
            </w:r>
          </w:p>
        </w:tc>
        <w:tc>
          <w:tcPr>
            <w:tcW w:type="dxa" w:w="1080"/>
          </w:tcPr>
          <w:p>
            <w:r>
              <w:t>2EI21001</w:t>
            </w:r>
          </w:p>
        </w:tc>
        <w:tc>
          <w:tcPr>
            <w:tcW w:type="dxa" w:w="1080"/>
          </w:tcPr>
          <w:p>
            <w:r>
              <w:t>3.5</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1</w:t>
            </w:r>
          </w:p>
        </w:tc>
      </w:tr>
      <w:tr>
        <w:tc>
          <w:tcPr>
            <w:tcW w:type="dxa" w:w="1080"/>
          </w:tcPr>
          <w:p>
            <w:r>
              <w:t>29</w:t>
            </w:r>
          </w:p>
        </w:tc>
        <w:tc>
          <w:tcPr>
            <w:tcW w:type="dxa" w:w="1080"/>
          </w:tcPr>
          <w:p>
            <w:r>
              <w:t>电工电子技术C</w:t>
            </w:r>
          </w:p>
        </w:tc>
        <w:tc>
          <w:tcPr>
            <w:tcW w:type="dxa" w:w="1080"/>
          </w:tcPr>
          <w:p>
            <w:r>
              <w:t>2EI21014</w:t>
            </w:r>
          </w:p>
        </w:tc>
        <w:tc>
          <w:tcPr>
            <w:tcW w:type="dxa" w:w="1080"/>
          </w:tcPr>
          <w:p>
            <w:r>
              <w:t>3.0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1</w:t>
            </w:r>
          </w:p>
        </w:tc>
      </w:tr>
      <w:tr>
        <w:tc>
          <w:tcPr>
            <w:tcW w:type="dxa" w:w="1080"/>
          </w:tcPr>
          <w:p>
            <w:r>
              <w:t>30</w:t>
            </w:r>
          </w:p>
        </w:tc>
        <w:tc>
          <w:tcPr>
            <w:tcW w:type="dxa" w:w="1080"/>
          </w:tcPr>
          <w:p>
            <w:r>
              <w:t>雅思读写(一)</w:t>
            </w:r>
          </w:p>
        </w:tc>
        <w:tc>
          <w:tcPr>
            <w:tcW w:type="dxa" w:w="1080"/>
          </w:tcPr>
          <w:p>
            <w:r>
              <w:t>2FL21701</w:t>
            </w:r>
          </w:p>
        </w:tc>
        <w:tc>
          <w:tcPr>
            <w:tcW w:type="dxa" w:w="1080"/>
          </w:tcPr>
          <w:p>
            <w:r>
              <w:t>2</w:t>
            </w:r>
          </w:p>
        </w:tc>
        <w:tc>
          <w:tcPr>
            <w:tcW w:type="dxa" w:w="1080"/>
          </w:tcPr>
          <w:p>
            <w:r>
              <w:t>专业必修课</w:t>
            </w:r>
          </w:p>
        </w:tc>
        <w:tc>
          <w:tcPr>
            <w:tcW w:type="dxa" w:w="1080"/>
          </w:tcPr>
          <w:p>
            <w:r>
              <w:t>外国语学院</w:t>
            </w:r>
          </w:p>
        </w:tc>
        <w:tc>
          <w:tcPr>
            <w:tcW w:type="dxa" w:w="1080"/>
          </w:tcPr>
          <w:p>
            <w:r>
              <w:t>2024-2025</w:t>
            </w:r>
          </w:p>
        </w:tc>
        <w:tc>
          <w:tcPr>
            <w:tcW w:type="dxa" w:w="1080"/>
          </w:tcPr>
          <w:p>
            <w:r>
              <w:t>1</w:t>
            </w:r>
          </w:p>
        </w:tc>
      </w:tr>
      <w:tr>
        <w:tc>
          <w:tcPr>
            <w:tcW w:type="dxa" w:w="1080"/>
          </w:tcPr>
          <w:p>
            <w:r>
              <w:t>31</w:t>
            </w:r>
          </w:p>
        </w:tc>
        <w:tc>
          <w:tcPr>
            <w:tcW w:type="dxa" w:w="1080"/>
          </w:tcPr>
          <w:p>
            <w:r>
              <w:t>雅思听说(一)</w:t>
            </w:r>
          </w:p>
        </w:tc>
        <w:tc>
          <w:tcPr>
            <w:tcW w:type="dxa" w:w="1080"/>
          </w:tcPr>
          <w:p>
            <w:r>
              <w:t>2FL21704</w:t>
            </w:r>
          </w:p>
        </w:tc>
        <w:tc>
          <w:tcPr>
            <w:tcW w:type="dxa" w:w="1080"/>
          </w:tcPr>
          <w:p>
            <w:r>
              <w:t>2</w:t>
            </w:r>
          </w:p>
        </w:tc>
        <w:tc>
          <w:tcPr>
            <w:tcW w:type="dxa" w:w="1080"/>
          </w:tcPr>
          <w:p>
            <w:r>
              <w:t>专业必修课</w:t>
            </w:r>
          </w:p>
        </w:tc>
        <w:tc>
          <w:tcPr>
            <w:tcW w:type="dxa" w:w="1080"/>
          </w:tcPr>
          <w:p>
            <w:r>
              <w:t>外国语学院</w:t>
            </w:r>
          </w:p>
        </w:tc>
        <w:tc>
          <w:tcPr>
            <w:tcW w:type="dxa" w:w="1080"/>
          </w:tcPr>
          <w:p>
            <w:r>
              <w:t>2024-2025</w:t>
            </w:r>
          </w:p>
        </w:tc>
        <w:tc>
          <w:tcPr>
            <w:tcW w:type="dxa" w:w="1080"/>
          </w:tcPr>
          <w:p>
            <w:r>
              <w:t>1</w:t>
            </w:r>
          </w:p>
        </w:tc>
      </w:tr>
      <w:tr>
        <w:tc>
          <w:tcPr>
            <w:tcW w:type="dxa" w:w="1080"/>
          </w:tcPr>
          <w:p>
            <w:r>
              <w:t>32</w:t>
            </w:r>
          </w:p>
        </w:tc>
        <w:tc>
          <w:tcPr>
            <w:tcW w:type="dxa" w:w="1080"/>
          </w:tcPr>
          <w:p>
            <w:r>
              <w:t>学术阅读</w:t>
            </w:r>
          </w:p>
        </w:tc>
        <w:tc>
          <w:tcPr>
            <w:tcW w:type="dxa" w:w="1080"/>
          </w:tcPr>
          <w:p>
            <w:r>
              <w:t>2IE21003</w:t>
            </w:r>
          </w:p>
        </w:tc>
        <w:tc>
          <w:tcPr>
            <w:tcW w:type="dxa" w:w="1080"/>
          </w:tcPr>
          <w:p>
            <w:r>
              <w:t>2</w:t>
            </w:r>
          </w:p>
        </w:tc>
        <w:tc>
          <w:tcPr>
            <w:tcW w:type="dxa" w:w="1080"/>
          </w:tcPr>
          <w:p>
            <w:r>
              <w:t>专业必修课</w:t>
            </w:r>
          </w:p>
        </w:tc>
        <w:tc>
          <w:tcPr>
            <w:tcW w:type="dxa" w:w="1080"/>
          </w:tcPr>
          <w:p>
            <w:r>
              <w:t>国际教育学院</w:t>
            </w:r>
          </w:p>
        </w:tc>
        <w:tc>
          <w:tcPr>
            <w:tcW w:type="dxa" w:w="1080"/>
          </w:tcPr>
          <w:p>
            <w:r>
              <w:t>2024-2025</w:t>
            </w:r>
          </w:p>
        </w:tc>
        <w:tc>
          <w:tcPr>
            <w:tcW w:type="dxa" w:w="1080"/>
          </w:tcPr>
          <w:p>
            <w:r>
              <w:t>1</w:t>
            </w:r>
          </w:p>
        </w:tc>
      </w:tr>
      <w:tr>
        <w:tc>
          <w:tcPr>
            <w:tcW w:type="dxa" w:w="1080"/>
          </w:tcPr>
          <w:p>
            <w:r>
              <w:t>33</w:t>
            </w:r>
          </w:p>
        </w:tc>
        <w:tc>
          <w:tcPr>
            <w:tcW w:type="dxa" w:w="1080"/>
          </w:tcPr>
          <w:p>
            <w:r>
              <w:t>概率论与数理统计C</w:t>
            </w:r>
          </w:p>
        </w:tc>
        <w:tc>
          <w:tcPr>
            <w:tcW w:type="dxa" w:w="1080"/>
          </w:tcPr>
          <w:p>
            <w:r>
              <w:t>2MA11015</w:t>
            </w:r>
          </w:p>
        </w:tc>
        <w:tc>
          <w:tcPr>
            <w:tcW w:type="dxa" w:w="1080"/>
          </w:tcPr>
          <w:p>
            <w:r>
              <w:t>3.0</w:t>
            </w:r>
          </w:p>
        </w:tc>
        <w:tc>
          <w:tcPr>
            <w:tcW w:type="dxa" w:w="1080"/>
          </w:tcPr>
          <w:p>
            <w:r>
              <w:t>通识必修课</w:t>
            </w:r>
          </w:p>
        </w:tc>
        <w:tc>
          <w:tcPr>
            <w:tcW w:type="dxa" w:w="1080"/>
          </w:tcPr>
          <w:p>
            <w:r>
              <w:t>数学科学学院</w:t>
            </w:r>
          </w:p>
        </w:tc>
        <w:tc>
          <w:tcPr>
            <w:tcW w:type="dxa" w:w="1080"/>
          </w:tcPr>
          <w:p>
            <w:r>
              <w:t>2024-2025</w:t>
            </w:r>
          </w:p>
        </w:tc>
        <w:tc>
          <w:tcPr>
            <w:tcW w:type="dxa" w:w="1080"/>
          </w:tcPr>
          <w:p>
            <w:r>
              <w:t>1</w:t>
            </w:r>
          </w:p>
        </w:tc>
      </w:tr>
      <w:tr>
        <w:tc>
          <w:tcPr>
            <w:tcW w:type="dxa" w:w="1080"/>
          </w:tcPr>
          <w:p>
            <w:r>
              <w:t>34</w:t>
            </w:r>
          </w:p>
        </w:tc>
        <w:tc>
          <w:tcPr>
            <w:tcW w:type="dxa" w:w="1080"/>
          </w:tcPr>
          <w:p>
            <w:r>
              <w:t>认识实习</w:t>
            </w:r>
          </w:p>
        </w:tc>
        <w:tc>
          <w:tcPr>
            <w:tcW w:type="dxa" w:w="1080"/>
          </w:tcPr>
          <w:p>
            <w:r>
              <w:t>2ME21109</w:t>
            </w:r>
          </w:p>
        </w:tc>
        <w:tc>
          <w:tcPr>
            <w:tcW w:type="dxa" w:w="1080"/>
          </w:tcPr>
          <w:p>
            <w:r>
              <w:t>1</w:t>
            </w:r>
          </w:p>
        </w:tc>
        <w:tc>
          <w:tcPr>
            <w:tcW w:type="dxa" w:w="1080"/>
          </w:tcPr>
          <w:p>
            <w:r>
              <w:t>专业必修课</w:t>
            </w:r>
          </w:p>
        </w:tc>
        <w:tc>
          <w:tcPr>
            <w:tcW w:type="dxa" w:w="1080"/>
          </w:tcPr>
          <w:p>
            <w:r>
              <w:t>机械工程学院</w:t>
            </w:r>
          </w:p>
        </w:tc>
        <w:tc>
          <w:tcPr>
            <w:tcW w:type="dxa" w:w="1080"/>
          </w:tcPr>
          <w:p>
            <w:r>
              <w:t>2024-2025</w:t>
            </w:r>
          </w:p>
        </w:tc>
        <w:tc>
          <w:tcPr>
            <w:tcW w:type="dxa" w:w="1080"/>
          </w:tcPr>
          <w:p>
            <w:r>
              <w:t>1</w:t>
            </w:r>
          </w:p>
        </w:tc>
      </w:tr>
      <w:tr>
        <w:tc>
          <w:tcPr>
            <w:tcW w:type="dxa" w:w="1080"/>
          </w:tcPr>
          <w:p>
            <w:r>
              <w:t>35</w:t>
            </w:r>
          </w:p>
        </w:tc>
        <w:tc>
          <w:tcPr>
            <w:tcW w:type="dxa" w:w="1080"/>
          </w:tcPr>
          <w:p>
            <w:r>
              <w:t>工程热力学基础(二)</w:t>
            </w:r>
          </w:p>
        </w:tc>
        <w:tc>
          <w:tcPr>
            <w:tcW w:type="dxa" w:w="1080"/>
          </w:tcPr>
          <w:p>
            <w:r>
              <w:t>2ME21903</w:t>
            </w:r>
          </w:p>
        </w:tc>
        <w:tc>
          <w:tcPr>
            <w:tcW w:type="dxa" w:w="1080"/>
          </w:tcPr>
          <w:p>
            <w:r>
              <w:t>2</w:t>
            </w:r>
          </w:p>
        </w:tc>
        <w:tc>
          <w:tcPr>
            <w:tcW w:type="dxa" w:w="1080"/>
          </w:tcPr>
          <w:p>
            <w:r>
              <w:t>专业必修课</w:t>
            </w:r>
          </w:p>
        </w:tc>
        <w:tc>
          <w:tcPr>
            <w:tcW w:type="dxa" w:w="1080"/>
          </w:tcPr>
          <w:p>
            <w:r>
              <w:t>机械工程学院</w:t>
            </w:r>
          </w:p>
        </w:tc>
        <w:tc>
          <w:tcPr>
            <w:tcW w:type="dxa" w:w="1080"/>
          </w:tcPr>
          <w:p>
            <w:r>
              <w:t>2024-2025</w:t>
            </w:r>
          </w:p>
        </w:tc>
        <w:tc>
          <w:tcPr>
            <w:tcW w:type="dxa" w:w="1080"/>
          </w:tcPr>
          <w:p>
            <w:r>
              <w:t>1</w:t>
            </w:r>
          </w:p>
        </w:tc>
      </w:tr>
      <w:tr>
        <w:tc>
          <w:tcPr>
            <w:tcW w:type="dxa" w:w="1080"/>
          </w:tcPr>
          <w:p>
            <w:r>
              <w:t>36</w:t>
            </w:r>
          </w:p>
        </w:tc>
        <w:tc>
          <w:tcPr>
            <w:tcW w:type="dxa" w:w="1080"/>
          </w:tcPr>
          <w:p>
            <w:r>
              <w:t>马克思主义基本原理</w:t>
            </w:r>
          </w:p>
        </w:tc>
        <w:tc>
          <w:tcPr>
            <w:tcW w:type="dxa" w:w="1080"/>
          </w:tcPr>
          <w:p>
            <w:r>
              <w:t>2MX11003</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37</w:t>
            </w:r>
          </w:p>
        </w:tc>
        <w:tc>
          <w:tcPr>
            <w:tcW w:type="dxa" w:w="1080"/>
          </w:tcPr>
          <w:p>
            <w:r>
              <w:t>改革开放史</w:t>
            </w:r>
          </w:p>
        </w:tc>
        <w:tc>
          <w:tcPr>
            <w:tcW w:type="dxa" w:w="1080"/>
          </w:tcPr>
          <w:p>
            <w:r>
              <w:t>2MX11009</w:t>
            </w:r>
          </w:p>
        </w:tc>
        <w:tc>
          <w:tcPr>
            <w:tcW w:type="dxa" w:w="1080"/>
          </w:tcPr>
          <w:p>
            <w:r>
              <w:t>1.0</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38</w:t>
            </w:r>
          </w:p>
        </w:tc>
        <w:tc>
          <w:tcPr>
            <w:tcW w:type="dxa" w:w="1080"/>
          </w:tcPr>
          <w:p>
            <w:r>
              <w:t>物理实验B</w:t>
            </w:r>
          </w:p>
        </w:tc>
        <w:tc>
          <w:tcPr>
            <w:tcW w:type="dxa" w:w="1080"/>
          </w:tcPr>
          <w:p>
            <w:r>
              <w:t>2PS11003</w:t>
            </w:r>
          </w:p>
        </w:tc>
        <w:tc>
          <w:tcPr>
            <w:tcW w:type="dxa" w:w="1080"/>
          </w:tcPr>
          <w:p>
            <w:r>
              <w:t>1.0</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39</w:t>
            </w:r>
          </w:p>
        </w:tc>
        <w:tc>
          <w:tcPr>
            <w:tcW w:type="dxa" w:w="1080"/>
          </w:tcPr>
          <w:p>
            <w:r>
              <w:t>大学物理B(二)</w:t>
            </w:r>
          </w:p>
        </w:tc>
        <w:tc>
          <w:tcPr>
            <w:tcW w:type="dxa" w:w="1080"/>
          </w:tcPr>
          <w:p>
            <w:r>
              <w:t>2PS11007</w:t>
            </w:r>
          </w:p>
        </w:tc>
        <w:tc>
          <w:tcPr>
            <w:tcW w:type="dxa" w:w="1080"/>
          </w:tcPr>
          <w:p>
            <w:r>
              <w:t>2</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40</w:t>
            </w:r>
          </w:p>
        </w:tc>
        <w:tc>
          <w:tcPr>
            <w:tcW w:type="dxa" w:w="1080"/>
          </w:tcPr>
          <w:p>
            <w:r>
              <w:t>体育(三)</w:t>
            </w:r>
          </w:p>
        </w:tc>
        <w:tc>
          <w:tcPr>
            <w:tcW w:type="dxa" w:w="1080"/>
          </w:tcPr>
          <w:p>
            <w:r>
              <w:t>2SP11003</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41</w:t>
            </w:r>
          </w:p>
        </w:tc>
        <w:tc>
          <w:tcPr>
            <w:tcW w:type="dxa" w:w="1080"/>
          </w:tcPr>
          <w:p>
            <w:r>
              <w:t>材料力学C</w:t>
            </w:r>
          </w:p>
        </w:tc>
        <w:tc>
          <w:tcPr>
            <w:tcW w:type="dxa" w:w="1080"/>
          </w:tcPr>
          <w:p>
            <w:r>
              <w:t>2CE21017</w:t>
            </w:r>
          </w:p>
        </w:tc>
        <w:tc>
          <w:tcPr>
            <w:tcW w:type="dxa" w:w="1080"/>
          </w:tcPr>
          <w:p>
            <w:r>
              <w:t>3.0</w:t>
            </w:r>
          </w:p>
        </w:tc>
        <w:tc>
          <w:tcPr>
            <w:tcW w:type="dxa" w:w="1080"/>
          </w:tcPr>
          <w:p>
            <w:r>
              <w:t>专业必修课</w:t>
            </w:r>
          </w:p>
        </w:tc>
        <w:tc>
          <w:tcPr>
            <w:tcW w:type="dxa" w:w="1080"/>
          </w:tcPr>
          <w:p>
            <w:r>
              <w:t>土木工程学院</w:t>
            </w:r>
          </w:p>
        </w:tc>
        <w:tc>
          <w:tcPr>
            <w:tcW w:type="dxa" w:w="1080"/>
          </w:tcPr>
          <w:p>
            <w:r>
              <w:t>2024-2025</w:t>
            </w:r>
          </w:p>
        </w:tc>
        <w:tc>
          <w:tcPr>
            <w:tcW w:type="dxa" w:w="1080"/>
          </w:tcPr>
          <w:p>
            <w:r>
              <w:t>2</w:t>
            </w:r>
          </w:p>
        </w:tc>
      </w:tr>
      <w:tr>
        <w:tc>
          <w:tcPr>
            <w:tcW w:type="dxa" w:w="1080"/>
          </w:tcPr>
          <w:p>
            <w:r>
              <w:t>42</w:t>
            </w:r>
          </w:p>
        </w:tc>
        <w:tc>
          <w:tcPr>
            <w:tcW w:type="dxa" w:w="1080"/>
          </w:tcPr>
          <w:p>
            <w:r>
              <w:t>雅思读写(二)</w:t>
            </w:r>
          </w:p>
        </w:tc>
        <w:tc>
          <w:tcPr>
            <w:tcW w:type="dxa" w:w="1080"/>
          </w:tcPr>
          <w:p>
            <w:r>
              <w:t>2FL21702</w:t>
            </w:r>
          </w:p>
        </w:tc>
        <w:tc>
          <w:tcPr>
            <w:tcW w:type="dxa" w:w="1080"/>
          </w:tcPr>
          <w:p>
            <w:r>
              <w:t>2</w:t>
            </w:r>
          </w:p>
        </w:tc>
        <w:tc>
          <w:tcPr>
            <w:tcW w:type="dxa" w:w="1080"/>
          </w:tcPr>
          <w:p>
            <w:r>
              <w:t>专业必修课</w:t>
            </w:r>
          </w:p>
        </w:tc>
        <w:tc>
          <w:tcPr>
            <w:tcW w:type="dxa" w:w="1080"/>
          </w:tcPr>
          <w:p>
            <w:r>
              <w:t>外国语学院</w:t>
            </w:r>
          </w:p>
        </w:tc>
        <w:tc>
          <w:tcPr>
            <w:tcW w:type="dxa" w:w="1080"/>
          </w:tcPr>
          <w:p>
            <w:r>
              <w:t>2024-2025</w:t>
            </w:r>
          </w:p>
        </w:tc>
        <w:tc>
          <w:tcPr>
            <w:tcW w:type="dxa" w:w="1080"/>
          </w:tcPr>
          <w:p>
            <w:r>
              <w:t>2</w:t>
            </w:r>
          </w:p>
        </w:tc>
      </w:tr>
      <w:tr>
        <w:tc>
          <w:tcPr>
            <w:tcW w:type="dxa" w:w="1080"/>
          </w:tcPr>
          <w:p>
            <w:r>
              <w:t>43</w:t>
            </w:r>
          </w:p>
        </w:tc>
        <w:tc>
          <w:tcPr>
            <w:tcW w:type="dxa" w:w="1080"/>
          </w:tcPr>
          <w:p>
            <w:r>
              <w:t>雅思听说(二)</w:t>
            </w:r>
          </w:p>
        </w:tc>
        <w:tc>
          <w:tcPr>
            <w:tcW w:type="dxa" w:w="1080"/>
          </w:tcPr>
          <w:p>
            <w:r>
              <w:t>2FL21705</w:t>
            </w:r>
          </w:p>
        </w:tc>
        <w:tc>
          <w:tcPr>
            <w:tcW w:type="dxa" w:w="1080"/>
          </w:tcPr>
          <w:p>
            <w:r>
              <w:t>2</w:t>
            </w:r>
          </w:p>
        </w:tc>
        <w:tc>
          <w:tcPr>
            <w:tcW w:type="dxa" w:w="1080"/>
          </w:tcPr>
          <w:p>
            <w:r>
              <w:t>专业必修课</w:t>
            </w:r>
          </w:p>
        </w:tc>
        <w:tc>
          <w:tcPr>
            <w:tcW w:type="dxa" w:w="1080"/>
          </w:tcPr>
          <w:p>
            <w:r>
              <w:t>外国语学院</w:t>
            </w:r>
          </w:p>
        </w:tc>
        <w:tc>
          <w:tcPr>
            <w:tcW w:type="dxa" w:w="1080"/>
          </w:tcPr>
          <w:p>
            <w:r>
              <w:t>2024-2025</w:t>
            </w:r>
          </w:p>
        </w:tc>
        <w:tc>
          <w:tcPr>
            <w:tcW w:type="dxa" w:w="1080"/>
          </w:tcPr>
          <w:p>
            <w:r>
              <w:t>2</w:t>
            </w:r>
          </w:p>
        </w:tc>
      </w:tr>
      <w:tr>
        <w:tc>
          <w:tcPr>
            <w:tcW w:type="dxa" w:w="1080"/>
          </w:tcPr>
          <w:p>
            <w:r>
              <w:t>44</w:t>
            </w:r>
          </w:p>
        </w:tc>
        <w:tc>
          <w:tcPr>
            <w:tcW w:type="dxa" w:w="1080"/>
          </w:tcPr>
          <w:p>
            <w:r>
              <w:t>学术写作</w:t>
            </w:r>
          </w:p>
        </w:tc>
        <w:tc>
          <w:tcPr>
            <w:tcW w:type="dxa" w:w="1080"/>
          </w:tcPr>
          <w:p>
            <w:r>
              <w:t>2IE21004</w:t>
            </w:r>
          </w:p>
        </w:tc>
        <w:tc>
          <w:tcPr>
            <w:tcW w:type="dxa" w:w="1080"/>
          </w:tcPr>
          <w:p>
            <w:r>
              <w:t>2</w:t>
            </w:r>
          </w:p>
        </w:tc>
        <w:tc>
          <w:tcPr>
            <w:tcW w:type="dxa" w:w="1080"/>
          </w:tcPr>
          <w:p>
            <w:r>
              <w:t>专业必修课</w:t>
            </w:r>
          </w:p>
        </w:tc>
        <w:tc>
          <w:tcPr>
            <w:tcW w:type="dxa" w:w="1080"/>
          </w:tcPr>
          <w:p>
            <w:r>
              <w:t>国际教育学院</w:t>
            </w:r>
          </w:p>
        </w:tc>
        <w:tc>
          <w:tcPr>
            <w:tcW w:type="dxa" w:w="1080"/>
          </w:tcPr>
          <w:p>
            <w:r>
              <w:t>2024-2025</w:t>
            </w:r>
          </w:p>
        </w:tc>
        <w:tc>
          <w:tcPr>
            <w:tcW w:type="dxa" w:w="1080"/>
          </w:tcPr>
          <w:p>
            <w:r>
              <w:t>2</w:t>
            </w:r>
          </w:p>
        </w:tc>
      </w:tr>
      <w:tr>
        <w:tc>
          <w:tcPr>
            <w:tcW w:type="dxa" w:w="1080"/>
          </w:tcPr>
          <w:p>
            <w:r>
              <w:t>45</w:t>
            </w:r>
          </w:p>
        </w:tc>
        <w:tc>
          <w:tcPr>
            <w:tcW w:type="dxa" w:w="1080"/>
          </w:tcPr>
          <w:p>
            <w:r>
              <w:t>机械精度与检测A</w:t>
            </w:r>
          </w:p>
        </w:tc>
        <w:tc>
          <w:tcPr>
            <w:tcW w:type="dxa" w:w="1080"/>
          </w:tcPr>
          <w:p>
            <w:r>
              <w:t>2ME21101</w:t>
            </w:r>
          </w:p>
        </w:tc>
        <w:tc>
          <w:tcPr>
            <w:tcW w:type="dxa" w:w="1080"/>
          </w:tcPr>
          <w:p>
            <w:r>
              <w:t>2</w:t>
            </w:r>
          </w:p>
        </w:tc>
        <w:tc>
          <w:tcPr>
            <w:tcW w:type="dxa" w:w="1080"/>
          </w:tcPr>
          <w:p>
            <w:r>
              <w:t>专业必修课</w:t>
            </w:r>
          </w:p>
        </w:tc>
        <w:tc>
          <w:tcPr>
            <w:tcW w:type="dxa" w:w="1080"/>
          </w:tcPr>
          <w:p>
            <w:r>
              <w:t>机械工程学院</w:t>
            </w:r>
          </w:p>
        </w:tc>
        <w:tc>
          <w:tcPr>
            <w:tcW w:type="dxa" w:w="1080"/>
          </w:tcPr>
          <w:p>
            <w:r>
              <w:t>2024-2025</w:t>
            </w:r>
          </w:p>
        </w:tc>
        <w:tc>
          <w:tcPr>
            <w:tcW w:type="dxa" w:w="1080"/>
          </w:tcPr>
          <w:p>
            <w:r>
              <w:t>2</w:t>
            </w:r>
          </w:p>
        </w:tc>
      </w:tr>
      <w:tr>
        <w:tc>
          <w:tcPr>
            <w:tcW w:type="dxa" w:w="1080"/>
          </w:tcPr>
          <w:p>
            <w:r>
              <w:t>46</w:t>
            </w:r>
          </w:p>
        </w:tc>
        <w:tc>
          <w:tcPr>
            <w:tcW w:type="dxa" w:w="1080"/>
          </w:tcPr>
          <w:p>
            <w:r>
              <w:t>机械原理</w:t>
            </w:r>
          </w:p>
        </w:tc>
        <w:tc>
          <w:tcPr>
            <w:tcW w:type="dxa" w:w="1080"/>
          </w:tcPr>
          <w:p>
            <w:r>
              <w:t>2ME21102</w:t>
            </w:r>
          </w:p>
        </w:tc>
        <w:tc>
          <w:tcPr>
            <w:tcW w:type="dxa" w:w="1080"/>
          </w:tcPr>
          <w:p>
            <w:r>
              <w:t>3</w:t>
            </w:r>
          </w:p>
        </w:tc>
        <w:tc>
          <w:tcPr>
            <w:tcW w:type="dxa" w:w="1080"/>
          </w:tcPr>
          <w:p>
            <w:r>
              <w:t>专业必修课</w:t>
            </w:r>
          </w:p>
        </w:tc>
        <w:tc>
          <w:tcPr>
            <w:tcW w:type="dxa" w:w="1080"/>
          </w:tcPr>
          <w:p>
            <w:r>
              <w:t>机械工程学院</w:t>
            </w:r>
          </w:p>
        </w:tc>
        <w:tc>
          <w:tcPr>
            <w:tcW w:type="dxa" w:w="1080"/>
          </w:tcPr>
          <w:p>
            <w:r>
              <w:t>2024-2025</w:t>
            </w:r>
          </w:p>
        </w:tc>
        <w:tc>
          <w:tcPr>
            <w:tcW w:type="dxa" w:w="1080"/>
          </w:tcPr>
          <w:p>
            <w:r>
              <w:t>2</w:t>
            </w:r>
          </w:p>
        </w:tc>
      </w:tr>
      <w:tr>
        <w:tc>
          <w:tcPr>
            <w:tcW w:type="dxa" w:w="1080"/>
          </w:tcPr>
          <w:p>
            <w:r>
              <w:t>47</w:t>
            </w:r>
          </w:p>
        </w:tc>
        <w:tc>
          <w:tcPr>
            <w:tcW w:type="dxa" w:w="1080"/>
          </w:tcPr>
          <w:p>
            <w:r>
              <w:t>金工实习(机械加工基础)</w:t>
            </w:r>
          </w:p>
        </w:tc>
        <w:tc>
          <w:tcPr>
            <w:tcW w:type="dxa" w:w="1080"/>
          </w:tcPr>
          <w:p>
            <w:r>
              <w:t>2ME21110</w:t>
            </w:r>
          </w:p>
        </w:tc>
        <w:tc>
          <w:tcPr>
            <w:tcW w:type="dxa" w:w="1080"/>
          </w:tcPr>
          <w:p>
            <w:r>
              <w:t>2</w:t>
            </w:r>
          </w:p>
        </w:tc>
        <w:tc>
          <w:tcPr>
            <w:tcW w:type="dxa" w:w="1080"/>
          </w:tcPr>
          <w:p>
            <w:r>
              <w:t>专业必修课</w:t>
            </w:r>
          </w:p>
        </w:tc>
        <w:tc>
          <w:tcPr>
            <w:tcW w:type="dxa" w:w="1080"/>
          </w:tcPr>
          <w:p>
            <w:r>
              <w:t>机械工程学院</w:t>
            </w:r>
          </w:p>
        </w:tc>
        <w:tc>
          <w:tcPr>
            <w:tcW w:type="dxa" w:w="1080"/>
          </w:tcPr>
          <w:p>
            <w:r>
              <w:t>2024-2025</w:t>
            </w:r>
          </w:p>
        </w:tc>
        <w:tc>
          <w:tcPr>
            <w:tcW w:type="dxa" w:w="1080"/>
          </w:tcPr>
          <w:p>
            <w:r>
              <w:t>2</w:t>
            </w:r>
          </w:p>
        </w:tc>
      </w:tr>
      <w:tr>
        <w:tc>
          <w:tcPr>
            <w:tcW w:type="dxa" w:w="1080"/>
          </w:tcPr>
          <w:p>
            <w:r>
              <w:t>48</w:t>
            </w:r>
          </w:p>
        </w:tc>
        <w:tc>
          <w:tcPr>
            <w:tcW w:type="dxa" w:w="1080"/>
          </w:tcPr>
          <w:p>
            <w:r>
              <w:t>机械原理课程设计</w:t>
            </w:r>
          </w:p>
        </w:tc>
        <w:tc>
          <w:tcPr>
            <w:tcW w:type="dxa" w:w="1080"/>
          </w:tcPr>
          <w:p>
            <w:r>
              <w:t>2ME21113</w:t>
            </w:r>
          </w:p>
        </w:tc>
        <w:tc>
          <w:tcPr>
            <w:tcW w:type="dxa" w:w="1080"/>
          </w:tcPr>
          <w:p>
            <w:r>
              <w:t>1</w:t>
            </w:r>
          </w:p>
        </w:tc>
        <w:tc>
          <w:tcPr>
            <w:tcW w:type="dxa" w:w="1080"/>
          </w:tcPr>
          <w:p>
            <w:r>
              <w:t>专业必修课</w:t>
            </w:r>
          </w:p>
        </w:tc>
        <w:tc>
          <w:tcPr>
            <w:tcW w:type="dxa" w:w="1080"/>
          </w:tcPr>
          <w:p>
            <w:r>
              <w:t>机械工程学院</w:t>
            </w:r>
          </w:p>
        </w:tc>
        <w:tc>
          <w:tcPr>
            <w:tcW w:type="dxa" w:w="1080"/>
          </w:tcPr>
          <w:p>
            <w:r>
              <w:t>2024-2025</w:t>
            </w:r>
          </w:p>
        </w:tc>
        <w:tc>
          <w:tcPr>
            <w:tcW w:type="dxa" w:w="1080"/>
          </w:tcPr>
          <w:p>
            <w:r>
              <w:t>2</w:t>
            </w:r>
          </w:p>
        </w:tc>
      </w:tr>
      <w:tr>
        <w:tc>
          <w:tcPr>
            <w:tcW w:type="dxa" w:w="1080"/>
          </w:tcPr>
          <w:p>
            <w:r>
              <w:t>49</w:t>
            </w:r>
          </w:p>
        </w:tc>
        <w:tc>
          <w:tcPr>
            <w:tcW w:type="dxa" w:w="1080"/>
          </w:tcPr>
          <w:p>
            <w:r>
              <w:t>机械基础实验</w:t>
            </w:r>
          </w:p>
        </w:tc>
        <w:tc>
          <w:tcPr>
            <w:tcW w:type="dxa" w:w="1080"/>
          </w:tcPr>
          <w:p>
            <w:r>
              <w:t>2ME21317</w:t>
            </w:r>
          </w:p>
        </w:tc>
        <w:tc>
          <w:tcPr>
            <w:tcW w:type="dxa" w:w="1080"/>
          </w:tcPr>
          <w:p>
            <w:r>
              <w:t>1.0</w:t>
            </w:r>
          </w:p>
        </w:tc>
        <w:tc>
          <w:tcPr>
            <w:tcW w:type="dxa" w:w="1080"/>
          </w:tcPr>
          <w:p>
            <w:r>
              <w:t>专业必修课</w:t>
            </w:r>
          </w:p>
        </w:tc>
        <w:tc>
          <w:tcPr>
            <w:tcW w:type="dxa" w:w="1080"/>
          </w:tcPr>
          <w:p>
            <w:r>
              <w:t>机械工程学院</w:t>
            </w:r>
          </w:p>
        </w:tc>
        <w:tc>
          <w:tcPr>
            <w:tcW w:type="dxa" w:w="1080"/>
          </w:tcPr>
          <w:p>
            <w:r>
              <w:t>2024-2025</w:t>
            </w:r>
          </w:p>
        </w:tc>
        <w:tc>
          <w:tcPr>
            <w:tcW w:type="dxa" w:w="1080"/>
          </w:tcPr>
          <w:p>
            <w:r>
              <w:t>2</w:t>
            </w:r>
          </w:p>
        </w:tc>
      </w:tr>
      <w:tr>
        <w:tc>
          <w:tcPr>
            <w:tcW w:type="dxa" w:w="1080"/>
          </w:tcPr>
          <w:p>
            <w:r>
              <w:t>50</w:t>
            </w:r>
          </w:p>
        </w:tc>
        <w:tc>
          <w:tcPr>
            <w:tcW w:type="dxa" w:w="1080"/>
          </w:tcPr>
          <w:p>
            <w:r>
              <w:t>设计与制造概论</w:t>
            </w:r>
          </w:p>
        </w:tc>
        <w:tc>
          <w:tcPr>
            <w:tcW w:type="dxa" w:w="1080"/>
          </w:tcPr>
          <w:p>
            <w:r>
              <w:t>2ME21904</w:t>
            </w:r>
          </w:p>
        </w:tc>
        <w:tc>
          <w:tcPr>
            <w:tcW w:type="dxa" w:w="1080"/>
          </w:tcPr>
          <w:p>
            <w:r>
              <w:t>2</w:t>
            </w:r>
          </w:p>
        </w:tc>
        <w:tc>
          <w:tcPr>
            <w:tcW w:type="dxa" w:w="1080"/>
          </w:tcPr>
          <w:p>
            <w:r>
              <w:t>专业必修课</w:t>
            </w:r>
          </w:p>
        </w:tc>
        <w:tc>
          <w:tcPr>
            <w:tcW w:type="dxa" w:w="1080"/>
          </w:tcPr>
          <w:p>
            <w:r>
              <w:t>机械工程学院</w:t>
            </w:r>
          </w:p>
        </w:tc>
        <w:tc>
          <w:tcPr>
            <w:tcW w:type="dxa" w:w="1080"/>
          </w:tcPr>
          <w:p>
            <w:r>
              <w:t>2024-2025</w:t>
            </w:r>
          </w:p>
        </w:tc>
        <w:tc>
          <w:tcPr>
            <w:tcW w:type="dxa" w:w="1080"/>
          </w:tcPr>
          <w:p>
            <w:r>
              <w:t>2</w:t>
            </w:r>
          </w:p>
        </w:tc>
      </w:tr>
      <w:tr>
        <w:tc>
          <w:tcPr>
            <w:tcW w:type="dxa" w:w="1080"/>
          </w:tcPr>
          <w:p>
            <w:r>
              <w:t>51</w:t>
            </w:r>
          </w:p>
        </w:tc>
        <w:tc>
          <w:tcPr>
            <w:tcW w:type="dxa" w:w="1080"/>
          </w:tcPr>
          <w:p>
            <w:r>
              <w:t>毛泽东思想和中国特色社会主义理论体系概论</w:t>
            </w:r>
          </w:p>
        </w:tc>
        <w:tc>
          <w:tcPr>
            <w:tcW w:type="dxa" w:w="1080"/>
          </w:tcPr>
          <w:p>
            <w:r>
              <w:t>2MX11004</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52</w:t>
            </w:r>
          </w:p>
        </w:tc>
        <w:tc>
          <w:tcPr>
            <w:tcW w:type="dxa" w:w="1080"/>
          </w:tcPr>
          <w:p>
            <w:r>
              <w:t>国家安全教育</w:t>
            </w:r>
          </w:p>
        </w:tc>
        <w:tc>
          <w:tcPr>
            <w:tcW w:type="dxa" w:w="1080"/>
          </w:tcPr>
          <w:p>
            <w:r>
              <w:t>2MX11012</w:t>
            </w:r>
          </w:p>
        </w:tc>
        <w:tc>
          <w:tcPr>
            <w:tcW w:type="dxa" w:w="1080"/>
          </w:tcPr>
          <w:p>
            <w:r>
              <w:t>1</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53</w:t>
            </w:r>
          </w:p>
        </w:tc>
        <w:tc>
          <w:tcPr>
            <w:tcW w:type="dxa" w:w="1080"/>
          </w:tcPr>
          <w:p>
            <w:r>
              <w:t>体育(四)</w:t>
            </w:r>
          </w:p>
        </w:tc>
        <w:tc>
          <w:tcPr>
            <w:tcW w:type="dxa" w:w="1080"/>
          </w:tcPr>
          <w:p>
            <w:r>
              <w:t>2SP11004</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54</w:t>
            </w:r>
          </w:p>
        </w:tc>
        <w:tc>
          <w:tcPr>
            <w:tcW w:type="dxa" w:w="1080"/>
          </w:tcPr>
          <w:p>
            <w:r>
              <w:t>雅思读写(三)</w:t>
            </w:r>
          </w:p>
        </w:tc>
        <w:tc>
          <w:tcPr>
            <w:tcW w:type="dxa" w:w="1080"/>
          </w:tcPr>
          <w:p>
            <w:r>
              <w:t>2FL21703</w:t>
            </w:r>
          </w:p>
        </w:tc>
        <w:tc>
          <w:tcPr>
            <w:tcW w:type="dxa" w:w="1080"/>
          </w:tcPr>
          <w:p>
            <w:r>
              <w:t>2</w:t>
            </w:r>
          </w:p>
        </w:tc>
        <w:tc>
          <w:tcPr>
            <w:tcW w:type="dxa" w:w="1080"/>
          </w:tcPr>
          <w:p>
            <w:r>
              <w:t>专业必修课</w:t>
            </w:r>
          </w:p>
        </w:tc>
        <w:tc>
          <w:tcPr>
            <w:tcW w:type="dxa" w:w="1080"/>
          </w:tcPr>
          <w:p>
            <w:r>
              <w:t>外国语学院</w:t>
            </w:r>
          </w:p>
        </w:tc>
        <w:tc>
          <w:tcPr>
            <w:tcW w:type="dxa" w:w="1080"/>
          </w:tcPr>
          <w:p>
            <w:r>
              <w:t>2025-2026</w:t>
            </w:r>
          </w:p>
        </w:tc>
        <w:tc>
          <w:tcPr>
            <w:tcW w:type="dxa" w:w="1080"/>
          </w:tcPr>
          <w:p>
            <w:r>
              <w:t>1</w:t>
            </w:r>
          </w:p>
        </w:tc>
      </w:tr>
      <w:tr>
        <w:tc>
          <w:tcPr>
            <w:tcW w:type="dxa" w:w="1080"/>
          </w:tcPr>
          <w:p>
            <w:r>
              <w:t>55</w:t>
            </w:r>
          </w:p>
        </w:tc>
        <w:tc>
          <w:tcPr>
            <w:tcW w:type="dxa" w:w="1080"/>
          </w:tcPr>
          <w:p>
            <w:r>
              <w:t>雅思听说(三)</w:t>
            </w:r>
          </w:p>
        </w:tc>
        <w:tc>
          <w:tcPr>
            <w:tcW w:type="dxa" w:w="1080"/>
          </w:tcPr>
          <w:p>
            <w:r>
              <w:t>2FL21706</w:t>
            </w:r>
          </w:p>
        </w:tc>
        <w:tc>
          <w:tcPr>
            <w:tcW w:type="dxa" w:w="1080"/>
          </w:tcPr>
          <w:p>
            <w:r>
              <w:t>2</w:t>
            </w:r>
          </w:p>
        </w:tc>
        <w:tc>
          <w:tcPr>
            <w:tcW w:type="dxa" w:w="1080"/>
          </w:tcPr>
          <w:p>
            <w:r>
              <w:t>专业必修课</w:t>
            </w:r>
          </w:p>
        </w:tc>
        <w:tc>
          <w:tcPr>
            <w:tcW w:type="dxa" w:w="1080"/>
          </w:tcPr>
          <w:p>
            <w:r>
              <w:t>外国语学院</w:t>
            </w:r>
          </w:p>
        </w:tc>
        <w:tc>
          <w:tcPr>
            <w:tcW w:type="dxa" w:w="1080"/>
          </w:tcPr>
          <w:p>
            <w:r>
              <w:t>2025-2026</w:t>
            </w:r>
          </w:p>
        </w:tc>
        <w:tc>
          <w:tcPr>
            <w:tcW w:type="dxa" w:w="1080"/>
          </w:tcPr>
          <w:p>
            <w:r>
              <w:t>1</w:t>
            </w:r>
          </w:p>
        </w:tc>
      </w:tr>
      <w:tr>
        <w:tc>
          <w:tcPr>
            <w:tcW w:type="dxa" w:w="1080"/>
          </w:tcPr>
          <w:p>
            <w:r>
              <w:t>56</w:t>
            </w:r>
          </w:p>
        </w:tc>
        <w:tc>
          <w:tcPr>
            <w:tcW w:type="dxa" w:w="1080"/>
          </w:tcPr>
          <w:p>
            <w:r>
              <w:t>英语演说</w:t>
            </w:r>
          </w:p>
        </w:tc>
        <w:tc>
          <w:tcPr>
            <w:tcW w:type="dxa" w:w="1080"/>
          </w:tcPr>
          <w:p>
            <w:r>
              <w:t>2IE21005</w:t>
            </w:r>
          </w:p>
        </w:tc>
        <w:tc>
          <w:tcPr>
            <w:tcW w:type="dxa" w:w="1080"/>
          </w:tcPr>
          <w:p>
            <w:r>
              <w:t>2</w:t>
            </w:r>
          </w:p>
        </w:tc>
        <w:tc>
          <w:tcPr>
            <w:tcW w:type="dxa" w:w="1080"/>
          </w:tcPr>
          <w:p>
            <w:r>
              <w:t>专业必修课</w:t>
            </w:r>
          </w:p>
        </w:tc>
        <w:tc>
          <w:tcPr>
            <w:tcW w:type="dxa" w:w="1080"/>
          </w:tcPr>
          <w:p>
            <w:r>
              <w:t>国际教育学院</w:t>
            </w:r>
          </w:p>
        </w:tc>
        <w:tc>
          <w:tcPr>
            <w:tcW w:type="dxa" w:w="1080"/>
          </w:tcPr>
          <w:p>
            <w:r>
              <w:t>2025-2026</w:t>
            </w:r>
          </w:p>
        </w:tc>
        <w:tc>
          <w:tcPr>
            <w:tcW w:type="dxa" w:w="1080"/>
          </w:tcPr>
          <w:p>
            <w:r>
              <w:t>1</w:t>
            </w:r>
          </w:p>
        </w:tc>
      </w:tr>
      <w:tr>
        <w:tc>
          <w:tcPr>
            <w:tcW w:type="dxa" w:w="1080"/>
          </w:tcPr>
          <w:p>
            <w:r>
              <w:t>57</w:t>
            </w:r>
          </w:p>
        </w:tc>
        <w:tc>
          <w:tcPr>
            <w:tcW w:type="dxa" w:w="1080"/>
          </w:tcPr>
          <w:p>
            <w:r>
              <w:t>数值计算方法</w:t>
            </w:r>
          </w:p>
        </w:tc>
        <w:tc>
          <w:tcPr>
            <w:tcW w:type="dxa" w:w="1080"/>
          </w:tcPr>
          <w:p>
            <w:r>
              <w:t>2ME21012</w:t>
            </w:r>
          </w:p>
        </w:tc>
        <w:tc>
          <w:tcPr>
            <w:tcW w:type="dxa" w:w="1080"/>
          </w:tcPr>
          <w:p>
            <w:r>
              <w:t>2</w:t>
            </w:r>
          </w:p>
        </w:tc>
        <w:tc>
          <w:tcPr>
            <w:tcW w:type="dxa" w:w="1080"/>
          </w:tcPr>
          <w:p>
            <w:r>
              <w:t>专业必修课</w:t>
            </w:r>
          </w:p>
        </w:tc>
        <w:tc>
          <w:tcPr>
            <w:tcW w:type="dxa" w:w="1080"/>
          </w:tcPr>
          <w:p>
            <w:r>
              <w:t>机械工程学院</w:t>
            </w:r>
          </w:p>
        </w:tc>
        <w:tc>
          <w:tcPr>
            <w:tcW w:type="dxa" w:w="1080"/>
          </w:tcPr>
          <w:p>
            <w:r>
              <w:t>2025-2026</w:t>
            </w:r>
          </w:p>
        </w:tc>
        <w:tc>
          <w:tcPr>
            <w:tcW w:type="dxa" w:w="1080"/>
          </w:tcPr>
          <w:p>
            <w:r>
              <w:t>1</w:t>
            </w:r>
          </w:p>
        </w:tc>
      </w:tr>
      <w:tr>
        <w:tc>
          <w:tcPr>
            <w:tcW w:type="dxa" w:w="1080"/>
          </w:tcPr>
          <w:p>
            <w:r>
              <w:t>58</w:t>
            </w:r>
          </w:p>
        </w:tc>
        <w:tc>
          <w:tcPr>
            <w:tcW w:type="dxa" w:w="1080"/>
          </w:tcPr>
          <w:p>
            <w:r>
              <w:t>机械设计</w:t>
            </w:r>
          </w:p>
        </w:tc>
        <w:tc>
          <w:tcPr>
            <w:tcW w:type="dxa" w:w="1080"/>
          </w:tcPr>
          <w:p>
            <w:r>
              <w:t>2ME21103</w:t>
            </w:r>
          </w:p>
        </w:tc>
        <w:tc>
          <w:tcPr>
            <w:tcW w:type="dxa" w:w="1080"/>
          </w:tcPr>
          <w:p>
            <w:r>
              <w:t>3</w:t>
            </w:r>
          </w:p>
        </w:tc>
        <w:tc>
          <w:tcPr>
            <w:tcW w:type="dxa" w:w="1080"/>
          </w:tcPr>
          <w:p>
            <w:r>
              <w:t>专业必修课</w:t>
            </w:r>
          </w:p>
        </w:tc>
        <w:tc>
          <w:tcPr>
            <w:tcW w:type="dxa" w:w="1080"/>
          </w:tcPr>
          <w:p>
            <w:r>
              <w:t>机械工程学院</w:t>
            </w:r>
          </w:p>
        </w:tc>
        <w:tc>
          <w:tcPr>
            <w:tcW w:type="dxa" w:w="1080"/>
          </w:tcPr>
          <w:p>
            <w:r>
              <w:t>2025-2026</w:t>
            </w:r>
          </w:p>
        </w:tc>
        <w:tc>
          <w:tcPr>
            <w:tcW w:type="dxa" w:w="1080"/>
          </w:tcPr>
          <w:p>
            <w:r>
              <w:t>1</w:t>
            </w:r>
          </w:p>
        </w:tc>
      </w:tr>
      <w:tr>
        <w:tc>
          <w:tcPr>
            <w:tcW w:type="dxa" w:w="1080"/>
          </w:tcPr>
          <w:p>
            <w:r>
              <w:t>59</w:t>
            </w:r>
          </w:p>
        </w:tc>
        <w:tc>
          <w:tcPr>
            <w:tcW w:type="dxa" w:w="1080"/>
          </w:tcPr>
          <w:p>
            <w:r>
              <w:t>机械制造技术基础A</w:t>
            </w:r>
          </w:p>
        </w:tc>
        <w:tc>
          <w:tcPr>
            <w:tcW w:type="dxa" w:w="1080"/>
          </w:tcPr>
          <w:p>
            <w:r>
              <w:t>2ME21105</w:t>
            </w:r>
          </w:p>
        </w:tc>
        <w:tc>
          <w:tcPr>
            <w:tcW w:type="dxa" w:w="1080"/>
          </w:tcPr>
          <w:p>
            <w:r>
              <w:t>3</w:t>
            </w:r>
          </w:p>
        </w:tc>
        <w:tc>
          <w:tcPr>
            <w:tcW w:type="dxa" w:w="1080"/>
          </w:tcPr>
          <w:p>
            <w:r>
              <w:t>专业必修课</w:t>
            </w:r>
          </w:p>
        </w:tc>
        <w:tc>
          <w:tcPr>
            <w:tcW w:type="dxa" w:w="1080"/>
          </w:tcPr>
          <w:p>
            <w:r>
              <w:t>机械工程学院</w:t>
            </w:r>
          </w:p>
        </w:tc>
        <w:tc>
          <w:tcPr>
            <w:tcW w:type="dxa" w:w="1080"/>
          </w:tcPr>
          <w:p>
            <w:r>
              <w:t>2025-2026</w:t>
            </w:r>
          </w:p>
        </w:tc>
        <w:tc>
          <w:tcPr>
            <w:tcW w:type="dxa" w:w="1080"/>
          </w:tcPr>
          <w:p>
            <w:r>
              <w:t>1</w:t>
            </w:r>
          </w:p>
        </w:tc>
      </w:tr>
      <w:tr>
        <w:tc>
          <w:tcPr>
            <w:tcW w:type="dxa" w:w="1080"/>
          </w:tcPr>
          <w:p>
            <w:r>
              <w:t>60</w:t>
            </w:r>
          </w:p>
        </w:tc>
        <w:tc>
          <w:tcPr>
            <w:tcW w:type="dxa" w:w="1080"/>
          </w:tcPr>
          <w:p>
            <w:r>
              <w:t>机械工程实验</w:t>
            </w:r>
          </w:p>
        </w:tc>
        <w:tc>
          <w:tcPr>
            <w:tcW w:type="dxa" w:w="1080"/>
          </w:tcPr>
          <w:p>
            <w:r>
              <w:t>2ME21111</w:t>
            </w:r>
          </w:p>
        </w:tc>
        <w:tc>
          <w:tcPr>
            <w:tcW w:type="dxa" w:w="1080"/>
          </w:tcPr>
          <w:p>
            <w:r>
              <w:t>1.0</w:t>
            </w:r>
          </w:p>
        </w:tc>
        <w:tc>
          <w:tcPr>
            <w:tcW w:type="dxa" w:w="1080"/>
          </w:tcPr>
          <w:p>
            <w:r>
              <w:t>专业必修课</w:t>
            </w:r>
          </w:p>
        </w:tc>
        <w:tc>
          <w:tcPr>
            <w:tcW w:type="dxa" w:w="1080"/>
          </w:tcPr>
          <w:p>
            <w:r>
              <w:t>机械工程学院</w:t>
            </w:r>
          </w:p>
        </w:tc>
        <w:tc>
          <w:tcPr>
            <w:tcW w:type="dxa" w:w="1080"/>
          </w:tcPr>
          <w:p>
            <w:r>
              <w:t>2025-2026</w:t>
            </w:r>
          </w:p>
        </w:tc>
        <w:tc>
          <w:tcPr>
            <w:tcW w:type="dxa" w:w="1080"/>
          </w:tcPr>
          <w:p>
            <w:r>
              <w:t>1</w:t>
            </w:r>
          </w:p>
        </w:tc>
      </w:tr>
      <w:tr>
        <w:tc>
          <w:tcPr>
            <w:tcW w:type="dxa" w:w="1080"/>
          </w:tcPr>
          <w:p>
            <w:r>
              <w:t>61</w:t>
            </w:r>
          </w:p>
        </w:tc>
        <w:tc>
          <w:tcPr>
            <w:tcW w:type="dxa" w:w="1080"/>
          </w:tcPr>
          <w:p>
            <w:r>
              <w:t>机械设计课程设计</w:t>
            </w:r>
          </w:p>
        </w:tc>
        <w:tc>
          <w:tcPr>
            <w:tcW w:type="dxa" w:w="1080"/>
          </w:tcPr>
          <w:p>
            <w:r>
              <w:t>2ME21114</w:t>
            </w:r>
          </w:p>
        </w:tc>
        <w:tc>
          <w:tcPr>
            <w:tcW w:type="dxa" w:w="1080"/>
          </w:tcPr>
          <w:p>
            <w:r>
              <w:t>2</w:t>
            </w:r>
          </w:p>
        </w:tc>
        <w:tc>
          <w:tcPr>
            <w:tcW w:type="dxa" w:w="1080"/>
          </w:tcPr>
          <w:p>
            <w:r>
              <w:t>专业必修课</w:t>
            </w:r>
          </w:p>
        </w:tc>
        <w:tc>
          <w:tcPr>
            <w:tcW w:type="dxa" w:w="1080"/>
          </w:tcPr>
          <w:p>
            <w:r>
              <w:t>机械工程学院</w:t>
            </w:r>
          </w:p>
        </w:tc>
        <w:tc>
          <w:tcPr>
            <w:tcW w:type="dxa" w:w="1080"/>
          </w:tcPr>
          <w:p>
            <w:r>
              <w:t>2025-2026</w:t>
            </w:r>
          </w:p>
        </w:tc>
        <w:tc>
          <w:tcPr>
            <w:tcW w:type="dxa" w:w="1080"/>
          </w:tcPr>
          <w:p>
            <w:r>
              <w:t>1</w:t>
            </w:r>
          </w:p>
        </w:tc>
      </w:tr>
      <w:tr>
        <w:tc>
          <w:tcPr>
            <w:tcW w:type="dxa" w:w="1080"/>
          </w:tcPr>
          <w:p>
            <w:r>
              <w:t>62</w:t>
            </w:r>
          </w:p>
        </w:tc>
        <w:tc>
          <w:tcPr>
            <w:tcW w:type="dxa" w:w="1080"/>
          </w:tcPr>
          <w:p>
            <w:r>
              <w:t>液压与气压传动</w:t>
            </w:r>
          </w:p>
        </w:tc>
        <w:tc>
          <w:tcPr>
            <w:tcW w:type="dxa" w:w="1080"/>
          </w:tcPr>
          <w:p>
            <w:r>
              <w:t>2ME21135</w:t>
            </w:r>
          </w:p>
        </w:tc>
        <w:tc>
          <w:tcPr>
            <w:tcW w:type="dxa" w:w="1080"/>
          </w:tcPr>
          <w:p>
            <w:r>
              <w:t>2.5</w:t>
            </w:r>
          </w:p>
        </w:tc>
        <w:tc>
          <w:tcPr>
            <w:tcW w:type="dxa" w:w="1080"/>
          </w:tcPr>
          <w:p>
            <w:r>
              <w:t>专业必修课</w:t>
            </w:r>
          </w:p>
        </w:tc>
        <w:tc>
          <w:tcPr>
            <w:tcW w:type="dxa" w:w="1080"/>
          </w:tcPr>
          <w:p>
            <w:r>
              <w:t>机械工程学院</w:t>
            </w:r>
          </w:p>
        </w:tc>
        <w:tc>
          <w:tcPr>
            <w:tcW w:type="dxa" w:w="1080"/>
          </w:tcPr>
          <w:p>
            <w:r>
              <w:t>2025-2026</w:t>
            </w:r>
          </w:p>
        </w:tc>
        <w:tc>
          <w:tcPr>
            <w:tcW w:type="dxa" w:w="1080"/>
          </w:tcPr>
          <w:p>
            <w:r>
              <w:t>1</w:t>
            </w:r>
          </w:p>
        </w:tc>
      </w:tr>
      <w:tr>
        <w:tc>
          <w:tcPr>
            <w:tcW w:type="dxa" w:w="1080"/>
          </w:tcPr>
          <w:p>
            <w:r>
              <w:t>63</w:t>
            </w:r>
          </w:p>
        </w:tc>
        <w:tc>
          <w:tcPr>
            <w:tcW w:type="dxa" w:w="1080"/>
          </w:tcPr>
          <w:p>
            <w:r>
              <w:t>控制工程基础</w:t>
            </w:r>
          </w:p>
        </w:tc>
        <w:tc>
          <w:tcPr>
            <w:tcW w:type="dxa" w:w="1080"/>
          </w:tcPr>
          <w:p>
            <w:r>
              <w:t>2ME21224</w:t>
            </w:r>
          </w:p>
        </w:tc>
        <w:tc>
          <w:tcPr>
            <w:tcW w:type="dxa" w:w="1080"/>
          </w:tcPr>
          <w:p>
            <w:r>
              <w:t>2</w:t>
            </w:r>
          </w:p>
        </w:tc>
        <w:tc>
          <w:tcPr>
            <w:tcW w:type="dxa" w:w="1080"/>
          </w:tcPr>
          <w:p>
            <w:r>
              <w:t>专业必修课</w:t>
            </w:r>
          </w:p>
        </w:tc>
        <w:tc>
          <w:tcPr>
            <w:tcW w:type="dxa" w:w="1080"/>
          </w:tcPr>
          <w:p>
            <w:r>
              <w:t>机械工程学院</w:t>
            </w:r>
          </w:p>
        </w:tc>
        <w:tc>
          <w:tcPr>
            <w:tcW w:type="dxa" w:w="1080"/>
          </w:tcPr>
          <w:p>
            <w:r>
              <w:t>2025-2026</w:t>
            </w:r>
          </w:p>
        </w:tc>
        <w:tc>
          <w:tcPr>
            <w:tcW w:type="dxa" w:w="1080"/>
          </w:tcPr>
          <w:p>
            <w:r>
              <w:t>1</w:t>
            </w:r>
          </w:p>
        </w:tc>
      </w:tr>
      <w:tr>
        <w:tc>
          <w:tcPr>
            <w:tcW w:type="dxa" w:w="1080"/>
          </w:tcPr>
          <w:p>
            <w:r>
              <w:t>64</w:t>
            </w:r>
          </w:p>
        </w:tc>
        <w:tc>
          <w:tcPr>
            <w:tcW w:type="dxa" w:w="1080"/>
          </w:tcPr>
          <w:p>
            <w:r>
              <w:t>机械工程材料</w:t>
            </w:r>
          </w:p>
        </w:tc>
        <w:tc>
          <w:tcPr>
            <w:tcW w:type="dxa" w:w="1080"/>
          </w:tcPr>
          <w:p>
            <w:r>
              <w:t>2ME21905</w:t>
            </w:r>
          </w:p>
        </w:tc>
        <w:tc>
          <w:tcPr>
            <w:tcW w:type="dxa" w:w="1080"/>
          </w:tcPr>
          <w:p>
            <w:r>
              <w:t>2</w:t>
            </w:r>
          </w:p>
        </w:tc>
        <w:tc>
          <w:tcPr>
            <w:tcW w:type="dxa" w:w="1080"/>
          </w:tcPr>
          <w:p>
            <w:r>
              <w:t>专业必修课</w:t>
            </w:r>
          </w:p>
        </w:tc>
        <w:tc>
          <w:tcPr>
            <w:tcW w:type="dxa" w:w="1080"/>
          </w:tcPr>
          <w:p>
            <w:r>
              <w:t>机械工程学院</w:t>
            </w:r>
          </w:p>
        </w:tc>
        <w:tc>
          <w:tcPr>
            <w:tcW w:type="dxa" w:w="1080"/>
          </w:tcPr>
          <w:p>
            <w:r>
              <w:t>2025-2026</w:t>
            </w:r>
          </w:p>
        </w:tc>
        <w:tc>
          <w:tcPr>
            <w:tcW w:type="dxa" w:w="1080"/>
          </w:tcPr>
          <w:p>
            <w:r>
              <w:t>1</w:t>
            </w:r>
          </w:p>
        </w:tc>
      </w:tr>
      <w:tr>
        <w:tc>
          <w:tcPr>
            <w:tcW w:type="dxa" w:w="1080"/>
          </w:tcPr>
          <w:p>
            <w:r>
              <w:t>65</w:t>
            </w:r>
          </w:p>
        </w:tc>
        <w:tc>
          <w:tcPr>
            <w:tcW w:type="dxa" w:w="1080"/>
          </w:tcPr>
          <w:p>
            <w:r>
              <w:t>习近平新时代中国特色社会主义思想概论</w:t>
            </w:r>
          </w:p>
        </w:tc>
        <w:tc>
          <w:tcPr>
            <w:tcW w:type="dxa" w:w="1080"/>
          </w:tcPr>
          <w:p>
            <w:r>
              <w:t>2MX11005</w:t>
            </w:r>
          </w:p>
        </w:tc>
        <w:tc>
          <w:tcPr>
            <w:tcW w:type="dxa" w:w="1080"/>
          </w:tcPr>
          <w:p>
            <w:r>
              <w:t>3</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66</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67</w:t>
            </w:r>
          </w:p>
        </w:tc>
        <w:tc>
          <w:tcPr>
            <w:tcW w:type="dxa" w:w="1080"/>
          </w:tcPr>
          <w:p>
            <w:r>
              <w:t>英美文化</w:t>
            </w:r>
          </w:p>
        </w:tc>
        <w:tc>
          <w:tcPr>
            <w:tcW w:type="dxa" w:w="1080"/>
          </w:tcPr>
          <w:p>
            <w:r>
              <w:t>2IE21006</w:t>
            </w:r>
          </w:p>
        </w:tc>
        <w:tc>
          <w:tcPr>
            <w:tcW w:type="dxa" w:w="1080"/>
          </w:tcPr>
          <w:p>
            <w:r>
              <w:t>2</w:t>
            </w:r>
          </w:p>
        </w:tc>
        <w:tc>
          <w:tcPr>
            <w:tcW w:type="dxa" w:w="1080"/>
          </w:tcPr>
          <w:p>
            <w:r>
              <w:t>专业必修课</w:t>
            </w:r>
          </w:p>
        </w:tc>
        <w:tc>
          <w:tcPr>
            <w:tcW w:type="dxa" w:w="1080"/>
          </w:tcPr>
          <w:p>
            <w:r>
              <w:t>国际教育学院</w:t>
            </w:r>
          </w:p>
        </w:tc>
        <w:tc>
          <w:tcPr>
            <w:tcW w:type="dxa" w:w="1080"/>
          </w:tcPr>
          <w:p>
            <w:r>
              <w:t>2025-2026</w:t>
            </w:r>
          </w:p>
        </w:tc>
        <w:tc>
          <w:tcPr>
            <w:tcW w:type="dxa" w:w="1080"/>
          </w:tcPr>
          <w:p>
            <w:r>
              <w:t>2</w:t>
            </w:r>
          </w:p>
        </w:tc>
      </w:tr>
      <w:tr>
        <w:tc>
          <w:tcPr>
            <w:tcW w:type="dxa" w:w="1080"/>
          </w:tcPr>
          <w:p>
            <w:r>
              <w:t>68</w:t>
            </w:r>
          </w:p>
        </w:tc>
        <w:tc>
          <w:tcPr>
            <w:tcW w:type="dxa" w:w="1080"/>
          </w:tcPr>
          <w:p>
            <w:r>
              <w:t>智能制造装备设计</w:t>
            </w:r>
          </w:p>
        </w:tc>
        <w:tc>
          <w:tcPr>
            <w:tcW w:type="dxa" w:w="1080"/>
          </w:tcPr>
          <w:p>
            <w:r>
              <w:t>2ME21106</w:t>
            </w:r>
          </w:p>
        </w:tc>
        <w:tc>
          <w:tcPr>
            <w:tcW w:type="dxa" w:w="1080"/>
          </w:tcPr>
          <w:p>
            <w:r>
              <w:t>2</w:t>
            </w:r>
          </w:p>
        </w:tc>
        <w:tc>
          <w:tcPr>
            <w:tcW w:type="dxa" w:w="1080"/>
          </w:tcPr>
          <w:p>
            <w:r>
              <w:t>专业必修课</w:t>
            </w:r>
          </w:p>
        </w:tc>
        <w:tc>
          <w:tcPr>
            <w:tcW w:type="dxa" w:w="1080"/>
          </w:tcPr>
          <w:p>
            <w:r>
              <w:t>机械工程学院</w:t>
            </w:r>
          </w:p>
        </w:tc>
        <w:tc>
          <w:tcPr>
            <w:tcW w:type="dxa" w:w="1080"/>
          </w:tcPr>
          <w:p>
            <w:r>
              <w:t>2025-2026</w:t>
            </w:r>
          </w:p>
        </w:tc>
        <w:tc>
          <w:tcPr>
            <w:tcW w:type="dxa" w:w="1080"/>
          </w:tcPr>
          <w:p>
            <w:r>
              <w:t>2</w:t>
            </w:r>
          </w:p>
        </w:tc>
      </w:tr>
      <w:tr>
        <w:tc>
          <w:tcPr>
            <w:tcW w:type="dxa" w:w="1080"/>
          </w:tcPr>
          <w:p>
            <w:r>
              <w:t>69</w:t>
            </w:r>
          </w:p>
        </w:tc>
        <w:tc>
          <w:tcPr>
            <w:tcW w:type="dxa" w:w="1080"/>
          </w:tcPr>
          <w:p>
            <w:r>
              <w:t>数控技术及应用</w:t>
            </w:r>
          </w:p>
        </w:tc>
        <w:tc>
          <w:tcPr>
            <w:tcW w:type="dxa" w:w="1080"/>
          </w:tcPr>
          <w:p>
            <w:r>
              <w:t>2ME21107</w:t>
            </w:r>
          </w:p>
        </w:tc>
        <w:tc>
          <w:tcPr>
            <w:tcW w:type="dxa" w:w="1080"/>
          </w:tcPr>
          <w:p>
            <w:r>
              <w:t>2</w:t>
            </w:r>
          </w:p>
        </w:tc>
        <w:tc>
          <w:tcPr>
            <w:tcW w:type="dxa" w:w="1080"/>
          </w:tcPr>
          <w:p>
            <w:r>
              <w:t>专业必修课</w:t>
            </w:r>
          </w:p>
        </w:tc>
        <w:tc>
          <w:tcPr>
            <w:tcW w:type="dxa" w:w="1080"/>
          </w:tcPr>
          <w:p>
            <w:r>
              <w:t>机械工程学院</w:t>
            </w:r>
          </w:p>
        </w:tc>
        <w:tc>
          <w:tcPr>
            <w:tcW w:type="dxa" w:w="1080"/>
          </w:tcPr>
          <w:p>
            <w:r>
              <w:t>2025-2026</w:t>
            </w:r>
          </w:p>
        </w:tc>
        <w:tc>
          <w:tcPr>
            <w:tcW w:type="dxa" w:w="1080"/>
          </w:tcPr>
          <w:p>
            <w:r>
              <w:t>2</w:t>
            </w:r>
          </w:p>
        </w:tc>
      </w:tr>
      <w:tr>
        <w:tc>
          <w:tcPr>
            <w:tcW w:type="dxa" w:w="1080"/>
          </w:tcPr>
          <w:p>
            <w:r>
              <w:t>70</w:t>
            </w:r>
          </w:p>
        </w:tc>
        <w:tc>
          <w:tcPr>
            <w:tcW w:type="dxa" w:w="1080"/>
          </w:tcPr>
          <w:p>
            <w:r>
              <w:t>机械制造技术课程设计</w:t>
            </w:r>
          </w:p>
        </w:tc>
        <w:tc>
          <w:tcPr>
            <w:tcW w:type="dxa" w:w="1080"/>
          </w:tcPr>
          <w:p>
            <w:r>
              <w:t>2ME21115</w:t>
            </w:r>
          </w:p>
        </w:tc>
        <w:tc>
          <w:tcPr>
            <w:tcW w:type="dxa" w:w="1080"/>
          </w:tcPr>
          <w:p>
            <w:r>
              <w:t>2</w:t>
            </w:r>
          </w:p>
        </w:tc>
        <w:tc>
          <w:tcPr>
            <w:tcW w:type="dxa" w:w="1080"/>
          </w:tcPr>
          <w:p>
            <w:r>
              <w:t>专业必修课</w:t>
            </w:r>
          </w:p>
        </w:tc>
        <w:tc>
          <w:tcPr>
            <w:tcW w:type="dxa" w:w="1080"/>
          </w:tcPr>
          <w:p>
            <w:r>
              <w:t>机械工程学院</w:t>
            </w:r>
          </w:p>
        </w:tc>
        <w:tc>
          <w:tcPr>
            <w:tcW w:type="dxa" w:w="1080"/>
          </w:tcPr>
          <w:p>
            <w:r>
              <w:t>2025-2026</w:t>
            </w:r>
          </w:p>
        </w:tc>
        <w:tc>
          <w:tcPr>
            <w:tcW w:type="dxa" w:w="1080"/>
          </w:tcPr>
          <w:p>
            <w:r>
              <w:t>2</w:t>
            </w:r>
          </w:p>
        </w:tc>
      </w:tr>
      <w:tr>
        <w:tc>
          <w:tcPr>
            <w:tcW w:type="dxa" w:w="1080"/>
          </w:tcPr>
          <w:p>
            <w:r>
              <w:t>71</w:t>
            </w:r>
          </w:p>
        </w:tc>
        <w:tc>
          <w:tcPr>
            <w:tcW w:type="dxa" w:w="1080"/>
          </w:tcPr>
          <w:p>
            <w:r>
              <w:t>生产实习A</w:t>
            </w:r>
          </w:p>
        </w:tc>
        <w:tc>
          <w:tcPr>
            <w:tcW w:type="dxa" w:w="1080"/>
          </w:tcPr>
          <w:p>
            <w:r>
              <w:t>2ME21118</w:t>
            </w:r>
          </w:p>
        </w:tc>
        <w:tc>
          <w:tcPr>
            <w:tcW w:type="dxa" w:w="1080"/>
          </w:tcPr>
          <w:p>
            <w:r>
              <w:t>2</w:t>
            </w:r>
          </w:p>
        </w:tc>
        <w:tc>
          <w:tcPr>
            <w:tcW w:type="dxa" w:w="1080"/>
          </w:tcPr>
          <w:p>
            <w:r>
              <w:t>专业必修课</w:t>
            </w:r>
          </w:p>
        </w:tc>
        <w:tc>
          <w:tcPr>
            <w:tcW w:type="dxa" w:w="1080"/>
          </w:tcPr>
          <w:p>
            <w:r>
              <w:t>机械工程学院</w:t>
            </w:r>
          </w:p>
        </w:tc>
        <w:tc>
          <w:tcPr>
            <w:tcW w:type="dxa" w:w="1080"/>
          </w:tcPr>
          <w:p>
            <w:r>
              <w:t>2025-2026</w:t>
            </w:r>
          </w:p>
        </w:tc>
        <w:tc>
          <w:tcPr>
            <w:tcW w:type="dxa" w:w="1080"/>
          </w:tcPr>
          <w:p>
            <w:r>
              <w:t>2</w:t>
            </w:r>
          </w:p>
        </w:tc>
      </w:tr>
      <w:tr>
        <w:tc>
          <w:tcPr>
            <w:tcW w:type="dxa" w:w="1080"/>
          </w:tcPr>
          <w:p>
            <w:r>
              <w:t>72</w:t>
            </w:r>
          </w:p>
        </w:tc>
        <w:tc>
          <w:tcPr>
            <w:tcW w:type="dxa" w:w="1080"/>
          </w:tcPr>
          <w:p>
            <w:r>
              <w:t>机械创新设计实践B</w:t>
            </w:r>
          </w:p>
        </w:tc>
        <w:tc>
          <w:tcPr>
            <w:tcW w:type="dxa" w:w="1080"/>
          </w:tcPr>
          <w:p>
            <w:r>
              <w:t>2ME21136</w:t>
            </w:r>
          </w:p>
        </w:tc>
        <w:tc>
          <w:tcPr>
            <w:tcW w:type="dxa" w:w="1080"/>
          </w:tcPr>
          <w:p>
            <w:r>
              <w:t>2</w:t>
            </w:r>
          </w:p>
        </w:tc>
        <w:tc>
          <w:tcPr>
            <w:tcW w:type="dxa" w:w="1080"/>
          </w:tcPr>
          <w:p>
            <w:r>
              <w:t>专业必修课</w:t>
            </w:r>
          </w:p>
        </w:tc>
        <w:tc>
          <w:tcPr>
            <w:tcW w:type="dxa" w:w="1080"/>
          </w:tcPr>
          <w:p>
            <w:r>
              <w:t>机械工程学院</w:t>
            </w:r>
          </w:p>
        </w:tc>
        <w:tc>
          <w:tcPr>
            <w:tcW w:type="dxa" w:w="1080"/>
          </w:tcPr>
          <w:p>
            <w:r>
              <w:t>2025-2026</w:t>
            </w:r>
          </w:p>
        </w:tc>
        <w:tc>
          <w:tcPr>
            <w:tcW w:type="dxa" w:w="1080"/>
          </w:tcPr>
          <w:p>
            <w:r>
              <w:t>2</w:t>
            </w:r>
          </w:p>
        </w:tc>
      </w:tr>
      <w:tr>
        <w:tc>
          <w:tcPr>
            <w:tcW w:type="dxa" w:w="1080"/>
          </w:tcPr>
          <w:p>
            <w:r>
              <w:t>73</w:t>
            </w:r>
          </w:p>
        </w:tc>
        <w:tc>
          <w:tcPr>
            <w:tcW w:type="dxa" w:w="1080"/>
          </w:tcPr>
          <w:p>
            <w:r>
              <w:t>微机原理及应用B</w:t>
            </w:r>
          </w:p>
        </w:tc>
        <w:tc>
          <w:tcPr>
            <w:tcW w:type="dxa" w:w="1080"/>
          </w:tcPr>
          <w:p>
            <w:r>
              <w:t>2ME21223</w:t>
            </w:r>
          </w:p>
        </w:tc>
        <w:tc>
          <w:tcPr>
            <w:tcW w:type="dxa" w:w="1080"/>
          </w:tcPr>
          <w:p>
            <w:r>
              <w:t>2</w:t>
            </w:r>
          </w:p>
        </w:tc>
        <w:tc>
          <w:tcPr>
            <w:tcW w:type="dxa" w:w="1080"/>
          </w:tcPr>
          <w:p>
            <w:r>
              <w:t>专业必修课</w:t>
            </w:r>
          </w:p>
        </w:tc>
        <w:tc>
          <w:tcPr>
            <w:tcW w:type="dxa" w:w="1080"/>
          </w:tcPr>
          <w:p>
            <w:r>
              <w:t>机械工程学院</w:t>
            </w:r>
          </w:p>
        </w:tc>
        <w:tc>
          <w:tcPr>
            <w:tcW w:type="dxa" w:w="1080"/>
          </w:tcPr>
          <w:p>
            <w:r>
              <w:t>2025-2026</w:t>
            </w:r>
          </w:p>
        </w:tc>
        <w:tc>
          <w:tcPr>
            <w:tcW w:type="dxa" w:w="1080"/>
          </w:tcPr>
          <w:p>
            <w:r>
              <w:t>2</w:t>
            </w:r>
          </w:p>
        </w:tc>
      </w:tr>
      <w:tr>
        <w:tc>
          <w:tcPr>
            <w:tcW w:type="dxa" w:w="1080"/>
          </w:tcPr>
          <w:p>
            <w:r>
              <w:t>74</w:t>
            </w:r>
          </w:p>
        </w:tc>
        <w:tc>
          <w:tcPr>
            <w:tcW w:type="dxa" w:w="1080"/>
          </w:tcPr>
          <w:p>
            <w:r>
              <w:t>机械工程测试技术</w:t>
            </w:r>
          </w:p>
        </w:tc>
        <w:tc>
          <w:tcPr>
            <w:tcW w:type="dxa" w:w="1080"/>
          </w:tcPr>
          <w:p>
            <w:r>
              <w:t>2ME21906</w:t>
            </w:r>
          </w:p>
        </w:tc>
        <w:tc>
          <w:tcPr>
            <w:tcW w:type="dxa" w:w="1080"/>
          </w:tcPr>
          <w:p>
            <w:r>
              <w:t>2</w:t>
            </w:r>
          </w:p>
        </w:tc>
        <w:tc>
          <w:tcPr>
            <w:tcW w:type="dxa" w:w="1080"/>
          </w:tcPr>
          <w:p>
            <w:r>
              <w:t>专业必修课</w:t>
            </w:r>
          </w:p>
        </w:tc>
        <w:tc>
          <w:tcPr>
            <w:tcW w:type="dxa" w:w="1080"/>
          </w:tcPr>
          <w:p>
            <w:r>
              <w:t>机械工程学院</w:t>
            </w:r>
          </w:p>
        </w:tc>
        <w:tc>
          <w:tcPr>
            <w:tcW w:type="dxa" w:w="1080"/>
          </w:tcPr>
          <w:p>
            <w:r>
              <w:t>2025-2026</w:t>
            </w:r>
          </w:p>
        </w:tc>
        <w:tc>
          <w:tcPr>
            <w:tcW w:type="dxa" w:w="1080"/>
          </w:tcPr>
          <w:p>
            <w:r>
              <w:t>2</w:t>
            </w:r>
          </w:p>
        </w:tc>
      </w:tr>
      <w:tr>
        <w:tc>
          <w:tcPr>
            <w:tcW w:type="dxa" w:w="1080"/>
          </w:tcPr>
          <w:p>
            <w:r>
              <w:t>注：按修读学年学期排序。</w:t>
            </w:r>
          </w:p>
        </w:tc>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tc>
      </w:tr>
      <w:tr>
        <w:tc>
          <w:tcPr>
            <w:tcW w:type="dxa" w:w="1080"/>
          </w:tcPr>
          <w:p>
            <w:r>
              <w:t>制表人（签字）：日期：2026.8.30学院（公章）：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苏州科技大学推荐2027年优秀应届本科毕业生免试攻读研究生课程清单</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年级：2023级</w:t>
            </w:r>
          </w:p>
        </w:tc>
        <w:tc>
          <w:tcPr>
            <w:tcW w:type="dxa" w:w="1080"/>
          </w:tcPr>
          <w:p>
            <w:r>
              <w:t>专业：</w:t>
            </w:r>
          </w:p>
        </w:tc>
        <w:tc>
          <w:tcPr>
            <w:tcW w:type="dxa" w:w="1080"/>
          </w:tcPr>
          <w:p>
            <w:r/>
          </w:p>
        </w:tc>
        <w:tc>
          <w:tcPr>
            <w:tcW w:type="dxa" w:w="1080"/>
          </w:tcPr>
          <w:p>
            <w:r>
              <w:t>工程管理（中外合作）</w:t>
            </w:r>
          </w:p>
        </w:tc>
        <w:tc>
          <w:tcPr>
            <w:tcW w:type="dxa" w:w="1080"/>
          </w:tcPr>
          <w:p>
            <w:r/>
          </w:p>
        </w:tc>
        <w:tc>
          <w:tcPr>
            <w:tcW w:type="dxa" w:w="1080"/>
          </w:tcPr>
          <w:p>
            <w: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入学教育</w:t>
            </w:r>
          </w:p>
        </w:tc>
        <w:tc>
          <w:tcPr>
            <w:tcW w:type="dxa" w:w="1080"/>
          </w:tcPr>
          <w:p>
            <w:r>
              <w:t>2AA31001</w:t>
            </w:r>
          </w:p>
        </w:tc>
        <w:tc>
          <w:tcPr>
            <w:tcW w:type="dxa" w:w="1080"/>
          </w:tcPr>
          <w:p>
            <w:r>
              <w:t>0.0</w:t>
            </w:r>
          </w:p>
        </w:tc>
        <w:tc>
          <w:tcPr>
            <w:tcW w:type="dxa" w:w="1080"/>
          </w:tcPr>
          <w:p>
            <w:r>
              <w:t>素质必修课</w:t>
            </w:r>
          </w:p>
        </w:tc>
        <w:tc>
          <w:tcPr>
            <w:tcW w:type="dxa" w:w="1080"/>
          </w:tcPr>
          <w:p>
            <w:r>
              <w:t>教务处</w:t>
            </w:r>
          </w:p>
        </w:tc>
        <w:tc>
          <w:tcPr>
            <w:tcW w:type="dxa" w:w="1080"/>
          </w:tcPr>
          <w:p>
            <w:r>
              <w:t>2023-2024</w:t>
            </w:r>
          </w:p>
        </w:tc>
        <w:tc>
          <w:tcPr>
            <w:tcW w:type="dxa" w:w="1080"/>
          </w:tcPr>
          <w:p>
            <w:r>
              <w:t>1</w:t>
            </w:r>
          </w:p>
        </w:tc>
      </w:tr>
      <w:tr>
        <w:tc>
          <w:tcPr>
            <w:tcW w:type="dxa" w:w="1080"/>
          </w:tcPr>
          <w:p>
            <w:r>
              <w:t>2</w:t>
            </w:r>
          </w:p>
        </w:tc>
        <w:tc>
          <w:tcPr>
            <w:tcW w:type="dxa" w:w="1080"/>
          </w:tcPr>
          <w:p>
            <w:r>
              <w:t>军事理论</w:t>
            </w:r>
          </w:p>
        </w:tc>
        <w:tc>
          <w:tcPr>
            <w:tcW w:type="dxa" w:w="1080"/>
          </w:tcPr>
          <w:p>
            <w:r>
              <w:t>2AS11001</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3</w:t>
            </w:r>
          </w:p>
        </w:tc>
        <w:tc>
          <w:tcPr>
            <w:tcW w:type="dxa" w:w="1080"/>
          </w:tcPr>
          <w:p>
            <w:r>
              <w:t>军事技能</w:t>
            </w:r>
          </w:p>
        </w:tc>
        <w:tc>
          <w:tcPr>
            <w:tcW w:type="dxa" w:w="1080"/>
          </w:tcPr>
          <w:p>
            <w:r>
              <w:t>2AS11002</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4</w:t>
            </w:r>
          </w:p>
        </w:tc>
        <w:tc>
          <w:tcPr>
            <w:tcW w:type="dxa" w:w="1080"/>
          </w:tcPr>
          <w:p>
            <w:r>
              <w:t>劳动教育实践</w:t>
            </w:r>
          </w:p>
        </w:tc>
        <w:tc>
          <w:tcPr>
            <w:tcW w:type="dxa" w:w="1080"/>
          </w:tcPr>
          <w:p>
            <w:r>
              <w:t>2CE21054</w:t>
            </w:r>
          </w:p>
        </w:tc>
        <w:tc>
          <w:tcPr>
            <w:tcW w:type="dxa" w:w="1080"/>
          </w:tcPr>
          <w:p>
            <w:r>
              <w:t>1.0</w:t>
            </w:r>
          </w:p>
        </w:tc>
        <w:tc>
          <w:tcPr>
            <w:tcW w:type="dxa" w:w="1080"/>
          </w:tcPr>
          <w:p>
            <w:r>
              <w:t>专业必修课</w:t>
            </w:r>
          </w:p>
        </w:tc>
        <w:tc>
          <w:tcPr>
            <w:tcW w:type="dxa" w:w="1080"/>
          </w:tcPr>
          <w:p>
            <w:r>
              <w:t>土木工程学院</w:t>
            </w:r>
          </w:p>
        </w:tc>
        <w:tc>
          <w:tcPr>
            <w:tcW w:type="dxa" w:w="1080"/>
          </w:tcPr>
          <w:p>
            <w:r>
              <w:t>2023-2024</w:t>
            </w:r>
          </w:p>
        </w:tc>
        <w:tc>
          <w:tcPr>
            <w:tcW w:type="dxa" w:w="1080"/>
          </w:tcPr>
          <w:p>
            <w:r>
              <w:t>1</w:t>
            </w:r>
          </w:p>
        </w:tc>
      </w:tr>
      <w:tr>
        <w:tc>
          <w:tcPr>
            <w:tcW w:type="dxa" w:w="1080"/>
          </w:tcPr>
          <w:p>
            <w:r>
              <w:t>5</w:t>
            </w:r>
          </w:p>
        </w:tc>
        <w:tc>
          <w:tcPr>
            <w:tcW w:type="dxa" w:w="1080"/>
          </w:tcPr>
          <w:p>
            <w:r>
              <w:t>工程管理导论A</w:t>
            </w:r>
          </w:p>
        </w:tc>
        <w:tc>
          <w:tcPr>
            <w:tcW w:type="dxa" w:w="1080"/>
          </w:tcPr>
          <w:p>
            <w:r>
              <w:t>2CE21801</w:t>
            </w:r>
          </w:p>
        </w:tc>
        <w:tc>
          <w:tcPr>
            <w:tcW w:type="dxa" w:w="1080"/>
          </w:tcPr>
          <w:p>
            <w:r>
              <w:t>3.0</w:t>
            </w:r>
          </w:p>
        </w:tc>
        <w:tc>
          <w:tcPr>
            <w:tcW w:type="dxa" w:w="1080"/>
          </w:tcPr>
          <w:p>
            <w:r>
              <w:t>专业必修课</w:t>
            </w:r>
          </w:p>
        </w:tc>
        <w:tc>
          <w:tcPr>
            <w:tcW w:type="dxa" w:w="1080"/>
          </w:tcPr>
          <w:p>
            <w:r>
              <w:t>土木工程学院</w:t>
            </w:r>
          </w:p>
        </w:tc>
        <w:tc>
          <w:tcPr>
            <w:tcW w:type="dxa" w:w="1080"/>
          </w:tcPr>
          <w:p>
            <w:r>
              <w:t>2023-2024</w:t>
            </w:r>
          </w:p>
        </w:tc>
        <w:tc>
          <w:tcPr>
            <w:tcW w:type="dxa" w:w="1080"/>
          </w:tcPr>
          <w:p>
            <w:r>
              <w:t>1</w:t>
            </w:r>
          </w:p>
        </w:tc>
      </w:tr>
      <w:tr>
        <w:tc>
          <w:tcPr>
            <w:tcW w:type="dxa" w:w="1080"/>
          </w:tcPr>
          <w:p>
            <w:r>
              <w:t>6</w:t>
            </w:r>
          </w:p>
        </w:tc>
        <w:tc>
          <w:tcPr>
            <w:tcW w:type="dxa" w:w="1080"/>
          </w:tcPr>
          <w:p>
            <w:r>
              <w:t>大学生心理健康实践</w:t>
            </w:r>
          </w:p>
        </w:tc>
        <w:tc>
          <w:tcPr>
            <w:tcW w:type="dxa" w:w="1080"/>
          </w:tcPr>
          <w:p>
            <w:r>
              <w:t>2ED11002</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7</w:t>
            </w:r>
          </w:p>
        </w:tc>
        <w:tc>
          <w:tcPr>
            <w:tcW w:type="dxa" w:w="1080"/>
          </w:tcPr>
          <w:p>
            <w:r>
              <w:t>英语技能（一）</w:t>
            </w:r>
          </w:p>
        </w:tc>
        <w:tc>
          <w:tcPr>
            <w:tcW w:type="dxa" w:w="1080"/>
          </w:tcPr>
          <w:p>
            <w:r>
              <w:t>2IE21001</w:t>
            </w:r>
          </w:p>
        </w:tc>
        <w:tc>
          <w:tcPr>
            <w:tcW w:type="dxa" w:w="1080"/>
          </w:tcPr>
          <w:p>
            <w:r>
              <w:t>2</w:t>
            </w:r>
          </w:p>
        </w:tc>
        <w:tc>
          <w:tcPr>
            <w:tcW w:type="dxa" w:w="1080"/>
          </w:tcPr>
          <w:p>
            <w:r>
              <w:t>专业必修课</w:t>
            </w:r>
          </w:p>
        </w:tc>
        <w:tc>
          <w:tcPr>
            <w:tcW w:type="dxa" w:w="1080"/>
          </w:tcPr>
          <w:p>
            <w:r>
              <w:t>国际教育学院</w:t>
            </w:r>
          </w:p>
        </w:tc>
        <w:tc>
          <w:tcPr>
            <w:tcW w:type="dxa" w:w="1080"/>
          </w:tcPr>
          <w:p>
            <w:r>
              <w:t>2023-2024</w:t>
            </w:r>
          </w:p>
        </w:tc>
        <w:tc>
          <w:tcPr>
            <w:tcW w:type="dxa" w:w="1080"/>
          </w:tcPr>
          <w:p>
            <w:r>
              <w:t>1</w:t>
            </w:r>
          </w:p>
        </w:tc>
      </w:tr>
      <w:tr>
        <w:tc>
          <w:tcPr>
            <w:tcW w:type="dxa" w:w="1080"/>
          </w:tcPr>
          <w:p>
            <w:r>
              <w:t>8</w:t>
            </w:r>
          </w:p>
        </w:tc>
        <w:tc>
          <w:tcPr>
            <w:tcW w:type="dxa" w:w="1080"/>
          </w:tcPr>
          <w:p>
            <w:r>
              <w:t>高等数学E(一)</w:t>
            </w:r>
          </w:p>
        </w:tc>
        <w:tc>
          <w:tcPr>
            <w:tcW w:type="dxa" w:w="1080"/>
          </w:tcPr>
          <w:p>
            <w:r>
              <w:t>2MA11008</w:t>
            </w:r>
          </w:p>
        </w:tc>
        <w:tc>
          <w:tcPr>
            <w:tcW w:type="dxa" w:w="1080"/>
          </w:tcPr>
          <w:p>
            <w:r>
              <w:t>4.0</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9</w:t>
            </w:r>
          </w:p>
        </w:tc>
        <w:tc>
          <w:tcPr>
            <w:tcW w:type="dxa" w:w="1080"/>
          </w:tcPr>
          <w:p>
            <w:r>
              <w:t>画法几何及工程制图</w:t>
            </w:r>
          </w:p>
        </w:tc>
        <w:tc>
          <w:tcPr>
            <w:tcW w:type="dxa" w:w="1080"/>
          </w:tcPr>
          <w:p>
            <w:r>
              <w:t>2ME21004</w:t>
            </w:r>
          </w:p>
        </w:tc>
        <w:tc>
          <w:tcPr>
            <w:tcW w:type="dxa" w:w="1080"/>
          </w:tcPr>
          <w:p>
            <w:r>
              <w:t>3</w:t>
            </w:r>
          </w:p>
        </w:tc>
        <w:tc>
          <w:tcPr>
            <w:tcW w:type="dxa" w:w="1080"/>
          </w:tcPr>
          <w:p>
            <w:r>
              <w:t>专业必修课</w:t>
            </w:r>
          </w:p>
        </w:tc>
        <w:tc>
          <w:tcPr>
            <w:tcW w:type="dxa" w:w="1080"/>
          </w:tcPr>
          <w:p>
            <w:r>
              <w:t>机械工程学院</w:t>
            </w:r>
          </w:p>
        </w:tc>
        <w:tc>
          <w:tcPr>
            <w:tcW w:type="dxa" w:w="1080"/>
          </w:tcPr>
          <w:p>
            <w:r>
              <w:t>2023-2024</w:t>
            </w:r>
          </w:p>
        </w:tc>
        <w:tc>
          <w:tcPr>
            <w:tcW w:type="dxa" w:w="1080"/>
          </w:tcPr>
          <w:p>
            <w:r>
              <w:t>1</w:t>
            </w:r>
          </w:p>
        </w:tc>
      </w:tr>
      <w:tr>
        <w:tc>
          <w:tcPr>
            <w:tcW w:type="dxa" w:w="1080"/>
          </w:tcPr>
          <w:p>
            <w:r>
              <w:t>10</w:t>
            </w:r>
          </w:p>
        </w:tc>
        <w:tc>
          <w:tcPr>
            <w:tcW w:type="dxa" w:w="1080"/>
          </w:tcPr>
          <w:p>
            <w:r>
              <w:t>思想道德与法治</w:t>
            </w:r>
          </w:p>
        </w:tc>
        <w:tc>
          <w:tcPr>
            <w:tcW w:type="dxa" w:w="1080"/>
          </w:tcPr>
          <w:p>
            <w:r>
              <w:t>2MX11001</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11</w:t>
            </w:r>
          </w:p>
        </w:tc>
        <w:tc>
          <w:tcPr>
            <w:tcW w:type="dxa" w:w="1080"/>
          </w:tcPr>
          <w:p>
            <w:r>
              <w:t>劳动教育理论</w:t>
            </w:r>
          </w:p>
        </w:tc>
        <w:tc>
          <w:tcPr>
            <w:tcW w:type="dxa" w:w="1080"/>
          </w:tcPr>
          <w:p>
            <w:r>
              <w:t>2SD11001</w:t>
            </w:r>
          </w:p>
        </w:tc>
        <w:tc>
          <w:tcPr>
            <w:tcW w:type="dxa" w:w="1080"/>
          </w:tcPr>
          <w:p>
            <w:r>
              <w:t>1.0</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12</w:t>
            </w:r>
          </w:p>
        </w:tc>
        <w:tc>
          <w:tcPr>
            <w:tcW w:type="dxa" w:w="1080"/>
          </w:tcPr>
          <w:p>
            <w:r>
              <w:t>体育(一)</w:t>
            </w:r>
          </w:p>
        </w:tc>
        <w:tc>
          <w:tcPr>
            <w:tcW w:type="dxa" w:w="1080"/>
          </w:tcPr>
          <w:p>
            <w:r>
              <w:t>2SP11001</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13</w:t>
            </w:r>
          </w:p>
        </w:tc>
        <w:tc>
          <w:tcPr>
            <w:tcW w:type="dxa" w:w="1080"/>
          </w:tcPr>
          <w:p>
            <w:r>
              <w:t>房屋建筑学A</w:t>
            </w:r>
          </w:p>
        </w:tc>
        <w:tc>
          <w:tcPr>
            <w:tcW w:type="dxa" w:w="1080"/>
          </w:tcPr>
          <w:p>
            <w:r>
              <w:t>2AU21902</w:t>
            </w:r>
          </w:p>
        </w:tc>
        <w:tc>
          <w:tcPr>
            <w:tcW w:type="dxa" w:w="1080"/>
          </w:tcPr>
          <w:p>
            <w:r>
              <w:t>2.5</w:t>
            </w:r>
          </w:p>
        </w:tc>
        <w:tc>
          <w:tcPr>
            <w:tcW w:type="dxa" w:w="1080"/>
          </w:tcPr>
          <w:p>
            <w:r>
              <w:t>专业必修课</w:t>
            </w:r>
          </w:p>
        </w:tc>
        <w:tc>
          <w:tcPr>
            <w:tcW w:type="dxa" w:w="1080"/>
          </w:tcPr>
          <w:p>
            <w:r>
              <w:t>建筑与城市规划学院</w:t>
            </w:r>
          </w:p>
        </w:tc>
        <w:tc>
          <w:tcPr>
            <w:tcW w:type="dxa" w:w="1080"/>
          </w:tcPr>
          <w:p>
            <w:r>
              <w:t>2023-2024</w:t>
            </w:r>
          </w:p>
        </w:tc>
        <w:tc>
          <w:tcPr>
            <w:tcW w:type="dxa" w:w="1080"/>
          </w:tcPr>
          <w:p>
            <w:r>
              <w:t>2</w:t>
            </w:r>
          </w:p>
        </w:tc>
      </w:tr>
      <w:tr>
        <w:tc>
          <w:tcPr>
            <w:tcW w:type="dxa" w:w="1080"/>
          </w:tcPr>
          <w:p>
            <w:r>
              <w:t>14</w:t>
            </w:r>
          </w:p>
        </w:tc>
        <w:tc>
          <w:tcPr>
            <w:tcW w:type="dxa" w:w="1080"/>
          </w:tcPr>
          <w:p>
            <w:r>
              <w:t>房屋建筑学课程设计B</w:t>
            </w:r>
          </w:p>
        </w:tc>
        <w:tc>
          <w:tcPr>
            <w:tcW w:type="dxa" w:w="1080"/>
          </w:tcPr>
          <w:p>
            <w:r>
              <w:t>2AU21903</w:t>
            </w:r>
          </w:p>
        </w:tc>
        <w:tc>
          <w:tcPr>
            <w:tcW w:type="dxa" w:w="1080"/>
          </w:tcPr>
          <w:p>
            <w:r>
              <w:t>1.0</w:t>
            </w:r>
          </w:p>
        </w:tc>
        <w:tc>
          <w:tcPr>
            <w:tcW w:type="dxa" w:w="1080"/>
          </w:tcPr>
          <w:p>
            <w:r>
              <w:t>专业必修课</w:t>
            </w:r>
          </w:p>
        </w:tc>
        <w:tc>
          <w:tcPr>
            <w:tcW w:type="dxa" w:w="1080"/>
          </w:tcPr>
          <w:p>
            <w:r>
              <w:t>建筑与城市规划学院</w:t>
            </w:r>
          </w:p>
        </w:tc>
        <w:tc>
          <w:tcPr>
            <w:tcW w:type="dxa" w:w="1080"/>
          </w:tcPr>
          <w:p>
            <w:r>
              <w:t>2023-2024</w:t>
            </w:r>
          </w:p>
        </w:tc>
        <w:tc>
          <w:tcPr>
            <w:tcW w:type="dxa" w:w="1080"/>
          </w:tcPr>
          <w:p>
            <w:r>
              <w:t>2</w:t>
            </w:r>
          </w:p>
        </w:tc>
      </w:tr>
      <w:tr>
        <w:tc>
          <w:tcPr>
            <w:tcW w:type="dxa" w:w="1080"/>
          </w:tcPr>
          <w:p>
            <w:r>
              <w:t>15</w:t>
            </w:r>
          </w:p>
        </w:tc>
        <w:tc>
          <w:tcPr>
            <w:tcW w:type="dxa" w:w="1080"/>
          </w:tcPr>
          <w:p>
            <w:r>
              <w:t>创新创业教育基础</w:t>
            </w:r>
          </w:p>
        </w:tc>
        <w:tc>
          <w:tcPr>
            <w:tcW w:type="dxa" w:w="1080"/>
          </w:tcPr>
          <w:p>
            <w:r>
              <w:t>2BU11001</w:t>
            </w:r>
          </w:p>
        </w:tc>
        <w:tc>
          <w:tcPr>
            <w:tcW w:type="dxa" w:w="1080"/>
          </w:tcPr>
          <w:p>
            <w:r>
              <w:t>1</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16</w:t>
            </w:r>
          </w:p>
        </w:tc>
        <w:tc>
          <w:tcPr>
            <w:tcW w:type="dxa" w:w="1080"/>
          </w:tcPr>
          <w:p>
            <w:r>
              <w:t>工程力学A(一)</w:t>
            </w:r>
          </w:p>
        </w:tc>
        <w:tc>
          <w:tcPr>
            <w:tcW w:type="dxa" w:w="1080"/>
          </w:tcPr>
          <w:p>
            <w:r>
              <w:t>2CE21007</w:t>
            </w:r>
          </w:p>
        </w:tc>
        <w:tc>
          <w:tcPr>
            <w:tcW w:type="dxa" w:w="1080"/>
          </w:tcPr>
          <w:p>
            <w:r>
              <w:t>3.0</w:t>
            </w:r>
          </w:p>
        </w:tc>
        <w:tc>
          <w:tcPr>
            <w:tcW w:type="dxa" w:w="1080"/>
          </w:tcPr>
          <w:p>
            <w:r>
              <w:t>专业必修课</w:t>
            </w:r>
          </w:p>
        </w:tc>
        <w:tc>
          <w:tcPr>
            <w:tcW w:type="dxa" w:w="1080"/>
          </w:tcPr>
          <w:p>
            <w:r>
              <w:t>土木工程学院</w:t>
            </w:r>
          </w:p>
        </w:tc>
        <w:tc>
          <w:tcPr>
            <w:tcW w:type="dxa" w:w="1080"/>
          </w:tcPr>
          <w:p>
            <w:r>
              <w:t>2023-2024</w:t>
            </w:r>
          </w:p>
        </w:tc>
        <w:tc>
          <w:tcPr>
            <w:tcW w:type="dxa" w:w="1080"/>
          </w:tcPr>
          <w:p>
            <w:r>
              <w:t>2</w:t>
            </w:r>
          </w:p>
        </w:tc>
      </w:tr>
      <w:tr>
        <w:tc>
          <w:tcPr>
            <w:tcW w:type="dxa" w:w="1080"/>
          </w:tcPr>
          <w:p>
            <w:r>
              <w:t>17</w:t>
            </w:r>
          </w:p>
        </w:tc>
        <w:tc>
          <w:tcPr>
            <w:tcW w:type="dxa" w:w="1080"/>
          </w:tcPr>
          <w:p>
            <w:r>
              <w:t>工程经济学A</w:t>
            </w:r>
          </w:p>
        </w:tc>
        <w:tc>
          <w:tcPr>
            <w:tcW w:type="dxa" w:w="1080"/>
          </w:tcPr>
          <w:p>
            <w:r>
              <w:t>2CE21803</w:t>
            </w:r>
          </w:p>
        </w:tc>
        <w:tc>
          <w:tcPr>
            <w:tcW w:type="dxa" w:w="1080"/>
          </w:tcPr>
          <w:p>
            <w:r>
              <w:t>3</w:t>
            </w:r>
          </w:p>
        </w:tc>
        <w:tc>
          <w:tcPr>
            <w:tcW w:type="dxa" w:w="1080"/>
          </w:tcPr>
          <w:p>
            <w:r>
              <w:t>专业必修课</w:t>
            </w:r>
          </w:p>
        </w:tc>
        <w:tc>
          <w:tcPr>
            <w:tcW w:type="dxa" w:w="1080"/>
          </w:tcPr>
          <w:p>
            <w:r>
              <w:t>土木工程学院</w:t>
            </w:r>
          </w:p>
        </w:tc>
        <w:tc>
          <w:tcPr>
            <w:tcW w:type="dxa" w:w="1080"/>
          </w:tcPr>
          <w:p>
            <w:r>
              <w:t>2023-2024</w:t>
            </w:r>
          </w:p>
        </w:tc>
        <w:tc>
          <w:tcPr>
            <w:tcW w:type="dxa" w:w="1080"/>
          </w:tcPr>
          <w:p>
            <w:r>
              <w:t>2</w:t>
            </w:r>
          </w:p>
        </w:tc>
      </w:tr>
      <w:tr>
        <w:tc>
          <w:tcPr>
            <w:tcW w:type="dxa" w:w="1080"/>
          </w:tcPr>
          <w:p>
            <w:r>
              <w:t>18</w:t>
            </w:r>
          </w:p>
        </w:tc>
        <w:tc>
          <w:tcPr>
            <w:tcW w:type="dxa" w:w="1080"/>
          </w:tcPr>
          <w:p>
            <w:r>
              <w:t>专业实践一</w:t>
            </w:r>
          </w:p>
        </w:tc>
        <w:tc>
          <w:tcPr>
            <w:tcW w:type="dxa" w:w="1080"/>
          </w:tcPr>
          <w:p>
            <w:r>
              <w:t>2CE21809</w:t>
            </w:r>
          </w:p>
        </w:tc>
        <w:tc>
          <w:tcPr>
            <w:tcW w:type="dxa" w:w="1080"/>
          </w:tcPr>
          <w:p>
            <w:r>
              <w:t>1</w:t>
            </w:r>
          </w:p>
        </w:tc>
        <w:tc>
          <w:tcPr>
            <w:tcW w:type="dxa" w:w="1080"/>
          </w:tcPr>
          <w:p>
            <w:r>
              <w:t>专业必修课</w:t>
            </w:r>
          </w:p>
        </w:tc>
        <w:tc>
          <w:tcPr>
            <w:tcW w:type="dxa" w:w="1080"/>
          </w:tcPr>
          <w:p>
            <w:r>
              <w:t>土木工程学院</w:t>
            </w:r>
          </w:p>
        </w:tc>
        <w:tc>
          <w:tcPr>
            <w:tcW w:type="dxa" w:w="1080"/>
          </w:tcPr>
          <w:p>
            <w:r>
              <w:t>2023-2024</w:t>
            </w:r>
          </w:p>
        </w:tc>
        <w:tc>
          <w:tcPr>
            <w:tcW w:type="dxa" w:w="1080"/>
          </w:tcPr>
          <w:p>
            <w:r>
              <w:t>2</w:t>
            </w:r>
          </w:p>
        </w:tc>
      </w:tr>
      <w:tr>
        <w:tc>
          <w:tcPr>
            <w:tcW w:type="dxa" w:w="1080"/>
          </w:tcPr>
          <w:p>
            <w:r>
              <w:t>19</w:t>
            </w:r>
          </w:p>
        </w:tc>
        <w:tc>
          <w:tcPr>
            <w:tcW w:type="dxa" w:w="1080"/>
          </w:tcPr>
          <w:p>
            <w:r>
              <w:t>大学生心理健康教育</w:t>
            </w:r>
          </w:p>
        </w:tc>
        <w:tc>
          <w:tcPr>
            <w:tcW w:type="dxa" w:w="1080"/>
          </w:tcPr>
          <w:p>
            <w:r>
              <w:t>2ED11001</w:t>
            </w:r>
          </w:p>
        </w:tc>
        <w:tc>
          <w:tcPr>
            <w:tcW w:type="dxa" w:w="1080"/>
          </w:tcPr>
          <w:p>
            <w:r>
              <w:t>1</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20</w:t>
            </w:r>
          </w:p>
        </w:tc>
        <w:tc>
          <w:tcPr>
            <w:tcW w:type="dxa" w:w="1080"/>
          </w:tcPr>
          <w:p>
            <w:r>
              <w:t>测量学C</w:t>
            </w:r>
          </w:p>
        </w:tc>
        <w:tc>
          <w:tcPr>
            <w:tcW w:type="dxa" w:w="1080"/>
          </w:tcPr>
          <w:p>
            <w:r>
              <w:t>2GS21003</w:t>
            </w:r>
          </w:p>
        </w:tc>
        <w:tc>
          <w:tcPr>
            <w:tcW w:type="dxa" w:w="1080"/>
          </w:tcPr>
          <w:p>
            <w:r>
              <w:t>2</w:t>
            </w:r>
          </w:p>
        </w:tc>
        <w:tc>
          <w:tcPr>
            <w:tcW w:type="dxa" w:w="1080"/>
          </w:tcPr>
          <w:p>
            <w:r>
              <w:t>专业必修课</w:t>
            </w:r>
          </w:p>
        </w:tc>
        <w:tc>
          <w:tcPr>
            <w:tcW w:type="dxa" w:w="1080"/>
          </w:tcPr>
          <w:p>
            <w:r>
              <w:t>地理科学与测绘工程学院</w:t>
            </w:r>
          </w:p>
        </w:tc>
        <w:tc>
          <w:tcPr>
            <w:tcW w:type="dxa" w:w="1080"/>
          </w:tcPr>
          <w:p>
            <w:r>
              <w:t>2023-2024</w:t>
            </w:r>
          </w:p>
        </w:tc>
        <w:tc>
          <w:tcPr>
            <w:tcW w:type="dxa" w:w="1080"/>
          </w:tcPr>
          <w:p>
            <w:r>
              <w:t>2</w:t>
            </w:r>
          </w:p>
        </w:tc>
      </w:tr>
      <w:tr>
        <w:tc>
          <w:tcPr>
            <w:tcW w:type="dxa" w:w="1080"/>
          </w:tcPr>
          <w:p>
            <w:r>
              <w:t>21</w:t>
            </w:r>
          </w:p>
        </w:tc>
        <w:tc>
          <w:tcPr>
            <w:tcW w:type="dxa" w:w="1080"/>
          </w:tcPr>
          <w:p>
            <w:r>
              <w:t>测量实习</w:t>
            </w:r>
          </w:p>
        </w:tc>
        <w:tc>
          <w:tcPr>
            <w:tcW w:type="dxa" w:w="1080"/>
          </w:tcPr>
          <w:p>
            <w:r>
              <w:t>2GS21011</w:t>
            </w:r>
          </w:p>
        </w:tc>
        <w:tc>
          <w:tcPr>
            <w:tcW w:type="dxa" w:w="1080"/>
          </w:tcPr>
          <w:p>
            <w:r>
              <w:t>1</w:t>
            </w:r>
          </w:p>
        </w:tc>
        <w:tc>
          <w:tcPr>
            <w:tcW w:type="dxa" w:w="1080"/>
          </w:tcPr>
          <w:p>
            <w:r>
              <w:t>专业必修课</w:t>
            </w:r>
          </w:p>
        </w:tc>
        <w:tc>
          <w:tcPr>
            <w:tcW w:type="dxa" w:w="1080"/>
          </w:tcPr>
          <w:p>
            <w:r>
              <w:t>地理科学与测绘工程学院</w:t>
            </w:r>
          </w:p>
        </w:tc>
        <w:tc>
          <w:tcPr>
            <w:tcW w:type="dxa" w:w="1080"/>
          </w:tcPr>
          <w:p>
            <w:r>
              <w:t>2023-2024</w:t>
            </w:r>
          </w:p>
        </w:tc>
        <w:tc>
          <w:tcPr>
            <w:tcW w:type="dxa" w:w="1080"/>
          </w:tcPr>
          <w:p>
            <w:r>
              <w:t>2</w:t>
            </w:r>
          </w:p>
        </w:tc>
      </w:tr>
      <w:tr>
        <w:tc>
          <w:tcPr>
            <w:tcW w:type="dxa" w:w="1080"/>
          </w:tcPr>
          <w:p>
            <w:r>
              <w:t>22</w:t>
            </w:r>
          </w:p>
        </w:tc>
        <w:tc>
          <w:tcPr>
            <w:tcW w:type="dxa" w:w="1080"/>
          </w:tcPr>
          <w:p>
            <w:r>
              <w:t>英语技能（二）</w:t>
            </w:r>
          </w:p>
        </w:tc>
        <w:tc>
          <w:tcPr>
            <w:tcW w:type="dxa" w:w="1080"/>
          </w:tcPr>
          <w:p>
            <w:r>
              <w:t>2IE21002</w:t>
            </w:r>
          </w:p>
        </w:tc>
        <w:tc>
          <w:tcPr>
            <w:tcW w:type="dxa" w:w="1080"/>
          </w:tcPr>
          <w:p>
            <w:r>
              <w:t>2</w:t>
            </w:r>
          </w:p>
        </w:tc>
        <w:tc>
          <w:tcPr>
            <w:tcW w:type="dxa" w:w="1080"/>
          </w:tcPr>
          <w:p>
            <w:r>
              <w:t>专业必修课</w:t>
            </w:r>
          </w:p>
        </w:tc>
        <w:tc>
          <w:tcPr>
            <w:tcW w:type="dxa" w:w="1080"/>
          </w:tcPr>
          <w:p>
            <w:r>
              <w:t>国际教育学院</w:t>
            </w:r>
          </w:p>
        </w:tc>
        <w:tc>
          <w:tcPr>
            <w:tcW w:type="dxa" w:w="1080"/>
          </w:tcPr>
          <w:p>
            <w:r>
              <w:t>2023-2024</w:t>
            </w:r>
          </w:p>
        </w:tc>
        <w:tc>
          <w:tcPr>
            <w:tcW w:type="dxa" w:w="1080"/>
          </w:tcPr>
          <w:p>
            <w:r>
              <w:t>2</w:t>
            </w:r>
          </w:p>
        </w:tc>
      </w:tr>
      <w:tr>
        <w:tc>
          <w:tcPr>
            <w:tcW w:type="dxa" w:w="1080"/>
          </w:tcPr>
          <w:p>
            <w:r>
              <w:t>23</w:t>
            </w:r>
          </w:p>
        </w:tc>
        <w:tc>
          <w:tcPr>
            <w:tcW w:type="dxa" w:w="1080"/>
          </w:tcPr>
          <w:p>
            <w:r>
              <w:t>高等数学E(二)</w:t>
            </w:r>
          </w:p>
        </w:tc>
        <w:tc>
          <w:tcPr>
            <w:tcW w:type="dxa" w:w="1080"/>
          </w:tcPr>
          <w:p>
            <w:r>
              <w:t>2MA11009</w:t>
            </w:r>
          </w:p>
        </w:tc>
        <w:tc>
          <w:tcPr>
            <w:tcW w:type="dxa" w:w="1080"/>
          </w:tcPr>
          <w:p>
            <w:r>
              <w:t>3.0</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24</w:t>
            </w:r>
          </w:p>
        </w:tc>
        <w:tc>
          <w:tcPr>
            <w:tcW w:type="dxa" w:w="1080"/>
          </w:tcPr>
          <w:p>
            <w:r>
              <w:t>线性代数C</w:t>
            </w:r>
          </w:p>
        </w:tc>
        <w:tc>
          <w:tcPr>
            <w:tcW w:type="dxa" w:w="1080"/>
          </w:tcPr>
          <w:p>
            <w:r>
              <w:t>2MA11013</w:t>
            </w:r>
          </w:p>
        </w:tc>
        <w:tc>
          <w:tcPr>
            <w:tcW w:type="dxa" w:w="1080"/>
          </w:tcPr>
          <w:p>
            <w:r>
              <w:t>2.0</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25</w:t>
            </w:r>
          </w:p>
        </w:tc>
        <w:tc>
          <w:tcPr>
            <w:tcW w:type="dxa" w:w="1080"/>
          </w:tcPr>
          <w:p>
            <w:r>
              <w:t>中国近现代史纲要</w:t>
            </w:r>
          </w:p>
        </w:tc>
        <w:tc>
          <w:tcPr>
            <w:tcW w:type="dxa" w:w="1080"/>
          </w:tcPr>
          <w:p>
            <w:r>
              <w:t>2MX11002</w:t>
            </w:r>
          </w:p>
        </w:tc>
        <w:tc>
          <w:tcPr>
            <w:tcW w:type="dxa" w:w="1080"/>
          </w:tcPr>
          <w:p>
            <w:r>
              <w:t>3</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26</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27</w:t>
            </w:r>
          </w:p>
        </w:tc>
        <w:tc>
          <w:tcPr>
            <w:tcW w:type="dxa" w:w="1080"/>
          </w:tcPr>
          <w:p>
            <w:r>
              <w:t>体育(二)</w:t>
            </w:r>
          </w:p>
        </w:tc>
        <w:tc>
          <w:tcPr>
            <w:tcW w:type="dxa" w:w="1080"/>
          </w:tcPr>
          <w:p>
            <w:r>
              <w:t>2SP11002</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28</w:t>
            </w:r>
          </w:p>
        </w:tc>
        <w:tc>
          <w:tcPr>
            <w:tcW w:type="dxa" w:w="1080"/>
          </w:tcPr>
          <w:p>
            <w:r>
              <w:t>工程力学A(二)</w:t>
            </w:r>
          </w:p>
        </w:tc>
        <w:tc>
          <w:tcPr>
            <w:tcW w:type="dxa" w:w="1080"/>
          </w:tcPr>
          <w:p>
            <w:r>
              <w:t>2CE21008</w:t>
            </w:r>
          </w:p>
        </w:tc>
        <w:tc>
          <w:tcPr>
            <w:tcW w:type="dxa" w:w="1080"/>
          </w:tcPr>
          <w:p>
            <w:r>
              <w:t>2.0</w:t>
            </w:r>
          </w:p>
        </w:tc>
        <w:tc>
          <w:tcPr>
            <w:tcW w:type="dxa" w:w="1080"/>
          </w:tcPr>
          <w:p>
            <w:r>
              <w:t>专业必修课</w:t>
            </w:r>
          </w:p>
        </w:tc>
        <w:tc>
          <w:tcPr>
            <w:tcW w:type="dxa" w:w="1080"/>
          </w:tcPr>
          <w:p>
            <w:r>
              <w:t>土木工程学院</w:t>
            </w:r>
          </w:p>
        </w:tc>
        <w:tc>
          <w:tcPr>
            <w:tcW w:type="dxa" w:w="1080"/>
          </w:tcPr>
          <w:p>
            <w:r>
              <w:t>2024-2025</w:t>
            </w:r>
          </w:p>
        </w:tc>
        <w:tc>
          <w:tcPr>
            <w:tcW w:type="dxa" w:w="1080"/>
          </w:tcPr>
          <w:p>
            <w:r>
              <w:t>1</w:t>
            </w:r>
          </w:p>
        </w:tc>
      </w:tr>
      <w:tr>
        <w:tc>
          <w:tcPr>
            <w:tcW w:type="dxa" w:w="1080"/>
          </w:tcPr>
          <w:p>
            <w:r>
              <w:t>29</w:t>
            </w:r>
          </w:p>
        </w:tc>
        <w:tc>
          <w:tcPr>
            <w:tcW w:type="dxa" w:w="1080"/>
          </w:tcPr>
          <w:p>
            <w:r>
              <w:t>经济学</w:t>
            </w:r>
          </w:p>
        </w:tc>
        <w:tc>
          <w:tcPr>
            <w:tcW w:type="dxa" w:w="1080"/>
          </w:tcPr>
          <w:p>
            <w:r>
              <w:t>2CE21046</w:t>
            </w:r>
          </w:p>
        </w:tc>
        <w:tc>
          <w:tcPr>
            <w:tcW w:type="dxa" w:w="1080"/>
          </w:tcPr>
          <w:p>
            <w:r>
              <w:t>3</w:t>
            </w:r>
          </w:p>
        </w:tc>
        <w:tc>
          <w:tcPr>
            <w:tcW w:type="dxa" w:w="1080"/>
          </w:tcPr>
          <w:p>
            <w:r>
              <w:t>专业必修课</w:t>
            </w:r>
          </w:p>
        </w:tc>
        <w:tc>
          <w:tcPr>
            <w:tcW w:type="dxa" w:w="1080"/>
          </w:tcPr>
          <w:p>
            <w:r>
              <w:t>土木工程学院</w:t>
            </w:r>
          </w:p>
        </w:tc>
        <w:tc>
          <w:tcPr>
            <w:tcW w:type="dxa" w:w="1080"/>
          </w:tcPr>
          <w:p>
            <w:r>
              <w:t>2024-2025</w:t>
            </w:r>
          </w:p>
        </w:tc>
        <w:tc>
          <w:tcPr>
            <w:tcW w:type="dxa" w:w="1080"/>
          </w:tcPr>
          <w:p>
            <w:r>
              <w:t>1</w:t>
            </w:r>
          </w:p>
        </w:tc>
      </w:tr>
      <w:tr>
        <w:tc>
          <w:tcPr>
            <w:tcW w:type="dxa" w:w="1080"/>
          </w:tcPr>
          <w:p>
            <w:r>
              <w:t>30</w:t>
            </w:r>
          </w:p>
        </w:tc>
        <w:tc>
          <w:tcPr>
            <w:tcW w:type="dxa" w:w="1080"/>
          </w:tcPr>
          <w:p>
            <w:r>
              <w:t>土木工程材料A</w:t>
            </w:r>
          </w:p>
        </w:tc>
        <w:tc>
          <w:tcPr>
            <w:tcW w:type="dxa" w:w="1080"/>
          </w:tcPr>
          <w:p>
            <w:r>
              <w:t>2CE21050</w:t>
            </w:r>
          </w:p>
        </w:tc>
        <w:tc>
          <w:tcPr>
            <w:tcW w:type="dxa" w:w="1080"/>
          </w:tcPr>
          <w:p>
            <w:r>
              <w:t>3</w:t>
            </w:r>
          </w:p>
        </w:tc>
        <w:tc>
          <w:tcPr>
            <w:tcW w:type="dxa" w:w="1080"/>
          </w:tcPr>
          <w:p>
            <w:r>
              <w:t>专业必修课</w:t>
            </w:r>
          </w:p>
        </w:tc>
        <w:tc>
          <w:tcPr>
            <w:tcW w:type="dxa" w:w="1080"/>
          </w:tcPr>
          <w:p>
            <w:r>
              <w:t>土木工程学院</w:t>
            </w:r>
          </w:p>
        </w:tc>
        <w:tc>
          <w:tcPr>
            <w:tcW w:type="dxa" w:w="1080"/>
          </w:tcPr>
          <w:p>
            <w:r>
              <w:t>2024-2025</w:t>
            </w:r>
          </w:p>
        </w:tc>
        <w:tc>
          <w:tcPr>
            <w:tcW w:type="dxa" w:w="1080"/>
          </w:tcPr>
          <w:p>
            <w:r>
              <w:t>1</w:t>
            </w:r>
          </w:p>
        </w:tc>
      </w:tr>
      <w:tr>
        <w:tc>
          <w:tcPr>
            <w:tcW w:type="dxa" w:w="1080"/>
          </w:tcPr>
          <w:p>
            <w:r>
              <w:t>31</w:t>
            </w:r>
          </w:p>
        </w:tc>
        <w:tc>
          <w:tcPr>
            <w:tcW w:type="dxa" w:w="1080"/>
          </w:tcPr>
          <w:p>
            <w:r>
              <w:t>项目开发与评估</w:t>
            </w:r>
          </w:p>
        </w:tc>
        <w:tc>
          <w:tcPr>
            <w:tcW w:type="dxa" w:w="1080"/>
          </w:tcPr>
          <w:p>
            <w:r>
              <w:t>2CE21808</w:t>
            </w:r>
          </w:p>
        </w:tc>
        <w:tc>
          <w:tcPr>
            <w:tcW w:type="dxa" w:w="1080"/>
          </w:tcPr>
          <w:p>
            <w:r>
              <w:t>2</w:t>
            </w:r>
          </w:p>
        </w:tc>
        <w:tc>
          <w:tcPr>
            <w:tcW w:type="dxa" w:w="1080"/>
          </w:tcPr>
          <w:p>
            <w:r>
              <w:t>专业必修课</w:t>
            </w:r>
          </w:p>
        </w:tc>
        <w:tc>
          <w:tcPr>
            <w:tcW w:type="dxa" w:w="1080"/>
          </w:tcPr>
          <w:p>
            <w:r>
              <w:t>土木工程学院</w:t>
            </w:r>
          </w:p>
        </w:tc>
        <w:tc>
          <w:tcPr>
            <w:tcW w:type="dxa" w:w="1080"/>
          </w:tcPr>
          <w:p>
            <w:r>
              <w:t>2024-2025</w:t>
            </w:r>
          </w:p>
        </w:tc>
        <w:tc>
          <w:tcPr>
            <w:tcW w:type="dxa" w:w="1080"/>
          </w:tcPr>
          <w:p>
            <w:r>
              <w:t>1</w:t>
            </w:r>
          </w:p>
        </w:tc>
      </w:tr>
      <w:tr>
        <w:tc>
          <w:tcPr>
            <w:tcW w:type="dxa" w:w="1080"/>
          </w:tcPr>
          <w:p>
            <w:r>
              <w:t>32</w:t>
            </w:r>
          </w:p>
        </w:tc>
        <w:tc>
          <w:tcPr>
            <w:tcW w:type="dxa" w:w="1080"/>
          </w:tcPr>
          <w:p>
            <w:r>
              <w:t>工程地质与地基基础</w:t>
            </w:r>
          </w:p>
        </w:tc>
        <w:tc>
          <w:tcPr>
            <w:tcW w:type="dxa" w:w="1080"/>
          </w:tcPr>
          <w:p>
            <w:r>
              <w:t>2CE21811</w:t>
            </w:r>
          </w:p>
        </w:tc>
        <w:tc>
          <w:tcPr>
            <w:tcW w:type="dxa" w:w="1080"/>
          </w:tcPr>
          <w:p>
            <w:r>
              <w:t>3</w:t>
            </w:r>
          </w:p>
        </w:tc>
        <w:tc>
          <w:tcPr>
            <w:tcW w:type="dxa" w:w="1080"/>
          </w:tcPr>
          <w:p>
            <w:r>
              <w:t>专业必修课</w:t>
            </w:r>
          </w:p>
        </w:tc>
        <w:tc>
          <w:tcPr>
            <w:tcW w:type="dxa" w:w="1080"/>
          </w:tcPr>
          <w:p>
            <w:r>
              <w:t>土木工程学院</w:t>
            </w:r>
          </w:p>
        </w:tc>
        <w:tc>
          <w:tcPr>
            <w:tcW w:type="dxa" w:w="1080"/>
          </w:tcPr>
          <w:p>
            <w:r>
              <w:t>2024-2025</w:t>
            </w:r>
          </w:p>
        </w:tc>
        <w:tc>
          <w:tcPr>
            <w:tcW w:type="dxa" w:w="1080"/>
          </w:tcPr>
          <w:p>
            <w:r>
              <w:t>1</w:t>
            </w:r>
          </w:p>
        </w:tc>
      </w:tr>
      <w:tr>
        <w:tc>
          <w:tcPr>
            <w:tcW w:type="dxa" w:w="1080"/>
          </w:tcPr>
          <w:p>
            <w:r>
              <w:t>33</w:t>
            </w:r>
          </w:p>
        </w:tc>
        <w:tc>
          <w:tcPr>
            <w:tcW w:type="dxa" w:w="1080"/>
          </w:tcPr>
          <w:p>
            <w:r>
              <w:t>雅思读写(一)</w:t>
            </w:r>
          </w:p>
        </w:tc>
        <w:tc>
          <w:tcPr>
            <w:tcW w:type="dxa" w:w="1080"/>
          </w:tcPr>
          <w:p>
            <w:r>
              <w:t>2FL21701</w:t>
            </w:r>
          </w:p>
        </w:tc>
        <w:tc>
          <w:tcPr>
            <w:tcW w:type="dxa" w:w="1080"/>
          </w:tcPr>
          <w:p>
            <w:r>
              <w:t>2</w:t>
            </w:r>
          </w:p>
        </w:tc>
        <w:tc>
          <w:tcPr>
            <w:tcW w:type="dxa" w:w="1080"/>
          </w:tcPr>
          <w:p>
            <w:r>
              <w:t>专业必修课</w:t>
            </w:r>
          </w:p>
        </w:tc>
        <w:tc>
          <w:tcPr>
            <w:tcW w:type="dxa" w:w="1080"/>
          </w:tcPr>
          <w:p>
            <w:r>
              <w:t>外国语学院</w:t>
            </w:r>
          </w:p>
        </w:tc>
        <w:tc>
          <w:tcPr>
            <w:tcW w:type="dxa" w:w="1080"/>
          </w:tcPr>
          <w:p>
            <w:r>
              <w:t>2024-2025</w:t>
            </w:r>
          </w:p>
        </w:tc>
        <w:tc>
          <w:tcPr>
            <w:tcW w:type="dxa" w:w="1080"/>
          </w:tcPr>
          <w:p>
            <w:r>
              <w:t>1</w:t>
            </w:r>
          </w:p>
        </w:tc>
      </w:tr>
      <w:tr>
        <w:tc>
          <w:tcPr>
            <w:tcW w:type="dxa" w:w="1080"/>
          </w:tcPr>
          <w:p>
            <w:r>
              <w:t>34</w:t>
            </w:r>
          </w:p>
        </w:tc>
        <w:tc>
          <w:tcPr>
            <w:tcW w:type="dxa" w:w="1080"/>
          </w:tcPr>
          <w:p>
            <w:r>
              <w:t>雅思听说(一)</w:t>
            </w:r>
          </w:p>
        </w:tc>
        <w:tc>
          <w:tcPr>
            <w:tcW w:type="dxa" w:w="1080"/>
          </w:tcPr>
          <w:p>
            <w:r>
              <w:t>2FL21704</w:t>
            </w:r>
          </w:p>
        </w:tc>
        <w:tc>
          <w:tcPr>
            <w:tcW w:type="dxa" w:w="1080"/>
          </w:tcPr>
          <w:p>
            <w:r>
              <w:t>2</w:t>
            </w:r>
          </w:p>
        </w:tc>
        <w:tc>
          <w:tcPr>
            <w:tcW w:type="dxa" w:w="1080"/>
          </w:tcPr>
          <w:p>
            <w:r>
              <w:t>专业必修课</w:t>
            </w:r>
          </w:p>
        </w:tc>
        <w:tc>
          <w:tcPr>
            <w:tcW w:type="dxa" w:w="1080"/>
          </w:tcPr>
          <w:p>
            <w:r>
              <w:t>外国语学院</w:t>
            </w:r>
          </w:p>
        </w:tc>
        <w:tc>
          <w:tcPr>
            <w:tcW w:type="dxa" w:w="1080"/>
          </w:tcPr>
          <w:p>
            <w:r>
              <w:t>2024-2025</w:t>
            </w:r>
          </w:p>
        </w:tc>
        <w:tc>
          <w:tcPr>
            <w:tcW w:type="dxa" w:w="1080"/>
          </w:tcPr>
          <w:p>
            <w:r>
              <w:t>1</w:t>
            </w:r>
          </w:p>
        </w:tc>
      </w:tr>
      <w:tr>
        <w:tc>
          <w:tcPr>
            <w:tcW w:type="dxa" w:w="1080"/>
          </w:tcPr>
          <w:p>
            <w:r>
              <w:t>35</w:t>
            </w:r>
          </w:p>
        </w:tc>
        <w:tc>
          <w:tcPr>
            <w:tcW w:type="dxa" w:w="1080"/>
          </w:tcPr>
          <w:p>
            <w:r>
              <w:t>学术阅读</w:t>
            </w:r>
          </w:p>
        </w:tc>
        <w:tc>
          <w:tcPr>
            <w:tcW w:type="dxa" w:w="1080"/>
          </w:tcPr>
          <w:p>
            <w:r>
              <w:t>2IE21003</w:t>
            </w:r>
          </w:p>
        </w:tc>
        <w:tc>
          <w:tcPr>
            <w:tcW w:type="dxa" w:w="1080"/>
          </w:tcPr>
          <w:p>
            <w:r>
              <w:t>2</w:t>
            </w:r>
          </w:p>
        </w:tc>
        <w:tc>
          <w:tcPr>
            <w:tcW w:type="dxa" w:w="1080"/>
          </w:tcPr>
          <w:p>
            <w:r>
              <w:t>专业必修课</w:t>
            </w:r>
          </w:p>
        </w:tc>
        <w:tc>
          <w:tcPr>
            <w:tcW w:type="dxa" w:w="1080"/>
          </w:tcPr>
          <w:p>
            <w:r>
              <w:t>国际教育学院</w:t>
            </w:r>
          </w:p>
        </w:tc>
        <w:tc>
          <w:tcPr>
            <w:tcW w:type="dxa" w:w="1080"/>
          </w:tcPr>
          <w:p>
            <w:r>
              <w:t>2024-2025</w:t>
            </w:r>
          </w:p>
        </w:tc>
        <w:tc>
          <w:tcPr>
            <w:tcW w:type="dxa" w:w="1080"/>
          </w:tcPr>
          <w:p>
            <w:r>
              <w:t>1</w:t>
            </w:r>
          </w:p>
        </w:tc>
      </w:tr>
      <w:tr>
        <w:tc>
          <w:tcPr>
            <w:tcW w:type="dxa" w:w="1080"/>
          </w:tcPr>
          <w:p>
            <w:r>
              <w:t>36</w:t>
            </w:r>
          </w:p>
        </w:tc>
        <w:tc>
          <w:tcPr>
            <w:tcW w:type="dxa" w:w="1080"/>
          </w:tcPr>
          <w:p>
            <w:r>
              <w:t>概率论与数理统计C</w:t>
            </w:r>
          </w:p>
        </w:tc>
        <w:tc>
          <w:tcPr>
            <w:tcW w:type="dxa" w:w="1080"/>
          </w:tcPr>
          <w:p>
            <w:r>
              <w:t>2MA11015</w:t>
            </w:r>
          </w:p>
        </w:tc>
        <w:tc>
          <w:tcPr>
            <w:tcW w:type="dxa" w:w="1080"/>
          </w:tcPr>
          <w:p>
            <w:r>
              <w:t>3.0</w:t>
            </w:r>
          </w:p>
        </w:tc>
        <w:tc>
          <w:tcPr>
            <w:tcW w:type="dxa" w:w="1080"/>
          </w:tcPr>
          <w:p>
            <w:r>
              <w:t>通识必修课</w:t>
            </w:r>
          </w:p>
        </w:tc>
        <w:tc>
          <w:tcPr>
            <w:tcW w:type="dxa" w:w="1080"/>
          </w:tcPr>
          <w:p>
            <w:r>
              <w:t>数学科学学院</w:t>
            </w:r>
          </w:p>
        </w:tc>
        <w:tc>
          <w:tcPr>
            <w:tcW w:type="dxa" w:w="1080"/>
          </w:tcPr>
          <w:p>
            <w:r>
              <w:t>2024-2025</w:t>
            </w:r>
          </w:p>
        </w:tc>
        <w:tc>
          <w:tcPr>
            <w:tcW w:type="dxa" w:w="1080"/>
          </w:tcPr>
          <w:p>
            <w:r>
              <w:t>1</w:t>
            </w:r>
          </w:p>
        </w:tc>
      </w:tr>
      <w:tr>
        <w:tc>
          <w:tcPr>
            <w:tcW w:type="dxa" w:w="1080"/>
          </w:tcPr>
          <w:p>
            <w:r>
              <w:t>37</w:t>
            </w:r>
          </w:p>
        </w:tc>
        <w:tc>
          <w:tcPr>
            <w:tcW w:type="dxa" w:w="1080"/>
          </w:tcPr>
          <w:p>
            <w:r>
              <w:t>马克思主义基本原理</w:t>
            </w:r>
          </w:p>
        </w:tc>
        <w:tc>
          <w:tcPr>
            <w:tcW w:type="dxa" w:w="1080"/>
          </w:tcPr>
          <w:p>
            <w:r>
              <w:t>2MX11003</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38</w:t>
            </w:r>
          </w:p>
        </w:tc>
        <w:tc>
          <w:tcPr>
            <w:tcW w:type="dxa" w:w="1080"/>
          </w:tcPr>
          <w:p>
            <w:r>
              <w:t>改革开放史</w:t>
            </w:r>
          </w:p>
        </w:tc>
        <w:tc>
          <w:tcPr>
            <w:tcW w:type="dxa" w:w="1080"/>
          </w:tcPr>
          <w:p>
            <w:r>
              <w:t>2MX11009</w:t>
            </w:r>
          </w:p>
        </w:tc>
        <w:tc>
          <w:tcPr>
            <w:tcW w:type="dxa" w:w="1080"/>
          </w:tcPr>
          <w:p>
            <w:r>
              <w:t>1.0</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39</w:t>
            </w:r>
          </w:p>
        </w:tc>
        <w:tc>
          <w:tcPr>
            <w:tcW w:type="dxa" w:w="1080"/>
          </w:tcPr>
          <w:p>
            <w:r>
              <w:t>体育(三)</w:t>
            </w:r>
          </w:p>
        </w:tc>
        <w:tc>
          <w:tcPr>
            <w:tcW w:type="dxa" w:w="1080"/>
          </w:tcPr>
          <w:p>
            <w:r>
              <w:t>2SP11003</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40</w:t>
            </w:r>
          </w:p>
        </w:tc>
        <w:tc>
          <w:tcPr>
            <w:tcW w:type="dxa" w:w="1080"/>
          </w:tcPr>
          <w:p>
            <w:r>
              <w:t>工程结构I</w:t>
            </w:r>
          </w:p>
        </w:tc>
        <w:tc>
          <w:tcPr>
            <w:tcW w:type="dxa" w:w="1080"/>
          </w:tcPr>
          <w:p>
            <w:r>
              <w:t>2CE21029</w:t>
            </w:r>
          </w:p>
        </w:tc>
        <w:tc>
          <w:tcPr>
            <w:tcW w:type="dxa" w:w="1080"/>
          </w:tcPr>
          <w:p>
            <w:r>
              <w:t>4</w:t>
            </w:r>
          </w:p>
        </w:tc>
        <w:tc>
          <w:tcPr>
            <w:tcW w:type="dxa" w:w="1080"/>
          </w:tcPr>
          <w:p>
            <w:r>
              <w:t>专业必修课</w:t>
            </w:r>
          </w:p>
        </w:tc>
        <w:tc>
          <w:tcPr>
            <w:tcW w:type="dxa" w:w="1080"/>
          </w:tcPr>
          <w:p>
            <w:r>
              <w:t>土木工程学院</w:t>
            </w:r>
          </w:p>
        </w:tc>
        <w:tc>
          <w:tcPr>
            <w:tcW w:type="dxa" w:w="1080"/>
          </w:tcPr>
          <w:p>
            <w:r>
              <w:t>2024-2025</w:t>
            </w:r>
          </w:p>
        </w:tc>
        <w:tc>
          <w:tcPr>
            <w:tcW w:type="dxa" w:w="1080"/>
          </w:tcPr>
          <w:p>
            <w:r>
              <w:t>2</w:t>
            </w:r>
          </w:p>
        </w:tc>
      </w:tr>
      <w:tr>
        <w:tc>
          <w:tcPr>
            <w:tcW w:type="dxa" w:w="1080"/>
          </w:tcPr>
          <w:p>
            <w:r>
              <w:t>41</w:t>
            </w:r>
          </w:p>
        </w:tc>
        <w:tc>
          <w:tcPr>
            <w:tcW w:type="dxa" w:w="1080"/>
          </w:tcPr>
          <w:p>
            <w:r>
              <w:t>管理学原理</w:t>
            </w:r>
          </w:p>
        </w:tc>
        <w:tc>
          <w:tcPr>
            <w:tcW w:type="dxa" w:w="1080"/>
          </w:tcPr>
          <w:p>
            <w:r>
              <w:t>2CE21036</w:t>
            </w:r>
          </w:p>
        </w:tc>
        <w:tc>
          <w:tcPr>
            <w:tcW w:type="dxa" w:w="1080"/>
          </w:tcPr>
          <w:p>
            <w:r>
              <w:t>2</w:t>
            </w:r>
          </w:p>
        </w:tc>
        <w:tc>
          <w:tcPr>
            <w:tcW w:type="dxa" w:w="1080"/>
          </w:tcPr>
          <w:p>
            <w:r>
              <w:t>专业必修课</w:t>
            </w:r>
          </w:p>
        </w:tc>
        <w:tc>
          <w:tcPr>
            <w:tcW w:type="dxa" w:w="1080"/>
          </w:tcPr>
          <w:p>
            <w:r>
              <w:t>土木工程学院</w:t>
            </w:r>
          </w:p>
        </w:tc>
        <w:tc>
          <w:tcPr>
            <w:tcW w:type="dxa" w:w="1080"/>
          </w:tcPr>
          <w:p>
            <w:r>
              <w:t>2024-2025</w:t>
            </w:r>
          </w:p>
        </w:tc>
        <w:tc>
          <w:tcPr>
            <w:tcW w:type="dxa" w:w="1080"/>
          </w:tcPr>
          <w:p>
            <w:r>
              <w:t>2</w:t>
            </w:r>
          </w:p>
        </w:tc>
      </w:tr>
      <w:tr>
        <w:tc>
          <w:tcPr>
            <w:tcW w:type="dxa" w:w="1080"/>
          </w:tcPr>
          <w:p>
            <w:r>
              <w:t>42</w:t>
            </w:r>
          </w:p>
        </w:tc>
        <w:tc>
          <w:tcPr>
            <w:tcW w:type="dxa" w:w="1080"/>
          </w:tcPr>
          <w:p>
            <w:r>
              <w:t>经济法</w:t>
            </w:r>
          </w:p>
        </w:tc>
        <w:tc>
          <w:tcPr>
            <w:tcW w:type="dxa" w:w="1080"/>
          </w:tcPr>
          <w:p>
            <w:r>
              <w:t>2CE21045</w:t>
            </w:r>
          </w:p>
        </w:tc>
        <w:tc>
          <w:tcPr>
            <w:tcW w:type="dxa" w:w="1080"/>
          </w:tcPr>
          <w:p>
            <w:r>
              <w:t>2</w:t>
            </w:r>
          </w:p>
        </w:tc>
        <w:tc>
          <w:tcPr>
            <w:tcW w:type="dxa" w:w="1080"/>
          </w:tcPr>
          <w:p>
            <w:r>
              <w:t>专业必修课</w:t>
            </w:r>
          </w:p>
        </w:tc>
        <w:tc>
          <w:tcPr>
            <w:tcW w:type="dxa" w:w="1080"/>
          </w:tcPr>
          <w:p>
            <w:r>
              <w:t>土木工程学院</w:t>
            </w:r>
          </w:p>
        </w:tc>
        <w:tc>
          <w:tcPr>
            <w:tcW w:type="dxa" w:w="1080"/>
          </w:tcPr>
          <w:p>
            <w:r>
              <w:t>2024-2025</w:t>
            </w:r>
          </w:p>
        </w:tc>
        <w:tc>
          <w:tcPr>
            <w:tcW w:type="dxa" w:w="1080"/>
          </w:tcPr>
          <w:p>
            <w:r>
              <w:t>2</w:t>
            </w:r>
          </w:p>
        </w:tc>
      </w:tr>
      <w:tr>
        <w:tc>
          <w:tcPr>
            <w:tcW w:type="dxa" w:w="1080"/>
          </w:tcPr>
          <w:p>
            <w:r>
              <w:t>43</w:t>
            </w:r>
          </w:p>
        </w:tc>
        <w:tc>
          <w:tcPr>
            <w:tcW w:type="dxa" w:w="1080"/>
          </w:tcPr>
          <w:p>
            <w:r>
              <w:t>应用统计</w:t>
            </w:r>
          </w:p>
        </w:tc>
        <w:tc>
          <w:tcPr>
            <w:tcW w:type="dxa" w:w="1080"/>
          </w:tcPr>
          <w:p>
            <w:r>
              <w:t>2CE21052</w:t>
            </w:r>
          </w:p>
        </w:tc>
        <w:tc>
          <w:tcPr>
            <w:tcW w:type="dxa" w:w="1080"/>
          </w:tcPr>
          <w:p>
            <w:r>
              <w:t>2</w:t>
            </w:r>
          </w:p>
        </w:tc>
        <w:tc>
          <w:tcPr>
            <w:tcW w:type="dxa" w:w="1080"/>
          </w:tcPr>
          <w:p>
            <w:r>
              <w:t>专业必修课</w:t>
            </w:r>
          </w:p>
        </w:tc>
        <w:tc>
          <w:tcPr>
            <w:tcW w:type="dxa" w:w="1080"/>
          </w:tcPr>
          <w:p>
            <w:r>
              <w:t>土木工程学院</w:t>
            </w:r>
          </w:p>
        </w:tc>
        <w:tc>
          <w:tcPr>
            <w:tcW w:type="dxa" w:w="1080"/>
          </w:tcPr>
          <w:p>
            <w:r>
              <w:t>2024-2025</w:t>
            </w:r>
          </w:p>
        </w:tc>
        <w:tc>
          <w:tcPr>
            <w:tcW w:type="dxa" w:w="1080"/>
          </w:tcPr>
          <w:p>
            <w:r>
              <w:t>2</w:t>
            </w:r>
          </w:p>
        </w:tc>
      </w:tr>
      <w:tr>
        <w:tc>
          <w:tcPr>
            <w:tcW w:type="dxa" w:w="1080"/>
          </w:tcPr>
          <w:p>
            <w:r>
              <w:t>44</w:t>
            </w:r>
          </w:p>
        </w:tc>
        <w:tc>
          <w:tcPr>
            <w:tcW w:type="dxa" w:w="1080"/>
          </w:tcPr>
          <w:p>
            <w:r>
              <w:t>工程项目管理A</w:t>
            </w:r>
          </w:p>
        </w:tc>
        <w:tc>
          <w:tcPr>
            <w:tcW w:type="dxa" w:w="1080"/>
          </w:tcPr>
          <w:p>
            <w:r>
              <w:t>2CE21804</w:t>
            </w:r>
          </w:p>
        </w:tc>
        <w:tc>
          <w:tcPr>
            <w:tcW w:type="dxa" w:w="1080"/>
          </w:tcPr>
          <w:p>
            <w:r>
              <w:t>3</w:t>
            </w:r>
          </w:p>
        </w:tc>
        <w:tc>
          <w:tcPr>
            <w:tcW w:type="dxa" w:w="1080"/>
          </w:tcPr>
          <w:p>
            <w:r>
              <w:t>专业必修课</w:t>
            </w:r>
          </w:p>
        </w:tc>
        <w:tc>
          <w:tcPr>
            <w:tcW w:type="dxa" w:w="1080"/>
          </w:tcPr>
          <w:p>
            <w:r>
              <w:t>土木工程学院</w:t>
            </w:r>
          </w:p>
        </w:tc>
        <w:tc>
          <w:tcPr>
            <w:tcW w:type="dxa" w:w="1080"/>
          </w:tcPr>
          <w:p>
            <w:r>
              <w:t>2024-2025</w:t>
            </w:r>
          </w:p>
        </w:tc>
        <w:tc>
          <w:tcPr>
            <w:tcW w:type="dxa" w:w="1080"/>
          </w:tcPr>
          <w:p>
            <w:r>
              <w:t>2</w:t>
            </w:r>
          </w:p>
        </w:tc>
      </w:tr>
      <w:tr>
        <w:tc>
          <w:tcPr>
            <w:tcW w:type="dxa" w:w="1080"/>
          </w:tcPr>
          <w:p>
            <w:r>
              <w:t>45</w:t>
            </w:r>
          </w:p>
        </w:tc>
        <w:tc>
          <w:tcPr>
            <w:tcW w:type="dxa" w:w="1080"/>
          </w:tcPr>
          <w:p>
            <w:r>
              <w:t>专业实践二</w:t>
            </w:r>
          </w:p>
        </w:tc>
        <w:tc>
          <w:tcPr>
            <w:tcW w:type="dxa" w:w="1080"/>
          </w:tcPr>
          <w:p>
            <w:r>
              <w:t>2CE21810</w:t>
            </w:r>
          </w:p>
        </w:tc>
        <w:tc>
          <w:tcPr>
            <w:tcW w:type="dxa" w:w="1080"/>
          </w:tcPr>
          <w:p>
            <w:r>
              <w:t>1</w:t>
            </w:r>
          </w:p>
        </w:tc>
        <w:tc>
          <w:tcPr>
            <w:tcW w:type="dxa" w:w="1080"/>
          </w:tcPr>
          <w:p>
            <w:r>
              <w:t>专业必修课</w:t>
            </w:r>
          </w:p>
        </w:tc>
        <w:tc>
          <w:tcPr>
            <w:tcW w:type="dxa" w:w="1080"/>
          </w:tcPr>
          <w:p>
            <w:r>
              <w:t>土木工程学院</w:t>
            </w:r>
          </w:p>
        </w:tc>
        <w:tc>
          <w:tcPr>
            <w:tcW w:type="dxa" w:w="1080"/>
          </w:tcPr>
          <w:p>
            <w:r>
              <w:t>2024-2025</w:t>
            </w:r>
          </w:p>
        </w:tc>
        <w:tc>
          <w:tcPr>
            <w:tcW w:type="dxa" w:w="1080"/>
          </w:tcPr>
          <w:p>
            <w:r>
              <w:t>2</w:t>
            </w:r>
          </w:p>
        </w:tc>
      </w:tr>
      <w:tr>
        <w:tc>
          <w:tcPr>
            <w:tcW w:type="dxa" w:w="1080"/>
          </w:tcPr>
          <w:p>
            <w:r>
              <w:t>46</w:t>
            </w:r>
          </w:p>
        </w:tc>
        <w:tc>
          <w:tcPr>
            <w:tcW w:type="dxa" w:w="1080"/>
          </w:tcPr>
          <w:p>
            <w:r>
              <w:t>雅思读写(二)</w:t>
            </w:r>
          </w:p>
        </w:tc>
        <w:tc>
          <w:tcPr>
            <w:tcW w:type="dxa" w:w="1080"/>
          </w:tcPr>
          <w:p>
            <w:r>
              <w:t>2FL21702</w:t>
            </w:r>
          </w:p>
        </w:tc>
        <w:tc>
          <w:tcPr>
            <w:tcW w:type="dxa" w:w="1080"/>
          </w:tcPr>
          <w:p>
            <w:r>
              <w:t>2</w:t>
            </w:r>
          </w:p>
        </w:tc>
        <w:tc>
          <w:tcPr>
            <w:tcW w:type="dxa" w:w="1080"/>
          </w:tcPr>
          <w:p>
            <w:r>
              <w:t>专业必修课</w:t>
            </w:r>
          </w:p>
        </w:tc>
        <w:tc>
          <w:tcPr>
            <w:tcW w:type="dxa" w:w="1080"/>
          </w:tcPr>
          <w:p>
            <w:r>
              <w:t>外国语学院</w:t>
            </w:r>
          </w:p>
        </w:tc>
        <w:tc>
          <w:tcPr>
            <w:tcW w:type="dxa" w:w="1080"/>
          </w:tcPr>
          <w:p>
            <w:r>
              <w:t>2024-2025</w:t>
            </w:r>
          </w:p>
        </w:tc>
        <w:tc>
          <w:tcPr>
            <w:tcW w:type="dxa" w:w="1080"/>
          </w:tcPr>
          <w:p>
            <w:r>
              <w:t>2</w:t>
            </w:r>
          </w:p>
        </w:tc>
      </w:tr>
      <w:tr>
        <w:tc>
          <w:tcPr>
            <w:tcW w:type="dxa" w:w="1080"/>
          </w:tcPr>
          <w:p>
            <w:r>
              <w:t>47</w:t>
            </w:r>
          </w:p>
        </w:tc>
        <w:tc>
          <w:tcPr>
            <w:tcW w:type="dxa" w:w="1080"/>
          </w:tcPr>
          <w:p>
            <w:r>
              <w:t>雅思听说(二)</w:t>
            </w:r>
          </w:p>
        </w:tc>
        <w:tc>
          <w:tcPr>
            <w:tcW w:type="dxa" w:w="1080"/>
          </w:tcPr>
          <w:p>
            <w:r>
              <w:t>2FL21705</w:t>
            </w:r>
          </w:p>
        </w:tc>
        <w:tc>
          <w:tcPr>
            <w:tcW w:type="dxa" w:w="1080"/>
          </w:tcPr>
          <w:p>
            <w:r>
              <w:t>2</w:t>
            </w:r>
          </w:p>
        </w:tc>
        <w:tc>
          <w:tcPr>
            <w:tcW w:type="dxa" w:w="1080"/>
          </w:tcPr>
          <w:p>
            <w:r>
              <w:t>专业必修课</w:t>
            </w:r>
          </w:p>
        </w:tc>
        <w:tc>
          <w:tcPr>
            <w:tcW w:type="dxa" w:w="1080"/>
          </w:tcPr>
          <w:p>
            <w:r>
              <w:t>外国语学院</w:t>
            </w:r>
          </w:p>
        </w:tc>
        <w:tc>
          <w:tcPr>
            <w:tcW w:type="dxa" w:w="1080"/>
          </w:tcPr>
          <w:p>
            <w:r>
              <w:t>2024-2025</w:t>
            </w:r>
          </w:p>
        </w:tc>
        <w:tc>
          <w:tcPr>
            <w:tcW w:type="dxa" w:w="1080"/>
          </w:tcPr>
          <w:p>
            <w:r>
              <w:t>2</w:t>
            </w:r>
          </w:p>
        </w:tc>
      </w:tr>
      <w:tr>
        <w:tc>
          <w:tcPr>
            <w:tcW w:type="dxa" w:w="1080"/>
          </w:tcPr>
          <w:p>
            <w:r>
              <w:t>48</w:t>
            </w:r>
          </w:p>
        </w:tc>
        <w:tc>
          <w:tcPr>
            <w:tcW w:type="dxa" w:w="1080"/>
          </w:tcPr>
          <w:p>
            <w:r>
              <w:t>学术写作</w:t>
            </w:r>
          </w:p>
        </w:tc>
        <w:tc>
          <w:tcPr>
            <w:tcW w:type="dxa" w:w="1080"/>
          </w:tcPr>
          <w:p>
            <w:r>
              <w:t>2IE21004</w:t>
            </w:r>
          </w:p>
        </w:tc>
        <w:tc>
          <w:tcPr>
            <w:tcW w:type="dxa" w:w="1080"/>
          </w:tcPr>
          <w:p>
            <w:r>
              <w:t>2</w:t>
            </w:r>
          </w:p>
        </w:tc>
        <w:tc>
          <w:tcPr>
            <w:tcW w:type="dxa" w:w="1080"/>
          </w:tcPr>
          <w:p>
            <w:r>
              <w:t>专业必修课</w:t>
            </w:r>
          </w:p>
        </w:tc>
        <w:tc>
          <w:tcPr>
            <w:tcW w:type="dxa" w:w="1080"/>
          </w:tcPr>
          <w:p>
            <w:r>
              <w:t>国际教育学院</w:t>
            </w:r>
          </w:p>
        </w:tc>
        <w:tc>
          <w:tcPr>
            <w:tcW w:type="dxa" w:w="1080"/>
          </w:tcPr>
          <w:p>
            <w:r>
              <w:t>2024-2025</w:t>
            </w:r>
          </w:p>
        </w:tc>
        <w:tc>
          <w:tcPr>
            <w:tcW w:type="dxa" w:w="1080"/>
          </w:tcPr>
          <w:p>
            <w:r>
              <w:t>2</w:t>
            </w:r>
          </w:p>
        </w:tc>
      </w:tr>
      <w:tr>
        <w:tc>
          <w:tcPr>
            <w:tcW w:type="dxa" w:w="1080"/>
          </w:tcPr>
          <w:p>
            <w:r>
              <w:t>49</w:t>
            </w:r>
          </w:p>
        </w:tc>
        <w:tc>
          <w:tcPr>
            <w:tcW w:type="dxa" w:w="1080"/>
          </w:tcPr>
          <w:p>
            <w:r>
              <w:t>毛泽东思想和中国特色社会主义理论体系概论</w:t>
            </w:r>
          </w:p>
        </w:tc>
        <w:tc>
          <w:tcPr>
            <w:tcW w:type="dxa" w:w="1080"/>
          </w:tcPr>
          <w:p>
            <w:r>
              <w:t>2MX11004</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50</w:t>
            </w:r>
          </w:p>
        </w:tc>
        <w:tc>
          <w:tcPr>
            <w:tcW w:type="dxa" w:w="1080"/>
          </w:tcPr>
          <w:p>
            <w:r>
              <w:t>国家安全教育</w:t>
            </w:r>
          </w:p>
        </w:tc>
        <w:tc>
          <w:tcPr>
            <w:tcW w:type="dxa" w:w="1080"/>
          </w:tcPr>
          <w:p>
            <w:r>
              <w:t>2MX11012</w:t>
            </w:r>
          </w:p>
        </w:tc>
        <w:tc>
          <w:tcPr>
            <w:tcW w:type="dxa" w:w="1080"/>
          </w:tcPr>
          <w:p>
            <w:r>
              <w:t>1</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51</w:t>
            </w:r>
          </w:p>
        </w:tc>
        <w:tc>
          <w:tcPr>
            <w:tcW w:type="dxa" w:w="1080"/>
          </w:tcPr>
          <w:p>
            <w:r>
              <w:t>体育(四)</w:t>
            </w:r>
          </w:p>
        </w:tc>
        <w:tc>
          <w:tcPr>
            <w:tcW w:type="dxa" w:w="1080"/>
          </w:tcPr>
          <w:p>
            <w:r>
              <w:t>2SP11004</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52</w:t>
            </w:r>
          </w:p>
        </w:tc>
        <w:tc>
          <w:tcPr>
            <w:tcW w:type="dxa" w:w="1080"/>
          </w:tcPr>
          <w:p>
            <w:r>
              <w:t>房屋建筑CAD</w:t>
            </w:r>
          </w:p>
        </w:tc>
        <w:tc>
          <w:tcPr>
            <w:tcW w:type="dxa" w:w="1080"/>
          </w:tcPr>
          <w:p>
            <w:r>
              <w:t>2CE21020</w:t>
            </w:r>
          </w:p>
        </w:tc>
        <w:tc>
          <w:tcPr>
            <w:tcW w:type="dxa" w:w="1080"/>
          </w:tcPr>
          <w:p>
            <w:r>
              <w:t>2</w:t>
            </w:r>
          </w:p>
        </w:tc>
        <w:tc>
          <w:tcPr>
            <w:tcW w:type="dxa" w:w="1080"/>
          </w:tcPr>
          <w:p>
            <w:r>
              <w:t>专业必修课</w:t>
            </w:r>
          </w:p>
        </w:tc>
        <w:tc>
          <w:tcPr>
            <w:tcW w:type="dxa" w:w="1080"/>
          </w:tcPr>
          <w:p>
            <w:r>
              <w:t>土木工程学院</w:t>
            </w:r>
          </w:p>
        </w:tc>
        <w:tc>
          <w:tcPr>
            <w:tcW w:type="dxa" w:w="1080"/>
          </w:tcPr>
          <w:p>
            <w:r>
              <w:t>2025-2026</w:t>
            </w:r>
          </w:p>
        </w:tc>
        <w:tc>
          <w:tcPr>
            <w:tcW w:type="dxa" w:w="1080"/>
          </w:tcPr>
          <w:p>
            <w:r>
              <w:t>1</w:t>
            </w:r>
          </w:p>
        </w:tc>
      </w:tr>
      <w:tr>
        <w:tc>
          <w:tcPr>
            <w:tcW w:type="dxa" w:w="1080"/>
          </w:tcPr>
          <w:p>
            <w:r>
              <w:t>53</w:t>
            </w:r>
          </w:p>
        </w:tc>
        <w:tc>
          <w:tcPr>
            <w:tcW w:type="dxa" w:w="1080"/>
          </w:tcPr>
          <w:p>
            <w:r>
              <w:t>工程结构II</w:t>
            </w:r>
          </w:p>
        </w:tc>
        <w:tc>
          <w:tcPr>
            <w:tcW w:type="dxa" w:w="1080"/>
          </w:tcPr>
          <w:p>
            <w:r>
              <w:t>2CE21030</w:t>
            </w:r>
          </w:p>
        </w:tc>
        <w:tc>
          <w:tcPr>
            <w:tcW w:type="dxa" w:w="1080"/>
          </w:tcPr>
          <w:p>
            <w:r>
              <w:t>2</w:t>
            </w:r>
          </w:p>
        </w:tc>
        <w:tc>
          <w:tcPr>
            <w:tcW w:type="dxa" w:w="1080"/>
          </w:tcPr>
          <w:p>
            <w:r>
              <w:t>专业必修课</w:t>
            </w:r>
          </w:p>
        </w:tc>
        <w:tc>
          <w:tcPr>
            <w:tcW w:type="dxa" w:w="1080"/>
          </w:tcPr>
          <w:p>
            <w:r>
              <w:t>土木工程学院</w:t>
            </w:r>
          </w:p>
        </w:tc>
        <w:tc>
          <w:tcPr>
            <w:tcW w:type="dxa" w:w="1080"/>
          </w:tcPr>
          <w:p>
            <w:r>
              <w:t>2025-2026</w:t>
            </w:r>
          </w:p>
        </w:tc>
        <w:tc>
          <w:tcPr>
            <w:tcW w:type="dxa" w:w="1080"/>
          </w:tcPr>
          <w:p>
            <w:r>
              <w:t>1</w:t>
            </w:r>
          </w:p>
        </w:tc>
      </w:tr>
      <w:tr>
        <w:tc>
          <w:tcPr>
            <w:tcW w:type="dxa" w:w="1080"/>
          </w:tcPr>
          <w:p>
            <w:r>
              <w:t>54</w:t>
            </w:r>
          </w:p>
        </w:tc>
        <w:tc>
          <w:tcPr>
            <w:tcW w:type="dxa" w:w="1080"/>
          </w:tcPr>
          <w:p>
            <w:r>
              <w:t>工程结构II课程设计</w:t>
            </w:r>
          </w:p>
        </w:tc>
        <w:tc>
          <w:tcPr>
            <w:tcW w:type="dxa" w:w="1080"/>
          </w:tcPr>
          <w:p>
            <w:r>
              <w:t>2CE21031</w:t>
            </w:r>
          </w:p>
        </w:tc>
        <w:tc>
          <w:tcPr>
            <w:tcW w:type="dxa" w:w="1080"/>
          </w:tcPr>
          <w:p>
            <w:r>
              <w:t>1</w:t>
            </w:r>
          </w:p>
        </w:tc>
        <w:tc>
          <w:tcPr>
            <w:tcW w:type="dxa" w:w="1080"/>
          </w:tcPr>
          <w:p>
            <w:r>
              <w:t>专业必修课</w:t>
            </w:r>
          </w:p>
        </w:tc>
        <w:tc>
          <w:tcPr>
            <w:tcW w:type="dxa" w:w="1080"/>
          </w:tcPr>
          <w:p>
            <w:r>
              <w:t>土木工程学院</w:t>
            </w:r>
          </w:p>
        </w:tc>
        <w:tc>
          <w:tcPr>
            <w:tcW w:type="dxa" w:w="1080"/>
          </w:tcPr>
          <w:p>
            <w:r>
              <w:t>2025-2026</w:t>
            </w:r>
          </w:p>
        </w:tc>
        <w:tc>
          <w:tcPr>
            <w:tcW w:type="dxa" w:w="1080"/>
          </w:tcPr>
          <w:p>
            <w:r>
              <w:t>1</w:t>
            </w:r>
          </w:p>
        </w:tc>
      </w:tr>
      <w:tr>
        <w:tc>
          <w:tcPr>
            <w:tcW w:type="dxa" w:w="1080"/>
          </w:tcPr>
          <w:p>
            <w:r>
              <w:t>55</w:t>
            </w:r>
          </w:p>
        </w:tc>
        <w:tc>
          <w:tcPr>
            <w:tcW w:type="dxa" w:w="1080"/>
          </w:tcPr>
          <w:p>
            <w:r>
              <w:t>工程组织行为学</w:t>
            </w:r>
          </w:p>
        </w:tc>
        <w:tc>
          <w:tcPr>
            <w:tcW w:type="dxa" w:w="1080"/>
          </w:tcPr>
          <w:p>
            <w:r>
              <w:t>2CE21033</w:t>
            </w:r>
          </w:p>
        </w:tc>
        <w:tc>
          <w:tcPr>
            <w:tcW w:type="dxa" w:w="1080"/>
          </w:tcPr>
          <w:p>
            <w:r>
              <w:t>2</w:t>
            </w:r>
          </w:p>
        </w:tc>
        <w:tc>
          <w:tcPr>
            <w:tcW w:type="dxa" w:w="1080"/>
          </w:tcPr>
          <w:p>
            <w:r>
              <w:t>专业必修课</w:t>
            </w:r>
          </w:p>
        </w:tc>
        <w:tc>
          <w:tcPr>
            <w:tcW w:type="dxa" w:w="1080"/>
          </w:tcPr>
          <w:p>
            <w:r>
              <w:t>土木工程学院</w:t>
            </w:r>
          </w:p>
        </w:tc>
        <w:tc>
          <w:tcPr>
            <w:tcW w:type="dxa" w:w="1080"/>
          </w:tcPr>
          <w:p>
            <w:r>
              <w:t>2025-2026</w:t>
            </w:r>
          </w:p>
        </w:tc>
        <w:tc>
          <w:tcPr>
            <w:tcW w:type="dxa" w:w="1080"/>
          </w:tcPr>
          <w:p>
            <w:r>
              <w:t>1</w:t>
            </w:r>
          </w:p>
        </w:tc>
      </w:tr>
      <w:tr>
        <w:tc>
          <w:tcPr>
            <w:tcW w:type="dxa" w:w="1080"/>
          </w:tcPr>
          <w:p>
            <w:r>
              <w:t>56</w:t>
            </w:r>
          </w:p>
        </w:tc>
        <w:tc>
          <w:tcPr>
            <w:tcW w:type="dxa" w:w="1080"/>
          </w:tcPr>
          <w:p>
            <w:r>
              <w:t>运筹学A</w:t>
            </w:r>
          </w:p>
        </w:tc>
        <w:tc>
          <w:tcPr>
            <w:tcW w:type="dxa" w:w="1080"/>
          </w:tcPr>
          <w:p>
            <w:r>
              <w:t>2CE21053</w:t>
            </w:r>
          </w:p>
        </w:tc>
        <w:tc>
          <w:tcPr>
            <w:tcW w:type="dxa" w:w="1080"/>
          </w:tcPr>
          <w:p>
            <w:r>
              <w:t>2</w:t>
            </w:r>
          </w:p>
        </w:tc>
        <w:tc>
          <w:tcPr>
            <w:tcW w:type="dxa" w:w="1080"/>
          </w:tcPr>
          <w:p>
            <w:r>
              <w:t>专业必修课</w:t>
            </w:r>
          </w:p>
        </w:tc>
        <w:tc>
          <w:tcPr>
            <w:tcW w:type="dxa" w:w="1080"/>
          </w:tcPr>
          <w:p>
            <w:r>
              <w:t>土木工程学院</w:t>
            </w:r>
          </w:p>
        </w:tc>
        <w:tc>
          <w:tcPr>
            <w:tcW w:type="dxa" w:w="1080"/>
          </w:tcPr>
          <w:p>
            <w:r>
              <w:t>2025-2026</w:t>
            </w:r>
          </w:p>
        </w:tc>
        <w:tc>
          <w:tcPr>
            <w:tcW w:type="dxa" w:w="1080"/>
          </w:tcPr>
          <w:p>
            <w:r>
              <w:t>1</w:t>
            </w:r>
          </w:p>
        </w:tc>
      </w:tr>
      <w:tr>
        <w:tc>
          <w:tcPr>
            <w:tcW w:type="dxa" w:w="1080"/>
          </w:tcPr>
          <w:p>
            <w:r>
              <w:t>57</w:t>
            </w:r>
          </w:p>
        </w:tc>
        <w:tc>
          <w:tcPr>
            <w:tcW w:type="dxa" w:w="1080"/>
          </w:tcPr>
          <w:p>
            <w:r>
              <w:t>物业法律制度</w:t>
            </w:r>
          </w:p>
        </w:tc>
        <w:tc>
          <w:tcPr>
            <w:tcW w:type="dxa" w:w="1080"/>
          </w:tcPr>
          <w:p>
            <w:r>
              <w:t>2CE21807</w:t>
            </w:r>
          </w:p>
        </w:tc>
        <w:tc>
          <w:tcPr>
            <w:tcW w:type="dxa" w:w="1080"/>
          </w:tcPr>
          <w:p>
            <w:r>
              <w:t>2</w:t>
            </w:r>
          </w:p>
        </w:tc>
        <w:tc>
          <w:tcPr>
            <w:tcW w:type="dxa" w:w="1080"/>
          </w:tcPr>
          <w:p>
            <w:r>
              <w:t>专业必修课</w:t>
            </w:r>
          </w:p>
        </w:tc>
        <w:tc>
          <w:tcPr>
            <w:tcW w:type="dxa" w:w="1080"/>
          </w:tcPr>
          <w:p>
            <w:r>
              <w:t>土木工程学院</w:t>
            </w:r>
          </w:p>
        </w:tc>
        <w:tc>
          <w:tcPr>
            <w:tcW w:type="dxa" w:w="1080"/>
          </w:tcPr>
          <w:p>
            <w:r>
              <w:t>2025-2026</w:t>
            </w:r>
          </w:p>
        </w:tc>
        <w:tc>
          <w:tcPr>
            <w:tcW w:type="dxa" w:w="1080"/>
          </w:tcPr>
          <w:p>
            <w:r>
              <w:t>1</w:t>
            </w:r>
          </w:p>
        </w:tc>
      </w:tr>
      <w:tr>
        <w:tc>
          <w:tcPr>
            <w:tcW w:type="dxa" w:w="1080"/>
          </w:tcPr>
          <w:p>
            <w:r>
              <w:t>58</w:t>
            </w:r>
          </w:p>
        </w:tc>
        <w:tc>
          <w:tcPr>
            <w:tcW w:type="dxa" w:w="1080"/>
          </w:tcPr>
          <w:p>
            <w:r>
              <w:t>雅思读写(三)</w:t>
            </w:r>
          </w:p>
        </w:tc>
        <w:tc>
          <w:tcPr>
            <w:tcW w:type="dxa" w:w="1080"/>
          </w:tcPr>
          <w:p>
            <w:r>
              <w:t>2FL21703</w:t>
            </w:r>
          </w:p>
        </w:tc>
        <w:tc>
          <w:tcPr>
            <w:tcW w:type="dxa" w:w="1080"/>
          </w:tcPr>
          <w:p>
            <w:r>
              <w:t>2</w:t>
            </w:r>
          </w:p>
        </w:tc>
        <w:tc>
          <w:tcPr>
            <w:tcW w:type="dxa" w:w="1080"/>
          </w:tcPr>
          <w:p>
            <w:r>
              <w:t>专业必修课</w:t>
            </w:r>
          </w:p>
        </w:tc>
        <w:tc>
          <w:tcPr>
            <w:tcW w:type="dxa" w:w="1080"/>
          </w:tcPr>
          <w:p>
            <w:r>
              <w:t>外国语学院</w:t>
            </w:r>
          </w:p>
        </w:tc>
        <w:tc>
          <w:tcPr>
            <w:tcW w:type="dxa" w:w="1080"/>
          </w:tcPr>
          <w:p>
            <w:r>
              <w:t>2025-2026</w:t>
            </w:r>
          </w:p>
        </w:tc>
        <w:tc>
          <w:tcPr>
            <w:tcW w:type="dxa" w:w="1080"/>
          </w:tcPr>
          <w:p>
            <w:r>
              <w:t>1</w:t>
            </w:r>
          </w:p>
        </w:tc>
      </w:tr>
      <w:tr>
        <w:tc>
          <w:tcPr>
            <w:tcW w:type="dxa" w:w="1080"/>
          </w:tcPr>
          <w:p>
            <w:r>
              <w:t>59</w:t>
            </w:r>
          </w:p>
        </w:tc>
        <w:tc>
          <w:tcPr>
            <w:tcW w:type="dxa" w:w="1080"/>
          </w:tcPr>
          <w:p>
            <w:r>
              <w:t>雅思听说(三)</w:t>
            </w:r>
          </w:p>
        </w:tc>
        <w:tc>
          <w:tcPr>
            <w:tcW w:type="dxa" w:w="1080"/>
          </w:tcPr>
          <w:p>
            <w:r>
              <w:t>2FL21706</w:t>
            </w:r>
          </w:p>
        </w:tc>
        <w:tc>
          <w:tcPr>
            <w:tcW w:type="dxa" w:w="1080"/>
          </w:tcPr>
          <w:p>
            <w:r>
              <w:t>2</w:t>
            </w:r>
          </w:p>
        </w:tc>
        <w:tc>
          <w:tcPr>
            <w:tcW w:type="dxa" w:w="1080"/>
          </w:tcPr>
          <w:p>
            <w:r>
              <w:t>专业必修课</w:t>
            </w:r>
          </w:p>
        </w:tc>
        <w:tc>
          <w:tcPr>
            <w:tcW w:type="dxa" w:w="1080"/>
          </w:tcPr>
          <w:p>
            <w:r>
              <w:t>外国语学院</w:t>
            </w:r>
          </w:p>
        </w:tc>
        <w:tc>
          <w:tcPr>
            <w:tcW w:type="dxa" w:w="1080"/>
          </w:tcPr>
          <w:p>
            <w:r>
              <w:t>2025-2026</w:t>
            </w:r>
          </w:p>
        </w:tc>
        <w:tc>
          <w:tcPr>
            <w:tcW w:type="dxa" w:w="1080"/>
          </w:tcPr>
          <w:p>
            <w:r>
              <w:t>1</w:t>
            </w:r>
          </w:p>
        </w:tc>
      </w:tr>
      <w:tr>
        <w:tc>
          <w:tcPr>
            <w:tcW w:type="dxa" w:w="1080"/>
          </w:tcPr>
          <w:p>
            <w:r>
              <w:t>60</w:t>
            </w:r>
          </w:p>
        </w:tc>
        <w:tc>
          <w:tcPr>
            <w:tcW w:type="dxa" w:w="1080"/>
          </w:tcPr>
          <w:p>
            <w:r>
              <w:t>英语演说</w:t>
            </w:r>
          </w:p>
        </w:tc>
        <w:tc>
          <w:tcPr>
            <w:tcW w:type="dxa" w:w="1080"/>
          </w:tcPr>
          <w:p>
            <w:r>
              <w:t>2IE21005</w:t>
            </w:r>
          </w:p>
        </w:tc>
        <w:tc>
          <w:tcPr>
            <w:tcW w:type="dxa" w:w="1080"/>
          </w:tcPr>
          <w:p>
            <w:r>
              <w:t>2</w:t>
            </w:r>
          </w:p>
        </w:tc>
        <w:tc>
          <w:tcPr>
            <w:tcW w:type="dxa" w:w="1080"/>
          </w:tcPr>
          <w:p>
            <w:r>
              <w:t>专业必修课</w:t>
            </w:r>
          </w:p>
        </w:tc>
        <w:tc>
          <w:tcPr>
            <w:tcW w:type="dxa" w:w="1080"/>
          </w:tcPr>
          <w:p>
            <w:r>
              <w:t>国际教育学院</w:t>
            </w:r>
          </w:p>
        </w:tc>
        <w:tc>
          <w:tcPr>
            <w:tcW w:type="dxa" w:w="1080"/>
          </w:tcPr>
          <w:p>
            <w:r>
              <w:t>2025-2026</w:t>
            </w:r>
          </w:p>
        </w:tc>
        <w:tc>
          <w:tcPr>
            <w:tcW w:type="dxa" w:w="1080"/>
          </w:tcPr>
          <w:p>
            <w:r>
              <w:t>1</w:t>
            </w:r>
          </w:p>
        </w:tc>
      </w:tr>
      <w:tr>
        <w:tc>
          <w:tcPr>
            <w:tcW w:type="dxa" w:w="1080"/>
          </w:tcPr>
          <w:p>
            <w:r>
              <w:t>61</w:t>
            </w:r>
          </w:p>
        </w:tc>
        <w:tc>
          <w:tcPr>
            <w:tcW w:type="dxa" w:w="1080"/>
          </w:tcPr>
          <w:p>
            <w:r>
              <w:t>习近平新时代中国特色社会主义思想概论</w:t>
            </w:r>
          </w:p>
        </w:tc>
        <w:tc>
          <w:tcPr>
            <w:tcW w:type="dxa" w:w="1080"/>
          </w:tcPr>
          <w:p>
            <w:r>
              <w:t>2MX11005</w:t>
            </w:r>
          </w:p>
        </w:tc>
        <w:tc>
          <w:tcPr>
            <w:tcW w:type="dxa" w:w="1080"/>
          </w:tcPr>
          <w:p>
            <w:r>
              <w:t>3</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62</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63</w:t>
            </w:r>
          </w:p>
        </w:tc>
        <w:tc>
          <w:tcPr>
            <w:tcW w:type="dxa" w:w="1080"/>
          </w:tcPr>
          <w:p>
            <w:r>
              <w:t>工程估价</w:t>
            </w:r>
          </w:p>
        </w:tc>
        <w:tc>
          <w:tcPr>
            <w:tcW w:type="dxa" w:w="1080"/>
          </w:tcPr>
          <w:p>
            <w:r>
              <w:t>2CE21026</w:t>
            </w:r>
          </w:p>
        </w:tc>
        <w:tc>
          <w:tcPr>
            <w:tcW w:type="dxa" w:w="1080"/>
          </w:tcPr>
          <w:p>
            <w:r>
              <w:t>3</w:t>
            </w:r>
          </w:p>
        </w:tc>
        <w:tc>
          <w:tcPr>
            <w:tcW w:type="dxa" w:w="1080"/>
          </w:tcPr>
          <w:p>
            <w:r>
              <w:t>专业必修课</w:t>
            </w:r>
          </w:p>
        </w:tc>
        <w:tc>
          <w:tcPr>
            <w:tcW w:type="dxa" w:w="1080"/>
          </w:tcPr>
          <w:p>
            <w:r>
              <w:t>土木工程学院</w:t>
            </w:r>
          </w:p>
        </w:tc>
        <w:tc>
          <w:tcPr>
            <w:tcW w:type="dxa" w:w="1080"/>
          </w:tcPr>
          <w:p>
            <w:r>
              <w:t>2025-2026</w:t>
            </w:r>
          </w:p>
        </w:tc>
        <w:tc>
          <w:tcPr>
            <w:tcW w:type="dxa" w:w="1080"/>
          </w:tcPr>
          <w:p>
            <w:r>
              <w:t>2</w:t>
            </w:r>
          </w:p>
        </w:tc>
      </w:tr>
      <w:tr>
        <w:tc>
          <w:tcPr>
            <w:tcW w:type="dxa" w:w="1080"/>
          </w:tcPr>
          <w:p>
            <w:r>
              <w:t>64</w:t>
            </w:r>
          </w:p>
        </w:tc>
        <w:tc>
          <w:tcPr>
            <w:tcW w:type="dxa" w:w="1080"/>
          </w:tcPr>
          <w:p>
            <w:r>
              <w:t>工程估价课程设计</w:t>
            </w:r>
          </w:p>
        </w:tc>
        <w:tc>
          <w:tcPr>
            <w:tcW w:type="dxa" w:w="1080"/>
          </w:tcPr>
          <w:p>
            <w:r>
              <w:t>2CE21027</w:t>
            </w:r>
          </w:p>
        </w:tc>
        <w:tc>
          <w:tcPr>
            <w:tcW w:type="dxa" w:w="1080"/>
          </w:tcPr>
          <w:p>
            <w:r>
              <w:t>1</w:t>
            </w:r>
          </w:p>
        </w:tc>
        <w:tc>
          <w:tcPr>
            <w:tcW w:type="dxa" w:w="1080"/>
          </w:tcPr>
          <w:p>
            <w:r>
              <w:t>专业必修课</w:t>
            </w:r>
          </w:p>
        </w:tc>
        <w:tc>
          <w:tcPr>
            <w:tcW w:type="dxa" w:w="1080"/>
          </w:tcPr>
          <w:p>
            <w:r>
              <w:t>土木工程学院</w:t>
            </w:r>
          </w:p>
        </w:tc>
        <w:tc>
          <w:tcPr>
            <w:tcW w:type="dxa" w:w="1080"/>
          </w:tcPr>
          <w:p>
            <w:r>
              <w:t>2025-2026</w:t>
            </w:r>
          </w:p>
        </w:tc>
        <w:tc>
          <w:tcPr>
            <w:tcW w:type="dxa" w:w="1080"/>
          </w:tcPr>
          <w:p>
            <w:r>
              <w:t>2</w:t>
            </w:r>
          </w:p>
        </w:tc>
      </w:tr>
      <w:tr>
        <w:tc>
          <w:tcPr>
            <w:tcW w:type="dxa" w:w="1080"/>
          </w:tcPr>
          <w:p>
            <w:r>
              <w:t>65</w:t>
            </w:r>
          </w:p>
        </w:tc>
        <w:tc>
          <w:tcPr>
            <w:tcW w:type="dxa" w:w="1080"/>
          </w:tcPr>
          <w:p>
            <w:r>
              <w:t>建筑安装工程概预算</w:t>
            </w:r>
          </w:p>
        </w:tc>
        <w:tc>
          <w:tcPr>
            <w:tcW w:type="dxa" w:w="1080"/>
          </w:tcPr>
          <w:p>
            <w:r>
              <w:t>2CE21042</w:t>
            </w:r>
          </w:p>
        </w:tc>
        <w:tc>
          <w:tcPr>
            <w:tcW w:type="dxa" w:w="1080"/>
          </w:tcPr>
          <w:p>
            <w:r>
              <w:t>2</w:t>
            </w:r>
          </w:p>
        </w:tc>
        <w:tc>
          <w:tcPr>
            <w:tcW w:type="dxa" w:w="1080"/>
          </w:tcPr>
          <w:p>
            <w:r>
              <w:t>专业必修课</w:t>
            </w:r>
          </w:p>
        </w:tc>
        <w:tc>
          <w:tcPr>
            <w:tcW w:type="dxa" w:w="1080"/>
          </w:tcPr>
          <w:p>
            <w:r>
              <w:t>土木工程学院</w:t>
            </w:r>
          </w:p>
        </w:tc>
        <w:tc>
          <w:tcPr>
            <w:tcW w:type="dxa" w:w="1080"/>
          </w:tcPr>
          <w:p>
            <w:r>
              <w:t>2025-2026</w:t>
            </w:r>
          </w:p>
        </w:tc>
        <w:tc>
          <w:tcPr>
            <w:tcW w:type="dxa" w:w="1080"/>
          </w:tcPr>
          <w:p>
            <w:r>
              <w:t>2</w:t>
            </w:r>
          </w:p>
        </w:tc>
      </w:tr>
      <w:tr>
        <w:tc>
          <w:tcPr>
            <w:tcW w:type="dxa" w:w="1080"/>
          </w:tcPr>
          <w:p>
            <w:r>
              <w:t>66</w:t>
            </w:r>
          </w:p>
        </w:tc>
        <w:tc>
          <w:tcPr>
            <w:tcW w:type="dxa" w:w="1080"/>
          </w:tcPr>
          <w:p>
            <w:r>
              <w:t>土木工程施工课程设计</w:t>
            </w:r>
          </w:p>
        </w:tc>
        <w:tc>
          <w:tcPr>
            <w:tcW w:type="dxa" w:w="1080"/>
          </w:tcPr>
          <w:p>
            <w:r>
              <w:t>2CE21051</w:t>
            </w:r>
          </w:p>
        </w:tc>
        <w:tc>
          <w:tcPr>
            <w:tcW w:type="dxa" w:w="1080"/>
          </w:tcPr>
          <w:p>
            <w:r>
              <w:t>1</w:t>
            </w:r>
          </w:p>
        </w:tc>
        <w:tc>
          <w:tcPr>
            <w:tcW w:type="dxa" w:w="1080"/>
          </w:tcPr>
          <w:p>
            <w:r>
              <w:t>专业必修课</w:t>
            </w:r>
          </w:p>
        </w:tc>
        <w:tc>
          <w:tcPr>
            <w:tcW w:type="dxa" w:w="1080"/>
          </w:tcPr>
          <w:p>
            <w:r>
              <w:t>土木工程学院</w:t>
            </w:r>
          </w:p>
        </w:tc>
        <w:tc>
          <w:tcPr>
            <w:tcW w:type="dxa" w:w="1080"/>
          </w:tcPr>
          <w:p>
            <w:r>
              <w:t>2025-2026</w:t>
            </w:r>
          </w:p>
        </w:tc>
        <w:tc>
          <w:tcPr>
            <w:tcW w:type="dxa" w:w="1080"/>
          </w:tcPr>
          <w:p>
            <w:r>
              <w:t>2</w:t>
            </w:r>
          </w:p>
        </w:tc>
      </w:tr>
      <w:tr>
        <w:tc>
          <w:tcPr>
            <w:tcW w:type="dxa" w:w="1080"/>
          </w:tcPr>
          <w:p>
            <w:r>
              <w:t>67</w:t>
            </w:r>
          </w:p>
        </w:tc>
        <w:tc>
          <w:tcPr>
            <w:tcW w:type="dxa" w:w="1080"/>
          </w:tcPr>
          <w:p>
            <w:r>
              <w:t>工程合同管理</w:t>
            </w:r>
          </w:p>
        </w:tc>
        <w:tc>
          <w:tcPr>
            <w:tcW w:type="dxa" w:w="1080"/>
          </w:tcPr>
          <w:p>
            <w:r>
              <w:t>2CE21802</w:t>
            </w:r>
          </w:p>
        </w:tc>
        <w:tc>
          <w:tcPr>
            <w:tcW w:type="dxa" w:w="1080"/>
          </w:tcPr>
          <w:p>
            <w:r>
              <w:t>2</w:t>
            </w:r>
          </w:p>
        </w:tc>
        <w:tc>
          <w:tcPr>
            <w:tcW w:type="dxa" w:w="1080"/>
          </w:tcPr>
          <w:p>
            <w:r>
              <w:t>专业必修课</w:t>
            </w:r>
          </w:p>
        </w:tc>
        <w:tc>
          <w:tcPr>
            <w:tcW w:type="dxa" w:w="1080"/>
          </w:tcPr>
          <w:p>
            <w:r>
              <w:t>土木工程学院</w:t>
            </w:r>
          </w:p>
        </w:tc>
        <w:tc>
          <w:tcPr>
            <w:tcW w:type="dxa" w:w="1080"/>
          </w:tcPr>
          <w:p>
            <w:r>
              <w:t>2025-2026</w:t>
            </w:r>
          </w:p>
        </w:tc>
        <w:tc>
          <w:tcPr>
            <w:tcW w:type="dxa" w:w="1080"/>
          </w:tcPr>
          <w:p>
            <w:r>
              <w:t>2</w:t>
            </w:r>
          </w:p>
        </w:tc>
      </w:tr>
      <w:tr>
        <w:tc>
          <w:tcPr>
            <w:tcW w:type="dxa" w:w="1080"/>
          </w:tcPr>
          <w:p>
            <w:r>
              <w:t>68</w:t>
            </w:r>
          </w:p>
        </w:tc>
        <w:tc>
          <w:tcPr>
            <w:tcW w:type="dxa" w:w="1080"/>
          </w:tcPr>
          <w:p>
            <w:r>
              <w:t>环境绩效</w:t>
            </w:r>
          </w:p>
        </w:tc>
        <w:tc>
          <w:tcPr>
            <w:tcW w:type="dxa" w:w="1080"/>
          </w:tcPr>
          <w:p>
            <w:r>
              <w:t>2CE21805</w:t>
            </w:r>
          </w:p>
        </w:tc>
        <w:tc>
          <w:tcPr>
            <w:tcW w:type="dxa" w:w="1080"/>
          </w:tcPr>
          <w:p>
            <w:r>
              <w:t>3</w:t>
            </w:r>
          </w:p>
        </w:tc>
        <w:tc>
          <w:tcPr>
            <w:tcW w:type="dxa" w:w="1080"/>
          </w:tcPr>
          <w:p>
            <w:r>
              <w:t>专业必修课</w:t>
            </w:r>
          </w:p>
        </w:tc>
        <w:tc>
          <w:tcPr>
            <w:tcW w:type="dxa" w:w="1080"/>
          </w:tcPr>
          <w:p>
            <w:r>
              <w:t>土木工程学院</w:t>
            </w:r>
          </w:p>
        </w:tc>
        <w:tc>
          <w:tcPr>
            <w:tcW w:type="dxa" w:w="1080"/>
          </w:tcPr>
          <w:p>
            <w:r>
              <w:t>2025-2026</w:t>
            </w:r>
          </w:p>
        </w:tc>
        <w:tc>
          <w:tcPr>
            <w:tcW w:type="dxa" w:w="1080"/>
          </w:tcPr>
          <w:p>
            <w:r>
              <w:t>2</w:t>
            </w:r>
          </w:p>
        </w:tc>
      </w:tr>
      <w:tr>
        <w:tc>
          <w:tcPr>
            <w:tcW w:type="dxa" w:w="1080"/>
          </w:tcPr>
          <w:p>
            <w:r>
              <w:t>69</w:t>
            </w:r>
          </w:p>
        </w:tc>
        <w:tc>
          <w:tcPr>
            <w:tcW w:type="dxa" w:w="1080"/>
          </w:tcPr>
          <w:p>
            <w:r>
              <w:t>土木工程施工A</w:t>
            </w:r>
          </w:p>
        </w:tc>
        <w:tc>
          <w:tcPr>
            <w:tcW w:type="dxa" w:w="1080"/>
          </w:tcPr>
          <w:p>
            <w:r>
              <w:t>2CE21806</w:t>
            </w:r>
          </w:p>
        </w:tc>
        <w:tc>
          <w:tcPr>
            <w:tcW w:type="dxa" w:w="1080"/>
          </w:tcPr>
          <w:p>
            <w:r>
              <w:t>4</w:t>
            </w:r>
          </w:p>
        </w:tc>
        <w:tc>
          <w:tcPr>
            <w:tcW w:type="dxa" w:w="1080"/>
          </w:tcPr>
          <w:p>
            <w:r>
              <w:t>专业必修课</w:t>
            </w:r>
          </w:p>
        </w:tc>
        <w:tc>
          <w:tcPr>
            <w:tcW w:type="dxa" w:w="1080"/>
          </w:tcPr>
          <w:p>
            <w:r>
              <w:t>土木工程学院</w:t>
            </w:r>
          </w:p>
        </w:tc>
        <w:tc>
          <w:tcPr>
            <w:tcW w:type="dxa" w:w="1080"/>
          </w:tcPr>
          <w:p>
            <w:r>
              <w:t>2025-2026</w:t>
            </w:r>
          </w:p>
        </w:tc>
        <w:tc>
          <w:tcPr>
            <w:tcW w:type="dxa" w:w="1080"/>
          </w:tcPr>
          <w:p>
            <w:r>
              <w:t>2</w:t>
            </w:r>
          </w:p>
        </w:tc>
      </w:tr>
      <w:tr>
        <w:tc>
          <w:tcPr>
            <w:tcW w:type="dxa" w:w="1080"/>
          </w:tcPr>
          <w:p>
            <w:r>
              <w:t>70</w:t>
            </w:r>
          </w:p>
        </w:tc>
        <w:tc>
          <w:tcPr>
            <w:tcW w:type="dxa" w:w="1080"/>
          </w:tcPr>
          <w:p>
            <w:r>
              <w:t>英美文化</w:t>
            </w:r>
          </w:p>
        </w:tc>
        <w:tc>
          <w:tcPr>
            <w:tcW w:type="dxa" w:w="1080"/>
          </w:tcPr>
          <w:p>
            <w:r>
              <w:t>2IE21006</w:t>
            </w:r>
          </w:p>
        </w:tc>
        <w:tc>
          <w:tcPr>
            <w:tcW w:type="dxa" w:w="1080"/>
          </w:tcPr>
          <w:p>
            <w:r>
              <w:t>2</w:t>
            </w:r>
          </w:p>
        </w:tc>
        <w:tc>
          <w:tcPr>
            <w:tcW w:type="dxa" w:w="1080"/>
          </w:tcPr>
          <w:p>
            <w:r>
              <w:t>专业必修课</w:t>
            </w:r>
          </w:p>
        </w:tc>
        <w:tc>
          <w:tcPr>
            <w:tcW w:type="dxa" w:w="1080"/>
          </w:tcPr>
          <w:p>
            <w:r>
              <w:t>国际教育学院</w:t>
            </w:r>
          </w:p>
        </w:tc>
        <w:tc>
          <w:tcPr>
            <w:tcW w:type="dxa" w:w="1080"/>
          </w:tcPr>
          <w:p>
            <w:r>
              <w:t>2025-2026</w:t>
            </w:r>
          </w:p>
        </w:tc>
        <w:tc>
          <w:tcPr>
            <w:tcW w:type="dxa" w:w="1080"/>
          </w:tcPr>
          <w:p>
            <w:r>
              <w:t>2</w:t>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制表人（签字）：日期：2026.8.30学院（公章）：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苏州科技大学推荐2027年优秀应届本科毕业生免试攻读研究生课程清单</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年级：2023级</w:t>
            </w:r>
          </w:p>
        </w:tc>
        <w:tc>
          <w:tcPr>
            <w:tcW w:type="dxa" w:w="1080"/>
          </w:tcPr>
          <w:p>
            <w:r>
              <w:t>专业：</w:t>
            </w:r>
          </w:p>
        </w:tc>
        <w:tc>
          <w:tcPr>
            <w:tcW w:type="dxa" w:w="1080"/>
          </w:tcPr>
          <w:p>
            <w:r/>
          </w:p>
        </w:tc>
        <w:tc>
          <w:tcPr>
            <w:tcW w:type="dxa" w:w="1080"/>
          </w:tcPr>
          <w:p>
            <w:r>
              <w:t>物流管理（中外合作）</w:t>
            </w:r>
          </w:p>
        </w:tc>
        <w:tc>
          <w:tcPr>
            <w:tcW w:type="dxa" w:w="1080"/>
          </w:tcPr>
          <w:p>
            <w:r/>
          </w:p>
        </w:tc>
        <w:tc>
          <w:tcPr>
            <w:tcW w:type="dxa" w:w="1080"/>
          </w:tcPr>
          <w:p>
            <w: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入学教育</w:t>
            </w:r>
          </w:p>
        </w:tc>
        <w:tc>
          <w:tcPr>
            <w:tcW w:type="dxa" w:w="1080"/>
          </w:tcPr>
          <w:p>
            <w:r>
              <w:t>2AA31001</w:t>
            </w:r>
          </w:p>
        </w:tc>
        <w:tc>
          <w:tcPr>
            <w:tcW w:type="dxa" w:w="1080"/>
          </w:tcPr>
          <w:p>
            <w:r>
              <w:t>0.0</w:t>
            </w:r>
          </w:p>
        </w:tc>
        <w:tc>
          <w:tcPr>
            <w:tcW w:type="dxa" w:w="1080"/>
          </w:tcPr>
          <w:p>
            <w:r>
              <w:t>素质必修课</w:t>
            </w:r>
          </w:p>
        </w:tc>
        <w:tc>
          <w:tcPr>
            <w:tcW w:type="dxa" w:w="1080"/>
          </w:tcPr>
          <w:p>
            <w:r>
              <w:t>教务处</w:t>
            </w:r>
          </w:p>
        </w:tc>
        <w:tc>
          <w:tcPr>
            <w:tcW w:type="dxa" w:w="1080"/>
          </w:tcPr>
          <w:p>
            <w:r>
              <w:t>2023-2024</w:t>
            </w:r>
          </w:p>
        </w:tc>
        <w:tc>
          <w:tcPr>
            <w:tcW w:type="dxa" w:w="1080"/>
          </w:tcPr>
          <w:p>
            <w:r>
              <w:t>1</w:t>
            </w:r>
          </w:p>
        </w:tc>
      </w:tr>
      <w:tr>
        <w:tc>
          <w:tcPr>
            <w:tcW w:type="dxa" w:w="1080"/>
          </w:tcPr>
          <w:p>
            <w:r>
              <w:t>2</w:t>
            </w:r>
          </w:p>
        </w:tc>
        <w:tc>
          <w:tcPr>
            <w:tcW w:type="dxa" w:w="1080"/>
          </w:tcPr>
          <w:p>
            <w:r>
              <w:t>军事理论</w:t>
            </w:r>
          </w:p>
        </w:tc>
        <w:tc>
          <w:tcPr>
            <w:tcW w:type="dxa" w:w="1080"/>
          </w:tcPr>
          <w:p>
            <w:r>
              <w:t>2AS11001</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3</w:t>
            </w:r>
          </w:p>
        </w:tc>
        <w:tc>
          <w:tcPr>
            <w:tcW w:type="dxa" w:w="1080"/>
          </w:tcPr>
          <w:p>
            <w:r>
              <w:t>军事技能</w:t>
            </w:r>
          </w:p>
        </w:tc>
        <w:tc>
          <w:tcPr>
            <w:tcW w:type="dxa" w:w="1080"/>
          </w:tcPr>
          <w:p>
            <w:r>
              <w:t>2AS11002</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4</w:t>
            </w:r>
          </w:p>
        </w:tc>
        <w:tc>
          <w:tcPr>
            <w:tcW w:type="dxa" w:w="1080"/>
          </w:tcPr>
          <w:p>
            <w:r>
              <w:t>管理学</w:t>
            </w:r>
          </w:p>
        </w:tc>
        <w:tc>
          <w:tcPr>
            <w:tcW w:type="dxa" w:w="1080"/>
          </w:tcPr>
          <w:p>
            <w:r>
              <w:t>2BU21001</w:t>
            </w:r>
          </w:p>
        </w:tc>
        <w:tc>
          <w:tcPr>
            <w:tcW w:type="dxa" w:w="1080"/>
          </w:tcPr>
          <w:p>
            <w:r>
              <w:t>3</w:t>
            </w:r>
          </w:p>
        </w:tc>
        <w:tc>
          <w:tcPr>
            <w:tcW w:type="dxa" w:w="1080"/>
          </w:tcPr>
          <w:p>
            <w:r>
              <w:t>专业必修课</w:t>
            </w:r>
          </w:p>
        </w:tc>
        <w:tc>
          <w:tcPr>
            <w:tcW w:type="dxa" w:w="1080"/>
          </w:tcPr>
          <w:p>
            <w:r>
              <w:t>商学院</w:t>
            </w:r>
          </w:p>
        </w:tc>
        <w:tc>
          <w:tcPr>
            <w:tcW w:type="dxa" w:w="1080"/>
          </w:tcPr>
          <w:p>
            <w:r>
              <w:t>2023-2024</w:t>
            </w:r>
          </w:p>
        </w:tc>
        <w:tc>
          <w:tcPr>
            <w:tcW w:type="dxa" w:w="1080"/>
          </w:tcPr>
          <w:p>
            <w:r>
              <w:t>1</w:t>
            </w:r>
          </w:p>
        </w:tc>
      </w:tr>
      <w:tr>
        <w:tc>
          <w:tcPr>
            <w:tcW w:type="dxa" w:w="1080"/>
          </w:tcPr>
          <w:p>
            <w:r>
              <w:t>5</w:t>
            </w:r>
          </w:p>
        </w:tc>
        <w:tc>
          <w:tcPr>
            <w:tcW w:type="dxa" w:w="1080"/>
          </w:tcPr>
          <w:p>
            <w:r>
              <w:t>物流管理专业导论</w:t>
            </w:r>
          </w:p>
        </w:tc>
        <w:tc>
          <w:tcPr>
            <w:tcW w:type="dxa" w:w="1080"/>
          </w:tcPr>
          <w:p>
            <w:r>
              <w:t>2BU21401</w:t>
            </w:r>
          </w:p>
        </w:tc>
        <w:tc>
          <w:tcPr>
            <w:tcW w:type="dxa" w:w="1080"/>
          </w:tcPr>
          <w:p>
            <w:r>
              <w:t>1</w:t>
            </w:r>
          </w:p>
        </w:tc>
        <w:tc>
          <w:tcPr>
            <w:tcW w:type="dxa" w:w="1080"/>
          </w:tcPr>
          <w:p>
            <w:r>
              <w:t>专业必修课</w:t>
            </w:r>
          </w:p>
        </w:tc>
        <w:tc>
          <w:tcPr>
            <w:tcW w:type="dxa" w:w="1080"/>
          </w:tcPr>
          <w:p>
            <w:r>
              <w:t>商学院</w:t>
            </w:r>
          </w:p>
        </w:tc>
        <w:tc>
          <w:tcPr>
            <w:tcW w:type="dxa" w:w="1080"/>
          </w:tcPr>
          <w:p>
            <w:r>
              <w:t>2023-2024</w:t>
            </w:r>
          </w:p>
        </w:tc>
        <w:tc>
          <w:tcPr>
            <w:tcW w:type="dxa" w:w="1080"/>
          </w:tcPr>
          <w:p>
            <w:r>
              <w:t>1</w:t>
            </w:r>
          </w:p>
        </w:tc>
      </w:tr>
      <w:tr>
        <w:tc>
          <w:tcPr>
            <w:tcW w:type="dxa" w:w="1080"/>
          </w:tcPr>
          <w:p>
            <w:r>
              <w:t>6</w:t>
            </w:r>
          </w:p>
        </w:tc>
        <w:tc>
          <w:tcPr>
            <w:tcW w:type="dxa" w:w="1080"/>
          </w:tcPr>
          <w:p>
            <w:r>
              <w:t>物流学导论</w:t>
            </w:r>
          </w:p>
        </w:tc>
        <w:tc>
          <w:tcPr>
            <w:tcW w:type="dxa" w:w="1080"/>
          </w:tcPr>
          <w:p>
            <w:r>
              <w:t>2BU21402</w:t>
            </w:r>
          </w:p>
        </w:tc>
        <w:tc>
          <w:tcPr>
            <w:tcW w:type="dxa" w:w="1080"/>
          </w:tcPr>
          <w:p>
            <w:r>
              <w:t>3</w:t>
            </w:r>
          </w:p>
        </w:tc>
        <w:tc>
          <w:tcPr>
            <w:tcW w:type="dxa" w:w="1080"/>
          </w:tcPr>
          <w:p>
            <w:r>
              <w:t>专业必修课</w:t>
            </w:r>
          </w:p>
        </w:tc>
        <w:tc>
          <w:tcPr>
            <w:tcW w:type="dxa" w:w="1080"/>
          </w:tcPr>
          <w:p>
            <w:r>
              <w:t>商学院</w:t>
            </w:r>
          </w:p>
        </w:tc>
        <w:tc>
          <w:tcPr>
            <w:tcW w:type="dxa" w:w="1080"/>
          </w:tcPr>
          <w:p>
            <w:r>
              <w:t>2023-2024</w:t>
            </w:r>
          </w:p>
        </w:tc>
        <w:tc>
          <w:tcPr>
            <w:tcW w:type="dxa" w:w="1080"/>
          </w:tcPr>
          <w:p>
            <w:r>
              <w:t>1</w:t>
            </w:r>
          </w:p>
        </w:tc>
      </w:tr>
      <w:tr>
        <w:tc>
          <w:tcPr>
            <w:tcW w:type="dxa" w:w="1080"/>
          </w:tcPr>
          <w:p>
            <w:r>
              <w:t>7</w:t>
            </w:r>
          </w:p>
        </w:tc>
        <w:tc>
          <w:tcPr>
            <w:tcW w:type="dxa" w:w="1080"/>
          </w:tcPr>
          <w:p>
            <w:r>
              <w:t>企业家管理技巧</w:t>
            </w:r>
          </w:p>
        </w:tc>
        <w:tc>
          <w:tcPr>
            <w:tcW w:type="dxa" w:w="1080"/>
          </w:tcPr>
          <w:p>
            <w:r>
              <w:t>2BU21901</w:t>
            </w:r>
          </w:p>
        </w:tc>
        <w:tc>
          <w:tcPr>
            <w:tcW w:type="dxa" w:w="1080"/>
          </w:tcPr>
          <w:p>
            <w:r>
              <w:t>2</w:t>
            </w:r>
          </w:p>
        </w:tc>
        <w:tc>
          <w:tcPr>
            <w:tcW w:type="dxa" w:w="1080"/>
          </w:tcPr>
          <w:p>
            <w:r>
              <w:t>专业必修课</w:t>
            </w:r>
          </w:p>
        </w:tc>
        <w:tc>
          <w:tcPr>
            <w:tcW w:type="dxa" w:w="1080"/>
          </w:tcPr>
          <w:p>
            <w:r>
              <w:t>商学院</w:t>
            </w:r>
          </w:p>
        </w:tc>
        <w:tc>
          <w:tcPr>
            <w:tcW w:type="dxa" w:w="1080"/>
          </w:tcPr>
          <w:p>
            <w:r>
              <w:t>2023-2024</w:t>
            </w:r>
          </w:p>
        </w:tc>
        <w:tc>
          <w:tcPr>
            <w:tcW w:type="dxa" w:w="1080"/>
          </w:tcPr>
          <w:p>
            <w:r>
              <w:t>1</w:t>
            </w:r>
          </w:p>
        </w:tc>
      </w:tr>
      <w:tr>
        <w:tc>
          <w:tcPr>
            <w:tcW w:type="dxa" w:w="1080"/>
          </w:tcPr>
          <w:p>
            <w:r>
              <w:t>8</w:t>
            </w:r>
          </w:p>
        </w:tc>
        <w:tc>
          <w:tcPr>
            <w:tcW w:type="dxa" w:w="1080"/>
          </w:tcPr>
          <w:p>
            <w:r>
              <w:t>大学生心理健康实践</w:t>
            </w:r>
          </w:p>
        </w:tc>
        <w:tc>
          <w:tcPr>
            <w:tcW w:type="dxa" w:w="1080"/>
          </w:tcPr>
          <w:p>
            <w:r>
              <w:t>2ED11002</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9</w:t>
            </w:r>
          </w:p>
        </w:tc>
        <w:tc>
          <w:tcPr>
            <w:tcW w:type="dxa" w:w="1080"/>
          </w:tcPr>
          <w:p>
            <w:r>
              <w:t>英语技能（一）</w:t>
            </w:r>
          </w:p>
        </w:tc>
        <w:tc>
          <w:tcPr>
            <w:tcW w:type="dxa" w:w="1080"/>
          </w:tcPr>
          <w:p>
            <w:r>
              <w:t>2IE21001</w:t>
            </w:r>
          </w:p>
        </w:tc>
        <w:tc>
          <w:tcPr>
            <w:tcW w:type="dxa" w:w="1080"/>
          </w:tcPr>
          <w:p>
            <w:r>
              <w:t>2</w:t>
            </w:r>
          </w:p>
        </w:tc>
        <w:tc>
          <w:tcPr>
            <w:tcW w:type="dxa" w:w="1080"/>
          </w:tcPr>
          <w:p>
            <w:r>
              <w:t>专业必修课</w:t>
            </w:r>
          </w:p>
        </w:tc>
        <w:tc>
          <w:tcPr>
            <w:tcW w:type="dxa" w:w="1080"/>
          </w:tcPr>
          <w:p>
            <w:r>
              <w:t>国际教育学院</w:t>
            </w:r>
          </w:p>
        </w:tc>
        <w:tc>
          <w:tcPr>
            <w:tcW w:type="dxa" w:w="1080"/>
          </w:tcPr>
          <w:p>
            <w:r>
              <w:t>2023-2024</w:t>
            </w:r>
          </w:p>
        </w:tc>
        <w:tc>
          <w:tcPr>
            <w:tcW w:type="dxa" w:w="1080"/>
          </w:tcPr>
          <w:p>
            <w:r>
              <w:t>1</w:t>
            </w:r>
          </w:p>
        </w:tc>
      </w:tr>
      <w:tr>
        <w:tc>
          <w:tcPr>
            <w:tcW w:type="dxa" w:w="1080"/>
          </w:tcPr>
          <w:p>
            <w:r>
              <w:t>10</w:t>
            </w:r>
          </w:p>
        </w:tc>
        <w:tc>
          <w:tcPr>
            <w:tcW w:type="dxa" w:w="1080"/>
          </w:tcPr>
          <w:p>
            <w:r>
              <w:t>高等数学E(一)</w:t>
            </w:r>
          </w:p>
        </w:tc>
        <w:tc>
          <w:tcPr>
            <w:tcW w:type="dxa" w:w="1080"/>
          </w:tcPr>
          <w:p>
            <w:r>
              <w:t>2MA11008</w:t>
            </w:r>
          </w:p>
        </w:tc>
        <w:tc>
          <w:tcPr>
            <w:tcW w:type="dxa" w:w="1080"/>
          </w:tcPr>
          <w:p>
            <w:r>
              <w:t>4.0</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11</w:t>
            </w:r>
          </w:p>
        </w:tc>
        <w:tc>
          <w:tcPr>
            <w:tcW w:type="dxa" w:w="1080"/>
          </w:tcPr>
          <w:p>
            <w:r>
              <w:t>思想道德与法治</w:t>
            </w:r>
          </w:p>
        </w:tc>
        <w:tc>
          <w:tcPr>
            <w:tcW w:type="dxa" w:w="1080"/>
          </w:tcPr>
          <w:p>
            <w:r>
              <w:t>2MX11001</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12</w:t>
            </w:r>
          </w:p>
        </w:tc>
        <w:tc>
          <w:tcPr>
            <w:tcW w:type="dxa" w:w="1080"/>
          </w:tcPr>
          <w:p>
            <w:r>
              <w:t>劳动教育理论</w:t>
            </w:r>
          </w:p>
        </w:tc>
        <w:tc>
          <w:tcPr>
            <w:tcW w:type="dxa" w:w="1080"/>
          </w:tcPr>
          <w:p>
            <w:r>
              <w:t>2SD11001</w:t>
            </w:r>
          </w:p>
        </w:tc>
        <w:tc>
          <w:tcPr>
            <w:tcW w:type="dxa" w:w="1080"/>
          </w:tcPr>
          <w:p>
            <w:r>
              <w:t>1.0</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13</w:t>
            </w:r>
          </w:p>
        </w:tc>
        <w:tc>
          <w:tcPr>
            <w:tcW w:type="dxa" w:w="1080"/>
          </w:tcPr>
          <w:p>
            <w:r>
              <w:t>体育(一)</w:t>
            </w:r>
          </w:p>
        </w:tc>
        <w:tc>
          <w:tcPr>
            <w:tcW w:type="dxa" w:w="1080"/>
          </w:tcPr>
          <w:p>
            <w:r>
              <w:t>2SP11001</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14</w:t>
            </w:r>
          </w:p>
        </w:tc>
        <w:tc>
          <w:tcPr>
            <w:tcW w:type="dxa" w:w="1080"/>
          </w:tcPr>
          <w:p>
            <w:r>
              <w:t>创新创业教育基础</w:t>
            </w:r>
          </w:p>
        </w:tc>
        <w:tc>
          <w:tcPr>
            <w:tcW w:type="dxa" w:w="1080"/>
          </w:tcPr>
          <w:p>
            <w:r>
              <w:t>2BU11001</w:t>
            </w:r>
          </w:p>
        </w:tc>
        <w:tc>
          <w:tcPr>
            <w:tcW w:type="dxa" w:w="1080"/>
          </w:tcPr>
          <w:p>
            <w:r>
              <w:t>1</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15</w:t>
            </w:r>
          </w:p>
        </w:tc>
        <w:tc>
          <w:tcPr>
            <w:tcW w:type="dxa" w:w="1080"/>
          </w:tcPr>
          <w:p>
            <w:r>
              <w:t>微观经济学</w:t>
            </w:r>
          </w:p>
        </w:tc>
        <w:tc>
          <w:tcPr>
            <w:tcW w:type="dxa" w:w="1080"/>
          </w:tcPr>
          <w:p>
            <w:r>
              <w:t>2BU21002</w:t>
            </w:r>
          </w:p>
        </w:tc>
        <w:tc>
          <w:tcPr>
            <w:tcW w:type="dxa" w:w="1080"/>
          </w:tcPr>
          <w:p>
            <w:r>
              <w:t>3</w:t>
            </w:r>
          </w:p>
        </w:tc>
        <w:tc>
          <w:tcPr>
            <w:tcW w:type="dxa" w:w="1080"/>
          </w:tcPr>
          <w:p>
            <w:r>
              <w:t>专业必修课</w:t>
            </w:r>
          </w:p>
        </w:tc>
        <w:tc>
          <w:tcPr>
            <w:tcW w:type="dxa" w:w="1080"/>
          </w:tcPr>
          <w:p>
            <w:r>
              <w:t>商学院</w:t>
            </w:r>
          </w:p>
        </w:tc>
        <w:tc>
          <w:tcPr>
            <w:tcW w:type="dxa" w:w="1080"/>
          </w:tcPr>
          <w:p>
            <w:r>
              <w:t>2023-2024</w:t>
            </w:r>
          </w:p>
        </w:tc>
        <w:tc>
          <w:tcPr>
            <w:tcW w:type="dxa" w:w="1080"/>
          </w:tcPr>
          <w:p>
            <w:r>
              <w:t>2</w:t>
            </w:r>
          </w:p>
        </w:tc>
      </w:tr>
      <w:tr>
        <w:tc>
          <w:tcPr>
            <w:tcW w:type="dxa" w:w="1080"/>
          </w:tcPr>
          <w:p>
            <w:r>
              <w:t>16</w:t>
            </w:r>
          </w:p>
        </w:tc>
        <w:tc>
          <w:tcPr>
            <w:tcW w:type="dxa" w:w="1080"/>
          </w:tcPr>
          <w:p>
            <w:r>
              <w:t>劳动教育实践</w:t>
            </w:r>
          </w:p>
        </w:tc>
        <w:tc>
          <w:tcPr>
            <w:tcW w:type="dxa" w:w="1080"/>
          </w:tcPr>
          <w:p>
            <w:r>
              <w:t>2BU21022</w:t>
            </w:r>
          </w:p>
        </w:tc>
        <w:tc>
          <w:tcPr>
            <w:tcW w:type="dxa" w:w="1080"/>
          </w:tcPr>
          <w:p>
            <w:r>
              <w:t>1.0</w:t>
            </w:r>
          </w:p>
        </w:tc>
        <w:tc>
          <w:tcPr>
            <w:tcW w:type="dxa" w:w="1080"/>
          </w:tcPr>
          <w:p>
            <w:r>
              <w:t>专业必修课</w:t>
            </w:r>
          </w:p>
        </w:tc>
        <w:tc>
          <w:tcPr>
            <w:tcW w:type="dxa" w:w="1080"/>
          </w:tcPr>
          <w:p>
            <w:r>
              <w:t>商学院</w:t>
            </w:r>
          </w:p>
        </w:tc>
        <w:tc>
          <w:tcPr>
            <w:tcW w:type="dxa" w:w="1080"/>
          </w:tcPr>
          <w:p>
            <w:r>
              <w:t>2023-2024</w:t>
            </w:r>
          </w:p>
        </w:tc>
        <w:tc>
          <w:tcPr>
            <w:tcW w:type="dxa" w:w="1080"/>
          </w:tcPr>
          <w:p>
            <w:r>
              <w:t>2</w:t>
            </w:r>
          </w:p>
        </w:tc>
      </w:tr>
      <w:tr>
        <w:tc>
          <w:tcPr>
            <w:tcW w:type="dxa" w:w="1080"/>
          </w:tcPr>
          <w:p>
            <w:r>
              <w:t>17</w:t>
            </w:r>
          </w:p>
        </w:tc>
        <w:tc>
          <w:tcPr>
            <w:tcW w:type="dxa" w:w="1080"/>
          </w:tcPr>
          <w:p>
            <w:r>
              <w:t>认识实习</w:t>
            </w:r>
          </w:p>
        </w:tc>
        <w:tc>
          <w:tcPr>
            <w:tcW w:type="dxa" w:w="1080"/>
          </w:tcPr>
          <w:p>
            <w:r>
              <w:t>2BU21023</w:t>
            </w:r>
          </w:p>
        </w:tc>
        <w:tc>
          <w:tcPr>
            <w:tcW w:type="dxa" w:w="1080"/>
          </w:tcPr>
          <w:p>
            <w:r>
              <w:t>1.0</w:t>
            </w:r>
          </w:p>
        </w:tc>
        <w:tc>
          <w:tcPr>
            <w:tcW w:type="dxa" w:w="1080"/>
          </w:tcPr>
          <w:p>
            <w:r>
              <w:t>专业必修课</w:t>
            </w:r>
          </w:p>
        </w:tc>
        <w:tc>
          <w:tcPr>
            <w:tcW w:type="dxa" w:w="1080"/>
          </w:tcPr>
          <w:p>
            <w:r>
              <w:t>商学院</w:t>
            </w:r>
          </w:p>
        </w:tc>
        <w:tc>
          <w:tcPr>
            <w:tcW w:type="dxa" w:w="1080"/>
          </w:tcPr>
          <w:p>
            <w:r>
              <w:t>2023-2024</w:t>
            </w:r>
          </w:p>
        </w:tc>
        <w:tc>
          <w:tcPr>
            <w:tcW w:type="dxa" w:w="1080"/>
          </w:tcPr>
          <w:p>
            <w:r>
              <w:t>2</w:t>
            </w:r>
          </w:p>
        </w:tc>
      </w:tr>
      <w:tr>
        <w:tc>
          <w:tcPr>
            <w:tcW w:type="dxa" w:w="1080"/>
          </w:tcPr>
          <w:p>
            <w:r>
              <w:t>18</w:t>
            </w:r>
          </w:p>
        </w:tc>
        <w:tc>
          <w:tcPr>
            <w:tcW w:type="dxa" w:w="1080"/>
          </w:tcPr>
          <w:p>
            <w:r>
              <w:t>物流设施与设备</w:t>
            </w:r>
          </w:p>
        </w:tc>
        <w:tc>
          <w:tcPr>
            <w:tcW w:type="dxa" w:w="1080"/>
          </w:tcPr>
          <w:p>
            <w:r>
              <w:t>2BU21403</w:t>
            </w:r>
          </w:p>
        </w:tc>
        <w:tc>
          <w:tcPr>
            <w:tcW w:type="dxa" w:w="1080"/>
          </w:tcPr>
          <w:p>
            <w:r>
              <w:t>3</w:t>
            </w:r>
          </w:p>
        </w:tc>
        <w:tc>
          <w:tcPr>
            <w:tcW w:type="dxa" w:w="1080"/>
          </w:tcPr>
          <w:p>
            <w:r>
              <w:t>专业必修课</w:t>
            </w:r>
          </w:p>
        </w:tc>
        <w:tc>
          <w:tcPr>
            <w:tcW w:type="dxa" w:w="1080"/>
          </w:tcPr>
          <w:p>
            <w:r>
              <w:t>商学院</w:t>
            </w:r>
          </w:p>
        </w:tc>
        <w:tc>
          <w:tcPr>
            <w:tcW w:type="dxa" w:w="1080"/>
          </w:tcPr>
          <w:p>
            <w:r>
              <w:t>2023-2024</w:t>
            </w:r>
          </w:p>
        </w:tc>
        <w:tc>
          <w:tcPr>
            <w:tcW w:type="dxa" w:w="1080"/>
          </w:tcPr>
          <w:p>
            <w:r>
              <w:t>2</w:t>
            </w:r>
          </w:p>
        </w:tc>
      </w:tr>
      <w:tr>
        <w:tc>
          <w:tcPr>
            <w:tcW w:type="dxa" w:w="1080"/>
          </w:tcPr>
          <w:p>
            <w:r>
              <w:t>19</w:t>
            </w:r>
          </w:p>
        </w:tc>
        <w:tc>
          <w:tcPr>
            <w:tcW w:type="dxa" w:w="1080"/>
          </w:tcPr>
          <w:p>
            <w:r>
              <w:t>人力资源管理</w:t>
            </w:r>
          </w:p>
        </w:tc>
        <w:tc>
          <w:tcPr>
            <w:tcW w:type="dxa" w:w="1080"/>
          </w:tcPr>
          <w:p>
            <w:r>
              <w:t>2BU21902</w:t>
            </w:r>
          </w:p>
        </w:tc>
        <w:tc>
          <w:tcPr>
            <w:tcW w:type="dxa" w:w="1080"/>
          </w:tcPr>
          <w:p>
            <w:r>
              <w:t>2</w:t>
            </w:r>
          </w:p>
        </w:tc>
        <w:tc>
          <w:tcPr>
            <w:tcW w:type="dxa" w:w="1080"/>
          </w:tcPr>
          <w:p>
            <w:r>
              <w:t>专业必修课</w:t>
            </w:r>
          </w:p>
        </w:tc>
        <w:tc>
          <w:tcPr>
            <w:tcW w:type="dxa" w:w="1080"/>
          </w:tcPr>
          <w:p>
            <w:r>
              <w:t>商学院</w:t>
            </w:r>
          </w:p>
        </w:tc>
        <w:tc>
          <w:tcPr>
            <w:tcW w:type="dxa" w:w="1080"/>
          </w:tcPr>
          <w:p>
            <w:r>
              <w:t>2023-2024</w:t>
            </w:r>
          </w:p>
        </w:tc>
        <w:tc>
          <w:tcPr>
            <w:tcW w:type="dxa" w:w="1080"/>
          </w:tcPr>
          <w:p>
            <w:r>
              <w:t>2</w:t>
            </w:r>
          </w:p>
        </w:tc>
      </w:tr>
      <w:tr>
        <w:tc>
          <w:tcPr>
            <w:tcW w:type="dxa" w:w="1080"/>
          </w:tcPr>
          <w:p>
            <w:r>
              <w:t>20</w:t>
            </w:r>
          </w:p>
        </w:tc>
        <w:tc>
          <w:tcPr>
            <w:tcW w:type="dxa" w:w="1080"/>
          </w:tcPr>
          <w:p>
            <w:r>
              <w:t>大学生心理健康教育</w:t>
            </w:r>
          </w:p>
        </w:tc>
        <w:tc>
          <w:tcPr>
            <w:tcW w:type="dxa" w:w="1080"/>
          </w:tcPr>
          <w:p>
            <w:r>
              <w:t>2ED11001</w:t>
            </w:r>
          </w:p>
        </w:tc>
        <w:tc>
          <w:tcPr>
            <w:tcW w:type="dxa" w:w="1080"/>
          </w:tcPr>
          <w:p>
            <w:r>
              <w:t>1</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21</w:t>
            </w:r>
          </w:p>
        </w:tc>
        <w:tc>
          <w:tcPr>
            <w:tcW w:type="dxa" w:w="1080"/>
          </w:tcPr>
          <w:p>
            <w:r>
              <w:t>程序设计语言Python(B)</w:t>
            </w:r>
          </w:p>
        </w:tc>
        <w:tc>
          <w:tcPr>
            <w:tcW w:type="dxa" w:w="1080"/>
          </w:tcPr>
          <w:p>
            <w:r>
              <w:t>2EI21003</w:t>
            </w:r>
          </w:p>
        </w:tc>
        <w:tc>
          <w:tcPr>
            <w:tcW w:type="dxa" w:w="1080"/>
          </w:tcPr>
          <w:p>
            <w:r>
              <w:t>3.0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2</w:t>
            </w:r>
          </w:p>
        </w:tc>
      </w:tr>
      <w:tr>
        <w:tc>
          <w:tcPr>
            <w:tcW w:type="dxa" w:w="1080"/>
          </w:tcPr>
          <w:p>
            <w:r>
              <w:t>22</w:t>
            </w:r>
          </w:p>
        </w:tc>
        <w:tc>
          <w:tcPr>
            <w:tcW w:type="dxa" w:w="1080"/>
          </w:tcPr>
          <w:p>
            <w:r>
              <w:t>英语技能（二）</w:t>
            </w:r>
          </w:p>
        </w:tc>
        <w:tc>
          <w:tcPr>
            <w:tcW w:type="dxa" w:w="1080"/>
          </w:tcPr>
          <w:p>
            <w:r>
              <w:t>2IE21002</w:t>
            </w:r>
          </w:p>
        </w:tc>
        <w:tc>
          <w:tcPr>
            <w:tcW w:type="dxa" w:w="1080"/>
          </w:tcPr>
          <w:p>
            <w:r>
              <w:t>2</w:t>
            </w:r>
          </w:p>
        </w:tc>
        <w:tc>
          <w:tcPr>
            <w:tcW w:type="dxa" w:w="1080"/>
          </w:tcPr>
          <w:p>
            <w:r>
              <w:t>专业必修课</w:t>
            </w:r>
          </w:p>
        </w:tc>
        <w:tc>
          <w:tcPr>
            <w:tcW w:type="dxa" w:w="1080"/>
          </w:tcPr>
          <w:p>
            <w:r>
              <w:t>国际教育学院</w:t>
            </w:r>
          </w:p>
        </w:tc>
        <w:tc>
          <w:tcPr>
            <w:tcW w:type="dxa" w:w="1080"/>
          </w:tcPr>
          <w:p>
            <w:r>
              <w:t>2023-2024</w:t>
            </w:r>
          </w:p>
        </w:tc>
        <w:tc>
          <w:tcPr>
            <w:tcW w:type="dxa" w:w="1080"/>
          </w:tcPr>
          <w:p>
            <w:r>
              <w:t>2</w:t>
            </w:r>
          </w:p>
        </w:tc>
      </w:tr>
      <w:tr>
        <w:tc>
          <w:tcPr>
            <w:tcW w:type="dxa" w:w="1080"/>
          </w:tcPr>
          <w:p>
            <w:r>
              <w:t>23</w:t>
            </w:r>
          </w:p>
        </w:tc>
        <w:tc>
          <w:tcPr>
            <w:tcW w:type="dxa" w:w="1080"/>
          </w:tcPr>
          <w:p>
            <w:r>
              <w:t>高等数学E(二)</w:t>
            </w:r>
          </w:p>
        </w:tc>
        <w:tc>
          <w:tcPr>
            <w:tcW w:type="dxa" w:w="1080"/>
          </w:tcPr>
          <w:p>
            <w:r>
              <w:t>2MA11009</w:t>
            </w:r>
          </w:p>
        </w:tc>
        <w:tc>
          <w:tcPr>
            <w:tcW w:type="dxa" w:w="1080"/>
          </w:tcPr>
          <w:p>
            <w:r>
              <w:t>3.0</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24</w:t>
            </w:r>
          </w:p>
        </w:tc>
        <w:tc>
          <w:tcPr>
            <w:tcW w:type="dxa" w:w="1080"/>
          </w:tcPr>
          <w:p>
            <w:r>
              <w:t>线性代数C</w:t>
            </w:r>
          </w:p>
        </w:tc>
        <w:tc>
          <w:tcPr>
            <w:tcW w:type="dxa" w:w="1080"/>
          </w:tcPr>
          <w:p>
            <w:r>
              <w:t>2MA11013</w:t>
            </w:r>
          </w:p>
        </w:tc>
        <w:tc>
          <w:tcPr>
            <w:tcW w:type="dxa" w:w="1080"/>
          </w:tcPr>
          <w:p>
            <w:r>
              <w:t>2.0</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25</w:t>
            </w:r>
          </w:p>
        </w:tc>
        <w:tc>
          <w:tcPr>
            <w:tcW w:type="dxa" w:w="1080"/>
          </w:tcPr>
          <w:p>
            <w:r>
              <w:t>中国近现代史纲要</w:t>
            </w:r>
          </w:p>
        </w:tc>
        <w:tc>
          <w:tcPr>
            <w:tcW w:type="dxa" w:w="1080"/>
          </w:tcPr>
          <w:p>
            <w:r>
              <w:t>2MX11002</w:t>
            </w:r>
          </w:p>
        </w:tc>
        <w:tc>
          <w:tcPr>
            <w:tcW w:type="dxa" w:w="1080"/>
          </w:tcPr>
          <w:p>
            <w:r>
              <w:t>3</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26</w:t>
            </w:r>
          </w:p>
        </w:tc>
        <w:tc>
          <w:tcPr>
            <w:tcW w:type="dxa" w:w="1080"/>
          </w:tcPr>
          <w:p>
            <w:r>
              <w:t>中国共产党史</w:t>
            </w:r>
          </w:p>
        </w:tc>
        <w:tc>
          <w:tcPr>
            <w:tcW w:type="dxa" w:w="1080"/>
          </w:tcPr>
          <w:p>
            <w:r>
              <w:t>2MX11007</w:t>
            </w:r>
          </w:p>
        </w:tc>
        <w:tc>
          <w:tcPr>
            <w:tcW w:type="dxa" w:w="1080"/>
          </w:tcPr>
          <w:p>
            <w:r>
              <w:t>1</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27</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28</w:t>
            </w:r>
          </w:p>
        </w:tc>
        <w:tc>
          <w:tcPr>
            <w:tcW w:type="dxa" w:w="1080"/>
          </w:tcPr>
          <w:p>
            <w:r>
              <w:t>体育(二)</w:t>
            </w:r>
          </w:p>
        </w:tc>
        <w:tc>
          <w:tcPr>
            <w:tcW w:type="dxa" w:w="1080"/>
          </w:tcPr>
          <w:p>
            <w:r>
              <w:t>2SP11002</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29</w:t>
            </w:r>
          </w:p>
        </w:tc>
        <w:tc>
          <w:tcPr>
            <w:tcW w:type="dxa" w:w="1080"/>
          </w:tcPr>
          <w:p>
            <w:r>
              <w:t>运筹学</w:t>
            </w:r>
          </w:p>
        </w:tc>
        <w:tc>
          <w:tcPr>
            <w:tcW w:type="dxa" w:w="1080"/>
          </w:tcPr>
          <w:p>
            <w:r>
              <w:t>2BU21010</w:t>
            </w:r>
          </w:p>
        </w:tc>
        <w:tc>
          <w:tcPr>
            <w:tcW w:type="dxa" w:w="1080"/>
          </w:tcPr>
          <w:p>
            <w:r>
              <w:t>3</w:t>
            </w:r>
          </w:p>
        </w:tc>
        <w:tc>
          <w:tcPr>
            <w:tcW w:type="dxa" w:w="1080"/>
          </w:tcPr>
          <w:p>
            <w:r>
              <w:t>专业必修课</w:t>
            </w:r>
          </w:p>
        </w:tc>
        <w:tc>
          <w:tcPr>
            <w:tcW w:type="dxa" w:w="1080"/>
          </w:tcPr>
          <w:p>
            <w:r>
              <w:t>商学院</w:t>
            </w:r>
          </w:p>
        </w:tc>
        <w:tc>
          <w:tcPr>
            <w:tcW w:type="dxa" w:w="1080"/>
          </w:tcPr>
          <w:p>
            <w:r>
              <w:t>2024-2025</w:t>
            </w:r>
          </w:p>
        </w:tc>
        <w:tc>
          <w:tcPr>
            <w:tcW w:type="dxa" w:w="1080"/>
          </w:tcPr>
          <w:p>
            <w:r>
              <w:t>1</w:t>
            </w:r>
          </w:p>
        </w:tc>
      </w:tr>
      <w:tr>
        <w:tc>
          <w:tcPr>
            <w:tcW w:type="dxa" w:w="1080"/>
          </w:tcPr>
          <w:p>
            <w:r>
              <w:t>30</w:t>
            </w:r>
          </w:p>
        </w:tc>
        <w:tc>
          <w:tcPr>
            <w:tcW w:type="dxa" w:w="1080"/>
          </w:tcPr>
          <w:p>
            <w:r>
              <w:t>仓储管理与库存控制</w:t>
            </w:r>
          </w:p>
        </w:tc>
        <w:tc>
          <w:tcPr>
            <w:tcW w:type="dxa" w:w="1080"/>
          </w:tcPr>
          <w:p>
            <w:r>
              <w:t>2BU21404</w:t>
            </w:r>
          </w:p>
        </w:tc>
        <w:tc>
          <w:tcPr>
            <w:tcW w:type="dxa" w:w="1080"/>
          </w:tcPr>
          <w:p>
            <w:r>
              <w:t>3</w:t>
            </w:r>
          </w:p>
        </w:tc>
        <w:tc>
          <w:tcPr>
            <w:tcW w:type="dxa" w:w="1080"/>
          </w:tcPr>
          <w:p>
            <w:r>
              <w:t>专业必修课</w:t>
            </w:r>
          </w:p>
        </w:tc>
        <w:tc>
          <w:tcPr>
            <w:tcW w:type="dxa" w:w="1080"/>
          </w:tcPr>
          <w:p>
            <w:r>
              <w:t>商学院</w:t>
            </w:r>
          </w:p>
        </w:tc>
        <w:tc>
          <w:tcPr>
            <w:tcW w:type="dxa" w:w="1080"/>
          </w:tcPr>
          <w:p>
            <w:r>
              <w:t>2024-2025</w:t>
            </w:r>
          </w:p>
        </w:tc>
        <w:tc>
          <w:tcPr>
            <w:tcW w:type="dxa" w:w="1080"/>
          </w:tcPr>
          <w:p>
            <w:r>
              <w:t>1</w:t>
            </w:r>
          </w:p>
        </w:tc>
      </w:tr>
      <w:tr>
        <w:tc>
          <w:tcPr>
            <w:tcW w:type="dxa" w:w="1080"/>
          </w:tcPr>
          <w:p>
            <w:r>
              <w:t>31</w:t>
            </w:r>
          </w:p>
        </w:tc>
        <w:tc>
          <w:tcPr>
            <w:tcW w:type="dxa" w:w="1080"/>
          </w:tcPr>
          <w:p>
            <w:r>
              <w:t>商业财务管理</w:t>
            </w:r>
          </w:p>
        </w:tc>
        <w:tc>
          <w:tcPr>
            <w:tcW w:type="dxa" w:w="1080"/>
          </w:tcPr>
          <w:p>
            <w:r>
              <w:t>2BU21903</w:t>
            </w:r>
          </w:p>
        </w:tc>
        <w:tc>
          <w:tcPr>
            <w:tcW w:type="dxa" w:w="1080"/>
          </w:tcPr>
          <w:p>
            <w:r>
              <w:t>2</w:t>
            </w:r>
          </w:p>
        </w:tc>
        <w:tc>
          <w:tcPr>
            <w:tcW w:type="dxa" w:w="1080"/>
          </w:tcPr>
          <w:p>
            <w:r>
              <w:t>专业必修课</w:t>
            </w:r>
          </w:p>
        </w:tc>
        <w:tc>
          <w:tcPr>
            <w:tcW w:type="dxa" w:w="1080"/>
          </w:tcPr>
          <w:p>
            <w:r>
              <w:t>商学院</w:t>
            </w:r>
          </w:p>
        </w:tc>
        <w:tc>
          <w:tcPr>
            <w:tcW w:type="dxa" w:w="1080"/>
          </w:tcPr>
          <w:p>
            <w:r>
              <w:t>2024-2025</w:t>
            </w:r>
          </w:p>
        </w:tc>
        <w:tc>
          <w:tcPr>
            <w:tcW w:type="dxa" w:w="1080"/>
          </w:tcPr>
          <w:p>
            <w:r>
              <w:t>1</w:t>
            </w:r>
          </w:p>
        </w:tc>
      </w:tr>
      <w:tr>
        <w:tc>
          <w:tcPr>
            <w:tcW w:type="dxa" w:w="1080"/>
          </w:tcPr>
          <w:p>
            <w:r>
              <w:t>32</w:t>
            </w:r>
          </w:p>
        </w:tc>
        <w:tc>
          <w:tcPr>
            <w:tcW w:type="dxa" w:w="1080"/>
          </w:tcPr>
          <w:p>
            <w:r>
              <w:t>雅思读写(一)</w:t>
            </w:r>
          </w:p>
        </w:tc>
        <w:tc>
          <w:tcPr>
            <w:tcW w:type="dxa" w:w="1080"/>
          </w:tcPr>
          <w:p>
            <w:r>
              <w:t>2FL21701</w:t>
            </w:r>
          </w:p>
        </w:tc>
        <w:tc>
          <w:tcPr>
            <w:tcW w:type="dxa" w:w="1080"/>
          </w:tcPr>
          <w:p>
            <w:r>
              <w:t>2</w:t>
            </w:r>
          </w:p>
        </w:tc>
        <w:tc>
          <w:tcPr>
            <w:tcW w:type="dxa" w:w="1080"/>
          </w:tcPr>
          <w:p>
            <w:r>
              <w:t>专业必修课</w:t>
            </w:r>
          </w:p>
        </w:tc>
        <w:tc>
          <w:tcPr>
            <w:tcW w:type="dxa" w:w="1080"/>
          </w:tcPr>
          <w:p>
            <w:r>
              <w:t>外国语学院</w:t>
            </w:r>
          </w:p>
        </w:tc>
        <w:tc>
          <w:tcPr>
            <w:tcW w:type="dxa" w:w="1080"/>
          </w:tcPr>
          <w:p>
            <w:r>
              <w:t>2024-2025</w:t>
            </w:r>
          </w:p>
        </w:tc>
        <w:tc>
          <w:tcPr>
            <w:tcW w:type="dxa" w:w="1080"/>
          </w:tcPr>
          <w:p>
            <w:r>
              <w:t>1</w:t>
            </w:r>
          </w:p>
        </w:tc>
      </w:tr>
      <w:tr>
        <w:tc>
          <w:tcPr>
            <w:tcW w:type="dxa" w:w="1080"/>
          </w:tcPr>
          <w:p>
            <w:r>
              <w:t>33</w:t>
            </w:r>
          </w:p>
        </w:tc>
        <w:tc>
          <w:tcPr>
            <w:tcW w:type="dxa" w:w="1080"/>
          </w:tcPr>
          <w:p>
            <w:r>
              <w:t>雅思听说(一)</w:t>
            </w:r>
          </w:p>
        </w:tc>
        <w:tc>
          <w:tcPr>
            <w:tcW w:type="dxa" w:w="1080"/>
          </w:tcPr>
          <w:p>
            <w:r>
              <w:t>2FL21704</w:t>
            </w:r>
          </w:p>
        </w:tc>
        <w:tc>
          <w:tcPr>
            <w:tcW w:type="dxa" w:w="1080"/>
          </w:tcPr>
          <w:p>
            <w:r>
              <w:t>2</w:t>
            </w:r>
          </w:p>
        </w:tc>
        <w:tc>
          <w:tcPr>
            <w:tcW w:type="dxa" w:w="1080"/>
          </w:tcPr>
          <w:p>
            <w:r>
              <w:t>专业必修课</w:t>
            </w:r>
          </w:p>
        </w:tc>
        <w:tc>
          <w:tcPr>
            <w:tcW w:type="dxa" w:w="1080"/>
          </w:tcPr>
          <w:p>
            <w:r>
              <w:t>外国语学院</w:t>
            </w:r>
          </w:p>
        </w:tc>
        <w:tc>
          <w:tcPr>
            <w:tcW w:type="dxa" w:w="1080"/>
          </w:tcPr>
          <w:p>
            <w:r>
              <w:t>2024-2025</w:t>
            </w:r>
          </w:p>
        </w:tc>
        <w:tc>
          <w:tcPr>
            <w:tcW w:type="dxa" w:w="1080"/>
          </w:tcPr>
          <w:p>
            <w:r>
              <w:t>1</w:t>
            </w:r>
          </w:p>
        </w:tc>
      </w:tr>
      <w:tr>
        <w:tc>
          <w:tcPr>
            <w:tcW w:type="dxa" w:w="1080"/>
          </w:tcPr>
          <w:p>
            <w:r>
              <w:t>34</w:t>
            </w:r>
          </w:p>
        </w:tc>
        <w:tc>
          <w:tcPr>
            <w:tcW w:type="dxa" w:w="1080"/>
          </w:tcPr>
          <w:p>
            <w:r>
              <w:t>学术阅读</w:t>
            </w:r>
          </w:p>
        </w:tc>
        <w:tc>
          <w:tcPr>
            <w:tcW w:type="dxa" w:w="1080"/>
          </w:tcPr>
          <w:p>
            <w:r>
              <w:t>2IE21003</w:t>
            </w:r>
          </w:p>
        </w:tc>
        <w:tc>
          <w:tcPr>
            <w:tcW w:type="dxa" w:w="1080"/>
          </w:tcPr>
          <w:p>
            <w:r>
              <w:t>2</w:t>
            </w:r>
          </w:p>
        </w:tc>
        <w:tc>
          <w:tcPr>
            <w:tcW w:type="dxa" w:w="1080"/>
          </w:tcPr>
          <w:p>
            <w:r>
              <w:t>专业必修课</w:t>
            </w:r>
          </w:p>
        </w:tc>
        <w:tc>
          <w:tcPr>
            <w:tcW w:type="dxa" w:w="1080"/>
          </w:tcPr>
          <w:p>
            <w:r>
              <w:t>国际教育学院</w:t>
            </w:r>
          </w:p>
        </w:tc>
        <w:tc>
          <w:tcPr>
            <w:tcW w:type="dxa" w:w="1080"/>
          </w:tcPr>
          <w:p>
            <w:r>
              <w:t>2024-2025</w:t>
            </w:r>
          </w:p>
        </w:tc>
        <w:tc>
          <w:tcPr>
            <w:tcW w:type="dxa" w:w="1080"/>
          </w:tcPr>
          <w:p>
            <w:r>
              <w:t>1</w:t>
            </w:r>
          </w:p>
        </w:tc>
      </w:tr>
      <w:tr>
        <w:tc>
          <w:tcPr>
            <w:tcW w:type="dxa" w:w="1080"/>
          </w:tcPr>
          <w:p>
            <w:r>
              <w:t>35</w:t>
            </w:r>
          </w:p>
        </w:tc>
        <w:tc>
          <w:tcPr>
            <w:tcW w:type="dxa" w:w="1080"/>
          </w:tcPr>
          <w:p>
            <w:r>
              <w:t>概率论与数理统计C</w:t>
            </w:r>
          </w:p>
        </w:tc>
        <w:tc>
          <w:tcPr>
            <w:tcW w:type="dxa" w:w="1080"/>
          </w:tcPr>
          <w:p>
            <w:r>
              <w:t>2MA11015</w:t>
            </w:r>
          </w:p>
        </w:tc>
        <w:tc>
          <w:tcPr>
            <w:tcW w:type="dxa" w:w="1080"/>
          </w:tcPr>
          <w:p>
            <w:r>
              <w:t>3.0</w:t>
            </w:r>
          </w:p>
        </w:tc>
        <w:tc>
          <w:tcPr>
            <w:tcW w:type="dxa" w:w="1080"/>
          </w:tcPr>
          <w:p>
            <w:r>
              <w:t>通识必修课</w:t>
            </w:r>
          </w:p>
        </w:tc>
        <w:tc>
          <w:tcPr>
            <w:tcW w:type="dxa" w:w="1080"/>
          </w:tcPr>
          <w:p>
            <w:r>
              <w:t>数学科学学院</w:t>
            </w:r>
          </w:p>
        </w:tc>
        <w:tc>
          <w:tcPr>
            <w:tcW w:type="dxa" w:w="1080"/>
          </w:tcPr>
          <w:p>
            <w:r>
              <w:t>2024-2025</w:t>
            </w:r>
          </w:p>
        </w:tc>
        <w:tc>
          <w:tcPr>
            <w:tcW w:type="dxa" w:w="1080"/>
          </w:tcPr>
          <w:p>
            <w:r>
              <w:t>1</w:t>
            </w:r>
          </w:p>
        </w:tc>
      </w:tr>
      <w:tr>
        <w:tc>
          <w:tcPr>
            <w:tcW w:type="dxa" w:w="1080"/>
          </w:tcPr>
          <w:p>
            <w:r>
              <w:t>36</w:t>
            </w:r>
          </w:p>
        </w:tc>
        <w:tc>
          <w:tcPr>
            <w:tcW w:type="dxa" w:w="1080"/>
          </w:tcPr>
          <w:p>
            <w:r>
              <w:t>马克思主义基本原理</w:t>
            </w:r>
          </w:p>
        </w:tc>
        <w:tc>
          <w:tcPr>
            <w:tcW w:type="dxa" w:w="1080"/>
          </w:tcPr>
          <w:p>
            <w:r>
              <w:t>2MX11003</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37</w:t>
            </w:r>
          </w:p>
        </w:tc>
        <w:tc>
          <w:tcPr>
            <w:tcW w:type="dxa" w:w="1080"/>
          </w:tcPr>
          <w:p>
            <w:r>
              <w:t>体育(三)</w:t>
            </w:r>
          </w:p>
        </w:tc>
        <w:tc>
          <w:tcPr>
            <w:tcW w:type="dxa" w:w="1080"/>
          </w:tcPr>
          <w:p>
            <w:r>
              <w:t>2SP11003</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38</w:t>
            </w:r>
          </w:p>
        </w:tc>
        <w:tc>
          <w:tcPr>
            <w:tcW w:type="dxa" w:w="1080"/>
          </w:tcPr>
          <w:p>
            <w:r>
              <w:t>统计学</w:t>
            </w:r>
          </w:p>
        </w:tc>
        <w:tc>
          <w:tcPr>
            <w:tcW w:type="dxa" w:w="1080"/>
          </w:tcPr>
          <w:p>
            <w:r>
              <w:t>2BU21005</w:t>
            </w:r>
          </w:p>
        </w:tc>
        <w:tc>
          <w:tcPr>
            <w:tcW w:type="dxa" w:w="1080"/>
          </w:tcPr>
          <w:p>
            <w:r>
              <w:t>3</w:t>
            </w:r>
          </w:p>
        </w:tc>
        <w:tc>
          <w:tcPr>
            <w:tcW w:type="dxa" w:w="1080"/>
          </w:tcPr>
          <w:p>
            <w:r>
              <w:t>专业必修课</w:t>
            </w:r>
          </w:p>
        </w:tc>
        <w:tc>
          <w:tcPr>
            <w:tcW w:type="dxa" w:w="1080"/>
          </w:tcPr>
          <w:p>
            <w:r>
              <w:t>商学院</w:t>
            </w:r>
          </w:p>
        </w:tc>
        <w:tc>
          <w:tcPr>
            <w:tcW w:type="dxa" w:w="1080"/>
          </w:tcPr>
          <w:p>
            <w:r>
              <w:t>2024-2025</w:t>
            </w:r>
          </w:p>
        </w:tc>
        <w:tc>
          <w:tcPr>
            <w:tcW w:type="dxa" w:w="1080"/>
          </w:tcPr>
          <w:p>
            <w:r>
              <w:t>2</w:t>
            </w:r>
          </w:p>
        </w:tc>
      </w:tr>
      <w:tr>
        <w:tc>
          <w:tcPr>
            <w:tcW w:type="dxa" w:w="1080"/>
          </w:tcPr>
          <w:p>
            <w:r>
              <w:t>39</w:t>
            </w:r>
          </w:p>
        </w:tc>
        <w:tc>
          <w:tcPr>
            <w:tcW w:type="dxa" w:w="1080"/>
          </w:tcPr>
          <w:p>
            <w:r>
              <w:t>运输与配送管理</w:t>
            </w:r>
          </w:p>
        </w:tc>
        <w:tc>
          <w:tcPr>
            <w:tcW w:type="dxa" w:w="1080"/>
          </w:tcPr>
          <w:p>
            <w:r>
              <w:t>2BU21405</w:t>
            </w:r>
          </w:p>
        </w:tc>
        <w:tc>
          <w:tcPr>
            <w:tcW w:type="dxa" w:w="1080"/>
          </w:tcPr>
          <w:p>
            <w:r>
              <w:t>3</w:t>
            </w:r>
          </w:p>
        </w:tc>
        <w:tc>
          <w:tcPr>
            <w:tcW w:type="dxa" w:w="1080"/>
          </w:tcPr>
          <w:p>
            <w:r>
              <w:t>专业必修课</w:t>
            </w:r>
          </w:p>
        </w:tc>
        <w:tc>
          <w:tcPr>
            <w:tcW w:type="dxa" w:w="1080"/>
          </w:tcPr>
          <w:p>
            <w:r>
              <w:t>商学院</w:t>
            </w:r>
          </w:p>
        </w:tc>
        <w:tc>
          <w:tcPr>
            <w:tcW w:type="dxa" w:w="1080"/>
          </w:tcPr>
          <w:p>
            <w:r>
              <w:t>2024-2025</w:t>
            </w:r>
          </w:p>
        </w:tc>
        <w:tc>
          <w:tcPr>
            <w:tcW w:type="dxa" w:w="1080"/>
          </w:tcPr>
          <w:p>
            <w:r>
              <w:t>2</w:t>
            </w:r>
          </w:p>
        </w:tc>
      </w:tr>
      <w:tr>
        <w:tc>
          <w:tcPr>
            <w:tcW w:type="dxa" w:w="1080"/>
          </w:tcPr>
          <w:p>
            <w:r>
              <w:t>40</w:t>
            </w:r>
          </w:p>
        </w:tc>
        <w:tc>
          <w:tcPr>
            <w:tcW w:type="dxa" w:w="1080"/>
          </w:tcPr>
          <w:p>
            <w:r>
              <w:t>国际物流</w:t>
            </w:r>
          </w:p>
        </w:tc>
        <w:tc>
          <w:tcPr>
            <w:tcW w:type="dxa" w:w="1080"/>
          </w:tcPr>
          <w:p>
            <w:r>
              <w:t>2BU21406</w:t>
            </w:r>
          </w:p>
        </w:tc>
        <w:tc>
          <w:tcPr>
            <w:tcW w:type="dxa" w:w="1080"/>
          </w:tcPr>
          <w:p>
            <w:r>
              <w:t>3</w:t>
            </w:r>
          </w:p>
        </w:tc>
        <w:tc>
          <w:tcPr>
            <w:tcW w:type="dxa" w:w="1080"/>
          </w:tcPr>
          <w:p>
            <w:r>
              <w:t>专业必修课</w:t>
            </w:r>
          </w:p>
        </w:tc>
        <w:tc>
          <w:tcPr>
            <w:tcW w:type="dxa" w:w="1080"/>
          </w:tcPr>
          <w:p>
            <w:r>
              <w:t>商学院</w:t>
            </w:r>
          </w:p>
        </w:tc>
        <w:tc>
          <w:tcPr>
            <w:tcW w:type="dxa" w:w="1080"/>
          </w:tcPr>
          <w:p>
            <w:r>
              <w:t>2024-2025</w:t>
            </w:r>
          </w:p>
        </w:tc>
        <w:tc>
          <w:tcPr>
            <w:tcW w:type="dxa" w:w="1080"/>
          </w:tcPr>
          <w:p>
            <w:r>
              <w:t>2</w:t>
            </w:r>
          </w:p>
        </w:tc>
      </w:tr>
      <w:tr>
        <w:tc>
          <w:tcPr>
            <w:tcW w:type="dxa" w:w="1080"/>
          </w:tcPr>
          <w:p>
            <w:r>
              <w:t>41</w:t>
            </w:r>
          </w:p>
        </w:tc>
        <w:tc>
          <w:tcPr>
            <w:tcW w:type="dxa" w:w="1080"/>
          </w:tcPr>
          <w:p>
            <w:r>
              <w:t>物流管理综合模拟</w:t>
            </w:r>
          </w:p>
        </w:tc>
        <w:tc>
          <w:tcPr>
            <w:tcW w:type="dxa" w:w="1080"/>
          </w:tcPr>
          <w:p>
            <w:r>
              <w:t>2BU21412</w:t>
            </w:r>
          </w:p>
        </w:tc>
        <w:tc>
          <w:tcPr>
            <w:tcW w:type="dxa" w:w="1080"/>
          </w:tcPr>
          <w:p>
            <w:r>
              <w:t>2.0</w:t>
            </w:r>
          </w:p>
        </w:tc>
        <w:tc>
          <w:tcPr>
            <w:tcW w:type="dxa" w:w="1080"/>
          </w:tcPr>
          <w:p>
            <w:r>
              <w:t>专业必修课</w:t>
            </w:r>
          </w:p>
        </w:tc>
        <w:tc>
          <w:tcPr>
            <w:tcW w:type="dxa" w:w="1080"/>
          </w:tcPr>
          <w:p>
            <w:r>
              <w:t>商学院</w:t>
            </w:r>
          </w:p>
        </w:tc>
        <w:tc>
          <w:tcPr>
            <w:tcW w:type="dxa" w:w="1080"/>
          </w:tcPr>
          <w:p>
            <w:r>
              <w:t>2024-2025</w:t>
            </w:r>
          </w:p>
        </w:tc>
        <w:tc>
          <w:tcPr>
            <w:tcW w:type="dxa" w:w="1080"/>
          </w:tcPr>
          <w:p>
            <w:r>
              <w:t>2</w:t>
            </w:r>
          </w:p>
        </w:tc>
      </w:tr>
      <w:tr>
        <w:tc>
          <w:tcPr>
            <w:tcW w:type="dxa" w:w="1080"/>
          </w:tcPr>
          <w:p>
            <w:r>
              <w:t>42</w:t>
            </w:r>
          </w:p>
        </w:tc>
        <w:tc>
          <w:tcPr>
            <w:tcW w:type="dxa" w:w="1080"/>
          </w:tcPr>
          <w:p>
            <w:r>
              <w:t>商业研究</w:t>
            </w:r>
          </w:p>
        </w:tc>
        <w:tc>
          <w:tcPr>
            <w:tcW w:type="dxa" w:w="1080"/>
          </w:tcPr>
          <w:p>
            <w:r>
              <w:t>2BU21904</w:t>
            </w:r>
          </w:p>
        </w:tc>
        <w:tc>
          <w:tcPr>
            <w:tcW w:type="dxa" w:w="1080"/>
          </w:tcPr>
          <w:p>
            <w:r>
              <w:t>2</w:t>
            </w:r>
          </w:p>
        </w:tc>
        <w:tc>
          <w:tcPr>
            <w:tcW w:type="dxa" w:w="1080"/>
          </w:tcPr>
          <w:p>
            <w:r>
              <w:t>专业必修课</w:t>
            </w:r>
          </w:p>
        </w:tc>
        <w:tc>
          <w:tcPr>
            <w:tcW w:type="dxa" w:w="1080"/>
          </w:tcPr>
          <w:p>
            <w:r>
              <w:t>商学院</w:t>
            </w:r>
          </w:p>
        </w:tc>
        <w:tc>
          <w:tcPr>
            <w:tcW w:type="dxa" w:w="1080"/>
          </w:tcPr>
          <w:p>
            <w:r>
              <w:t>2024-2025</w:t>
            </w:r>
          </w:p>
        </w:tc>
        <w:tc>
          <w:tcPr>
            <w:tcW w:type="dxa" w:w="1080"/>
          </w:tcPr>
          <w:p>
            <w:r>
              <w:t>2</w:t>
            </w:r>
          </w:p>
        </w:tc>
      </w:tr>
      <w:tr>
        <w:tc>
          <w:tcPr>
            <w:tcW w:type="dxa" w:w="1080"/>
          </w:tcPr>
          <w:p>
            <w:r>
              <w:t>43</w:t>
            </w:r>
          </w:p>
        </w:tc>
        <w:tc>
          <w:tcPr>
            <w:tcW w:type="dxa" w:w="1080"/>
          </w:tcPr>
          <w:p>
            <w:r>
              <w:t>雅思读写(二)</w:t>
            </w:r>
          </w:p>
        </w:tc>
        <w:tc>
          <w:tcPr>
            <w:tcW w:type="dxa" w:w="1080"/>
          </w:tcPr>
          <w:p>
            <w:r>
              <w:t>2FL21702</w:t>
            </w:r>
          </w:p>
        </w:tc>
        <w:tc>
          <w:tcPr>
            <w:tcW w:type="dxa" w:w="1080"/>
          </w:tcPr>
          <w:p>
            <w:r>
              <w:t>2</w:t>
            </w:r>
          </w:p>
        </w:tc>
        <w:tc>
          <w:tcPr>
            <w:tcW w:type="dxa" w:w="1080"/>
          </w:tcPr>
          <w:p>
            <w:r>
              <w:t>专业必修课</w:t>
            </w:r>
          </w:p>
        </w:tc>
        <w:tc>
          <w:tcPr>
            <w:tcW w:type="dxa" w:w="1080"/>
          </w:tcPr>
          <w:p>
            <w:r>
              <w:t>外国语学院</w:t>
            </w:r>
          </w:p>
        </w:tc>
        <w:tc>
          <w:tcPr>
            <w:tcW w:type="dxa" w:w="1080"/>
          </w:tcPr>
          <w:p>
            <w:r>
              <w:t>2024-2025</w:t>
            </w:r>
          </w:p>
        </w:tc>
        <w:tc>
          <w:tcPr>
            <w:tcW w:type="dxa" w:w="1080"/>
          </w:tcPr>
          <w:p>
            <w:r>
              <w:t>2</w:t>
            </w:r>
          </w:p>
        </w:tc>
      </w:tr>
      <w:tr>
        <w:tc>
          <w:tcPr>
            <w:tcW w:type="dxa" w:w="1080"/>
          </w:tcPr>
          <w:p>
            <w:r>
              <w:t>44</w:t>
            </w:r>
          </w:p>
        </w:tc>
        <w:tc>
          <w:tcPr>
            <w:tcW w:type="dxa" w:w="1080"/>
          </w:tcPr>
          <w:p>
            <w:r>
              <w:t>雅思听说(二)</w:t>
            </w:r>
          </w:p>
        </w:tc>
        <w:tc>
          <w:tcPr>
            <w:tcW w:type="dxa" w:w="1080"/>
          </w:tcPr>
          <w:p>
            <w:r>
              <w:t>2FL21705</w:t>
            </w:r>
          </w:p>
        </w:tc>
        <w:tc>
          <w:tcPr>
            <w:tcW w:type="dxa" w:w="1080"/>
          </w:tcPr>
          <w:p>
            <w:r>
              <w:t>2</w:t>
            </w:r>
          </w:p>
        </w:tc>
        <w:tc>
          <w:tcPr>
            <w:tcW w:type="dxa" w:w="1080"/>
          </w:tcPr>
          <w:p>
            <w:r>
              <w:t>专业必修课</w:t>
            </w:r>
          </w:p>
        </w:tc>
        <w:tc>
          <w:tcPr>
            <w:tcW w:type="dxa" w:w="1080"/>
          </w:tcPr>
          <w:p>
            <w:r>
              <w:t>外国语学院</w:t>
            </w:r>
          </w:p>
        </w:tc>
        <w:tc>
          <w:tcPr>
            <w:tcW w:type="dxa" w:w="1080"/>
          </w:tcPr>
          <w:p>
            <w:r>
              <w:t>2024-2025</w:t>
            </w:r>
          </w:p>
        </w:tc>
        <w:tc>
          <w:tcPr>
            <w:tcW w:type="dxa" w:w="1080"/>
          </w:tcPr>
          <w:p>
            <w:r>
              <w:t>2</w:t>
            </w:r>
          </w:p>
        </w:tc>
      </w:tr>
      <w:tr>
        <w:tc>
          <w:tcPr>
            <w:tcW w:type="dxa" w:w="1080"/>
          </w:tcPr>
          <w:p>
            <w:r>
              <w:t>45</w:t>
            </w:r>
          </w:p>
        </w:tc>
        <w:tc>
          <w:tcPr>
            <w:tcW w:type="dxa" w:w="1080"/>
          </w:tcPr>
          <w:p>
            <w:r>
              <w:t>学术写作</w:t>
            </w:r>
          </w:p>
        </w:tc>
        <w:tc>
          <w:tcPr>
            <w:tcW w:type="dxa" w:w="1080"/>
          </w:tcPr>
          <w:p>
            <w:r>
              <w:t>2IE21004</w:t>
            </w:r>
          </w:p>
        </w:tc>
        <w:tc>
          <w:tcPr>
            <w:tcW w:type="dxa" w:w="1080"/>
          </w:tcPr>
          <w:p>
            <w:r>
              <w:t>2</w:t>
            </w:r>
          </w:p>
        </w:tc>
        <w:tc>
          <w:tcPr>
            <w:tcW w:type="dxa" w:w="1080"/>
          </w:tcPr>
          <w:p>
            <w:r>
              <w:t>专业必修课</w:t>
            </w:r>
          </w:p>
        </w:tc>
        <w:tc>
          <w:tcPr>
            <w:tcW w:type="dxa" w:w="1080"/>
          </w:tcPr>
          <w:p>
            <w:r>
              <w:t>国际教育学院</w:t>
            </w:r>
          </w:p>
        </w:tc>
        <w:tc>
          <w:tcPr>
            <w:tcW w:type="dxa" w:w="1080"/>
          </w:tcPr>
          <w:p>
            <w:r>
              <w:t>2024-2025</w:t>
            </w:r>
          </w:p>
        </w:tc>
        <w:tc>
          <w:tcPr>
            <w:tcW w:type="dxa" w:w="1080"/>
          </w:tcPr>
          <w:p>
            <w:r>
              <w:t>2</w:t>
            </w:r>
          </w:p>
        </w:tc>
      </w:tr>
      <w:tr>
        <w:tc>
          <w:tcPr>
            <w:tcW w:type="dxa" w:w="1080"/>
          </w:tcPr>
          <w:p>
            <w:r>
              <w:t>46</w:t>
            </w:r>
          </w:p>
        </w:tc>
        <w:tc>
          <w:tcPr>
            <w:tcW w:type="dxa" w:w="1080"/>
          </w:tcPr>
          <w:p>
            <w:r>
              <w:t>毛泽东思想和中国特色社会主义理论体系概论</w:t>
            </w:r>
          </w:p>
        </w:tc>
        <w:tc>
          <w:tcPr>
            <w:tcW w:type="dxa" w:w="1080"/>
          </w:tcPr>
          <w:p>
            <w:r>
              <w:t>2MX11004</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47</w:t>
            </w:r>
          </w:p>
        </w:tc>
        <w:tc>
          <w:tcPr>
            <w:tcW w:type="dxa" w:w="1080"/>
          </w:tcPr>
          <w:p>
            <w:r>
              <w:t>国家安全教育</w:t>
            </w:r>
          </w:p>
        </w:tc>
        <w:tc>
          <w:tcPr>
            <w:tcW w:type="dxa" w:w="1080"/>
          </w:tcPr>
          <w:p>
            <w:r>
              <w:t>2MX11012</w:t>
            </w:r>
          </w:p>
        </w:tc>
        <w:tc>
          <w:tcPr>
            <w:tcW w:type="dxa" w:w="1080"/>
          </w:tcPr>
          <w:p>
            <w:r>
              <w:t>1</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48</w:t>
            </w:r>
          </w:p>
        </w:tc>
        <w:tc>
          <w:tcPr>
            <w:tcW w:type="dxa" w:w="1080"/>
          </w:tcPr>
          <w:p>
            <w:r>
              <w:t>体育(四)</w:t>
            </w:r>
          </w:p>
        </w:tc>
        <w:tc>
          <w:tcPr>
            <w:tcW w:type="dxa" w:w="1080"/>
          </w:tcPr>
          <w:p>
            <w:r>
              <w:t>2SP11004</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49</w:t>
            </w:r>
          </w:p>
        </w:tc>
        <w:tc>
          <w:tcPr>
            <w:tcW w:type="dxa" w:w="1080"/>
          </w:tcPr>
          <w:p>
            <w:r>
              <w:t>管理信息系统</w:t>
            </w:r>
          </w:p>
        </w:tc>
        <w:tc>
          <w:tcPr>
            <w:tcW w:type="dxa" w:w="1080"/>
          </w:tcPr>
          <w:p>
            <w:r>
              <w:t>2BU21004</w:t>
            </w:r>
          </w:p>
        </w:tc>
        <w:tc>
          <w:tcPr>
            <w:tcW w:type="dxa" w:w="1080"/>
          </w:tcPr>
          <w:p>
            <w:r>
              <w:t>3</w:t>
            </w:r>
          </w:p>
        </w:tc>
        <w:tc>
          <w:tcPr>
            <w:tcW w:type="dxa" w:w="1080"/>
          </w:tcPr>
          <w:p>
            <w:r>
              <w:t>专业必修课</w:t>
            </w:r>
          </w:p>
        </w:tc>
        <w:tc>
          <w:tcPr>
            <w:tcW w:type="dxa" w:w="1080"/>
          </w:tcPr>
          <w:p>
            <w:r>
              <w:t>商学院</w:t>
            </w:r>
          </w:p>
        </w:tc>
        <w:tc>
          <w:tcPr>
            <w:tcW w:type="dxa" w:w="1080"/>
          </w:tcPr>
          <w:p>
            <w:r>
              <w:t>2025-2026</w:t>
            </w:r>
          </w:p>
        </w:tc>
        <w:tc>
          <w:tcPr>
            <w:tcW w:type="dxa" w:w="1080"/>
          </w:tcPr>
          <w:p>
            <w:r>
              <w:t>1</w:t>
            </w:r>
          </w:p>
        </w:tc>
      </w:tr>
      <w:tr>
        <w:tc>
          <w:tcPr>
            <w:tcW w:type="dxa" w:w="1080"/>
          </w:tcPr>
          <w:p>
            <w:r>
              <w:t>50</w:t>
            </w:r>
          </w:p>
        </w:tc>
        <w:tc>
          <w:tcPr>
            <w:tcW w:type="dxa" w:w="1080"/>
          </w:tcPr>
          <w:p>
            <w:r>
              <w:t>企业成长管理</w:t>
            </w:r>
          </w:p>
        </w:tc>
        <w:tc>
          <w:tcPr>
            <w:tcW w:type="dxa" w:w="1080"/>
          </w:tcPr>
          <w:p>
            <w:r>
              <w:t>2BU21905</w:t>
            </w:r>
          </w:p>
        </w:tc>
        <w:tc>
          <w:tcPr>
            <w:tcW w:type="dxa" w:w="1080"/>
          </w:tcPr>
          <w:p>
            <w:r>
              <w:t>2</w:t>
            </w:r>
          </w:p>
        </w:tc>
        <w:tc>
          <w:tcPr>
            <w:tcW w:type="dxa" w:w="1080"/>
          </w:tcPr>
          <w:p>
            <w:r>
              <w:t>专业必修课</w:t>
            </w:r>
          </w:p>
        </w:tc>
        <w:tc>
          <w:tcPr>
            <w:tcW w:type="dxa" w:w="1080"/>
          </w:tcPr>
          <w:p>
            <w:r>
              <w:t>商学院</w:t>
            </w:r>
          </w:p>
        </w:tc>
        <w:tc>
          <w:tcPr>
            <w:tcW w:type="dxa" w:w="1080"/>
          </w:tcPr>
          <w:p>
            <w:r>
              <w:t>2025-2026</w:t>
            </w:r>
          </w:p>
        </w:tc>
        <w:tc>
          <w:tcPr>
            <w:tcW w:type="dxa" w:w="1080"/>
          </w:tcPr>
          <w:p>
            <w:r>
              <w:t>1</w:t>
            </w:r>
          </w:p>
        </w:tc>
      </w:tr>
      <w:tr>
        <w:tc>
          <w:tcPr>
            <w:tcW w:type="dxa" w:w="1080"/>
          </w:tcPr>
          <w:p>
            <w:r>
              <w:t>51</w:t>
            </w:r>
          </w:p>
        </w:tc>
        <w:tc>
          <w:tcPr>
            <w:tcW w:type="dxa" w:w="1080"/>
          </w:tcPr>
          <w:p>
            <w:r>
              <w:t>雅思读写(三)</w:t>
            </w:r>
          </w:p>
        </w:tc>
        <w:tc>
          <w:tcPr>
            <w:tcW w:type="dxa" w:w="1080"/>
          </w:tcPr>
          <w:p>
            <w:r>
              <w:t>2FL21703</w:t>
            </w:r>
          </w:p>
        </w:tc>
        <w:tc>
          <w:tcPr>
            <w:tcW w:type="dxa" w:w="1080"/>
          </w:tcPr>
          <w:p>
            <w:r>
              <w:t>2</w:t>
            </w:r>
          </w:p>
        </w:tc>
        <w:tc>
          <w:tcPr>
            <w:tcW w:type="dxa" w:w="1080"/>
          </w:tcPr>
          <w:p>
            <w:r>
              <w:t>专业必修课</w:t>
            </w:r>
          </w:p>
        </w:tc>
        <w:tc>
          <w:tcPr>
            <w:tcW w:type="dxa" w:w="1080"/>
          </w:tcPr>
          <w:p>
            <w:r>
              <w:t>外国语学院</w:t>
            </w:r>
          </w:p>
        </w:tc>
        <w:tc>
          <w:tcPr>
            <w:tcW w:type="dxa" w:w="1080"/>
          </w:tcPr>
          <w:p>
            <w:r>
              <w:t>2025-2026</w:t>
            </w:r>
          </w:p>
        </w:tc>
        <w:tc>
          <w:tcPr>
            <w:tcW w:type="dxa" w:w="1080"/>
          </w:tcPr>
          <w:p>
            <w:r>
              <w:t>1</w:t>
            </w:r>
          </w:p>
        </w:tc>
      </w:tr>
      <w:tr>
        <w:tc>
          <w:tcPr>
            <w:tcW w:type="dxa" w:w="1080"/>
          </w:tcPr>
          <w:p>
            <w:r>
              <w:t>52</w:t>
            </w:r>
          </w:p>
        </w:tc>
        <w:tc>
          <w:tcPr>
            <w:tcW w:type="dxa" w:w="1080"/>
          </w:tcPr>
          <w:p>
            <w:r>
              <w:t>雅思听说(三)</w:t>
            </w:r>
          </w:p>
        </w:tc>
        <w:tc>
          <w:tcPr>
            <w:tcW w:type="dxa" w:w="1080"/>
          </w:tcPr>
          <w:p>
            <w:r>
              <w:t>2FL21706</w:t>
            </w:r>
          </w:p>
        </w:tc>
        <w:tc>
          <w:tcPr>
            <w:tcW w:type="dxa" w:w="1080"/>
          </w:tcPr>
          <w:p>
            <w:r>
              <w:t>2</w:t>
            </w:r>
          </w:p>
        </w:tc>
        <w:tc>
          <w:tcPr>
            <w:tcW w:type="dxa" w:w="1080"/>
          </w:tcPr>
          <w:p>
            <w:r>
              <w:t>专业必修课</w:t>
            </w:r>
          </w:p>
        </w:tc>
        <w:tc>
          <w:tcPr>
            <w:tcW w:type="dxa" w:w="1080"/>
          </w:tcPr>
          <w:p>
            <w:r>
              <w:t>外国语学院</w:t>
            </w:r>
          </w:p>
        </w:tc>
        <w:tc>
          <w:tcPr>
            <w:tcW w:type="dxa" w:w="1080"/>
          </w:tcPr>
          <w:p>
            <w:r>
              <w:t>2025-2026</w:t>
            </w:r>
          </w:p>
        </w:tc>
        <w:tc>
          <w:tcPr>
            <w:tcW w:type="dxa" w:w="1080"/>
          </w:tcPr>
          <w:p>
            <w:r>
              <w:t>1</w:t>
            </w:r>
          </w:p>
        </w:tc>
      </w:tr>
      <w:tr>
        <w:tc>
          <w:tcPr>
            <w:tcW w:type="dxa" w:w="1080"/>
          </w:tcPr>
          <w:p>
            <w:r>
              <w:t>53</w:t>
            </w:r>
          </w:p>
        </w:tc>
        <w:tc>
          <w:tcPr>
            <w:tcW w:type="dxa" w:w="1080"/>
          </w:tcPr>
          <w:p>
            <w:r>
              <w:t>英语演说</w:t>
            </w:r>
          </w:p>
        </w:tc>
        <w:tc>
          <w:tcPr>
            <w:tcW w:type="dxa" w:w="1080"/>
          </w:tcPr>
          <w:p>
            <w:r>
              <w:t>2IE21005</w:t>
            </w:r>
          </w:p>
        </w:tc>
        <w:tc>
          <w:tcPr>
            <w:tcW w:type="dxa" w:w="1080"/>
          </w:tcPr>
          <w:p>
            <w:r>
              <w:t>2</w:t>
            </w:r>
          </w:p>
        </w:tc>
        <w:tc>
          <w:tcPr>
            <w:tcW w:type="dxa" w:w="1080"/>
          </w:tcPr>
          <w:p>
            <w:r>
              <w:t>专业必修课</w:t>
            </w:r>
          </w:p>
        </w:tc>
        <w:tc>
          <w:tcPr>
            <w:tcW w:type="dxa" w:w="1080"/>
          </w:tcPr>
          <w:p>
            <w:r>
              <w:t>国际教育学院</w:t>
            </w:r>
          </w:p>
        </w:tc>
        <w:tc>
          <w:tcPr>
            <w:tcW w:type="dxa" w:w="1080"/>
          </w:tcPr>
          <w:p>
            <w:r>
              <w:t>2025-2026</w:t>
            </w:r>
          </w:p>
        </w:tc>
        <w:tc>
          <w:tcPr>
            <w:tcW w:type="dxa" w:w="1080"/>
          </w:tcPr>
          <w:p>
            <w:r>
              <w:t>1</w:t>
            </w:r>
          </w:p>
        </w:tc>
      </w:tr>
      <w:tr>
        <w:tc>
          <w:tcPr>
            <w:tcW w:type="dxa" w:w="1080"/>
          </w:tcPr>
          <w:p>
            <w:r>
              <w:t>54</w:t>
            </w:r>
          </w:p>
        </w:tc>
        <w:tc>
          <w:tcPr>
            <w:tcW w:type="dxa" w:w="1080"/>
          </w:tcPr>
          <w:p>
            <w:r>
              <w:t>习近平新时代中国特色社会主义思想概论</w:t>
            </w:r>
          </w:p>
        </w:tc>
        <w:tc>
          <w:tcPr>
            <w:tcW w:type="dxa" w:w="1080"/>
          </w:tcPr>
          <w:p>
            <w:r>
              <w:t>2MX11005</w:t>
            </w:r>
          </w:p>
        </w:tc>
        <w:tc>
          <w:tcPr>
            <w:tcW w:type="dxa" w:w="1080"/>
          </w:tcPr>
          <w:p>
            <w:r>
              <w:t>3</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55</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56</w:t>
            </w:r>
          </w:p>
        </w:tc>
        <w:tc>
          <w:tcPr>
            <w:tcW w:type="dxa" w:w="1080"/>
          </w:tcPr>
          <w:p>
            <w:r>
              <w:t>采购管理</w:t>
            </w:r>
          </w:p>
        </w:tc>
        <w:tc>
          <w:tcPr>
            <w:tcW w:type="dxa" w:w="1080"/>
          </w:tcPr>
          <w:p>
            <w:r>
              <w:t>2BU21407</w:t>
            </w:r>
          </w:p>
        </w:tc>
        <w:tc>
          <w:tcPr>
            <w:tcW w:type="dxa" w:w="1080"/>
          </w:tcPr>
          <w:p>
            <w:r>
              <w:t>3</w:t>
            </w:r>
          </w:p>
        </w:tc>
        <w:tc>
          <w:tcPr>
            <w:tcW w:type="dxa" w:w="1080"/>
          </w:tcPr>
          <w:p>
            <w:r>
              <w:t>专业必修课</w:t>
            </w:r>
          </w:p>
        </w:tc>
        <w:tc>
          <w:tcPr>
            <w:tcW w:type="dxa" w:w="1080"/>
          </w:tcPr>
          <w:p>
            <w:r>
              <w:t>商学院</w:t>
            </w:r>
          </w:p>
        </w:tc>
        <w:tc>
          <w:tcPr>
            <w:tcW w:type="dxa" w:w="1080"/>
          </w:tcPr>
          <w:p>
            <w:r>
              <w:t>2025-2026</w:t>
            </w:r>
          </w:p>
        </w:tc>
        <w:tc>
          <w:tcPr>
            <w:tcW w:type="dxa" w:w="1080"/>
          </w:tcPr>
          <w:p>
            <w:r>
              <w:t>2</w:t>
            </w:r>
          </w:p>
        </w:tc>
      </w:tr>
      <w:tr>
        <w:tc>
          <w:tcPr>
            <w:tcW w:type="dxa" w:w="1080"/>
          </w:tcPr>
          <w:p>
            <w:r>
              <w:t>57</w:t>
            </w:r>
          </w:p>
        </w:tc>
        <w:tc>
          <w:tcPr>
            <w:tcW w:type="dxa" w:w="1080"/>
          </w:tcPr>
          <w:p>
            <w:r>
              <w:t>物流工程</w:t>
            </w:r>
          </w:p>
        </w:tc>
        <w:tc>
          <w:tcPr>
            <w:tcW w:type="dxa" w:w="1080"/>
          </w:tcPr>
          <w:p>
            <w:r>
              <w:t>2BU21408</w:t>
            </w:r>
          </w:p>
        </w:tc>
        <w:tc>
          <w:tcPr>
            <w:tcW w:type="dxa" w:w="1080"/>
          </w:tcPr>
          <w:p>
            <w:r>
              <w:t>3</w:t>
            </w:r>
          </w:p>
        </w:tc>
        <w:tc>
          <w:tcPr>
            <w:tcW w:type="dxa" w:w="1080"/>
          </w:tcPr>
          <w:p>
            <w:r>
              <w:t>专业必修课</w:t>
            </w:r>
          </w:p>
        </w:tc>
        <w:tc>
          <w:tcPr>
            <w:tcW w:type="dxa" w:w="1080"/>
          </w:tcPr>
          <w:p>
            <w:r>
              <w:t>商学院</w:t>
            </w:r>
          </w:p>
        </w:tc>
        <w:tc>
          <w:tcPr>
            <w:tcW w:type="dxa" w:w="1080"/>
          </w:tcPr>
          <w:p>
            <w:r>
              <w:t>2025-2026</w:t>
            </w:r>
          </w:p>
        </w:tc>
        <w:tc>
          <w:tcPr>
            <w:tcW w:type="dxa" w:w="1080"/>
          </w:tcPr>
          <w:p>
            <w:r>
              <w:t>2</w:t>
            </w:r>
          </w:p>
        </w:tc>
      </w:tr>
      <w:tr>
        <w:tc>
          <w:tcPr>
            <w:tcW w:type="dxa" w:w="1080"/>
          </w:tcPr>
          <w:p>
            <w:r>
              <w:t>58</w:t>
            </w:r>
          </w:p>
        </w:tc>
        <w:tc>
          <w:tcPr>
            <w:tcW w:type="dxa" w:w="1080"/>
          </w:tcPr>
          <w:p>
            <w:r>
              <w:t>物流运作管理</w:t>
            </w:r>
          </w:p>
        </w:tc>
        <w:tc>
          <w:tcPr>
            <w:tcW w:type="dxa" w:w="1080"/>
          </w:tcPr>
          <w:p>
            <w:r>
              <w:t>2BU21409</w:t>
            </w:r>
          </w:p>
        </w:tc>
        <w:tc>
          <w:tcPr>
            <w:tcW w:type="dxa" w:w="1080"/>
          </w:tcPr>
          <w:p>
            <w:r>
              <w:t>3</w:t>
            </w:r>
          </w:p>
        </w:tc>
        <w:tc>
          <w:tcPr>
            <w:tcW w:type="dxa" w:w="1080"/>
          </w:tcPr>
          <w:p>
            <w:r>
              <w:t>专业必修课</w:t>
            </w:r>
          </w:p>
        </w:tc>
        <w:tc>
          <w:tcPr>
            <w:tcW w:type="dxa" w:w="1080"/>
          </w:tcPr>
          <w:p>
            <w:r>
              <w:t>商学院</w:t>
            </w:r>
          </w:p>
        </w:tc>
        <w:tc>
          <w:tcPr>
            <w:tcW w:type="dxa" w:w="1080"/>
          </w:tcPr>
          <w:p>
            <w:r>
              <w:t>2025-2026</w:t>
            </w:r>
          </w:p>
        </w:tc>
        <w:tc>
          <w:tcPr>
            <w:tcW w:type="dxa" w:w="1080"/>
          </w:tcPr>
          <w:p>
            <w:r>
              <w:t>2</w:t>
            </w:r>
          </w:p>
        </w:tc>
      </w:tr>
      <w:tr>
        <w:tc>
          <w:tcPr>
            <w:tcW w:type="dxa" w:w="1080"/>
          </w:tcPr>
          <w:p>
            <w:r>
              <w:t>59</w:t>
            </w:r>
          </w:p>
        </w:tc>
        <w:tc>
          <w:tcPr>
            <w:tcW w:type="dxa" w:w="1080"/>
          </w:tcPr>
          <w:p>
            <w:r>
              <w:t>物流管理实务</w:t>
            </w:r>
          </w:p>
        </w:tc>
        <w:tc>
          <w:tcPr>
            <w:tcW w:type="dxa" w:w="1080"/>
          </w:tcPr>
          <w:p>
            <w:r>
              <w:t>2BU21413</w:t>
            </w:r>
          </w:p>
        </w:tc>
        <w:tc>
          <w:tcPr>
            <w:tcW w:type="dxa" w:w="1080"/>
          </w:tcPr>
          <w:p>
            <w:r>
              <w:t>1.0</w:t>
            </w:r>
          </w:p>
        </w:tc>
        <w:tc>
          <w:tcPr>
            <w:tcW w:type="dxa" w:w="1080"/>
          </w:tcPr>
          <w:p>
            <w:r>
              <w:t>专业必修课</w:t>
            </w:r>
          </w:p>
        </w:tc>
        <w:tc>
          <w:tcPr>
            <w:tcW w:type="dxa" w:w="1080"/>
          </w:tcPr>
          <w:p>
            <w:r>
              <w:t>商学院</w:t>
            </w:r>
          </w:p>
        </w:tc>
        <w:tc>
          <w:tcPr>
            <w:tcW w:type="dxa" w:w="1080"/>
          </w:tcPr>
          <w:p>
            <w:r>
              <w:t>2025-2026</w:t>
            </w:r>
          </w:p>
        </w:tc>
        <w:tc>
          <w:tcPr>
            <w:tcW w:type="dxa" w:w="1080"/>
          </w:tcPr>
          <w:p>
            <w:r>
              <w:t>2</w:t>
            </w:r>
          </w:p>
        </w:tc>
      </w:tr>
      <w:tr>
        <w:tc>
          <w:tcPr>
            <w:tcW w:type="dxa" w:w="1080"/>
          </w:tcPr>
          <w:p>
            <w:r>
              <w:t>60</w:t>
            </w:r>
          </w:p>
        </w:tc>
        <w:tc>
          <w:tcPr>
            <w:tcW w:type="dxa" w:w="1080"/>
          </w:tcPr>
          <w:p>
            <w:r>
              <w:t>零售与供应链管理</w:t>
            </w:r>
          </w:p>
        </w:tc>
        <w:tc>
          <w:tcPr>
            <w:tcW w:type="dxa" w:w="1080"/>
          </w:tcPr>
          <w:p>
            <w:r>
              <w:t>2BU21906</w:t>
            </w:r>
          </w:p>
        </w:tc>
        <w:tc>
          <w:tcPr>
            <w:tcW w:type="dxa" w:w="1080"/>
          </w:tcPr>
          <w:p>
            <w:r>
              <w:t>2</w:t>
            </w:r>
          </w:p>
        </w:tc>
        <w:tc>
          <w:tcPr>
            <w:tcW w:type="dxa" w:w="1080"/>
          </w:tcPr>
          <w:p>
            <w:r>
              <w:t>专业必修课</w:t>
            </w:r>
          </w:p>
        </w:tc>
        <w:tc>
          <w:tcPr>
            <w:tcW w:type="dxa" w:w="1080"/>
          </w:tcPr>
          <w:p>
            <w:r>
              <w:t>商学院</w:t>
            </w:r>
          </w:p>
        </w:tc>
        <w:tc>
          <w:tcPr>
            <w:tcW w:type="dxa" w:w="1080"/>
          </w:tcPr>
          <w:p>
            <w:r>
              <w:t>2025-2026</w:t>
            </w:r>
          </w:p>
        </w:tc>
        <w:tc>
          <w:tcPr>
            <w:tcW w:type="dxa" w:w="1080"/>
          </w:tcPr>
          <w:p>
            <w:r>
              <w:t>2</w:t>
            </w:r>
          </w:p>
        </w:tc>
      </w:tr>
      <w:tr>
        <w:tc>
          <w:tcPr>
            <w:tcW w:type="dxa" w:w="1080"/>
          </w:tcPr>
          <w:p>
            <w:r>
              <w:t>61</w:t>
            </w:r>
          </w:p>
        </w:tc>
        <w:tc>
          <w:tcPr>
            <w:tcW w:type="dxa" w:w="1080"/>
          </w:tcPr>
          <w:p>
            <w:r>
              <w:t>英美文化</w:t>
            </w:r>
          </w:p>
        </w:tc>
        <w:tc>
          <w:tcPr>
            <w:tcW w:type="dxa" w:w="1080"/>
          </w:tcPr>
          <w:p>
            <w:r>
              <w:t>2IE21006</w:t>
            </w:r>
          </w:p>
        </w:tc>
        <w:tc>
          <w:tcPr>
            <w:tcW w:type="dxa" w:w="1080"/>
          </w:tcPr>
          <w:p>
            <w:r>
              <w:t>2</w:t>
            </w:r>
          </w:p>
        </w:tc>
        <w:tc>
          <w:tcPr>
            <w:tcW w:type="dxa" w:w="1080"/>
          </w:tcPr>
          <w:p>
            <w:r>
              <w:t>专业必修课</w:t>
            </w:r>
          </w:p>
        </w:tc>
        <w:tc>
          <w:tcPr>
            <w:tcW w:type="dxa" w:w="1080"/>
          </w:tcPr>
          <w:p>
            <w:r>
              <w:t>国际教育学院</w:t>
            </w:r>
          </w:p>
        </w:tc>
        <w:tc>
          <w:tcPr>
            <w:tcW w:type="dxa" w:w="1080"/>
          </w:tcPr>
          <w:p>
            <w:r>
              <w:t>2025-2026</w:t>
            </w:r>
          </w:p>
        </w:tc>
        <w:tc>
          <w:tcPr>
            <w:tcW w:type="dxa" w:w="1080"/>
          </w:tcPr>
          <w:p>
            <w:r>
              <w:t>2</w:t>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制表人（签字）：日期：2026.8.30学院（公章）：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