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苏州科技大学商学院推荐2026年优秀应届本科毕业生免试攻读研究生工作细则</w:t>
      </w:r>
    </w:p>
    <w:p>
      <w:r>
        <w:t>为做好我院推荐免试攻读研究生工作，根据《苏州科技大学推荐2026年优秀应届本科毕业生免试攻读研究生工作实施方案》，结合我院实际情况，制定本细则。</w:t>
      </w:r>
    </w:p>
    <w:p>
      <w:r>
        <w:t>一、学院推免生遴选工作小组</w:t>
      </w:r>
    </w:p>
    <w:p>
      <w:r>
        <w:t>组长：张媛、杨传明</w:t>
      </w:r>
    </w:p>
    <w:p>
      <w:r>
        <w:t>成员：董现珠、钱燕、夏海力、邢夫敏、贾海成、冯丽艳、王玉玫</w:t>
      </w:r>
    </w:p>
    <w:p>
      <w:r>
        <w:t>咨询电话：0512-68418711</w:t>
      </w:r>
    </w:p>
    <w:p>
      <w:r>
        <w:t>申诉电话：0512-68418392申诉邮箱：604778903@qq.com</w:t>
      </w:r>
    </w:p>
    <w:p>
      <w:r>
        <w:t>二、名额分配</w:t>
      </w:r>
    </w:p>
    <w:p>
      <w:r>
        <w:t>总名额：6名</w:t>
      </w:r>
    </w:p>
    <w:p>
      <w:r>
        <w:t>名额分配如下：工商管理专业1名；旅游管理专业1名；人力资源管理专业1名；物流管理专业1名；财务管理专业1名；金融工程专业1名。</w:t>
      </w:r>
    </w:p>
    <w:p>
      <w:r>
        <w:t>三、申请报名条件</w:t>
      </w:r>
    </w:p>
    <w:p>
      <w:r>
        <w:t>申请者须满足学校规定的遴选基本条件。</w:t>
      </w:r>
    </w:p>
    <w:p>
      <w:r>
        <w:t>四、申请受理时间、地点</w:t>
      </w:r>
    </w:p>
    <w:p>
      <w:r>
        <w:t>截止时间：9月5日16:00之前，提交报名申请及相关材料，电子稿发送至邮箱112593474@qq.com；纸质稿受理地点：石湖校区C3商学院3楼307室。学生须同时提交纸质稿和电子稿。</w:t>
      </w:r>
    </w:p>
    <w:p>
      <w:r>
        <w:t>受理人员：王晨光老师</w:t>
      </w:r>
    </w:p>
    <w:p>
      <w:r>
        <w:t>五、推免生名单产生办法</w:t>
      </w:r>
    </w:p>
    <w:p>
      <w:r>
        <w:t>根据《苏州科技大学推荐2026年优秀应届本科毕业生免试攻读研究生工作实施方案》进行资格审查，通过者按以下程序产生推免生名单：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推免相关工作人员有直系亲属或利益相关人员报名参加本单位推免招生的须主动申请回避，有非直系亲属等报名参加推免招生的要主动报备。相关学生申请推免资格时也应主动报备声明。回避报备应于9月8日前完成，并由学院汇总后报教务处备案。</w:t>
      </w:r>
    </w:p>
    <w:p>
      <w:r>
        <w:t>2、其他事项按照教育部和学校相关规定执行。</w:t>
      </w:r>
    </w:p>
    <w:p>
      <w:r>
        <w:t>3、本细则由学院推免生遴选工作小组负责解释。</w:t>
      </w:r>
    </w:p>
    <w:p>
      <w:r>
        <w:t>商学院</w:t>
      </w:r>
    </w:p>
    <w:p>
      <w:r>
        <w:t>日期：2025年9月2日</w:t>
      </w:r>
    </w:p>
    <w:p>
      <w:r>
        <w:t>附件1:苏州科技大学商学院推免生综合素质单项分值设置表</w:t>
      </w:r>
    </w:p>
    <w:p>
      <w:r>
        <w:t>附件2：苏州科技大学商学院推荐2026年优秀应届本科毕业生免试攻读研究生课程清单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