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苏州科技大学化学与生命科学学院推荐2027年优秀应届本科毕业生免试攻读研究生工作细则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组长：李良智、徐治初</w:t>
      </w:r>
    </w:p>
    <w:p>
      <w:r>
        <w:t>成员：秦粉菊、苗雪强、周宇扬、张钱丽、王朝宇</w:t>
      </w:r>
    </w:p>
    <w:p>
      <w:r>
        <w:t>咨询电话：0512-68418434申诉电话：0512-67370496</w:t>
      </w:r>
    </w:p>
    <w:p>
      <w:r>
        <w:t>邮箱：jwn@mail.usts.edu.cn.</w:t>
      </w:r>
    </w:p>
    <w:p>
      <w:r>
        <w:t>二、名额分配</w:t>
      </w:r>
    </w:p>
    <w:p>
      <w:r>
        <w:t>总名额：12名</w:t>
      </w:r>
    </w:p>
    <w:p>
      <w:r>
        <w:t>名额分配如下：应用化学专业3名；生物工程专业2名；化学（师范）专业1名；生物技术专业3名；材料化学专业2名；生物科学（师范）1名。</w:t>
      </w:r>
    </w:p>
    <w:p>
      <w:r>
        <w:t>三、申请报名条件</w:t>
      </w:r>
    </w:p>
    <w:p>
      <w:r>
        <w:t>申请者须满足学校规定的遴选基本条件。</w:t>
      </w:r>
    </w:p>
    <w:p>
      <w:r>
        <w:t>四、申请受理时间、地点</w:t>
      </w:r>
    </w:p>
    <w:p>
      <w:r>
        <w:t>截止时间：9月1日16:00之前，提交纸质报名申请及相关材料，同时将所有材料的电子版压缩包以“学号+姓名”命名提交到邮箱：jwn@mail.usts.edu.cn。</w:t>
      </w:r>
    </w:p>
    <w:p>
      <w:r>
        <w:t>受理地点：石湖校区教三楼221室</w:t>
      </w:r>
    </w:p>
    <w:p>
      <w:r>
        <w:t>受理人员：蒋伟娜老师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的须主动报备并全程回避，如有非直系亲属等报名参加推免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化学与生命科学学院</w:t>
      </w:r>
    </w:p>
    <w:p>
      <w:r>
        <w:t>日期：2026年8月30日</w:t>
      </w:r>
    </w:p>
    <w:p>
      <w:r>
        <w:t>附件1:苏州科技大学化学与生命科学学院推免生综合素质单项分值设置表</w:t>
      </w:r>
    </w:p>
    <w:p>
      <w:r>
        <w:t>附件2:苏州科技大学化学与生命科学学院优秀应届本科毕业生免试攻读研究生课程清单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类别</w:t>
            </w:r>
          </w:p>
        </w:tc>
        <w:tc>
          <w:tcPr>
            <w:tcW w:type="dxa" w:w="720"/>
          </w:tcPr>
          <w:p>
            <w:r>
              <w:t>项目等级</w:t>
            </w:r>
          </w:p>
        </w:tc>
        <w:tc>
          <w:tcPr>
            <w:tcW w:type="dxa" w:w="720"/>
          </w:tcPr>
          <w:p>
            <w:r>
              <w:t>第一等次</w:t>
            </w:r>
          </w:p>
        </w:tc>
        <w:tc>
          <w:tcPr>
            <w:tcW w:type="dxa" w:w="720"/>
          </w:tcPr>
          <w:p>
            <w:r>
              <w:t>第二等次</w:t>
            </w:r>
          </w:p>
        </w:tc>
        <w:tc>
          <w:tcPr>
            <w:tcW w:type="dxa" w:w="720"/>
          </w:tcPr>
          <w:p>
            <w:r>
              <w:t>第三等次</w:t>
            </w:r>
          </w:p>
        </w:tc>
        <w:tc>
          <w:tcPr>
            <w:tcW w:type="dxa" w:w="720"/>
          </w:tcPr>
          <w:p>
            <w:r>
              <w:t>第四等次</w:t>
            </w:r>
          </w:p>
        </w:tc>
        <w:tc>
          <w:tcPr>
            <w:tcW w:type="dxa" w:w="720"/>
          </w:tcPr>
          <w:p>
            <w:r>
              <w:t>备注</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学科竞赛(不超过40分)</w:t>
            </w:r>
          </w:p>
        </w:tc>
        <w:tc>
          <w:tcPr>
            <w:tcW w:type="dxa" w:w="720"/>
          </w:tcPr>
          <w:p>
            <w:r>
              <w:t>I甲</w:t>
            </w:r>
          </w:p>
        </w:tc>
        <w:tc>
          <w:tcPr>
            <w:tcW w:type="dxa" w:w="720"/>
          </w:tcPr>
          <w:p>
            <w:r>
              <w:t>40</w:t>
            </w:r>
          </w:p>
        </w:tc>
        <w:tc>
          <w:tcPr>
            <w:tcW w:type="dxa" w:w="720"/>
          </w:tcPr>
          <w:p>
            <w:r>
              <w:t>30</w:t>
            </w:r>
          </w:p>
        </w:tc>
        <w:tc>
          <w:tcPr>
            <w:tcW w:type="dxa" w:w="720"/>
          </w:tcPr>
          <w:p>
            <w:r>
              <w:t>15</w:t>
            </w:r>
          </w:p>
        </w:tc>
        <w:tc>
          <w:tcPr>
            <w:tcW w:type="dxa" w:w="720"/>
          </w:tcPr>
          <w:p>
            <w:r>
              <w:t>5</w:t>
            </w:r>
          </w:p>
        </w:tc>
        <w:tc>
          <w:tcPr>
            <w:tcW w:type="dxa" w:w="72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I乙</w:t>
            </w:r>
          </w:p>
        </w:tc>
        <w:tc>
          <w:tcPr>
            <w:tcW w:type="dxa" w:w="720"/>
          </w:tcPr>
          <w:p>
            <w:r>
              <w:t>15</w:t>
            </w:r>
          </w:p>
        </w:tc>
        <w:tc>
          <w:tcPr>
            <w:tcW w:type="dxa" w:w="720"/>
          </w:tcPr>
          <w:p>
            <w:r>
              <w:t>10</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科研成果(不超过40分)</w:t>
            </w:r>
          </w:p>
        </w:tc>
        <w:tc>
          <w:tcPr>
            <w:tcW w:type="dxa" w:w="720"/>
          </w:tcPr>
          <w:p>
            <w:r>
              <w:t>科研论文</w:t>
            </w:r>
          </w:p>
        </w:tc>
        <w:tc>
          <w:tcPr>
            <w:tcW w:type="dxa" w:w="720"/>
          </w:tcPr>
          <w:p>
            <w:r>
              <w:t>一类权威核心</w:t>
            </w:r>
          </w:p>
        </w:tc>
        <w:tc>
          <w:tcPr>
            <w:tcW w:type="dxa" w:w="720"/>
          </w:tcPr>
          <w:p>
            <w:r>
              <w:t>一类核心</w:t>
            </w:r>
          </w:p>
        </w:tc>
        <w:tc>
          <w:tcPr>
            <w:tcW w:type="dxa" w:w="720"/>
          </w:tcPr>
          <w:p>
            <w:r>
              <w:t>二类核心</w:t>
            </w:r>
          </w:p>
        </w:tc>
        <w:tc>
          <w:tcPr>
            <w:tcW w:type="dxa" w:w="720"/>
          </w:tcPr>
          <w:p>
            <w:r>
              <w:t>三类核心</w:t>
            </w:r>
          </w:p>
        </w:tc>
        <w:tc>
          <w:tcPr>
            <w:tcW w:type="dxa" w:w="720"/>
          </w:tcPr>
          <w:p>
            <w:r>
              <w:t>四类核心</w:t>
            </w:r>
          </w:p>
        </w:tc>
        <w:tc>
          <w:tcPr>
            <w:tcW w:type="dxa" w:w="720"/>
          </w:tcPr>
          <w:p>
            <w:r>
              <w:t>中文核心</w:t>
            </w:r>
          </w:p>
        </w:tc>
        <w:tc>
          <w:tcPr>
            <w:tcW w:type="dxa" w:w="72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权威、一类、二类、三类、四类核心期刊目录参见《苏州科技大学核心期刊目录(2021修订)》。中文核心是指除上述一类权威、一类、二类、三类、四类之外的《中文北大核心期刊目录总览》中的期刊。论文收录分类是指论文发表年度收录。</w:t>
            </w:r>
          </w:p>
        </w:tc>
        <w:tc>
          <w:tcPr>
            <w:tcW w:type="dxa" w:w="720"/>
          </w:tcPr>
          <w:p/>
        </w:tc>
        <w:tc>
          <w:tcPr>
            <w:tcW w:type="dxa" w:w="720"/>
          </w:tcPr>
          <w:p/>
        </w:tc>
        <w:tc>
          <w:tcPr>
            <w:tcW w:type="dxa" w:w="720"/>
          </w:tcPr>
          <w:p/>
        </w:tc>
      </w:tr>
      <w:tr>
        <w:tc>
          <w:tcPr>
            <w:tcW w:type="dxa" w:w="720"/>
          </w:tcPr>
          <w:p>
            <w:r>
              <w:t>40/篇</w:t>
            </w:r>
          </w:p>
        </w:tc>
        <w:tc>
          <w:tcPr>
            <w:tcW w:type="dxa" w:w="720"/>
          </w:tcPr>
          <w:p>
            <w:r>
              <w:t>35/篇</w:t>
            </w:r>
          </w:p>
        </w:tc>
        <w:tc>
          <w:tcPr>
            <w:tcW w:type="dxa" w:w="720"/>
          </w:tcPr>
          <w:p>
            <w:r>
              <w:t>30/篇</w:t>
            </w:r>
          </w:p>
        </w:tc>
        <w:tc>
          <w:tcPr>
            <w:tcW w:type="dxa" w:w="720"/>
          </w:tcPr>
          <w:p>
            <w:r>
              <w:t>25/篇</w:t>
            </w:r>
          </w:p>
        </w:tc>
        <w:tc>
          <w:tcPr>
            <w:tcW w:type="dxa" w:w="720"/>
          </w:tcPr>
          <w:p>
            <w:r>
              <w:t>20/篇</w:t>
            </w:r>
          </w:p>
        </w:tc>
        <w:tc>
          <w:tcPr>
            <w:tcW w:type="dxa" w:w="720"/>
          </w:tcPr>
          <w:p>
            <w:r>
              <w:t>15/篇</w:t>
            </w: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发明专利</w:t>
            </w:r>
          </w:p>
        </w:tc>
        <w:tc>
          <w:tcPr>
            <w:tcW w:type="dxa" w:w="720"/>
          </w:tcPr>
          <w:p>
            <w:r>
              <w:t>国际发明专利</w:t>
            </w:r>
          </w:p>
        </w:tc>
        <w:tc>
          <w:tcPr>
            <w:tcW w:type="dxa" w:w="720"/>
          </w:tcPr>
          <w:p>
            <w:r>
              <w:t>中国发明专利</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10/项</w:t>
            </w:r>
          </w:p>
        </w:tc>
        <w:tc>
          <w:tcPr>
            <w:tcW w:type="dxa" w:w="720"/>
          </w:tcPr>
          <w:p>
            <w:r>
              <w:t>5/项</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志愿服务(不超过10分)</w:t>
            </w:r>
          </w:p>
        </w:tc>
        <w:tc>
          <w:tcPr>
            <w:tcW w:type="dxa" w:w="720"/>
          </w:tcPr>
          <w:p>
            <w:r/>
          </w:p>
        </w:tc>
        <w:tc>
          <w:tcPr>
            <w:tcW w:type="dxa" w:w="720"/>
          </w:tcPr>
          <w:p>
            <w:r>
              <w:t>第一等次</w:t>
            </w:r>
          </w:p>
        </w:tc>
        <w:tc>
          <w:tcPr>
            <w:tcW w:type="dxa" w:w="720"/>
          </w:tcPr>
          <w:p>
            <w:r>
              <w:t>第二等次</w:t>
            </w:r>
          </w:p>
        </w:tc>
        <w:tc>
          <w:tcPr>
            <w:tcW w:type="dxa" w:w="720"/>
          </w:tcPr>
          <w:p>
            <w:r>
              <w:t>第三等次</w:t>
            </w:r>
          </w:p>
        </w:tc>
        <w:tc>
          <w:tcPr>
            <w:tcW w:type="dxa" w:w="72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国家级</w:t>
            </w:r>
          </w:p>
        </w:tc>
        <w:tc>
          <w:tcPr>
            <w:tcW w:type="dxa" w:w="720"/>
          </w:tcPr>
          <w:p>
            <w:r>
              <w:t>10</w:t>
            </w:r>
          </w:p>
        </w:tc>
        <w:tc>
          <w:tcPr>
            <w:tcW w:type="dxa" w:w="720"/>
          </w:tcPr>
          <w:p>
            <w:r>
              <w:t>7</w:t>
            </w:r>
          </w:p>
        </w:tc>
        <w:tc>
          <w:tcPr>
            <w:tcW w:type="dxa" w:w="720"/>
          </w:tcPr>
          <w:p>
            <w: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省部级</w:t>
            </w:r>
          </w:p>
        </w:tc>
        <w:tc>
          <w:tcPr>
            <w:tcW w:type="dxa" w:w="720"/>
          </w:tcPr>
          <w:p>
            <w:r>
              <w:t>5</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到国际组织实习（不超过5分）</w:t>
            </w:r>
          </w:p>
        </w:tc>
        <w:tc>
          <w:tcPr>
            <w:tcW w:type="dxa" w:w="72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参军入伍服兵役（不超过5分）</w:t>
            </w:r>
          </w:p>
        </w:tc>
        <w:tc>
          <w:tcPr>
            <w:tcW w:type="dxa" w:w="720"/>
          </w:tcPr>
          <w:p>
            <w:r>
              <w:t>须提供入伍批准书及退出现役证。</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专业：应用化学</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无机及分析化学A(一)</w:t>
            </w:r>
          </w:p>
        </w:tc>
        <w:tc>
          <w:tcPr>
            <w:tcW w:type="dxa" w:w="1080"/>
          </w:tcPr>
          <w:p>
            <w:r>
              <w:t>2CB21007</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应用化学专业导论</w:t>
            </w:r>
          </w:p>
        </w:tc>
        <w:tc>
          <w:tcPr>
            <w:tcW w:type="dxa" w:w="1080"/>
          </w:tcPr>
          <w:p>
            <w:r>
              <w:t>2CB21101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无机及分析化学实验A（一）</w:t>
            </w:r>
          </w:p>
        </w:tc>
        <w:tc>
          <w:tcPr>
            <w:tcW w:type="dxa" w:w="1080"/>
          </w:tcPr>
          <w:p>
            <w:r>
              <w:t>2CB21515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9</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无机及分析化学A(二)</w:t>
            </w:r>
          </w:p>
        </w:tc>
        <w:tc>
          <w:tcPr>
            <w:tcW w:type="dxa" w:w="1080"/>
          </w:tcPr>
          <w:p>
            <w:r>
              <w:t>2CB21008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15</w:t>
            </w:r>
          </w:p>
        </w:tc>
        <w:tc>
          <w:tcPr>
            <w:tcW w:type="dxa" w:w="1080"/>
          </w:tcPr>
          <w:p>
            <w:r>
              <w:t>金工实习</w:t>
            </w:r>
          </w:p>
        </w:tc>
        <w:tc>
          <w:tcPr>
            <w:tcW w:type="dxa" w:w="1080"/>
          </w:tcPr>
          <w:p>
            <w:r>
              <w:t>2CB21124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无机及分析化学实验A(二)</w:t>
            </w:r>
          </w:p>
        </w:tc>
        <w:tc>
          <w:tcPr>
            <w:tcW w:type="dxa" w:w="1080"/>
          </w:tcPr>
          <w:p>
            <w:r>
              <w:t>2CB21532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画法几何及工程制图</w:t>
            </w:r>
          </w:p>
        </w:tc>
        <w:tc>
          <w:tcPr>
            <w:tcW w:type="dxa" w:w="1080"/>
          </w:tcPr>
          <w:p>
            <w:r>
              <w:t>2ME21004</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有机化学B(一)</w:t>
            </w:r>
          </w:p>
        </w:tc>
        <w:tc>
          <w:tcPr>
            <w:tcW w:type="dxa" w:w="1080"/>
          </w:tcPr>
          <w:p>
            <w:r>
              <w:t>2CB21001</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27</w:t>
            </w:r>
          </w:p>
        </w:tc>
        <w:tc>
          <w:tcPr>
            <w:tcW w:type="dxa" w:w="1080"/>
          </w:tcPr>
          <w:p>
            <w:r>
              <w:t>有机化学实验B(一)</w:t>
            </w:r>
          </w:p>
        </w:tc>
        <w:tc>
          <w:tcPr>
            <w:tcW w:type="dxa" w:w="1080"/>
          </w:tcPr>
          <w:p>
            <w:r>
              <w:t>2CB21113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28</w:t>
            </w:r>
          </w:p>
        </w:tc>
        <w:tc>
          <w:tcPr>
            <w:tcW w:type="dxa" w:w="1080"/>
          </w:tcPr>
          <w:p>
            <w:r>
              <w:t>计算机辅助设计CAD</w:t>
            </w:r>
          </w:p>
        </w:tc>
        <w:tc>
          <w:tcPr>
            <w:tcW w:type="dxa" w:w="1080"/>
          </w:tcPr>
          <w:p>
            <w:r>
              <w:t>2EI21009</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29</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30</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32</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34</w:t>
            </w:r>
          </w:p>
        </w:tc>
        <w:tc>
          <w:tcPr>
            <w:tcW w:type="dxa" w:w="1080"/>
          </w:tcPr>
          <w:p>
            <w:r>
              <w:t>有机化学B(二)</w:t>
            </w:r>
          </w:p>
        </w:tc>
        <w:tc>
          <w:tcPr>
            <w:tcW w:type="dxa" w:w="1080"/>
          </w:tcPr>
          <w:p>
            <w:r>
              <w:t>2CB21002</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35</w:t>
            </w:r>
          </w:p>
        </w:tc>
        <w:tc>
          <w:tcPr>
            <w:tcW w:type="dxa" w:w="1080"/>
          </w:tcPr>
          <w:p>
            <w:r>
              <w:t>物理化学B(一)</w:t>
            </w:r>
          </w:p>
        </w:tc>
        <w:tc>
          <w:tcPr>
            <w:tcW w:type="dxa" w:w="1080"/>
          </w:tcPr>
          <w:p>
            <w:r>
              <w:t>2CB21011</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36</w:t>
            </w:r>
          </w:p>
        </w:tc>
        <w:tc>
          <w:tcPr>
            <w:tcW w:type="dxa" w:w="1080"/>
          </w:tcPr>
          <w:p>
            <w:r>
              <w:t>化工原理A(一)</w:t>
            </w:r>
          </w:p>
        </w:tc>
        <w:tc>
          <w:tcPr>
            <w:tcW w:type="dxa" w:w="1080"/>
          </w:tcPr>
          <w:p>
            <w:r>
              <w:t>2CB21017</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37</w:t>
            </w:r>
          </w:p>
        </w:tc>
        <w:tc>
          <w:tcPr>
            <w:tcW w:type="dxa" w:w="1080"/>
          </w:tcPr>
          <w:p>
            <w:r>
              <w:t>现代仪器分析</w:t>
            </w:r>
          </w:p>
        </w:tc>
        <w:tc>
          <w:tcPr>
            <w:tcW w:type="dxa" w:w="1080"/>
          </w:tcPr>
          <w:p>
            <w:r>
              <w:t>2CB21102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38</w:t>
            </w:r>
          </w:p>
        </w:tc>
        <w:tc>
          <w:tcPr>
            <w:tcW w:type="dxa" w:w="1080"/>
          </w:tcPr>
          <w:p>
            <w:r>
              <w:t>有机化学实验B(二)</w:t>
            </w:r>
          </w:p>
        </w:tc>
        <w:tc>
          <w:tcPr>
            <w:tcW w:type="dxa" w:w="1080"/>
          </w:tcPr>
          <w:p>
            <w:r>
              <w:t>2CB21114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39</w:t>
            </w:r>
          </w:p>
        </w:tc>
        <w:tc>
          <w:tcPr>
            <w:tcW w:type="dxa" w:w="1080"/>
          </w:tcPr>
          <w:p>
            <w:r>
              <w:t>化工原理实验A(一)</w:t>
            </w:r>
          </w:p>
        </w:tc>
        <w:tc>
          <w:tcPr>
            <w:tcW w:type="dxa" w:w="1080"/>
          </w:tcPr>
          <w:p>
            <w:r>
              <w:t>2CB21118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40</w:t>
            </w:r>
          </w:p>
        </w:tc>
        <w:tc>
          <w:tcPr>
            <w:tcW w:type="dxa" w:w="1080"/>
          </w:tcPr>
          <w:p>
            <w:r>
              <w:t>认识实习</w:t>
            </w:r>
          </w:p>
        </w:tc>
        <w:tc>
          <w:tcPr>
            <w:tcW w:type="dxa" w:w="1080"/>
          </w:tcPr>
          <w:p>
            <w:r>
              <w:t>2CB21125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41</w:t>
            </w:r>
          </w:p>
        </w:tc>
        <w:tc>
          <w:tcPr>
            <w:tcW w:type="dxa" w:w="1080"/>
          </w:tcPr>
          <w:p>
            <w:r>
              <w:t>化工原理课程设计(一)</w:t>
            </w:r>
          </w:p>
        </w:tc>
        <w:tc>
          <w:tcPr>
            <w:tcW w:type="dxa" w:w="1080"/>
          </w:tcPr>
          <w:p>
            <w:r>
              <w:t>2CB21126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42</w:t>
            </w:r>
          </w:p>
        </w:tc>
        <w:tc>
          <w:tcPr>
            <w:tcW w:type="dxa" w:w="1080"/>
          </w:tcPr>
          <w:p>
            <w:r>
              <w:t>物理化学实验B(一)</w:t>
            </w:r>
          </w:p>
        </w:tc>
        <w:tc>
          <w:tcPr>
            <w:tcW w:type="dxa" w:w="1080"/>
          </w:tcPr>
          <w:p>
            <w:r>
              <w:t>2CB21317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43</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44</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45</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46</w:t>
            </w:r>
          </w:p>
        </w:tc>
        <w:tc>
          <w:tcPr>
            <w:tcW w:type="dxa" w:w="1080"/>
          </w:tcPr>
          <w:p>
            <w:r>
              <w:t>物理化学B(二)</w:t>
            </w:r>
          </w:p>
        </w:tc>
        <w:tc>
          <w:tcPr>
            <w:tcW w:type="dxa" w:w="1080"/>
          </w:tcPr>
          <w:p>
            <w:r>
              <w:t>2CB21012</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47</w:t>
            </w:r>
          </w:p>
        </w:tc>
        <w:tc>
          <w:tcPr>
            <w:tcW w:type="dxa" w:w="1080"/>
          </w:tcPr>
          <w:p>
            <w:r>
              <w:t>化工原理A(二)</w:t>
            </w:r>
          </w:p>
        </w:tc>
        <w:tc>
          <w:tcPr>
            <w:tcW w:type="dxa" w:w="1080"/>
          </w:tcPr>
          <w:p>
            <w:r>
              <w:t>2CB21018</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48</w:t>
            </w:r>
          </w:p>
        </w:tc>
        <w:tc>
          <w:tcPr>
            <w:tcW w:type="dxa" w:w="1080"/>
          </w:tcPr>
          <w:p>
            <w:r>
              <w:t>化工设备机械基础</w:t>
            </w:r>
          </w:p>
        </w:tc>
        <w:tc>
          <w:tcPr>
            <w:tcW w:type="dxa" w:w="1080"/>
          </w:tcPr>
          <w:p>
            <w:r>
              <w:t>2CB21103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49</w:t>
            </w:r>
          </w:p>
        </w:tc>
        <w:tc>
          <w:tcPr>
            <w:tcW w:type="dxa" w:w="1080"/>
          </w:tcPr>
          <w:p>
            <w:r>
              <w:t>药物合成反应</w:t>
            </w:r>
          </w:p>
        </w:tc>
        <w:tc>
          <w:tcPr>
            <w:tcW w:type="dxa" w:w="1080"/>
          </w:tcPr>
          <w:p>
            <w:r>
              <w:t>2CB21106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50</w:t>
            </w:r>
          </w:p>
        </w:tc>
        <w:tc>
          <w:tcPr>
            <w:tcW w:type="dxa" w:w="1080"/>
          </w:tcPr>
          <w:p>
            <w:r>
              <w:t>波谱分析</w:t>
            </w:r>
          </w:p>
        </w:tc>
        <w:tc>
          <w:tcPr>
            <w:tcW w:type="dxa" w:w="1080"/>
          </w:tcPr>
          <w:p>
            <w:r>
              <w:t>2CB21107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51</w:t>
            </w:r>
          </w:p>
        </w:tc>
        <w:tc>
          <w:tcPr>
            <w:tcW w:type="dxa" w:w="1080"/>
          </w:tcPr>
          <w:p>
            <w:r>
              <w:t>专业创新与创业</w:t>
            </w:r>
          </w:p>
        </w:tc>
        <w:tc>
          <w:tcPr>
            <w:tcW w:type="dxa" w:w="1080"/>
          </w:tcPr>
          <w:p>
            <w:r>
              <w:t>2CB21111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52</w:t>
            </w:r>
          </w:p>
        </w:tc>
        <w:tc>
          <w:tcPr>
            <w:tcW w:type="dxa" w:w="1080"/>
          </w:tcPr>
          <w:p>
            <w:r>
              <w:t>化工原理实验A(二)</w:t>
            </w:r>
          </w:p>
        </w:tc>
        <w:tc>
          <w:tcPr>
            <w:tcW w:type="dxa" w:w="1080"/>
          </w:tcPr>
          <w:p>
            <w:r>
              <w:t>2CB21119</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53</w:t>
            </w:r>
          </w:p>
        </w:tc>
        <w:tc>
          <w:tcPr>
            <w:tcW w:type="dxa" w:w="1080"/>
          </w:tcPr>
          <w:p>
            <w:r>
              <w:t>专业实验(一)</w:t>
            </w:r>
          </w:p>
        </w:tc>
        <w:tc>
          <w:tcPr>
            <w:tcW w:type="dxa" w:w="1080"/>
          </w:tcPr>
          <w:p>
            <w:r>
              <w:t>2CB21120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54</w:t>
            </w:r>
          </w:p>
        </w:tc>
        <w:tc>
          <w:tcPr>
            <w:tcW w:type="dxa" w:w="1080"/>
          </w:tcPr>
          <w:p>
            <w:r>
              <w:t>化工原理课程设计(二)</w:t>
            </w:r>
          </w:p>
        </w:tc>
        <w:tc>
          <w:tcPr>
            <w:tcW w:type="dxa" w:w="1080"/>
          </w:tcPr>
          <w:p>
            <w:r>
              <w:t>2CB21127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55</w:t>
            </w:r>
          </w:p>
        </w:tc>
        <w:tc>
          <w:tcPr>
            <w:tcW w:type="dxa" w:w="1080"/>
          </w:tcPr>
          <w:p>
            <w:r>
              <w:t>物理化学实验B(二)</w:t>
            </w:r>
          </w:p>
        </w:tc>
        <w:tc>
          <w:tcPr>
            <w:tcW w:type="dxa" w:w="1080"/>
          </w:tcPr>
          <w:p>
            <w:r>
              <w:t>2CB21318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56</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58</w:t>
            </w:r>
          </w:p>
        </w:tc>
        <w:tc>
          <w:tcPr>
            <w:tcW w:type="dxa" w:w="1080"/>
          </w:tcPr>
          <w:p>
            <w:r>
              <w:t>化学反应工程</w:t>
            </w:r>
          </w:p>
        </w:tc>
        <w:tc>
          <w:tcPr>
            <w:tcW w:type="dxa" w:w="1080"/>
          </w:tcPr>
          <w:p>
            <w:r>
              <w:t>2CB21104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59</w:t>
            </w:r>
          </w:p>
        </w:tc>
        <w:tc>
          <w:tcPr>
            <w:tcW w:type="dxa" w:w="1080"/>
          </w:tcPr>
          <w:p>
            <w:r>
              <w:t>化工工艺设计概论</w:t>
            </w:r>
          </w:p>
        </w:tc>
        <w:tc>
          <w:tcPr>
            <w:tcW w:type="dxa" w:w="1080"/>
          </w:tcPr>
          <w:p>
            <w:r>
              <w:t>2CB21105</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60</w:t>
            </w:r>
          </w:p>
        </w:tc>
        <w:tc>
          <w:tcPr>
            <w:tcW w:type="dxa" w:w="1080"/>
          </w:tcPr>
          <w:p>
            <w:r>
              <w:t>专业外语与文献检索</w:t>
            </w:r>
          </w:p>
        </w:tc>
        <w:tc>
          <w:tcPr>
            <w:tcW w:type="dxa" w:w="1080"/>
          </w:tcPr>
          <w:p>
            <w:r>
              <w:t>2CB21108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61</w:t>
            </w:r>
          </w:p>
        </w:tc>
        <w:tc>
          <w:tcPr>
            <w:tcW w:type="dxa" w:w="1080"/>
          </w:tcPr>
          <w:p>
            <w:r>
              <w:t>精细化学品化学</w:t>
            </w:r>
          </w:p>
        </w:tc>
        <w:tc>
          <w:tcPr>
            <w:tcW w:type="dxa" w:w="1080"/>
          </w:tcPr>
          <w:p>
            <w:r>
              <w:t>2CB21109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62</w:t>
            </w:r>
          </w:p>
        </w:tc>
        <w:tc>
          <w:tcPr>
            <w:tcW w:type="dxa" w:w="1080"/>
          </w:tcPr>
          <w:p>
            <w:r>
              <w:t>精细化学品工艺学</w:t>
            </w:r>
          </w:p>
        </w:tc>
        <w:tc>
          <w:tcPr>
            <w:tcW w:type="dxa" w:w="1080"/>
          </w:tcPr>
          <w:p>
            <w:r>
              <w:t>2CB21110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63</w:t>
            </w:r>
          </w:p>
        </w:tc>
        <w:tc>
          <w:tcPr>
            <w:tcW w:type="dxa" w:w="1080"/>
          </w:tcPr>
          <w:p>
            <w:r>
              <w:t>专业实验(二)</w:t>
            </w:r>
          </w:p>
        </w:tc>
        <w:tc>
          <w:tcPr>
            <w:tcW w:type="dxa" w:w="1080"/>
          </w:tcPr>
          <w:p>
            <w:r>
              <w:t>2CB21121</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64</w:t>
            </w:r>
          </w:p>
        </w:tc>
        <w:tc>
          <w:tcPr>
            <w:tcW w:type="dxa" w:w="1080"/>
          </w:tcPr>
          <w:p>
            <w:r>
              <w:t>化工工艺设计课程设计</w:t>
            </w:r>
          </w:p>
        </w:tc>
        <w:tc>
          <w:tcPr>
            <w:tcW w:type="dxa" w:w="1080"/>
          </w:tcPr>
          <w:p>
            <w:r>
              <w:t>2CB21128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65</w:t>
            </w:r>
          </w:p>
        </w:tc>
        <w:tc>
          <w:tcPr>
            <w:tcW w:type="dxa" w:w="1080"/>
          </w:tcPr>
          <w:p>
            <w:r>
              <w:t>化工仿真实训</w:t>
            </w:r>
          </w:p>
        </w:tc>
        <w:tc>
          <w:tcPr>
            <w:tcW w:type="dxa" w:w="1080"/>
          </w:tcPr>
          <w:p>
            <w:r>
              <w:t>2CB21129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专业：生物工程</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无机及分析化学B</w:t>
            </w:r>
          </w:p>
        </w:tc>
        <w:tc>
          <w:tcPr>
            <w:tcW w:type="dxa" w:w="1080"/>
          </w:tcPr>
          <w:p>
            <w:r>
              <w:t>2CB21009</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生物工程专业导论</w:t>
            </w:r>
          </w:p>
        </w:tc>
        <w:tc>
          <w:tcPr>
            <w:tcW w:type="dxa" w:w="1080"/>
          </w:tcPr>
          <w:p>
            <w:r>
              <w:t>2CB21020</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普通生物学B</w:t>
            </w:r>
          </w:p>
        </w:tc>
        <w:tc>
          <w:tcPr>
            <w:tcW w:type="dxa" w:w="1080"/>
          </w:tcPr>
          <w:p>
            <w:r>
              <w:t>2CB21202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基础化学实验（一）</w:t>
            </w:r>
          </w:p>
        </w:tc>
        <w:tc>
          <w:tcPr>
            <w:tcW w:type="dxa" w:w="1080"/>
          </w:tcPr>
          <w:p>
            <w:r>
              <w:t>2CB21414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有机化学D</w:t>
            </w:r>
          </w:p>
        </w:tc>
        <w:tc>
          <w:tcPr>
            <w:tcW w:type="dxa" w:w="1080"/>
          </w:tcPr>
          <w:p>
            <w:r>
              <w:t>2CB21005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15</w:t>
            </w:r>
          </w:p>
        </w:tc>
        <w:tc>
          <w:tcPr>
            <w:tcW w:type="dxa" w:w="1080"/>
          </w:tcPr>
          <w:p>
            <w:r>
              <w:t>金工实习</w:t>
            </w:r>
          </w:p>
        </w:tc>
        <w:tc>
          <w:tcPr>
            <w:tcW w:type="dxa" w:w="1080"/>
          </w:tcPr>
          <w:p>
            <w:r>
              <w:t>2CB21215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基础化学实验(二)</w:t>
            </w:r>
          </w:p>
        </w:tc>
        <w:tc>
          <w:tcPr>
            <w:tcW w:type="dxa" w:w="1080"/>
          </w:tcPr>
          <w:p>
            <w:r>
              <w:t>2CB21415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19</w:t>
            </w:r>
          </w:p>
        </w:tc>
        <w:tc>
          <w:tcPr>
            <w:tcW w:type="dxa" w:w="1080"/>
          </w:tcPr>
          <w:p>
            <w:r>
              <w:t>计算机辅助设计CAD</w:t>
            </w:r>
          </w:p>
        </w:tc>
        <w:tc>
          <w:tcPr>
            <w:tcW w:type="dxa" w:w="1080"/>
          </w:tcPr>
          <w:p>
            <w:r>
              <w:t>2EI21009</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20</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25</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26</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27</w:t>
            </w:r>
          </w:p>
        </w:tc>
        <w:tc>
          <w:tcPr>
            <w:tcW w:type="dxa" w:w="1080"/>
          </w:tcPr>
          <w:p>
            <w:r>
              <w:t>物理化学D</w:t>
            </w:r>
          </w:p>
        </w:tc>
        <w:tc>
          <w:tcPr>
            <w:tcW w:type="dxa" w:w="1080"/>
          </w:tcPr>
          <w:p>
            <w:r>
              <w:t>2CB21015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28</w:t>
            </w:r>
          </w:p>
        </w:tc>
        <w:tc>
          <w:tcPr>
            <w:tcW w:type="dxa" w:w="1080"/>
          </w:tcPr>
          <w:p>
            <w:r>
              <w:t>生物化学(一)</w:t>
            </w:r>
          </w:p>
        </w:tc>
        <w:tc>
          <w:tcPr>
            <w:tcW w:type="dxa" w:w="1080"/>
          </w:tcPr>
          <w:p>
            <w:r>
              <w:t>2CB21402</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29</w:t>
            </w:r>
          </w:p>
        </w:tc>
        <w:tc>
          <w:tcPr>
            <w:tcW w:type="dxa" w:w="1080"/>
          </w:tcPr>
          <w:p>
            <w:r>
              <w:t>生物化学实验(一)</w:t>
            </w:r>
          </w:p>
        </w:tc>
        <w:tc>
          <w:tcPr>
            <w:tcW w:type="dxa" w:w="1080"/>
          </w:tcPr>
          <w:p>
            <w:r>
              <w:t>2CB21417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30</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31</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33</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35</w:t>
            </w:r>
          </w:p>
        </w:tc>
        <w:tc>
          <w:tcPr>
            <w:tcW w:type="dxa" w:w="1080"/>
          </w:tcPr>
          <w:p>
            <w:r>
              <w:t>化工原理B</w:t>
            </w:r>
          </w:p>
        </w:tc>
        <w:tc>
          <w:tcPr>
            <w:tcW w:type="dxa" w:w="1080"/>
          </w:tcPr>
          <w:p>
            <w:r>
              <w:t>2CB21019</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36</w:t>
            </w:r>
          </w:p>
        </w:tc>
        <w:tc>
          <w:tcPr>
            <w:tcW w:type="dxa" w:w="1080"/>
          </w:tcPr>
          <w:p>
            <w:r>
              <w:t>微生物学B</w:t>
            </w:r>
          </w:p>
        </w:tc>
        <w:tc>
          <w:tcPr>
            <w:tcW w:type="dxa" w:w="1080"/>
          </w:tcPr>
          <w:p>
            <w:r>
              <w:t>2CB21203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37</w:t>
            </w:r>
          </w:p>
        </w:tc>
        <w:tc>
          <w:tcPr>
            <w:tcW w:type="dxa" w:w="1080"/>
          </w:tcPr>
          <w:p>
            <w:r>
              <w:t>细胞生物学B</w:t>
            </w:r>
          </w:p>
        </w:tc>
        <w:tc>
          <w:tcPr>
            <w:tcW w:type="dxa" w:w="1080"/>
          </w:tcPr>
          <w:p>
            <w:r>
              <w:t>2CB21205</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38</w:t>
            </w:r>
          </w:p>
        </w:tc>
        <w:tc>
          <w:tcPr>
            <w:tcW w:type="dxa" w:w="1080"/>
          </w:tcPr>
          <w:p>
            <w:r>
              <w:t>微生物学实验B</w:t>
            </w:r>
          </w:p>
        </w:tc>
        <w:tc>
          <w:tcPr>
            <w:tcW w:type="dxa" w:w="1080"/>
          </w:tcPr>
          <w:p>
            <w:r>
              <w:t>2CB21211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39</w:t>
            </w:r>
          </w:p>
        </w:tc>
        <w:tc>
          <w:tcPr>
            <w:tcW w:type="dxa" w:w="1080"/>
          </w:tcPr>
          <w:p>
            <w:r>
              <w:t>认识实习</w:t>
            </w:r>
          </w:p>
        </w:tc>
        <w:tc>
          <w:tcPr>
            <w:tcW w:type="dxa" w:w="1080"/>
          </w:tcPr>
          <w:p>
            <w:r>
              <w:t>2CB21216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40</w:t>
            </w:r>
          </w:p>
        </w:tc>
        <w:tc>
          <w:tcPr>
            <w:tcW w:type="dxa" w:w="1080"/>
          </w:tcPr>
          <w:p>
            <w:r>
              <w:t>生物化学(二)</w:t>
            </w:r>
          </w:p>
        </w:tc>
        <w:tc>
          <w:tcPr>
            <w:tcW w:type="dxa" w:w="1080"/>
          </w:tcPr>
          <w:p>
            <w:r>
              <w:t>2CB21403</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41</w:t>
            </w:r>
          </w:p>
        </w:tc>
        <w:tc>
          <w:tcPr>
            <w:tcW w:type="dxa" w:w="1080"/>
          </w:tcPr>
          <w:p>
            <w:r>
              <w:t>生物化学实验(二)</w:t>
            </w:r>
          </w:p>
        </w:tc>
        <w:tc>
          <w:tcPr>
            <w:tcW w:type="dxa" w:w="1080"/>
          </w:tcPr>
          <w:p>
            <w:r>
              <w:t>2CB21418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42</w:t>
            </w:r>
          </w:p>
        </w:tc>
        <w:tc>
          <w:tcPr>
            <w:tcW w:type="dxa" w:w="1080"/>
          </w:tcPr>
          <w:p>
            <w:r>
              <w:t>细胞生物学实验</w:t>
            </w:r>
          </w:p>
        </w:tc>
        <w:tc>
          <w:tcPr>
            <w:tcW w:type="dxa" w:w="1080"/>
          </w:tcPr>
          <w:p>
            <w:r>
              <w:t>2CB21419</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43</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44</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45</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46</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47</w:t>
            </w:r>
          </w:p>
        </w:tc>
        <w:tc>
          <w:tcPr>
            <w:tcW w:type="dxa" w:w="1080"/>
          </w:tcPr>
          <w:p>
            <w:r>
              <w:t>基因工程A</w:t>
            </w:r>
          </w:p>
        </w:tc>
        <w:tc>
          <w:tcPr>
            <w:tcW w:type="dxa" w:w="1080"/>
          </w:tcPr>
          <w:p>
            <w:r>
              <w:t>2CB21204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48</w:t>
            </w:r>
          </w:p>
        </w:tc>
        <w:tc>
          <w:tcPr>
            <w:tcW w:type="dxa" w:w="1080"/>
          </w:tcPr>
          <w:p>
            <w:r>
              <w:t>发酵工程</w:t>
            </w:r>
          </w:p>
        </w:tc>
        <w:tc>
          <w:tcPr>
            <w:tcW w:type="dxa" w:w="1080"/>
          </w:tcPr>
          <w:p>
            <w:r>
              <w:t>2CB21206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49</w:t>
            </w:r>
          </w:p>
        </w:tc>
        <w:tc>
          <w:tcPr>
            <w:tcW w:type="dxa" w:w="1080"/>
          </w:tcPr>
          <w:p>
            <w:r>
              <w:t>基因工程实验</w:t>
            </w:r>
          </w:p>
        </w:tc>
        <w:tc>
          <w:tcPr>
            <w:tcW w:type="dxa" w:w="1080"/>
          </w:tcPr>
          <w:p>
            <w:r>
              <w:t>2CB21212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50</w:t>
            </w:r>
          </w:p>
        </w:tc>
        <w:tc>
          <w:tcPr>
            <w:tcW w:type="dxa" w:w="1080"/>
          </w:tcPr>
          <w:p>
            <w:r>
              <w:t>发酵工程实验</w:t>
            </w:r>
          </w:p>
        </w:tc>
        <w:tc>
          <w:tcPr>
            <w:tcW w:type="dxa" w:w="1080"/>
          </w:tcPr>
          <w:p>
            <w:r>
              <w:t>2CB21213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51</w:t>
            </w:r>
          </w:p>
        </w:tc>
        <w:tc>
          <w:tcPr>
            <w:tcW w:type="dxa" w:w="1080"/>
          </w:tcPr>
          <w:p>
            <w:r>
              <w:t>蛋白质与酶改造设计</w:t>
            </w:r>
          </w:p>
        </w:tc>
        <w:tc>
          <w:tcPr>
            <w:tcW w:type="dxa" w:w="1080"/>
          </w:tcPr>
          <w:p>
            <w:r>
              <w:t>2CB21218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52</w:t>
            </w:r>
          </w:p>
        </w:tc>
        <w:tc>
          <w:tcPr>
            <w:tcW w:type="dxa" w:w="1080"/>
          </w:tcPr>
          <w:p>
            <w:r>
              <w:t>论文写作与文献检索</w:t>
            </w:r>
          </w:p>
        </w:tc>
        <w:tc>
          <w:tcPr>
            <w:tcW w:type="dxa" w:w="1080"/>
          </w:tcPr>
          <w:p>
            <w:r>
              <w:t>2CB21408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53</w:t>
            </w:r>
          </w:p>
        </w:tc>
        <w:tc>
          <w:tcPr>
            <w:tcW w:type="dxa" w:w="1080"/>
          </w:tcPr>
          <w:p>
            <w:r>
              <w:t>细胞工程</w:t>
            </w:r>
          </w:p>
        </w:tc>
        <w:tc>
          <w:tcPr>
            <w:tcW w:type="dxa" w:w="1080"/>
          </w:tcPr>
          <w:p>
            <w:r>
              <w:t>2CB21410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54</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55</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56</w:t>
            </w:r>
          </w:p>
        </w:tc>
        <w:tc>
          <w:tcPr>
            <w:tcW w:type="dxa" w:w="1080"/>
          </w:tcPr>
          <w:p>
            <w:r>
              <w:t>生物反应工程与设备</w:t>
            </w:r>
          </w:p>
        </w:tc>
        <w:tc>
          <w:tcPr>
            <w:tcW w:type="dxa" w:w="1080"/>
          </w:tcPr>
          <w:p>
            <w:r>
              <w:t>2CB21207</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57</w:t>
            </w:r>
          </w:p>
        </w:tc>
        <w:tc>
          <w:tcPr>
            <w:tcW w:type="dxa" w:w="1080"/>
          </w:tcPr>
          <w:p>
            <w:r>
              <w:t>生物分离工程</w:t>
            </w:r>
          </w:p>
        </w:tc>
        <w:tc>
          <w:tcPr>
            <w:tcW w:type="dxa" w:w="1080"/>
          </w:tcPr>
          <w:p>
            <w:r>
              <w:t>2CB21208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58</w:t>
            </w:r>
          </w:p>
        </w:tc>
        <w:tc>
          <w:tcPr>
            <w:tcW w:type="dxa" w:w="1080"/>
          </w:tcPr>
          <w:p>
            <w:r>
              <w:t>生物工程工厂设计</w:t>
            </w:r>
          </w:p>
        </w:tc>
        <w:tc>
          <w:tcPr>
            <w:tcW w:type="dxa" w:w="1080"/>
          </w:tcPr>
          <w:p>
            <w:r>
              <w:t>2CB21209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59</w:t>
            </w:r>
          </w:p>
        </w:tc>
        <w:tc>
          <w:tcPr>
            <w:tcW w:type="dxa" w:w="1080"/>
          </w:tcPr>
          <w:p>
            <w:r>
              <w:t>生物工程前沿进展</w:t>
            </w:r>
          </w:p>
        </w:tc>
        <w:tc>
          <w:tcPr>
            <w:tcW w:type="dxa" w:w="1080"/>
          </w:tcPr>
          <w:p>
            <w:r>
              <w:t>2CB21210</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60</w:t>
            </w:r>
          </w:p>
        </w:tc>
        <w:tc>
          <w:tcPr>
            <w:tcW w:type="dxa" w:w="1080"/>
          </w:tcPr>
          <w:p>
            <w:r>
              <w:t>生物分离工程实验</w:t>
            </w:r>
          </w:p>
        </w:tc>
        <w:tc>
          <w:tcPr>
            <w:tcW w:type="dxa" w:w="1080"/>
          </w:tcPr>
          <w:p>
            <w:r>
              <w:t>2CB21214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61</w:t>
            </w:r>
          </w:p>
        </w:tc>
        <w:tc>
          <w:tcPr>
            <w:tcW w:type="dxa" w:w="1080"/>
          </w:tcPr>
          <w:p>
            <w:r>
              <w:t>生产实习与劳动实践</w:t>
            </w:r>
          </w:p>
        </w:tc>
        <w:tc>
          <w:tcPr>
            <w:tcW w:type="dxa" w:w="1080"/>
          </w:tcPr>
          <w:p>
            <w:r>
              <w:t>2CB21217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62</w:t>
            </w:r>
          </w:p>
        </w:tc>
        <w:tc>
          <w:tcPr>
            <w:tcW w:type="dxa" w:w="1080"/>
          </w:tcPr>
          <w:p>
            <w:r>
              <w:t>生物工程虚拟仿真实训</w:t>
            </w:r>
          </w:p>
        </w:tc>
        <w:tc>
          <w:tcPr>
            <w:tcW w:type="dxa" w:w="1080"/>
          </w:tcPr>
          <w:p>
            <w:r>
              <w:t>2CB21219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专业：化学（师范）</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书法基础</w:t>
            </w:r>
          </w:p>
        </w:tc>
        <w:tc>
          <w:tcPr>
            <w:tcW w:type="dxa" w:w="1080"/>
          </w:tcPr>
          <w:p>
            <w:r>
              <w:t>2AR41001</w:t>
            </w:r>
          </w:p>
        </w:tc>
        <w:tc>
          <w:tcPr>
            <w:tcW w:type="dxa" w:w="1080"/>
          </w:tcPr>
          <w:p>
            <w:r>
              <w:t>1.0</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t>3</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无机化学(一)</w:t>
            </w:r>
          </w:p>
        </w:tc>
        <w:tc>
          <w:tcPr>
            <w:tcW w:type="dxa" w:w="1080"/>
          </w:tcPr>
          <w:p>
            <w:r>
              <w:t>2CB21301</w:t>
            </w:r>
          </w:p>
        </w:tc>
        <w:tc>
          <w:tcPr>
            <w:tcW w:type="dxa" w:w="1080"/>
          </w:tcPr>
          <w:p>
            <w:r>
              <w:t>4.0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无机化学实验(一)</w:t>
            </w:r>
          </w:p>
        </w:tc>
        <w:tc>
          <w:tcPr>
            <w:tcW w:type="dxa" w:w="1080"/>
          </w:tcPr>
          <w:p>
            <w:r>
              <w:t>2CB21310</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教师发展与职业道德</w:t>
            </w:r>
          </w:p>
        </w:tc>
        <w:tc>
          <w:tcPr>
            <w:tcW w:type="dxa" w:w="1080"/>
          </w:tcPr>
          <w:p>
            <w:r>
              <w:t>2CB41301</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智能办公及应用</w:t>
            </w:r>
          </w:p>
        </w:tc>
        <w:tc>
          <w:tcPr>
            <w:tcW w:type="dxa" w:w="1080"/>
          </w:tcPr>
          <w:p>
            <w:r>
              <w:t>2EI21005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无机化学(二)</w:t>
            </w:r>
          </w:p>
        </w:tc>
        <w:tc>
          <w:tcPr>
            <w:tcW w:type="dxa" w:w="1080"/>
          </w:tcPr>
          <w:p>
            <w:r>
              <w:t>2CB21302</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有机化学A(一)</w:t>
            </w:r>
          </w:p>
        </w:tc>
        <w:tc>
          <w:tcPr>
            <w:tcW w:type="dxa" w:w="1080"/>
          </w:tcPr>
          <w:p>
            <w:r>
              <w:t>2CB21303</w:t>
            </w:r>
          </w:p>
        </w:tc>
        <w:tc>
          <w:tcPr>
            <w:tcW w:type="dxa" w:w="1080"/>
          </w:tcPr>
          <w:p>
            <w:r>
              <w:t>4.0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无机化学实验(二)</w:t>
            </w:r>
          </w:p>
        </w:tc>
        <w:tc>
          <w:tcPr>
            <w:tcW w:type="dxa" w:w="1080"/>
          </w:tcPr>
          <w:p>
            <w:r>
              <w:t>2CB21311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18</w:t>
            </w:r>
          </w:p>
        </w:tc>
        <w:tc>
          <w:tcPr>
            <w:tcW w:type="dxa" w:w="1080"/>
          </w:tcPr>
          <w:p>
            <w:r>
              <w:t>有机化学实验A(一)</w:t>
            </w:r>
          </w:p>
        </w:tc>
        <w:tc>
          <w:tcPr>
            <w:tcW w:type="dxa" w:w="1080"/>
          </w:tcPr>
          <w:p>
            <w:r>
              <w:t>2CB21312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19</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教育学基础</w:t>
            </w:r>
          </w:p>
        </w:tc>
        <w:tc>
          <w:tcPr>
            <w:tcW w:type="dxa" w:w="1080"/>
          </w:tcPr>
          <w:p>
            <w:r>
              <w:t>2ED41001</w:t>
            </w:r>
          </w:p>
        </w:tc>
        <w:tc>
          <w:tcPr>
            <w:tcW w:type="dxa" w:w="1080"/>
          </w:tcPr>
          <w:p>
            <w:r>
              <w:t>2.0</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21</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习近平总书记关于教育的重要论述研究</w:t>
            </w:r>
          </w:p>
        </w:tc>
        <w:tc>
          <w:tcPr>
            <w:tcW w:type="dxa" w:w="1080"/>
          </w:tcPr>
          <w:p>
            <w:r>
              <w:t>2MX11011</w:t>
            </w:r>
          </w:p>
        </w:tc>
        <w:tc>
          <w:tcPr>
            <w:tcW w:type="dxa" w:w="1080"/>
          </w:tcPr>
          <w:p>
            <w:r>
              <w:t>2.0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26</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27</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28</w:t>
            </w:r>
          </w:p>
        </w:tc>
        <w:tc>
          <w:tcPr>
            <w:tcW w:type="dxa" w:w="1080"/>
          </w:tcPr>
          <w:p>
            <w:r>
              <w:t>有机化学A(二)</w:t>
            </w:r>
          </w:p>
        </w:tc>
        <w:tc>
          <w:tcPr>
            <w:tcW w:type="dxa" w:w="1080"/>
          </w:tcPr>
          <w:p>
            <w:r>
              <w:t>2CB21304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29</w:t>
            </w:r>
          </w:p>
        </w:tc>
        <w:tc>
          <w:tcPr>
            <w:tcW w:type="dxa" w:w="1080"/>
          </w:tcPr>
          <w:p>
            <w:r>
              <w:t>分析化学</w:t>
            </w:r>
          </w:p>
        </w:tc>
        <w:tc>
          <w:tcPr>
            <w:tcW w:type="dxa" w:w="1080"/>
          </w:tcPr>
          <w:p>
            <w:r>
              <w:t>2CB21305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30</w:t>
            </w:r>
          </w:p>
        </w:tc>
        <w:tc>
          <w:tcPr>
            <w:tcW w:type="dxa" w:w="1080"/>
          </w:tcPr>
          <w:p>
            <w:r>
              <w:t>有机化学实验A(二)</w:t>
            </w:r>
          </w:p>
        </w:tc>
        <w:tc>
          <w:tcPr>
            <w:tcW w:type="dxa" w:w="1080"/>
          </w:tcPr>
          <w:p>
            <w:r>
              <w:t>2CB21313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31</w:t>
            </w:r>
          </w:p>
        </w:tc>
        <w:tc>
          <w:tcPr>
            <w:tcW w:type="dxa" w:w="1080"/>
          </w:tcPr>
          <w:p>
            <w:r>
              <w:t>分析化学实验</w:t>
            </w:r>
          </w:p>
        </w:tc>
        <w:tc>
          <w:tcPr>
            <w:tcW w:type="dxa" w:w="1080"/>
          </w:tcPr>
          <w:p>
            <w:r>
              <w:t>2CB21314</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32</w:t>
            </w:r>
          </w:p>
        </w:tc>
        <w:tc>
          <w:tcPr>
            <w:tcW w:type="dxa" w:w="1080"/>
          </w:tcPr>
          <w:p>
            <w:r>
              <w:t>教师语言表达与训练</w:t>
            </w:r>
          </w:p>
        </w:tc>
        <w:tc>
          <w:tcPr>
            <w:tcW w:type="dxa" w:w="1080"/>
          </w:tcPr>
          <w:p>
            <w:r>
              <w:t>2CL41001</w:t>
            </w:r>
          </w:p>
        </w:tc>
        <w:tc>
          <w:tcPr>
            <w:tcW w:type="dxa" w:w="1080"/>
          </w:tcPr>
          <w:p>
            <w:r>
              <w:t>1.0</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33</w:t>
            </w:r>
          </w:p>
        </w:tc>
        <w:tc>
          <w:tcPr>
            <w:tcW w:type="dxa" w:w="1080"/>
          </w:tcPr>
          <w:p>
            <w:r>
              <w:t>学习心理学</w:t>
            </w:r>
          </w:p>
        </w:tc>
        <w:tc>
          <w:tcPr>
            <w:tcW w:type="dxa" w:w="1080"/>
          </w:tcPr>
          <w:p>
            <w:r>
              <w:t>2ED41002</w:t>
            </w:r>
          </w:p>
        </w:tc>
        <w:tc>
          <w:tcPr>
            <w:tcW w:type="dxa" w:w="1080"/>
          </w:tcPr>
          <w:p>
            <w:r>
              <w:t>2.0</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34</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36</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37</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38</w:t>
            </w:r>
          </w:p>
        </w:tc>
        <w:tc>
          <w:tcPr>
            <w:tcW w:type="dxa" w:w="1080"/>
          </w:tcPr>
          <w:p>
            <w:r>
              <w:t>化学前沿讲座</w:t>
            </w:r>
          </w:p>
        </w:tc>
        <w:tc>
          <w:tcPr>
            <w:tcW w:type="dxa" w:w="1080"/>
          </w:tcPr>
          <w:p>
            <w:r>
              <w:t>2CB21306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39</w:t>
            </w:r>
          </w:p>
        </w:tc>
        <w:tc>
          <w:tcPr>
            <w:tcW w:type="dxa" w:w="1080"/>
          </w:tcPr>
          <w:p>
            <w:r>
              <w:t>物理化学A(一)</w:t>
            </w:r>
          </w:p>
        </w:tc>
        <w:tc>
          <w:tcPr>
            <w:tcW w:type="dxa" w:w="1080"/>
          </w:tcPr>
          <w:p>
            <w:r>
              <w:t>2CB21307</w:t>
            </w:r>
          </w:p>
        </w:tc>
        <w:tc>
          <w:tcPr>
            <w:tcW w:type="dxa" w:w="1080"/>
          </w:tcPr>
          <w:p>
            <w:r>
              <w:t>4.0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40</w:t>
            </w:r>
          </w:p>
        </w:tc>
        <w:tc>
          <w:tcPr>
            <w:tcW w:type="dxa" w:w="1080"/>
          </w:tcPr>
          <w:p>
            <w:r>
              <w:t>物理化学实验A(一)</w:t>
            </w:r>
          </w:p>
        </w:tc>
        <w:tc>
          <w:tcPr>
            <w:tcW w:type="dxa" w:w="1080"/>
          </w:tcPr>
          <w:p>
            <w:r>
              <w:t>2CB21315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41</w:t>
            </w:r>
          </w:p>
        </w:tc>
        <w:tc>
          <w:tcPr>
            <w:tcW w:type="dxa" w:w="1080"/>
          </w:tcPr>
          <w:p>
            <w:r>
              <w:t>中学化学课程标准与教材分析</w:t>
            </w:r>
          </w:p>
        </w:tc>
        <w:tc>
          <w:tcPr>
            <w:tcW w:type="dxa" w:w="1080"/>
          </w:tcPr>
          <w:p>
            <w:r>
              <w:t>2CB41302</w:t>
            </w:r>
          </w:p>
        </w:tc>
        <w:tc>
          <w:tcPr>
            <w:tcW w:type="dxa" w:w="1080"/>
          </w:tcPr>
          <w:p>
            <w:r>
              <w:t>2.0</w:t>
            </w:r>
          </w:p>
        </w:tc>
        <w:tc>
          <w:tcPr>
            <w:tcW w:type="dxa" w:w="1080"/>
          </w:tcPr>
          <w:p>
            <w:r>
              <w:t>教师教育必修课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42</w:t>
            </w:r>
          </w:p>
        </w:tc>
        <w:tc>
          <w:tcPr>
            <w:tcW w:type="dxa" w:w="1080"/>
          </w:tcPr>
          <w:p>
            <w:r>
              <w:t>教育见习一</w:t>
            </w:r>
          </w:p>
        </w:tc>
        <w:tc>
          <w:tcPr>
            <w:tcW w:type="dxa" w:w="1080"/>
          </w:tcPr>
          <w:p>
            <w:r>
              <w:t>2CB41308</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43</w:t>
            </w:r>
          </w:p>
        </w:tc>
        <w:tc>
          <w:tcPr>
            <w:tcW w:type="dxa" w:w="1080"/>
          </w:tcPr>
          <w:p>
            <w:r>
              <w:t>有效教学</w:t>
            </w:r>
          </w:p>
        </w:tc>
        <w:tc>
          <w:tcPr>
            <w:tcW w:type="dxa" w:w="1080"/>
          </w:tcPr>
          <w:p>
            <w:r>
              <w:t>2ED41003</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44</w:t>
            </w:r>
          </w:p>
        </w:tc>
        <w:tc>
          <w:tcPr>
            <w:tcW w:type="dxa" w:w="1080"/>
          </w:tcPr>
          <w:p>
            <w:r>
              <w:t>班级工作与心理辅导</w:t>
            </w:r>
          </w:p>
        </w:tc>
        <w:tc>
          <w:tcPr>
            <w:tcW w:type="dxa" w:w="1080"/>
          </w:tcPr>
          <w:p>
            <w:r>
              <w:t>2ED41004</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45</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46</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47</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48</w:t>
            </w:r>
          </w:p>
        </w:tc>
        <w:tc>
          <w:tcPr>
            <w:tcW w:type="dxa" w:w="1080"/>
          </w:tcPr>
          <w:p>
            <w:r>
              <w:t>物理化学A(二)</w:t>
            </w:r>
          </w:p>
        </w:tc>
        <w:tc>
          <w:tcPr>
            <w:tcW w:type="dxa" w:w="1080"/>
          </w:tcPr>
          <w:p>
            <w:r>
              <w:t>2CB21308</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49</w:t>
            </w:r>
          </w:p>
        </w:tc>
        <w:tc>
          <w:tcPr>
            <w:tcW w:type="dxa" w:w="1080"/>
          </w:tcPr>
          <w:p>
            <w:r>
              <w:t>结构化学A</w:t>
            </w:r>
          </w:p>
        </w:tc>
        <w:tc>
          <w:tcPr>
            <w:tcW w:type="dxa" w:w="1080"/>
          </w:tcPr>
          <w:p>
            <w:r>
              <w:t>2CB21309</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50</w:t>
            </w:r>
          </w:p>
        </w:tc>
        <w:tc>
          <w:tcPr>
            <w:tcW w:type="dxa" w:w="1080"/>
          </w:tcPr>
          <w:p>
            <w:r>
              <w:t>物理化学实验A(二)</w:t>
            </w:r>
          </w:p>
        </w:tc>
        <w:tc>
          <w:tcPr>
            <w:tcW w:type="dxa" w:w="1080"/>
          </w:tcPr>
          <w:p>
            <w:r>
              <w:t>2CB21316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51</w:t>
            </w:r>
          </w:p>
        </w:tc>
        <w:tc>
          <w:tcPr>
            <w:tcW w:type="dxa" w:w="1080"/>
          </w:tcPr>
          <w:p>
            <w:r>
              <w:t>教师教育能力拓展与劳动实践</w:t>
            </w:r>
          </w:p>
        </w:tc>
        <w:tc>
          <w:tcPr>
            <w:tcW w:type="dxa" w:w="1080"/>
          </w:tcPr>
          <w:p>
            <w:r>
              <w:t>2CB21322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52</w:t>
            </w:r>
          </w:p>
        </w:tc>
        <w:tc>
          <w:tcPr>
            <w:tcW w:type="dxa" w:w="1080"/>
          </w:tcPr>
          <w:p>
            <w:r>
              <w:t>中学化学课程教学论</w:t>
            </w:r>
          </w:p>
        </w:tc>
        <w:tc>
          <w:tcPr>
            <w:tcW w:type="dxa" w:w="1080"/>
          </w:tcPr>
          <w:p>
            <w:r>
              <w:t>2CB41303</w:t>
            </w:r>
          </w:p>
        </w:tc>
        <w:tc>
          <w:tcPr>
            <w:tcW w:type="dxa" w:w="1080"/>
          </w:tcPr>
          <w:p>
            <w:r>
              <w:t>3.0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53</w:t>
            </w:r>
          </w:p>
        </w:tc>
        <w:tc>
          <w:tcPr>
            <w:tcW w:type="dxa" w:w="1080"/>
          </w:tcPr>
          <w:p>
            <w:r>
              <w:t>中学化学实验研究</w:t>
            </w:r>
          </w:p>
        </w:tc>
        <w:tc>
          <w:tcPr>
            <w:tcW w:type="dxa" w:w="1080"/>
          </w:tcPr>
          <w:p>
            <w:r>
              <w:t>2CB41304</w:t>
            </w:r>
          </w:p>
        </w:tc>
        <w:tc>
          <w:tcPr>
            <w:tcW w:type="dxa" w:w="1080"/>
          </w:tcPr>
          <w:p>
            <w:r>
              <w:t>2.0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54</w:t>
            </w:r>
          </w:p>
        </w:tc>
        <w:tc>
          <w:tcPr>
            <w:tcW w:type="dxa" w:w="1080"/>
          </w:tcPr>
          <w:p>
            <w:r>
              <w:t>教育见习二</w:t>
            </w:r>
          </w:p>
        </w:tc>
        <w:tc>
          <w:tcPr>
            <w:tcW w:type="dxa" w:w="1080"/>
          </w:tcPr>
          <w:p>
            <w:r>
              <w:t>2CB41305</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55</w:t>
            </w:r>
          </w:p>
        </w:tc>
        <w:tc>
          <w:tcPr>
            <w:tcW w:type="dxa" w:w="1080"/>
          </w:tcPr>
          <w:p>
            <w:r>
              <w:t>现代教育技术及应用</w:t>
            </w:r>
          </w:p>
        </w:tc>
        <w:tc>
          <w:tcPr>
            <w:tcW w:type="dxa" w:w="1080"/>
          </w:tcPr>
          <w:p>
            <w:r>
              <w:t>2ED41005</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56</w:t>
            </w:r>
          </w:p>
        </w:tc>
        <w:tc>
          <w:tcPr>
            <w:tcW w:type="dxa" w:w="1080"/>
          </w:tcPr>
          <w:p>
            <w:r>
              <w:t>教育研究概论</w:t>
            </w:r>
          </w:p>
        </w:tc>
        <w:tc>
          <w:tcPr>
            <w:tcW w:type="dxa" w:w="1080"/>
          </w:tcPr>
          <w:p>
            <w:r>
              <w:t>2ED41006</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57</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59</w:t>
            </w:r>
          </w:p>
        </w:tc>
        <w:tc>
          <w:tcPr>
            <w:tcW w:type="dxa" w:w="1080"/>
          </w:tcPr>
          <w:p>
            <w:r>
              <w:t>化学实验教学创新研究</w:t>
            </w:r>
          </w:p>
        </w:tc>
        <w:tc>
          <w:tcPr>
            <w:tcW w:type="dxa" w:w="1080"/>
          </w:tcPr>
          <w:p>
            <w:r>
              <w:t>2CB21323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60</w:t>
            </w:r>
          </w:p>
        </w:tc>
        <w:tc>
          <w:tcPr>
            <w:tcW w:type="dxa" w:w="1080"/>
          </w:tcPr>
          <w:p>
            <w:r>
              <w:t>教育实习</w:t>
            </w:r>
          </w:p>
        </w:tc>
        <w:tc>
          <w:tcPr>
            <w:tcW w:type="dxa" w:w="1080"/>
          </w:tcPr>
          <w:p>
            <w:r>
              <w:t>2CB41306</w:t>
            </w:r>
          </w:p>
        </w:tc>
        <w:tc>
          <w:tcPr>
            <w:tcW w:type="dxa" w:w="1080"/>
          </w:tcPr>
          <w:p>
            <w:r>
              <w:t>6.0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61</w:t>
            </w:r>
          </w:p>
        </w:tc>
        <w:tc>
          <w:tcPr>
            <w:tcW w:type="dxa" w:w="1080"/>
          </w:tcPr>
          <w:p>
            <w:r>
              <w:t>教育研习</w:t>
            </w:r>
          </w:p>
        </w:tc>
        <w:tc>
          <w:tcPr>
            <w:tcW w:type="dxa" w:w="1080"/>
          </w:tcPr>
          <w:p>
            <w:r>
              <w:t>2CB41307</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专业：生物技术</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无机及分析化学B</w:t>
            </w:r>
          </w:p>
        </w:tc>
        <w:tc>
          <w:tcPr>
            <w:tcW w:type="dxa" w:w="1080"/>
          </w:tcPr>
          <w:p>
            <w:r>
              <w:t>2CB21009</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生物技术专业导论</w:t>
            </w:r>
          </w:p>
        </w:tc>
        <w:tc>
          <w:tcPr>
            <w:tcW w:type="dxa" w:w="1080"/>
          </w:tcPr>
          <w:p>
            <w:r>
              <w:t>2CB21021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普通生物学A</w:t>
            </w:r>
          </w:p>
        </w:tc>
        <w:tc>
          <w:tcPr>
            <w:tcW w:type="dxa" w:w="1080"/>
          </w:tcPr>
          <w:p>
            <w:r>
              <w:t>2CB21401</w:t>
            </w:r>
          </w:p>
        </w:tc>
        <w:tc>
          <w:tcPr>
            <w:tcW w:type="dxa" w:w="1080"/>
          </w:tcPr>
          <w:p>
            <w:r>
              <w:t>4.0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基础化学实验（一）</w:t>
            </w:r>
          </w:p>
        </w:tc>
        <w:tc>
          <w:tcPr>
            <w:tcW w:type="dxa" w:w="1080"/>
          </w:tcPr>
          <w:p>
            <w:r>
              <w:t>2CB21414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8</w:t>
            </w:r>
          </w:p>
        </w:tc>
        <w:tc>
          <w:tcPr>
            <w:tcW w:type="dxa" w:w="1080"/>
          </w:tcPr>
          <w:p>
            <w:r>
              <w:t>普通生物学实验</w:t>
            </w:r>
          </w:p>
        </w:tc>
        <w:tc>
          <w:tcPr>
            <w:tcW w:type="dxa" w:w="1080"/>
          </w:tcPr>
          <w:p>
            <w:r>
              <w:t>2CB21416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9</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10</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有机化学D</w:t>
            </w:r>
          </w:p>
        </w:tc>
        <w:tc>
          <w:tcPr>
            <w:tcW w:type="dxa" w:w="1080"/>
          </w:tcPr>
          <w:p>
            <w:r>
              <w:t>2CB21005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基础化学实验(二)</w:t>
            </w:r>
          </w:p>
        </w:tc>
        <w:tc>
          <w:tcPr>
            <w:tcW w:type="dxa" w:w="1080"/>
          </w:tcPr>
          <w:p>
            <w:r>
              <w:t>2CB21415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生物学野外实习</w:t>
            </w:r>
          </w:p>
        </w:tc>
        <w:tc>
          <w:tcPr>
            <w:tcW w:type="dxa" w:w="1080"/>
          </w:tcPr>
          <w:p>
            <w:r>
              <w:t>2CB21422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18</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19</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20</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21</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22</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物理化学F</w:t>
            </w:r>
          </w:p>
        </w:tc>
        <w:tc>
          <w:tcPr>
            <w:tcW w:type="dxa" w:w="1080"/>
          </w:tcPr>
          <w:p>
            <w:r>
              <w:t>2CB21016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27</w:t>
            </w:r>
          </w:p>
        </w:tc>
        <w:tc>
          <w:tcPr>
            <w:tcW w:type="dxa" w:w="1080"/>
          </w:tcPr>
          <w:p>
            <w:r>
              <w:t>生物化学(一)</w:t>
            </w:r>
          </w:p>
        </w:tc>
        <w:tc>
          <w:tcPr>
            <w:tcW w:type="dxa" w:w="1080"/>
          </w:tcPr>
          <w:p>
            <w:r>
              <w:t>2CB21402</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28</w:t>
            </w:r>
          </w:p>
        </w:tc>
        <w:tc>
          <w:tcPr>
            <w:tcW w:type="dxa" w:w="1080"/>
          </w:tcPr>
          <w:p>
            <w:r>
              <w:t>生物化学实验(一)</w:t>
            </w:r>
          </w:p>
        </w:tc>
        <w:tc>
          <w:tcPr>
            <w:tcW w:type="dxa" w:w="1080"/>
          </w:tcPr>
          <w:p>
            <w:r>
              <w:t>2CB21417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29</w:t>
            </w:r>
          </w:p>
        </w:tc>
        <w:tc>
          <w:tcPr>
            <w:tcW w:type="dxa" w:w="1080"/>
          </w:tcPr>
          <w:p>
            <w:r>
              <w:t>微生物学A</w:t>
            </w:r>
          </w:p>
        </w:tc>
        <w:tc>
          <w:tcPr>
            <w:tcW w:type="dxa" w:w="1080"/>
          </w:tcPr>
          <w:p>
            <w:r>
              <w:t>2CB21604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30</w:t>
            </w:r>
          </w:p>
        </w:tc>
        <w:tc>
          <w:tcPr>
            <w:tcW w:type="dxa" w:w="1080"/>
          </w:tcPr>
          <w:p>
            <w:r>
              <w:t>微生物学实验A</w:t>
            </w:r>
          </w:p>
        </w:tc>
        <w:tc>
          <w:tcPr>
            <w:tcW w:type="dxa" w:w="1080"/>
          </w:tcPr>
          <w:p>
            <w:r>
              <w:t>2CB21613</w:t>
            </w:r>
          </w:p>
        </w:tc>
        <w:tc>
          <w:tcPr>
            <w:tcW w:type="dxa" w:w="1080"/>
          </w:tcPr>
          <w:p>
            <w:r>
              <w:t>1.5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31</w:t>
            </w:r>
          </w:p>
        </w:tc>
        <w:tc>
          <w:tcPr>
            <w:tcW w:type="dxa" w:w="1080"/>
          </w:tcPr>
          <w:p>
            <w:r>
              <w:t>生物统计学</w:t>
            </w:r>
          </w:p>
        </w:tc>
        <w:tc>
          <w:tcPr>
            <w:tcW w:type="dxa" w:w="1080"/>
          </w:tcPr>
          <w:p>
            <w:r>
              <w:t>2MA21053</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32</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34</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35</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36</w:t>
            </w:r>
          </w:p>
        </w:tc>
        <w:tc>
          <w:tcPr>
            <w:tcW w:type="dxa" w:w="1080"/>
          </w:tcPr>
          <w:p>
            <w:r>
              <w:t>生物化学(二)</w:t>
            </w:r>
          </w:p>
        </w:tc>
        <w:tc>
          <w:tcPr>
            <w:tcW w:type="dxa" w:w="1080"/>
          </w:tcPr>
          <w:p>
            <w:r>
              <w:t>2CB21403</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37</w:t>
            </w:r>
          </w:p>
        </w:tc>
        <w:tc>
          <w:tcPr>
            <w:tcW w:type="dxa" w:w="1080"/>
          </w:tcPr>
          <w:p>
            <w:r>
              <w:t>生物化学实验(二)</w:t>
            </w:r>
          </w:p>
        </w:tc>
        <w:tc>
          <w:tcPr>
            <w:tcW w:type="dxa" w:w="1080"/>
          </w:tcPr>
          <w:p>
            <w:r>
              <w:t>2CB21418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38</w:t>
            </w:r>
          </w:p>
        </w:tc>
        <w:tc>
          <w:tcPr>
            <w:tcW w:type="dxa" w:w="1080"/>
          </w:tcPr>
          <w:p>
            <w:r>
              <w:t>生态学</w:t>
            </w:r>
          </w:p>
        </w:tc>
        <w:tc>
          <w:tcPr>
            <w:tcW w:type="dxa" w:w="1080"/>
          </w:tcPr>
          <w:p>
            <w:r>
              <w:t>2CB21607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39</w:t>
            </w:r>
          </w:p>
        </w:tc>
        <w:tc>
          <w:tcPr>
            <w:tcW w:type="dxa" w:w="1080"/>
          </w:tcPr>
          <w:p>
            <w:r>
              <w:t>生理学</w:t>
            </w:r>
          </w:p>
        </w:tc>
        <w:tc>
          <w:tcPr>
            <w:tcW w:type="dxa" w:w="1080"/>
          </w:tcPr>
          <w:p>
            <w:r>
              <w:t>2CB22401</w:t>
            </w:r>
          </w:p>
        </w:tc>
        <w:tc>
          <w:tcPr>
            <w:tcW w:type="dxa" w:w="1080"/>
          </w:tcPr>
          <w:p>
            <w:r>
              <w:t>3.0</w:t>
            </w:r>
          </w:p>
        </w:tc>
        <w:tc>
          <w:tcPr>
            <w:tcW w:type="dxa" w:w="1080"/>
          </w:tcPr>
          <w:p>
            <w:r>
              <w:t>专业限选课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40</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41</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42</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43</w:t>
            </w:r>
          </w:p>
        </w:tc>
        <w:tc>
          <w:tcPr>
            <w:tcW w:type="dxa" w:w="1080"/>
          </w:tcPr>
          <w:p>
            <w:r>
              <w:t>细胞生物学A</w:t>
            </w:r>
          </w:p>
        </w:tc>
        <w:tc>
          <w:tcPr>
            <w:tcW w:type="dxa" w:w="1080"/>
          </w:tcPr>
          <w:p>
            <w:r>
              <w:t>2CB21404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44</w:t>
            </w:r>
          </w:p>
        </w:tc>
        <w:tc>
          <w:tcPr>
            <w:tcW w:type="dxa" w:w="1080"/>
          </w:tcPr>
          <w:p>
            <w:r>
              <w:t>遗传学</w:t>
            </w:r>
          </w:p>
        </w:tc>
        <w:tc>
          <w:tcPr>
            <w:tcW w:type="dxa" w:w="1080"/>
          </w:tcPr>
          <w:p>
            <w:r>
              <w:t>2CB21405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45</w:t>
            </w:r>
          </w:p>
        </w:tc>
        <w:tc>
          <w:tcPr>
            <w:tcW w:type="dxa" w:w="1080"/>
          </w:tcPr>
          <w:p>
            <w:r>
              <w:t>分子生物学A</w:t>
            </w:r>
          </w:p>
        </w:tc>
        <w:tc>
          <w:tcPr>
            <w:tcW w:type="dxa" w:w="1080"/>
          </w:tcPr>
          <w:p>
            <w:r>
              <w:t>2CB21406</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46</w:t>
            </w:r>
          </w:p>
        </w:tc>
        <w:tc>
          <w:tcPr>
            <w:tcW w:type="dxa" w:w="1080"/>
          </w:tcPr>
          <w:p>
            <w:r>
              <w:t>蛋白质与酶工程</w:t>
            </w:r>
          </w:p>
        </w:tc>
        <w:tc>
          <w:tcPr>
            <w:tcW w:type="dxa" w:w="1080"/>
          </w:tcPr>
          <w:p>
            <w:r>
              <w:t>2CB21407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47</w:t>
            </w:r>
          </w:p>
        </w:tc>
        <w:tc>
          <w:tcPr>
            <w:tcW w:type="dxa" w:w="1080"/>
          </w:tcPr>
          <w:p>
            <w:r>
              <w:t>论文写作与文献检索</w:t>
            </w:r>
          </w:p>
        </w:tc>
        <w:tc>
          <w:tcPr>
            <w:tcW w:type="dxa" w:w="1080"/>
          </w:tcPr>
          <w:p>
            <w:r>
              <w:t>2CB21408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48</w:t>
            </w:r>
          </w:p>
        </w:tc>
        <w:tc>
          <w:tcPr>
            <w:tcW w:type="dxa" w:w="1080"/>
          </w:tcPr>
          <w:p>
            <w:r>
              <w:t>细胞生物学实验</w:t>
            </w:r>
          </w:p>
        </w:tc>
        <w:tc>
          <w:tcPr>
            <w:tcW w:type="dxa" w:w="1080"/>
          </w:tcPr>
          <w:p>
            <w:r>
              <w:t>2CB21419</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49</w:t>
            </w:r>
          </w:p>
        </w:tc>
        <w:tc>
          <w:tcPr>
            <w:tcW w:type="dxa" w:w="1080"/>
          </w:tcPr>
          <w:p>
            <w:r>
              <w:t>遗传学实验</w:t>
            </w:r>
          </w:p>
        </w:tc>
        <w:tc>
          <w:tcPr>
            <w:tcW w:type="dxa" w:w="1080"/>
          </w:tcPr>
          <w:p>
            <w:r>
              <w:t>2CB21420</w:t>
            </w:r>
          </w:p>
        </w:tc>
        <w:tc>
          <w:tcPr>
            <w:tcW w:type="dxa" w:w="1080"/>
          </w:tcPr>
          <w:p>
            <w:r>
              <w:t>1.5</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50</w:t>
            </w:r>
          </w:p>
        </w:tc>
        <w:tc>
          <w:tcPr>
            <w:tcW w:type="dxa" w:w="1080"/>
          </w:tcPr>
          <w:p>
            <w:r>
              <w:t>分子生物学实验</w:t>
            </w:r>
          </w:p>
        </w:tc>
        <w:tc>
          <w:tcPr>
            <w:tcW w:type="dxa" w:w="1080"/>
          </w:tcPr>
          <w:p>
            <w:r>
              <w:t>2CB21421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51</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52</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53</w:t>
            </w:r>
          </w:p>
        </w:tc>
        <w:tc>
          <w:tcPr>
            <w:tcW w:type="dxa" w:w="1080"/>
          </w:tcPr>
          <w:p>
            <w:r>
              <w:t>生化分离与分析技术</w:t>
            </w:r>
          </w:p>
        </w:tc>
        <w:tc>
          <w:tcPr>
            <w:tcW w:type="dxa" w:w="1080"/>
          </w:tcPr>
          <w:p>
            <w:r>
              <w:t>2CB21409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54</w:t>
            </w:r>
          </w:p>
        </w:tc>
        <w:tc>
          <w:tcPr>
            <w:tcW w:type="dxa" w:w="1080"/>
          </w:tcPr>
          <w:p>
            <w:r>
              <w:t>细胞工程</w:t>
            </w:r>
          </w:p>
        </w:tc>
        <w:tc>
          <w:tcPr>
            <w:tcW w:type="dxa" w:w="1080"/>
          </w:tcPr>
          <w:p>
            <w:r>
              <w:t>2CB21410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55</w:t>
            </w:r>
          </w:p>
        </w:tc>
        <w:tc>
          <w:tcPr>
            <w:tcW w:type="dxa" w:w="1080"/>
          </w:tcPr>
          <w:p>
            <w:r>
              <w:t>生物技术制药</w:t>
            </w:r>
          </w:p>
        </w:tc>
        <w:tc>
          <w:tcPr>
            <w:tcW w:type="dxa" w:w="1080"/>
          </w:tcPr>
          <w:p>
            <w:r>
              <w:t>2CB21411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56</w:t>
            </w:r>
          </w:p>
        </w:tc>
        <w:tc>
          <w:tcPr>
            <w:tcW w:type="dxa" w:w="1080"/>
          </w:tcPr>
          <w:p>
            <w:r>
              <w:t>基因工程B</w:t>
            </w:r>
          </w:p>
        </w:tc>
        <w:tc>
          <w:tcPr>
            <w:tcW w:type="dxa" w:w="1080"/>
          </w:tcPr>
          <w:p>
            <w:r>
              <w:t>2CB21412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57</w:t>
            </w:r>
          </w:p>
        </w:tc>
        <w:tc>
          <w:tcPr>
            <w:tcW w:type="dxa" w:w="1080"/>
          </w:tcPr>
          <w:p>
            <w:r>
              <w:t>生物信息学A</w:t>
            </w:r>
          </w:p>
        </w:tc>
        <w:tc>
          <w:tcPr>
            <w:tcW w:type="dxa" w:w="1080"/>
          </w:tcPr>
          <w:p>
            <w:r>
              <w:t>2CB21413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58</w:t>
            </w:r>
          </w:p>
        </w:tc>
        <w:tc>
          <w:tcPr>
            <w:tcW w:type="dxa" w:w="1080"/>
          </w:tcPr>
          <w:p>
            <w:r>
              <w:t>生产实习</w:t>
            </w:r>
          </w:p>
        </w:tc>
        <w:tc>
          <w:tcPr>
            <w:tcW w:type="dxa" w:w="1080"/>
          </w:tcPr>
          <w:p>
            <w:r>
              <w:t>2CB21423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59</w:t>
            </w:r>
          </w:p>
        </w:tc>
        <w:tc>
          <w:tcPr>
            <w:tcW w:type="dxa" w:w="1080"/>
          </w:tcPr>
          <w:p>
            <w:r>
              <w:t>生物技术仿真实训</w:t>
            </w:r>
          </w:p>
        </w:tc>
        <w:tc>
          <w:tcPr>
            <w:tcW w:type="dxa" w:w="1080"/>
          </w:tcPr>
          <w:p>
            <w:r>
              <w:t>2CB21424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60</w:t>
            </w:r>
          </w:p>
        </w:tc>
        <w:tc>
          <w:tcPr>
            <w:tcW w:type="dxa" w:w="1080"/>
          </w:tcPr>
          <w:p>
            <w:r>
              <w:t>免疫学A</w:t>
            </w:r>
          </w:p>
        </w:tc>
        <w:tc>
          <w:tcPr>
            <w:tcW w:type="dxa" w:w="1080"/>
          </w:tcPr>
          <w:p>
            <w:r>
              <w:t>2CB22402</w:t>
            </w:r>
          </w:p>
        </w:tc>
        <w:tc>
          <w:tcPr>
            <w:tcW w:type="dxa" w:w="1080"/>
          </w:tcPr>
          <w:p>
            <w:r>
              <w:t>2.0</w:t>
            </w:r>
          </w:p>
        </w:tc>
        <w:tc>
          <w:tcPr>
            <w:tcW w:type="dxa" w:w="1080"/>
          </w:tcPr>
          <w:p>
            <w:r>
              <w:t>专业限选课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61</w:t>
            </w:r>
          </w:p>
        </w:tc>
        <w:tc>
          <w:tcPr>
            <w:tcW w:type="dxa" w:w="1080"/>
          </w:tcPr>
          <w:p>
            <w:r>
              <w:t>药理学A</w:t>
            </w:r>
          </w:p>
        </w:tc>
        <w:tc>
          <w:tcPr>
            <w:tcW w:type="dxa" w:w="1080"/>
          </w:tcPr>
          <w:p>
            <w:r>
              <w:t>2CB22403</w:t>
            </w:r>
          </w:p>
        </w:tc>
        <w:tc>
          <w:tcPr>
            <w:tcW w:type="dxa" w:w="1080"/>
          </w:tcPr>
          <w:p>
            <w:r>
              <w:t>3.0</w:t>
            </w:r>
          </w:p>
        </w:tc>
        <w:tc>
          <w:tcPr>
            <w:tcW w:type="dxa" w:w="1080"/>
          </w:tcPr>
          <w:p>
            <w:r>
              <w:t>专业限选课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专业：材料化学</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无机及分析化学A(一)</w:t>
            </w:r>
          </w:p>
        </w:tc>
        <w:tc>
          <w:tcPr>
            <w:tcW w:type="dxa" w:w="1080"/>
          </w:tcPr>
          <w:p>
            <w:r>
              <w:t>2CB21007</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材料化学专业导论</w:t>
            </w:r>
          </w:p>
        </w:tc>
        <w:tc>
          <w:tcPr>
            <w:tcW w:type="dxa" w:w="1080"/>
          </w:tcPr>
          <w:p>
            <w:r>
              <w:t>2CB21501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文献检索与阅读技巧</w:t>
            </w:r>
          </w:p>
        </w:tc>
        <w:tc>
          <w:tcPr>
            <w:tcW w:type="dxa" w:w="1080"/>
          </w:tcPr>
          <w:p>
            <w:r>
              <w:t>2CB21502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无机及分析化学实验A（一）</w:t>
            </w:r>
          </w:p>
        </w:tc>
        <w:tc>
          <w:tcPr>
            <w:tcW w:type="dxa" w:w="1080"/>
          </w:tcPr>
          <w:p>
            <w:r>
              <w:t>2CB21515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8</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9</w:t>
            </w:r>
          </w:p>
        </w:tc>
        <w:tc>
          <w:tcPr>
            <w:tcW w:type="dxa" w:w="1080"/>
          </w:tcPr>
          <w:p>
            <w:r>
              <w:t>高等数学B(一)</w:t>
            </w:r>
          </w:p>
        </w:tc>
        <w:tc>
          <w:tcPr>
            <w:tcW w:type="dxa" w:w="1080"/>
          </w:tcPr>
          <w:p>
            <w:r>
              <w:t>2MA11003</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有机化学C(一)</w:t>
            </w:r>
          </w:p>
        </w:tc>
        <w:tc>
          <w:tcPr>
            <w:tcW w:type="dxa" w:w="1080"/>
          </w:tcPr>
          <w:p>
            <w:r>
              <w:t>2CB21003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15</w:t>
            </w:r>
          </w:p>
        </w:tc>
        <w:tc>
          <w:tcPr>
            <w:tcW w:type="dxa" w:w="1080"/>
          </w:tcPr>
          <w:p>
            <w:r>
              <w:t>无机及分析化学A(二)</w:t>
            </w:r>
          </w:p>
        </w:tc>
        <w:tc>
          <w:tcPr>
            <w:tcW w:type="dxa" w:w="1080"/>
          </w:tcPr>
          <w:p>
            <w:r>
              <w:t>2CB21008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16</w:t>
            </w:r>
          </w:p>
        </w:tc>
        <w:tc>
          <w:tcPr>
            <w:tcW w:type="dxa" w:w="1080"/>
          </w:tcPr>
          <w:p>
            <w:r>
              <w:t>有机化学实验C(一)</w:t>
            </w:r>
          </w:p>
        </w:tc>
        <w:tc>
          <w:tcPr>
            <w:tcW w:type="dxa" w:w="1080"/>
          </w:tcPr>
          <w:p>
            <w:r>
              <w:t>2CB21115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科技论文写作</w:t>
            </w:r>
          </w:p>
        </w:tc>
        <w:tc>
          <w:tcPr>
            <w:tcW w:type="dxa" w:w="1080"/>
          </w:tcPr>
          <w:p>
            <w:r>
              <w:t>2CB21503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18</w:t>
            </w:r>
          </w:p>
        </w:tc>
        <w:tc>
          <w:tcPr>
            <w:tcW w:type="dxa" w:w="1080"/>
          </w:tcPr>
          <w:p>
            <w:r>
              <w:t>企业安全、环保及法规培训</w:t>
            </w:r>
          </w:p>
        </w:tc>
        <w:tc>
          <w:tcPr>
            <w:tcW w:type="dxa" w:w="1080"/>
          </w:tcPr>
          <w:p>
            <w:r>
              <w:t>2CB21521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19</w:t>
            </w:r>
          </w:p>
        </w:tc>
        <w:tc>
          <w:tcPr>
            <w:tcW w:type="dxa" w:w="1080"/>
          </w:tcPr>
          <w:p>
            <w:r>
              <w:t>认识实习</w:t>
            </w:r>
          </w:p>
        </w:tc>
        <w:tc>
          <w:tcPr>
            <w:tcW w:type="dxa" w:w="1080"/>
          </w:tcPr>
          <w:p>
            <w:r>
              <w:t>2CB21522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20</w:t>
            </w:r>
          </w:p>
        </w:tc>
        <w:tc>
          <w:tcPr>
            <w:tcW w:type="dxa" w:w="1080"/>
          </w:tcPr>
          <w:p>
            <w:r>
              <w:t>材料设计与制造综合实践训练(一)</w:t>
            </w:r>
          </w:p>
        </w:tc>
        <w:tc>
          <w:tcPr>
            <w:tcW w:type="dxa" w:w="1080"/>
          </w:tcPr>
          <w:p>
            <w:r>
              <w:t>2CB21523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21</w:t>
            </w:r>
          </w:p>
        </w:tc>
        <w:tc>
          <w:tcPr>
            <w:tcW w:type="dxa" w:w="1080"/>
          </w:tcPr>
          <w:p>
            <w:r>
              <w:t>无机及分析化学实验A(二)</w:t>
            </w:r>
          </w:p>
        </w:tc>
        <w:tc>
          <w:tcPr>
            <w:tcW w:type="dxa" w:w="1080"/>
          </w:tcPr>
          <w:p>
            <w:r>
              <w:t>2CB21532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22</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23</w:t>
            </w:r>
          </w:p>
        </w:tc>
        <w:tc>
          <w:tcPr>
            <w:tcW w:type="dxa" w:w="1080"/>
          </w:tcPr>
          <w:p>
            <w:r>
              <w:t>高等数学B(二)</w:t>
            </w:r>
          </w:p>
        </w:tc>
        <w:tc>
          <w:tcPr>
            <w:tcW w:type="dxa" w:w="1080"/>
          </w:tcPr>
          <w:p>
            <w:r>
              <w:t>2MA11004</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24</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25</w:t>
            </w:r>
          </w:p>
        </w:tc>
        <w:tc>
          <w:tcPr>
            <w:tcW w:type="dxa" w:w="1080"/>
          </w:tcPr>
          <w:p>
            <w:r>
              <w:t>画法几何及工程制图</w:t>
            </w:r>
          </w:p>
        </w:tc>
        <w:tc>
          <w:tcPr>
            <w:tcW w:type="dxa" w:w="1080"/>
          </w:tcPr>
          <w:p>
            <w:r>
              <w:t>2ME21004</w:t>
            </w:r>
          </w:p>
        </w:tc>
        <w:tc>
          <w:tcPr>
            <w:tcW w:type="dxa" w:w="1080"/>
          </w:tcPr>
          <w:p>
            <w:r>
              <w:t>3.0</w:t>
            </w:r>
          </w:p>
        </w:tc>
        <w:tc>
          <w:tcPr>
            <w:tcW w:type="dxa" w:w="1080"/>
          </w:tcPr>
          <w:p>
            <w:r>
              <w:t>专业必修课</w:t>
            </w:r>
          </w:p>
        </w:tc>
        <w:tc>
          <w:tcPr>
            <w:tcW w:type="dxa" w:w="1080"/>
          </w:tcPr>
          <w:p>
            <w:r>
              <w:t>机械工程学院</w:t>
            </w:r>
          </w:p>
        </w:tc>
        <w:tc>
          <w:tcPr>
            <w:tcW w:type="dxa" w:w="1080"/>
          </w:tcPr>
          <w:p>
            <w:r>
              <w:t>2023-2024</w:t>
            </w:r>
          </w:p>
        </w:tc>
        <w:tc>
          <w:tcPr>
            <w:tcW w:type="dxa" w:w="1080"/>
          </w:tcPr>
          <w:p>
            <w:r>
              <w:t>2</w:t>
            </w:r>
          </w:p>
        </w:tc>
      </w:tr>
      <w:tr>
        <w:tc>
          <w:tcPr>
            <w:tcW w:type="dxa" w:w="1080"/>
          </w:tcPr>
          <w:p>
            <w:r>
              <w:t>26</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27</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28</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29</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30</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31</w:t>
            </w:r>
          </w:p>
        </w:tc>
        <w:tc>
          <w:tcPr>
            <w:tcW w:type="dxa" w:w="1080"/>
          </w:tcPr>
          <w:p>
            <w:r>
              <w:t>有机化学C(二)</w:t>
            </w:r>
          </w:p>
        </w:tc>
        <w:tc>
          <w:tcPr>
            <w:tcW w:type="dxa" w:w="1080"/>
          </w:tcPr>
          <w:p>
            <w:r>
              <w:t>2CB21004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32</w:t>
            </w:r>
          </w:p>
        </w:tc>
        <w:tc>
          <w:tcPr>
            <w:tcW w:type="dxa" w:w="1080"/>
          </w:tcPr>
          <w:p>
            <w:r>
              <w:t>物理化学C(一)</w:t>
            </w:r>
          </w:p>
        </w:tc>
        <w:tc>
          <w:tcPr>
            <w:tcW w:type="dxa" w:w="1080"/>
          </w:tcPr>
          <w:p>
            <w:r>
              <w:t>2CB21013</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33</w:t>
            </w:r>
          </w:p>
        </w:tc>
        <w:tc>
          <w:tcPr>
            <w:tcW w:type="dxa" w:w="1080"/>
          </w:tcPr>
          <w:p>
            <w:r>
              <w:t>有机化学实验C(二)</w:t>
            </w:r>
          </w:p>
        </w:tc>
        <w:tc>
          <w:tcPr>
            <w:tcW w:type="dxa" w:w="1080"/>
          </w:tcPr>
          <w:p>
            <w:r>
              <w:t>2CB21116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34</w:t>
            </w:r>
          </w:p>
        </w:tc>
        <w:tc>
          <w:tcPr>
            <w:tcW w:type="dxa" w:w="1080"/>
          </w:tcPr>
          <w:p>
            <w:r>
              <w:t>物理化学实验C(一)</w:t>
            </w:r>
          </w:p>
        </w:tc>
        <w:tc>
          <w:tcPr>
            <w:tcW w:type="dxa" w:w="1080"/>
          </w:tcPr>
          <w:p>
            <w:r>
              <w:t>2CB21319</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35</w:t>
            </w:r>
          </w:p>
        </w:tc>
        <w:tc>
          <w:tcPr>
            <w:tcW w:type="dxa" w:w="1080"/>
          </w:tcPr>
          <w:p>
            <w:r>
              <w:t>科研软件与数据分析</w:t>
            </w:r>
          </w:p>
        </w:tc>
        <w:tc>
          <w:tcPr>
            <w:tcW w:type="dxa" w:w="1080"/>
          </w:tcPr>
          <w:p>
            <w:r>
              <w:t>2CB21504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36</w:t>
            </w:r>
          </w:p>
        </w:tc>
        <w:tc>
          <w:tcPr>
            <w:tcW w:type="dxa" w:w="1080"/>
          </w:tcPr>
          <w:p>
            <w:r>
              <w:t>科学计算与MATLAB语言</w:t>
            </w:r>
          </w:p>
        </w:tc>
        <w:tc>
          <w:tcPr>
            <w:tcW w:type="dxa" w:w="1080"/>
          </w:tcPr>
          <w:p>
            <w:r>
              <w:t>2EI21007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37</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38</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40</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41</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42</w:t>
            </w:r>
          </w:p>
        </w:tc>
        <w:tc>
          <w:tcPr>
            <w:tcW w:type="dxa" w:w="1080"/>
          </w:tcPr>
          <w:p>
            <w:r>
              <w:t>物理化学C(二)</w:t>
            </w:r>
          </w:p>
        </w:tc>
        <w:tc>
          <w:tcPr>
            <w:tcW w:type="dxa" w:w="1080"/>
          </w:tcPr>
          <w:p>
            <w:r>
              <w:t>2CB21014</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43</w:t>
            </w:r>
          </w:p>
        </w:tc>
        <w:tc>
          <w:tcPr>
            <w:tcW w:type="dxa" w:w="1080"/>
          </w:tcPr>
          <w:p>
            <w:r>
              <w:t>物理化学实验C(二)</w:t>
            </w:r>
          </w:p>
        </w:tc>
        <w:tc>
          <w:tcPr>
            <w:tcW w:type="dxa" w:w="1080"/>
          </w:tcPr>
          <w:p>
            <w:r>
              <w:t>2CB21320</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44</w:t>
            </w:r>
          </w:p>
        </w:tc>
        <w:tc>
          <w:tcPr>
            <w:tcW w:type="dxa" w:w="1080"/>
          </w:tcPr>
          <w:p>
            <w:r>
              <w:t>固体与界面化学</w:t>
            </w:r>
          </w:p>
        </w:tc>
        <w:tc>
          <w:tcPr>
            <w:tcW w:type="dxa" w:w="1080"/>
          </w:tcPr>
          <w:p>
            <w:r>
              <w:t>2CB21505</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45</w:t>
            </w:r>
          </w:p>
        </w:tc>
        <w:tc>
          <w:tcPr>
            <w:tcW w:type="dxa" w:w="1080"/>
          </w:tcPr>
          <w:p>
            <w:r>
              <w:t>电化学原理与测量</w:t>
            </w:r>
          </w:p>
        </w:tc>
        <w:tc>
          <w:tcPr>
            <w:tcW w:type="dxa" w:w="1080"/>
          </w:tcPr>
          <w:p>
            <w:r>
              <w:t>2CB21506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46</w:t>
            </w:r>
          </w:p>
        </w:tc>
        <w:tc>
          <w:tcPr>
            <w:tcW w:type="dxa" w:w="1080"/>
          </w:tcPr>
          <w:p>
            <w:r>
              <w:t>仪器分析A</w:t>
            </w:r>
          </w:p>
        </w:tc>
        <w:tc>
          <w:tcPr>
            <w:tcW w:type="dxa" w:w="1080"/>
          </w:tcPr>
          <w:p>
            <w:r>
              <w:t>2CB21507</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47</w:t>
            </w:r>
          </w:p>
        </w:tc>
        <w:tc>
          <w:tcPr>
            <w:tcW w:type="dxa" w:w="1080"/>
          </w:tcPr>
          <w:p>
            <w:r>
              <w:t>机械设计基础</w:t>
            </w:r>
          </w:p>
        </w:tc>
        <w:tc>
          <w:tcPr>
            <w:tcW w:type="dxa" w:w="1080"/>
          </w:tcPr>
          <w:p>
            <w:r>
              <w:t>2CB21524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48</w:t>
            </w:r>
          </w:p>
        </w:tc>
        <w:tc>
          <w:tcPr>
            <w:tcW w:type="dxa" w:w="1080"/>
          </w:tcPr>
          <w:p>
            <w:r>
              <w:t>数学建模</w:t>
            </w:r>
          </w:p>
        </w:tc>
        <w:tc>
          <w:tcPr>
            <w:tcW w:type="dxa" w:w="1080"/>
          </w:tcPr>
          <w:p>
            <w:r>
              <w:t>2CB21525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49</w:t>
            </w:r>
          </w:p>
        </w:tc>
        <w:tc>
          <w:tcPr>
            <w:tcW w:type="dxa" w:w="1080"/>
          </w:tcPr>
          <w:p>
            <w:r>
              <w:t>材料设计与制造综合实践训练(二)</w:t>
            </w:r>
          </w:p>
        </w:tc>
        <w:tc>
          <w:tcPr>
            <w:tcW w:type="dxa" w:w="1080"/>
          </w:tcPr>
          <w:p>
            <w:r>
              <w:t>2CB21526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50</w:t>
            </w:r>
          </w:p>
        </w:tc>
        <w:tc>
          <w:tcPr>
            <w:tcW w:type="dxa" w:w="1080"/>
          </w:tcPr>
          <w:p>
            <w:r>
              <w:t>电工电子技术C</w:t>
            </w:r>
          </w:p>
        </w:tc>
        <w:tc>
          <w:tcPr>
            <w:tcW w:type="dxa" w:w="1080"/>
          </w:tcPr>
          <w:p>
            <w:r>
              <w:t>2EI21014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51</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52</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53</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54</w:t>
            </w:r>
          </w:p>
        </w:tc>
        <w:tc>
          <w:tcPr>
            <w:tcW w:type="dxa" w:w="1080"/>
          </w:tcPr>
          <w:p>
            <w:r>
              <w:t>材料科学基础</w:t>
            </w:r>
          </w:p>
        </w:tc>
        <w:tc>
          <w:tcPr>
            <w:tcW w:type="dxa" w:w="1080"/>
          </w:tcPr>
          <w:p>
            <w:r>
              <w:t>2CB21508</w:t>
            </w:r>
          </w:p>
        </w:tc>
        <w:tc>
          <w:tcPr>
            <w:tcW w:type="dxa" w:w="1080"/>
          </w:tcPr>
          <w:p>
            <w:r>
              <w:t>4.0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55</w:t>
            </w:r>
          </w:p>
        </w:tc>
        <w:tc>
          <w:tcPr>
            <w:tcW w:type="dxa" w:w="1080"/>
          </w:tcPr>
          <w:p>
            <w:r>
              <w:t>材料分析测试技术(双语）</w:t>
            </w:r>
          </w:p>
        </w:tc>
        <w:tc>
          <w:tcPr>
            <w:tcW w:type="dxa" w:w="1080"/>
          </w:tcPr>
          <w:p>
            <w:r>
              <w:t>2CB21509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56</w:t>
            </w:r>
          </w:p>
        </w:tc>
        <w:tc>
          <w:tcPr>
            <w:tcW w:type="dxa" w:w="1080"/>
          </w:tcPr>
          <w:p>
            <w:r>
              <w:t>高分子化学与物理</w:t>
            </w:r>
          </w:p>
        </w:tc>
        <w:tc>
          <w:tcPr>
            <w:tcW w:type="dxa" w:w="1080"/>
          </w:tcPr>
          <w:p>
            <w:r>
              <w:t>2CB21510</w:t>
            </w:r>
          </w:p>
        </w:tc>
        <w:tc>
          <w:tcPr>
            <w:tcW w:type="dxa" w:w="1080"/>
          </w:tcPr>
          <w:p>
            <w:r>
              <w:t>4.0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57</w:t>
            </w:r>
          </w:p>
        </w:tc>
        <w:tc>
          <w:tcPr>
            <w:tcW w:type="dxa" w:w="1080"/>
          </w:tcPr>
          <w:p>
            <w:r>
              <w:t>特种防护材料专业实验</w:t>
            </w:r>
          </w:p>
        </w:tc>
        <w:tc>
          <w:tcPr>
            <w:tcW w:type="dxa" w:w="1080"/>
          </w:tcPr>
          <w:p>
            <w:r>
              <w:t>2CB21517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58</w:t>
            </w:r>
          </w:p>
        </w:tc>
        <w:tc>
          <w:tcPr>
            <w:tcW w:type="dxa" w:w="1080"/>
          </w:tcPr>
          <w:p>
            <w:r>
              <w:t>能量存储与转化材料专业实验</w:t>
            </w:r>
          </w:p>
        </w:tc>
        <w:tc>
          <w:tcPr>
            <w:tcW w:type="dxa" w:w="1080"/>
          </w:tcPr>
          <w:p>
            <w:r>
              <w:t>2CB21518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59</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60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61</w:t>
            </w:r>
          </w:p>
        </w:tc>
        <w:tc>
          <w:tcPr>
            <w:tcW w:type="dxa" w:w="1080"/>
          </w:tcPr>
          <w:p>
            <w:r>
              <w:t>材料工程基础</w:t>
            </w:r>
          </w:p>
        </w:tc>
        <w:tc>
          <w:tcPr>
            <w:tcW w:type="dxa" w:w="1080"/>
          </w:tcPr>
          <w:p>
            <w:r>
              <w:t>2CB21511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62</w:t>
            </w:r>
          </w:p>
        </w:tc>
        <w:tc>
          <w:tcPr>
            <w:tcW w:type="dxa" w:w="1080"/>
          </w:tcPr>
          <w:p>
            <w:r>
              <w:t>材料经济与管理</w:t>
            </w:r>
          </w:p>
        </w:tc>
        <w:tc>
          <w:tcPr>
            <w:tcW w:type="dxa" w:w="1080"/>
          </w:tcPr>
          <w:p>
            <w:r>
              <w:t>2CB21512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63</w:t>
            </w:r>
          </w:p>
        </w:tc>
        <w:tc>
          <w:tcPr>
            <w:tcW w:type="dxa" w:w="1080"/>
          </w:tcPr>
          <w:p>
            <w:r>
              <w:t>材料物理性能</w:t>
            </w:r>
          </w:p>
        </w:tc>
        <w:tc>
          <w:tcPr>
            <w:tcW w:type="dxa" w:w="1080"/>
          </w:tcPr>
          <w:p>
            <w:r>
              <w:t>2CB21513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64</w:t>
            </w:r>
          </w:p>
        </w:tc>
        <w:tc>
          <w:tcPr>
            <w:tcW w:type="dxa" w:w="1080"/>
          </w:tcPr>
          <w:p>
            <w:r>
              <w:t>特种防护材料综合实训</w:t>
            </w:r>
          </w:p>
        </w:tc>
        <w:tc>
          <w:tcPr>
            <w:tcW w:type="dxa" w:w="1080"/>
          </w:tcPr>
          <w:p>
            <w:r>
              <w:t>2CB21519</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65</w:t>
            </w:r>
          </w:p>
        </w:tc>
        <w:tc>
          <w:tcPr>
            <w:tcW w:type="dxa" w:w="1080"/>
          </w:tcPr>
          <w:p>
            <w:r>
              <w:t>能量存储与转化材料综合实训</w:t>
            </w:r>
          </w:p>
        </w:tc>
        <w:tc>
          <w:tcPr>
            <w:tcW w:type="dxa" w:w="1080"/>
          </w:tcPr>
          <w:p>
            <w:r>
              <w:t>2CB21520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66</w:t>
            </w:r>
          </w:p>
        </w:tc>
        <w:tc>
          <w:tcPr>
            <w:tcW w:type="dxa" w:w="1080"/>
          </w:tcPr>
          <w:p>
            <w:r>
              <w:t>科研创新训练与创业实践</w:t>
            </w:r>
          </w:p>
        </w:tc>
        <w:tc>
          <w:tcPr>
            <w:tcW w:type="dxa" w:w="1080"/>
          </w:tcPr>
          <w:p>
            <w:r>
              <w:t>2CB21527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67</w:t>
            </w:r>
          </w:p>
        </w:tc>
        <w:tc>
          <w:tcPr>
            <w:tcW w:type="dxa" w:w="1080"/>
          </w:tcPr>
          <w:p>
            <w:r>
              <w:t>塑料模具设计</w:t>
            </w:r>
          </w:p>
        </w:tc>
        <w:tc>
          <w:tcPr>
            <w:tcW w:type="dxa" w:w="1080"/>
          </w:tcPr>
          <w:p>
            <w:r>
              <w:t>2CB21533</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专业：生物科学（师范）</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无机及分析化学C</w:t>
            </w:r>
          </w:p>
        </w:tc>
        <w:tc>
          <w:tcPr>
            <w:tcW w:type="dxa" w:w="1080"/>
          </w:tcPr>
          <w:p>
            <w:r>
              <w:t>2CB21010</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5</w:t>
            </w:r>
          </w:p>
        </w:tc>
        <w:tc>
          <w:tcPr>
            <w:tcW w:type="dxa" w:w="1080"/>
          </w:tcPr>
          <w:p>
            <w:r>
              <w:t>无机及分析化学实验C</w:t>
            </w:r>
          </w:p>
        </w:tc>
        <w:tc>
          <w:tcPr>
            <w:tcW w:type="dxa" w:w="1080"/>
          </w:tcPr>
          <w:p>
            <w:r>
              <w:t>2CB21516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6</w:t>
            </w:r>
          </w:p>
        </w:tc>
        <w:tc>
          <w:tcPr>
            <w:tcW w:type="dxa" w:w="1080"/>
          </w:tcPr>
          <w:p>
            <w:r>
              <w:t>植物学</w:t>
            </w:r>
          </w:p>
        </w:tc>
        <w:tc>
          <w:tcPr>
            <w:tcW w:type="dxa" w:w="1080"/>
          </w:tcPr>
          <w:p>
            <w:r>
              <w:t>2CB21601</w:t>
            </w:r>
          </w:p>
        </w:tc>
        <w:tc>
          <w:tcPr>
            <w:tcW w:type="dxa" w:w="1080"/>
          </w:tcPr>
          <w:p>
            <w:r>
              <w:t>2.0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7</w:t>
            </w:r>
          </w:p>
        </w:tc>
        <w:tc>
          <w:tcPr>
            <w:tcW w:type="dxa" w:w="1080"/>
          </w:tcPr>
          <w:p>
            <w:r>
              <w:t>植物学实验</w:t>
            </w:r>
          </w:p>
        </w:tc>
        <w:tc>
          <w:tcPr>
            <w:tcW w:type="dxa" w:w="1080"/>
          </w:tcPr>
          <w:p>
            <w:r>
              <w:t>2CB21610</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8</w:t>
            </w:r>
          </w:p>
        </w:tc>
        <w:tc>
          <w:tcPr>
            <w:tcW w:type="dxa" w:w="1080"/>
          </w:tcPr>
          <w:p>
            <w:r>
              <w:t>教师发展与职业道德</w:t>
            </w:r>
          </w:p>
        </w:tc>
        <w:tc>
          <w:tcPr>
            <w:tcW w:type="dxa" w:w="1080"/>
          </w:tcPr>
          <w:p>
            <w:r>
              <w:t>2CB41601</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2023-2024</w:t>
            </w:r>
          </w:p>
        </w:tc>
        <w:tc>
          <w:tcPr>
            <w:tcW w:type="dxa" w:w="1080"/>
          </w:tcPr>
          <w:p>
            <w:r>
              <w:t>1</w:t>
            </w:r>
          </w:p>
        </w:tc>
      </w:tr>
      <w:tr>
        <w:tc>
          <w:tcPr>
            <w:tcW w:type="dxa" w:w="1080"/>
          </w:tcPr>
          <w:p>
            <w:r>
              <w:t>9</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10</w:t>
            </w:r>
          </w:p>
        </w:tc>
        <w:tc>
          <w:tcPr>
            <w:tcW w:type="dxa" w:w="1080"/>
          </w:tcPr>
          <w:p>
            <w:r>
              <w:t>高等数学C(一)</w:t>
            </w:r>
          </w:p>
        </w:tc>
        <w:tc>
          <w:tcPr>
            <w:tcW w:type="dxa" w:w="1080"/>
          </w:tcPr>
          <w:p>
            <w:r>
              <w:t>2MA11005</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书法基础</w:t>
            </w:r>
          </w:p>
        </w:tc>
        <w:tc>
          <w:tcPr>
            <w:tcW w:type="dxa" w:w="1080"/>
          </w:tcPr>
          <w:p>
            <w:r>
              <w:t>2AR41001</w:t>
            </w:r>
          </w:p>
        </w:tc>
        <w:tc>
          <w:tcPr>
            <w:tcW w:type="dxa" w:w="1080"/>
          </w:tcPr>
          <w:p>
            <w:r>
              <w:t>1.0</w:t>
            </w:r>
          </w:p>
        </w:tc>
        <w:tc>
          <w:tcPr>
            <w:tcW w:type="dxa" w:w="1080"/>
          </w:tcPr>
          <w:p>
            <w:r>
              <w:t>教师教育必修课</w:t>
            </w:r>
          </w:p>
        </w:tc>
        <w:tc>
          <w:tcPr>
            <w:tcW w:type="dxa" w:w="1080"/>
          </w:tcPr>
          <w:p>
            <w:r>
              <w:t>艺术学院</w:t>
            </w:r>
          </w:p>
        </w:tc>
        <w:tc>
          <w:tcPr>
            <w:tcW w:type="dxa" w:w="1080"/>
          </w:tcPr>
          <w:p>
            <w:r>
              <w:t>2023-2024</w:t>
            </w:r>
          </w:p>
        </w:tc>
        <w:tc>
          <w:tcPr>
            <w:tcW w:type="dxa" w:w="1080"/>
          </w:tcPr>
          <w:p>
            <w:r>
              <w:t>2</w:t>
            </w:r>
          </w:p>
        </w:tc>
      </w:tr>
      <w:tr>
        <w:tc>
          <w:tcPr>
            <w:tcW w:type="dxa" w:w="1080"/>
          </w:tcPr>
          <w:p>
            <w:r>
              <w:t>15</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有机化学D</w:t>
            </w:r>
          </w:p>
        </w:tc>
        <w:tc>
          <w:tcPr>
            <w:tcW w:type="dxa" w:w="1080"/>
          </w:tcPr>
          <w:p>
            <w:r>
              <w:t>2CB21005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17</w:t>
            </w:r>
          </w:p>
        </w:tc>
        <w:tc>
          <w:tcPr>
            <w:tcW w:type="dxa" w:w="1080"/>
          </w:tcPr>
          <w:p>
            <w:r>
              <w:t>有机化学实验D</w:t>
            </w:r>
          </w:p>
        </w:tc>
        <w:tc>
          <w:tcPr>
            <w:tcW w:type="dxa" w:w="1080"/>
          </w:tcPr>
          <w:p>
            <w:r>
              <w:t>2CB21117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18</w:t>
            </w:r>
          </w:p>
        </w:tc>
        <w:tc>
          <w:tcPr>
            <w:tcW w:type="dxa" w:w="1080"/>
          </w:tcPr>
          <w:p>
            <w:r>
              <w:t>植物学野外实习</w:t>
            </w:r>
          </w:p>
        </w:tc>
        <w:tc>
          <w:tcPr>
            <w:tcW w:type="dxa" w:w="1080"/>
          </w:tcPr>
          <w:p>
            <w:r>
              <w:t>2CB21611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2023-2024</w:t>
            </w:r>
          </w:p>
        </w:tc>
        <w:tc>
          <w:tcPr>
            <w:tcW w:type="dxa" w:w="1080"/>
          </w:tcPr>
          <w:p>
            <w:r>
              <w:t>2</w:t>
            </w:r>
          </w:p>
        </w:tc>
      </w:tr>
      <w:tr>
        <w:tc>
          <w:tcPr>
            <w:tcW w:type="dxa" w:w="1080"/>
          </w:tcPr>
          <w:p>
            <w:r>
              <w:t>19</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教育学基础</w:t>
            </w:r>
          </w:p>
        </w:tc>
        <w:tc>
          <w:tcPr>
            <w:tcW w:type="dxa" w:w="1080"/>
          </w:tcPr>
          <w:p>
            <w:r>
              <w:t>2ED41001</w:t>
            </w:r>
          </w:p>
        </w:tc>
        <w:tc>
          <w:tcPr>
            <w:tcW w:type="dxa" w:w="1080"/>
          </w:tcPr>
          <w:p>
            <w:r>
              <w:t>2.0</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21</w:t>
            </w:r>
          </w:p>
        </w:tc>
        <w:tc>
          <w:tcPr>
            <w:tcW w:type="dxa" w:w="1080"/>
          </w:tcPr>
          <w:p>
            <w:r>
              <w:t>程序设计语言Python(B)</w:t>
            </w:r>
          </w:p>
        </w:tc>
        <w:tc>
          <w:tcPr>
            <w:tcW w:type="dxa" w:w="1080"/>
          </w:tcPr>
          <w:p>
            <w:r>
              <w:t>2EI21003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22</w:t>
            </w:r>
          </w:p>
        </w:tc>
        <w:tc>
          <w:tcPr>
            <w:tcW w:type="dxa" w:w="1080"/>
          </w:tcPr>
          <w:p>
            <w:r>
              <w:t>高等数学C(二)</w:t>
            </w:r>
          </w:p>
        </w:tc>
        <w:tc>
          <w:tcPr>
            <w:tcW w:type="dxa" w:w="1080"/>
          </w:tcPr>
          <w:p>
            <w:r>
              <w:t>2MA11006</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23</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25</w:t>
            </w:r>
          </w:p>
        </w:tc>
        <w:tc>
          <w:tcPr>
            <w:tcW w:type="dxa" w:w="1080"/>
          </w:tcPr>
          <w:p>
            <w:r>
              <w:t>习近平总书记关于教育的重要论述研究</w:t>
            </w:r>
          </w:p>
        </w:tc>
        <w:tc>
          <w:tcPr>
            <w:tcW w:type="dxa" w:w="1080"/>
          </w:tcPr>
          <w:p>
            <w:r>
              <w:t>2MX11011</w:t>
            </w:r>
          </w:p>
        </w:tc>
        <w:tc>
          <w:tcPr>
            <w:tcW w:type="dxa" w:w="1080"/>
          </w:tcPr>
          <w:p>
            <w:r>
              <w:t>2.0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27</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28</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29</w:t>
            </w:r>
          </w:p>
        </w:tc>
        <w:tc>
          <w:tcPr>
            <w:tcW w:type="dxa" w:w="1080"/>
          </w:tcPr>
          <w:p>
            <w:r>
              <w:t>生物化学(一)</w:t>
            </w:r>
          </w:p>
        </w:tc>
        <w:tc>
          <w:tcPr>
            <w:tcW w:type="dxa" w:w="1080"/>
          </w:tcPr>
          <w:p>
            <w:r>
              <w:t>2CB21402</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30</w:t>
            </w:r>
          </w:p>
        </w:tc>
        <w:tc>
          <w:tcPr>
            <w:tcW w:type="dxa" w:w="1080"/>
          </w:tcPr>
          <w:p>
            <w:r>
              <w:t>生物化学实验(一)</w:t>
            </w:r>
          </w:p>
        </w:tc>
        <w:tc>
          <w:tcPr>
            <w:tcW w:type="dxa" w:w="1080"/>
          </w:tcPr>
          <w:p>
            <w:r>
              <w:t>2CB21417</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31</w:t>
            </w:r>
          </w:p>
        </w:tc>
        <w:tc>
          <w:tcPr>
            <w:tcW w:type="dxa" w:w="1080"/>
          </w:tcPr>
          <w:p>
            <w:r>
              <w:t>动物学</w:t>
            </w:r>
          </w:p>
        </w:tc>
        <w:tc>
          <w:tcPr>
            <w:tcW w:type="dxa" w:w="1080"/>
          </w:tcPr>
          <w:p>
            <w:r>
              <w:t>2CB21602</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32</w:t>
            </w:r>
          </w:p>
        </w:tc>
        <w:tc>
          <w:tcPr>
            <w:tcW w:type="dxa" w:w="1080"/>
          </w:tcPr>
          <w:p>
            <w:r>
              <w:t>生物科学进展与前沿</w:t>
            </w:r>
          </w:p>
        </w:tc>
        <w:tc>
          <w:tcPr>
            <w:tcW w:type="dxa" w:w="1080"/>
          </w:tcPr>
          <w:p>
            <w:r>
              <w:t>2CB21603</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33</w:t>
            </w:r>
          </w:p>
        </w:tc>
        <w:tc>
          <w:tcPr>
            <w:tcW w:type="dxa" w:w="1080"/>
          </w:tcPr>
          <w:p>
            <w:r>
              <w:t>微生物学A</w:t>
            </w:r>
          </w:p>
        </w:tc>
        <w:tc>
          <w:tcPr>
            <w:tcW w:type="dxa" w:w="1080"/>
          </w:tcPr>
          <w:p>
            <w:r>
              <w:t>2CB21604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34</w:t>
            </w:r>
          </w:p>
        </w:tc>
        <w:tc>
          <w:tcPr>
            <w:tcW w:type="dxa" w:w="1080"/>
          </w:tcPr>
          <w:p>
            <w:r>
              <w:t>动物学实验</w:t>
            </w:r>
          </w:p>
        </w:tc>
        <w:tc>
          <w:tcPr>
            <w:tcW w:type="dxa" w:w="1080"/>
          </w:tcPr>
          <w:p>
            <w:r>
              <w:t>2CB21612</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35</w:t>
            </w:r>
          </w:p>
        </w:tc>
        <w:tc>
          <w:tcPr>
            <w:tcW w:type="dxa" w:w="1080"/>
          </w:tcPr>
          <w:p>
            <w:r>
              <w:t>微生物学实验A</w:t>
            </w:r>
          </w:p>
        </w:tc>
        <w:tc>
          <w:tcPr>
            <w:tcW w:type="dxa" w:w="1080"/>
          </w:tcPr>
          <w:p>
            <w:r>
              <w:t>2CB21613</w:t>
            </w:r>
          </w:p>
        </w:tc>
        <w:tc>
          <w:tcPr>
            <w:tcW w:type="dxa" w:w="1080"/>
          </w:tcPr>
          <w:p>
            <w:r>
              <w:t>1.5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1</w:t>
            </w:r>
          </w:p>
        </w:tc>
      </w:tr>
      <w:tr>
        <w:tc>
          <w:tcPr>
            <w:tcW w:type="dxa" w:w="1080"/>
          </w:tcPr>
          <w:p>
            <w:r>
              <w:t>36</w:t>
            </w:r>
          </w:p>
        </w:tc>
        <w:tc>
          <w:tcPr>
            <w:tcW w:type="dxa" w:w="1080"/>
          </w:tcPr>
          <w:p>
            <w:r>
              <w:t>教师语言表达与训练</w:t>
            </w:r>
          </w:p>
        </w:tc>
        <w:tc>
          <w:tcPr>
            <w:tcW w:type="dxa" w:w="1080"/>
          </w:tcPr>
          <w:p>
            <w:r>
              <w:t>2CL41001</w:t>
            </w:r>
          </w:p>
        </w:tc>
        <w:tc>
          <w:tcPr>
            <w:tcW w:type="dxa" w:w="1080"/>
          </w:tcPr>
          <w:p>
            <w:r>
              <w:t>1.0</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37</w:t>
            </w:r>
          </w:p>
        </w:tc>
        <w:tc>
          <w:tcPr>
            <w:tcW w:type="dxa" w:w="1080"/>
          </w:tcPr>
          <w:p>
            <w:r>
              <w:t>学习心理学</w:t>
            </w:r>
          </w:p>
        </w:tc>
        <w:tc>
          <w:tcPr>
            <w:tcW w:type="dxa" w:w="1080"/>
          </w:tcPr>
          <w:p>
            <w:r>
              <w:t>2ED41002</w:t>
            </w:r>
          </w:p>
        </w:tc>
        <w:tc>
          <w:tcPr>
            <w:tcW w:type="dxa" w:w="1080"/>
          </w:tcPr>
          <w:p>
            <w:r>
              <w:t>2.0</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38</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40</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41</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42</w:t>
            </w:r>
          </w:p>
        </w:tc>
        <w:tc>
          <w:tcPr>
            <w:tcW w:type="dxa" w:w="1080"/>
          </w:tcPr>
          <w:p>
            <w:r>
              <w:t>生物化学(二)</w:t>
            </w:r>
          </w:p>
        </w:tc>
        <w:tc>
          <w:tcPr>
            <w:tcW w:type="dxa" w:w="1080"/>
          </w:tcPr>
          <w:p>
            <w:r>
              <w:t>2CB21403</w:t>
            </w:r>
          </w:p>
        </w:tc>
        <w:tc>
          <w:tcPr>
            <w:tcW w:type="dxa" w:w="1080"/>
          </w:tcPr>
          <w:p>
            <w:r>
              <w:t>2.5</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43</w:t>
            </w:r>
          </w:p>
        </w:tc>
        <w:tc>
          <w:tcPr>
            <w:tcW w:type="dxa" w:w="1080"/>
          </w:tcPr>
          <w:p>
            <w:r>
              <w:t>生物化学实验(二)</w:t>
            </w:r>
          </w:p>
        </w:tc>
        <w:tc>
          <w:tcPr>
            <w:tcW w:type="dxa" w:w="1080"/>
          </w:tcPr>
          <w:p>
            <w:r>
              <w:t>2CB21418</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44</w:t>
            </w:r>
          </w:p>
        </w:tc>
        <w:tc>
          <w:tcPr>
            <w:tcW w:type="dxa" w:w="1080"/>
          </w:tcPr>
          <w:p>
            <w:r>
              <w:t>植物生理学</w:t>
            </w:r>
          </w:p>
        </w:tc>
        <w:tc>
          <w:tcPr>
            <w:tcW w:type="dxa" w:w="1080"/>
          </w:tcPr>
          <w:p>
            <w:r>
              <w:t>2CB21605</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45</w:t>
            </w:r>
          </w:p>
        </w:tc>
        <w:tc>
          <w:tcPr>
            <w:tcW w:type="dxa" w:w="1080"/>
          </w:tcPr>
          <w:p>
            <w:r>
              <w:t>人体解剖生理学</w:t>
            </w:r>
          </w:p>
        </w:tc>
        <w:tc>
          <w:tcPr>
            <w:tcW w:type="dxa" w:w="1080"/>
          </w:tcPr>
          <w:p>
            <w:r>
              <w:t>2CB21606</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46</w:t>
            </w:r>
          </w:p>
        </w:tc>
        <w:tc>
          <w:tcPr>
            <w:tcW w:type="dxa" w:w="1080"/>
          </w:tcPr>
          <w:p>
            <w:r>
              <w:t>生态学</w:t>
            </w:r>
          </w:p>
        </w:tc>
        <w:tc>
          <w:tcPr>
            <w:tcW w:type="dxa" w:w="1080"/>
          </w:tcPr>
          <w:p>
            <w:r>
              <w:t>2CB21607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47</w:t>
            </w:r>
          </w:p>
        </w:tc>
        <w:tc>
          <w:tcPr>
            <w:tcW w:type="dxa" w:w="1080"/>
          </w:tcPr>
          <w:p>
            <w:r>
              <w:t>植物生理学实验</w:t>
            </w:r>
          </w:p>
        </w:tc>
        <w:tc>
          <w:tcPr>
            <w:tcW w:type="dxa" w:w="1080"/>
          </w:tcPr>
          <w:p>
            <w:r>
              <w:t>2CB21614</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48</w:t>
            </w:r>
          </w:p>
        </w:tc>
        <w:tc>
          <w:tcPr>
            <w:tcW w:type="dxa" w:w="1080"/>
          </w:tcPr>
          <w:p>
            <w:r>
              <w:t>动物学野外实习</w:t>
            </w:r>
          </w:p>
        </w:tc>
        <w:tc>
          <w:tcPr>
            <w:tcW w:type="dxa" w:w="1080"/>
          </w:tcPr>
          <w:p>
            <w:r>
              <w:t>2CB21615</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49</w:t>
            </w:r>
          </w:p>
        </w:tc>
        <w:tc>
          <w:tcPr>
            <w:tcW w:type="dxa" w:w="1080"/>
          </w:tcPr>
          <w:p>
            <w:r>
              <w:t>人体解剖生理学实验</w:t>
            </w:r>
          </w:p>
        </w:tc>
        <w:tc>
          <w:tcPr>
            <w:tcW w:type="dxa" w:w="1080"/>
          </w:tcPr>
          <w:p>
            <w:r>
              <w:t>2CB21616</w:t>
            </w:r>
          </w:p>
        </w:tc>
        <w:tc>
          <w:tcPr>
            <w:tcW w:type="dxa" w:w="1080"/>
          </w:tcPr>
          <w:p>
            <w:r>
              <w:t>1.0</w:t>
            </w:r>
          </w:p>
        </w:tc>
        <w:tc>
          <w:tcPr>
            <w:tcW w:type="dxa" w:w="1080"/>
          </w:tcPr>
          <w:p>
            <w:r>
              <w:t>专业必修课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50</w:t>
            </w:r>
          </w:p>
        </w:tc>
        <w:tc>
          <w:tcPr>
            <w:tcW w:type="dxa" w:w="1080"/>
          </w:tcPr>
          <w:p>
            <w:r>
              <w:t>中学生物课程标准与教材分析</w:t>
            </w:r>
          </w:p>
        </w:tc>
        <w:tc>
          <w:tcPr>
            <w:tcW w:type="dxa" w:w="1080"/>
          </w:tcPr>
          <w:p>
            <w:r>
              <w:t>2CB41602</w:t>
            </w:r>
          </w:p>
        </w:tc>
        <w:tc>
          <w:tcPr>
            <w:tcW w:type="dxa" w:w="1080"/>
          </w:tcPr>
          <w:p>
            <w:r>
              <w:t>2.0</w:t>
            </w:r>
          </w:p>
        </w:tc>
        <w:tc>
          <w:tcPr>
            <w:tcW w:type="dxa" w:w="1080"/>
          </w:tcPr>
          <w:p>
            <w:r>
              <w:t>教师教育必修课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51</w:t>
            </w:r>
          </w:p>
        </w:tc>
        <w:tc>
          <w:tcPr>
            <w:tcW w:type="dxa" w:w="1080"/>
          </w:tcPr>
          <w:p>
            <w:r>
              <w:t>教育见习一</w:t>
            </w:r>
          </w:p>
        </w:tc>
        <w:tc>
          <w:tcPr>
            <w:tcW w:type="dxa" w:w="1080"/>
          </w:tcPr>
          <w:p>
            <w:r>
              <w:t>2CB44601</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2024-2025</w:t>
            </w:r>
          </w:p>
        </w:tc>
        <w:tc>
          <w:tcPr>
            <w:tcW w:type="dxa" w:w="1080"/>
          </w:tcPr>
          <w:p>
            <w:r>
              <w:t>2</w:t>
            </w:r>
          </w:p>
        </w:tc>
      </w:tr>
      <w:tr>
        <w:tc>
          <w:tcPr>
            <w:tcW w:type="dxa" w:w="1080"/>
          </w:tcPr>
          <w:p>
            <w:r>
              <w:t>52</w:t>
            </w:r>
          </w:p>
        </w:tc>
        <w:tc>
          <w:tcPr>
            <w:tcW w:type="dxa" w:w="1080"/>
          </w:tcPr>
          <w:p>
            <w:r>
              <w:t>有效教学</w:t>
            </w:r>
          </w:p>
        </w:tc>
        <w:tc>
          <w:tcPr>
            <w:tcW w:type="dxa" w:w="1080"/>
          </w:tcPr>
          <w:p>
            <w:r>
              <w:t>2ED41003</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53</w:t>
            </w:r>
          </w:p>
        </w:tc>
        <w:tc>
          <w:tcPr>
            <w:tcW w:type="dxa" w:w="1080"/>
          </w:tcPr>
          <w:p>
            <w:r>
              <w:t>班级工作与心理辅导</w:t>
            </w:r>
          </w:p>
        </w:tc>
        <w:tc>
          <w:tcPr>
            <w:tcW w:type="dxa" w:w="1080"/>
          </w:tcPr>
          <w:p>
            <w:r>
              <w:t>2ED41004</w:t>
            </w:r>
          </w:p>
        </w:tc>
        <w:tc>
          <w:tcPr>
            <w:tcW w:type="dxa" w:w="1080"/>
          </w:tcPr>
          <w:p>
            <w:r>
              <w:t>1.0</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54</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55</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56</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57</w:t>
            </w:r>
          </w:p>
        </w:tc>
        <w:tc>
          <w:tcPr>
            <w:tcW w:type="dxa" w:w="1080"/>
          </w:tcPr>
          <w:p>
            <w:r>
              <w:t>细胞生物学A</w:t>
            </w:r>
          </w:p>
        </w:tc>
        <w:tc>
          <w:tcPr>
            <w:tcW w:type="dxa" w:w="1080"/>
          </w:tcPr>
          <w:p>
            <w:r>
              <w:t>2CB21404</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58</w:t>
            </w:r>
          </w:p>
        </w:tc>
        <w:tc>
          <w:tcPr>
            <w:tcW w:type="dxa" w:w="1080"/>
          </w:tcPr>
          <w:p>
            <w:r>
              <w:t>遗传学</w:t>
            </w:r>
          </w:p>
        </w:tc>
        <w:tc>
          <w:tcPr>
            <w:tcW w:type="dxa" w:w="1080"/>
          </w:tcPr>
          <w:p>
            <w:r>
              <w:t>2CB21405</w:t>
            </w:r>
          </w:p>
        </w:tc>
        <w:tc>
          <w:tcPr>
            <w:tcW w:type="dxa" w:w="1080"/>
          </w:tcPr>
          <w:p>
            <w:r>
              <w:t>3.0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59</w:t>
            </w:r>
          </w:p>
        </w:tc>
        <w:tc>
          <w:tcPr>
            <w:tcW w:type="dxa" w:w="1080"/>
          </w:tcPr>
          <w:p>
            <w:r>
              <w:t>细胞生物学实验</w:t>
            </w:r>
          </w:p>
        </w:tc>
        <w:tc>
          <w:tcPr>
            <w:tcW w:type="dxa" w:w="1080"/>
          </w:tcPr>
          <w:p>
            <w:r>
              <w:t>2CB21419</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60</w:t>
            </w:r>
          </w:p>
        </w:tc>
        <w:tc>
          <w:tcPr>
            <w:tcW w:type="dxa" w:w="1080"/>
          </w:tcPr>
          <w:p>
            <w:r>
              <w:t>遗传学实验</w:t>
            </w:r>
          </w:p>
        </w:tc>
        <w:tc>
          <w:tcPr>
            <w:tcW w:type="dxa" w:w="1080"/>
          </w:tcPr>
          <w:p>
            <w:r>
              <w:t>2CB21420</w:t>
            </w:r>
          </w:p>
        </w:tc>
        <w:tc>
          <w:tcPr>
            <w:tcW w:type="dxa" w:w="1080"/>
          </w:tcPr>
          <w:p>
            <w:r>
              <w:t>1.5</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61</w:t>
            </w:r>
          </w:p>
        </w:tc>
        <w:tc>
          <w:tcPr>
            <w:tcW w:type="dxa" w:w="1080"/>
          </w:tcPr>
          <w:p>
            <w:r>
              <w:t>分子生物学实验</w:t>
            </w:r>
          </w:p>
        </w:tc>
        <w:tc>
          <w:tcPr>
            <w:tcW w:type="dxa" w:w="1080"/>
          </w:tcPr>
          <w:p>
            <w:r>
              <w:t>2CB21421</w:t>
            </w:r>
          </w:p>
        </w:tc>
        <w:tc>
          <w:tcPr>
            <w:tcW w:type="dxa" w:w="1080"/>
          </w:tcPr>
          <w:p>
            <w:r>
              <w:t>1.0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62</w:t>
            </w:r>
          </w:p>
        </w:tc>
        <w:tc>
          <w:tcPr>
            <w:tcW w:type="dxa" w:w="1080"/>
          </w:tcPr>
          <w:p>
            <w:r>
              <w:t>分子生物学B</w:t>
            </w:r>
          </w:p>
        </w:tc>
        <w:tc>
          <w:tcPr>
            <w:tcW w:type="dxa" w:w="1080"/>
          </w:tcPr>
          <w:p>
            <w:r>
              <w:t>2CB21608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63</w:t>
            </w:r>
          </w:p>
        </w:tc>
        <w:tc>
          <w:tcPr>
            <w:tcW w:type="dxa" w:w="1080"/>
          </w:tcPr>
          <w:p>
            <w:r>
              <w:t>教师教育能力拓展与训练</w:t>
            </w:r>
          </w:p>
        </w:tc>
        <w:tc>
          <w:tcPr>
            <w:tcW w:type="dxa" w:w="1080"/>
          </w:tcPr>
          <w:p>
            <w:r>
              <w:t>2CB21617</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64</w:t>
            </w:r>
          </w:p>
        </w:tc>
        <w:tc>
          <w:tcPr>
            <w:tcW w:type="dxa" w:w="1080"/>
          </w:tcPr>
          <w:p>
            <w:r>
              <w:t>中学生物实验研究</w:t>
            </w:r>
          </w:p>
        </w:tc>
        <w:tc>
          <w:tcPr>
            <w:tcW w:type="dxa" w:w="1080"/>
          </w:tcPr>
          <w:p>
            <w:r>
              <w:t>2CB21618</w:t>
            </w:r>
          </w:p>
        </w:tc>
        <w:tc>
          <w:tcPr>
            <w:tcW w:type="dxa" w:w="1080"/>
          </w:tcPr>
          <w:p>
            <w:r>
              <w:t>2.0</w:t>
            </w:r>
          </w:p>
        </w:tc>
        <w:tc>
          <w:tcPr>
            <w:tcW w:type="dxa" w:w="1080"/>
          </w:tcPr>
          <w:p>
            <w:r>
              <w:t>专业必修课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65</w:t>
            </w:r>
          </w:p>
        </w:tc>
        <w:tc>
          <w:tcPr>
            <w:tcW w:type="dxa" w:w="1080"/>
          </w:tcPr>
          <w:p>
            <w:r>
              <w:t>中学生物课程教学论</w:t>
            </w:r>
          </w:p>
        </w:tc>
        <w:tc>
          <w:tcPr>
            <w:tcW w:type="dxa" w:w="1080"/>
          </w:tcPr>
          <w:p>
            <w:r>
              <w:t>2CB41603</w:t>
            </w:r>
          </w:p>
        </w:tc>
        <w:tc>
          <w:tcPr>
            <w:tcW w:type="dxa" w:w="1080"/>
          </w:tcPr>
          <w:p>
            <w:r>
              <w:t>3.0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66</w:t>
            </w:r>
          </w:p>
        </w:tc>
        <w:tc>
          <w:tcPr>
            <w:tcW w:type="dxa" w:w="1080"/>
          </w:tcPr>
          <w:p>
            <w:r>
              <w:t>教育见习二</w:t>
            </w:r>
          </w:p>
        </w:tc>
        <w:tc>
          <w:tcPr>
            <w:tcW w:type="dxa" w:w="1080"/>
          </w:tcPr>
          <w:p>
            <w:r>
              <w:t>2CB44602</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1</w:t>
            </w:r>
          </w:p>
        </w:tc>
      </w:tr>
      <w:tr>
        <w:tc>
          <w:tcPr>
            <w:tcW w:type="dxa" w:w="1080"/>
          </w:tcPr>
          <w:p>
            <w:r>
              <w:t>67</w:t>
            </w:r>
          </w:p>
        </w:tc>
        <w:tc>
          <w:tcPr>
            <w:tcW w:type="dxa" w:w="1080"/>
          </w:tcPr>
          <w:p>
            <w:r>
              <w:t>现代教育技术及应用</w:t>
            </w:r>
          </w:p>
        </w:tc>
        <w:tc>
          <w:tcPr>
            <w:tcW w:type="dxa" w:w="1080"/>
          </w:tcPr>
          <w:p>
            <w:r>
              <w:t>2ED41005</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68</w:t>
            </w:r>
          </w:p>
        </w:tc>
        <w:tc>
          <w:tcPr>
            <w:tcW w:type="dxa" w:w="1080"/>
          </w:tcPr>
          <w:p>
            <w:r>
              <w:t>教育研究概论</w:t>
            </w:r>
          </w:p>
        </w:tc>
        <w:tc>
          <w:tcPr>
            <w:tcW w:type="dxa" w:w="1080"/>
          </w:tcPr>
          <w:p>
            <w:r>
              <w:t>2ED41006</w:t>
            </w:r>
          </w:p>
        </w:tc>
        <w:tc>
          <w:tcPr>
            <w:tcW w:type="dxa" w:w="1080"/>
          </w:tcPr>
          <w:p>
            <w:r>
              <w:t>2.0</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69</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70</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71</w:t>
            </w:r>
          </w:p>
        </w:tc>
        <w:tc>
          <w:tcPr>
            <w:tcW w:type="dxa" w:w="1080"/>
          </w:tcPr>
          <w:p>
            <w:r>
              <w:t>教育研习</w:t>
            </w:r>
          </w:p>
        </w:tc>
        <w:tc>
          <w:tcPr>
            <w:tcW w:type="dxa" w:w="1080"/>
          </w:tcPr>
          <w:p>
            <w:r>
              <w:t>2CB44603</w:t>
            </w:r>
          </w:p>
        </w:tc>
        <w:tc>
          <w:tcPr>
            <w:tcW w:type="dxa" w:w="1080"/>
          </w:tcPr>
          <w:p>
            <w:r>
              <w:t>1.0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72</w:t>
            </w:r>
          </w:p>
        </w:tc>
        <w:tc>
          <w:tcPr>
            <w:tcW w:type="dxa" w:w="1080"/>
          </w:tcPr>
          <w:p>
            <w:r>
              <w:t>教育实习</w:t>
            </w:r>
          </w:p>
        </w:tc>
        <w:tc>
          <w:tcPr>
            <w:tcW w:type="dxa" w:w="1080"/>
          </w:tcPr>
          <w:p>
            <w:r>
              <w:t>2CB44604</w:t>
            </w:r>
          </w:p>
        </w:tc>
        <w:tc>
          <w:tcPr>
            <w:tcW w:type="dxa" w:w="1080"/>
          </w:tcPr>
          <w:p>
            <w:r>
              <w:t>6.0</w:t>
            </w:r>
          </w:p>
        </w:tc>
        <w:tc>
          <w:tcPr>
            <w:tcW w:type="dxa" w:w="1080"/>
          </w:tcPr>
          <w:p>
            <w:r>
              <w:t>教师教育必修课</w:t>
            </w:r>
          </w:p>
        </w:tc>
        <w:tc>
          <w:tcPr>
            <w:tcW w:type="dxa" w:w="1080"/>
          </w:tcPr>
          <w:p>
            <w:r>
              <w:t>化学与生命科学学院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