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1</w:t>
      </w:r>
    </w:p>
    <w:p>
      <w:r>
        <w:t>苏州大学音乐学院推荐优秀应届本科毕业生</w:t>
      </w:r>
    </w:p>
    <w:p>
      <w:r>
        <w:t>2026 年免试攻读研究生实施细则</w:t>
      </w:r>
    </w:p>
    <w:p>
      <w:r>
        <w:t>推荐优秀应届本科毕业生免试攻读研究生（以下简称“推免”）是研究生多</w:t>
      </w:r>
    </w:p>
    <w:p>
      <w:r>
        <w:t>元招生体系的重要组成部分，是加强拔尖创新人才选拔，提高研究生招生质量的</w:t>
      </w:r>
    </w:p>
    <w:p>
      <w:r>
        <w:t>重要举措。为进一步加强和规范我院推免工作，根据《苏州大学推荐优秀应届本</w:t>
      </w:r>
    </w:p>
    <w:p>
      <w:r>
        <w:t>科毕业生攻读研究生工作实施办法》（苏大教〔2025〕50 号）等相关文件要求，</w:t>
      </w:r>
    </w:p>
    <w:p>
      <w:r>
        <w:t>并结合我院学科专业情况，现特制订本实施细则。</w:t>
      </w:r>
    </w:p>
    <w:p>
      <w:r>
        <w:t>一、指导思想和原则</w:t>
      </w:r>
    </w:p>
    <w:p>
      <w:r>
        <w:t>推免工作必须紧紧围绕立德树人根本任务，以牢固树立质量意识，全力服务</w:t>
      </w:r>
    </w:p>
    <w:p>
      <w:r>
        <w:t>国家建设和发展为指导思想，坚持公平公正、择优录取的原则，通过对拔尖创新</w:t>
      </w:r>
    </w:p>
    <w:p>
      <w:r>
        <w:t>人才的选拔，激励学生勤奋学习、全面发展，提高学校整体人才培养质量。</w:t>
      </w:r>
    </w:p>
    <w:p>
      <w:r>
        <w:t>二、组织与领导</w:t>
      </w:r>
    </w:p>
    <w:p>
      <w:r>
        <w:t>（一）学院成立推免工作小组，由党政主要负责人，分管本科教学工作、研</w:t>
      </w:r>
    </w:p>
    <w:p>
      <w:r>
        <w:t>究生教学工作、学生工作领导，纪检委员，专家教授代表（副教授及以上职称，</w:t>
      </w:r>
    </w:p>
    <w:p>
      <w:r>
        <w:t>不少于三人），本科教务秘书及辅导员等，具体实施本学院的推免生工作。</w:t>
      </w:r>
    </w:p>
    <w:p>
      <w:r>
        <w:t>（二）推免工作小组负责制定本单位推免工作细则和组织开展具体工作，重</w:t>
      </w:r>
    </w:p>
    <w:p>
      <w:r>
        <w:t>要事项须集体决策，并由学院党政联席会议进行审定。学院成立材料审核专家组</w:t>
      </w:r>
    </w:p>
    <w:p>
      <w:r>
        <w:t>（不少于五人）对学生提交的科研成果、创新成果、竞赛获奖等真实性进行审核</w:t>
      </w:r>
    </w:p>
    <w:p>
      <w:r>
        <w:t>鉴定。</w:t>
      </w:r>
    </w:p>
    <w:p>
      <w:r>
        <w:t>（三）工作人员回避制度：推免相关工作人员不得与申请学生有亲属（直系</w:t>
      </w:r>
    </w:p>
    <w:p>
      <w:r>
        <w:t>亲属和非直系亲属）或利益相关（如收费辅导教学等）等，若有上述情况，须于</w:t>
      </w:r>
    </w:p>
    <w:p>
      <w:r>
        <w:t>9 月 9 日（周二）下午 15:00 前填写《推免工作回避及报备统计表》(附件 1，没</w:t>
      </w:r>
    </w:p>
    <w:p>
      <w:r>
        <w:t>有此类情况的，表中填“无”)，主动向学院教务办公室报备并回避，材料发至</w:t>
      </w:r>
    </w:p>
    <w:p>
      <w:r>
        <w:t>邮箱：wuhaidi@suda.edu.cn。</w:t>
      </w:r>
    </w:p>
    <w:p>
      <w:r>
        <w:t>三、推荐对象和基本条件</w:t>
      </w:r>
    </w:p>
    <w:p>
      <w:r>
        <w:t>（一）推荐对象</w:t>
      </w:r>
    </w:p>
    <w:p>
      <w:r>
        <w:t>1.2022 级四年制专业在读，且预计能于 2026 年 6 月正常毕业并获得学士学</w:t>
      </w:r>
    </w:p>
    <w:p>
      <w:r>
        <w:t>位的学生；</w:t>
      </w:r>
    </w:p>
    <w:p>
      <w:r>
        <w:t>2.在校期间曾因休学而延长学年，将于 2026 年 6 月首次进入毕业环节，且</w:t>
      </w:r>
    </w:p>
    <w:p>
      <w:r>
        <w:t>预计能正常毕业并获得学士学位的学生。</w:t>
      </w:r>
    </w:p>
    <w:p>
      <w:r>
        <w:t>（二）基本条件</w:t>
      </w:r>
    </w:p>
    <w:p>
      <w:r>
        <w:t>推免生从我院纳入国家普通本科招生计划录取的应届毕业生（不含第二学士</w:t>
      </w:r>
    </w:p>
    <w:p>
      <w:r>
        <w:t>学位）中择优遴选。参加遴选的学生须符合以下基本条件：</w:t>
      </w:r>
    </w:p>
    <w:p>
      <w:r>
        <w:t>1.拥护党的领导，坚定社会主义信念，具有高尚的爱国主义情操和集体主义</w:t>
      </w:r>
    </w:p>
    <w:p>
      <w:r>
        <w:t>精神，社会责任感强，遵纪守法，积极向上，身心健康。诚实守信、学风端正、</w:t>
      </w:r>
    </w:p>
    <w:p>
      <w:r>
        <w:t>品行表现优良，有良好的科学素养和探究精神等。无任何违法违纪受处分记录或</w:t>
      </w:r>
    </w:p>
    <w:p>
      <w:r>
        <w:t>受处分记录解除后品德表现优良；无任何剽窃他人学术成果记录等学术不端记</w:t>
      </w:r>
    </w:p>
    <w:p>
      <w:r>
        <w:t>录。</w:t>
      </w:r>
    </w:p>
    <w:p>
      <w:r>
        <w:t>2.具有学术研究的兴趣和潜力，学习刻苦、勤奋，且成绩优秀。已修课程成</w:t>
      </w:r>
    </w:p>
    <w:p>
      <w:r>
        <w:t>绩全部合格（含重修合格），即记录百分制的课程成绩达 60 分及以上、记录等</w:t>
      </w:r>
    </w:p>
    <w:p>
      <w:r>
        <w:t>级的课程成绩达 D 及以上等级（体育保健班学生体育课程标注为“保健”）；</w:t>
      </w:r>
    </w:p>
    <w:p>
      <w:r>
        <w:t>取得毕业要求总学分的四分之三及以上学分；须完成修读前三学年所属专业指导</w:t>
      </w:r>
    </w:p>
    <w:p>
      <w:r>
        <w:t>2</w:t>
      </w:r>
    </w:p>
    <w:p>
      <w:r>
        <w:t>性教学计划中规定的所有必修类课程（因学校课程安排等造成的客观原因除外）；</w:t>
      </w:r>
    </w:p>
    <w:p>
      <w:r>
        <w:t>课程平均学分绩点（GPA）在本专业名列前茅，外语水平优秀。</w:t>
      </w:r>
    </w:p>
    <w:p>
      <w:r>
        <w:t>3.为保护广大毕业生的利益，特别强调：已被接收为推免生的学生，不得再</w:t>
      </w:r>
    </w:p>
    <w:p>
      <w:r>
        <w:t>申请出国（境）留学、参加就业派遣等，否则违约责任自负。教务处将不为这类</w:t>
      </w:r>
    </w:p>
    <w:p>
      <w:r>
        <w:t>学生的出国（境）申请出具成绩单及学籍学历学位证明。招生就业处将不再发放</w:t>
      </w:r>
    </w:p>
    <w:p>
      <w:r>
        <w:t>这类学生的毕业生就业协议书，同时关闭智慧就业平台网签权限。</w:t>
      </w:r>
    </w:p>
    <w:p>
      <w:r>
        <w:t>四、推荐名额分配原则</w:t>
      </w:r>
    </w:p>
    <w:p>
      <w:r>
        <w:t>根据学校教务处下达的推免生名额及要求，指标分配如下：音乐学（师范）</w:t>
      </w:r>
    </w:p>
    <w:p>
      <w:r>
        <w:t>专业 6 人，音乐表演专业 5 人。</w:t>
      </w:r>
    </w:p>
    <w:p>
      <w:r>
        <w:t>五、推荐工作程序</w:t>
      </w:r>
    </w:p>
    <w:p>
      <w:r>
        <w:t>（一）动员和公告。学院在应届本科毕业生中进行动员，宣传上级主管部门</w:t>
      </w:r>
    </w:p>
    <w:p>
      <w:r>
        <w:t>及学校各项推免政策、条件及学院的推免工作程序，公布学院推免工作实施细则，</w:t>
      </w:r>
    </w:p>
    <w:p>
      <w:r>
        <w:t>开展政策宣讲。</w:t>
      </w:r>
    </w:p>
    <w:p>
      <w:r>
        <w:t>（二）申请</w:t>
      </w:r>
    </w:p>
    <w:p>
      <w:r>
        <w:t>1.此次申请的学生应在推免申请系统中选择“普通计划”类型。为保障公平</w:t>
      </w:r>
    </w:p>
    <w:p>
      <w:r>
        <w:t>公正，保护广大毕业生的权益，学生须打印《苏州大学本科毕业生推荐免试攻读</w:t>
      </w:r>
    </w:p>
    <w:p>
      <w:r>
        <w:t>研究生申请承诺书》（附件 2），本人手写签名（不得使用电子签名）后，拍照</w:t>
      </w:r>
    </w:p>
    <w:p>
      <w:r>
        <w:t>上传申请系统。9 月 3 日（周三）上午 10:00 至 9 月 9 日（周二）下午 15:00，</w:t>
      </w:r>
    </w:p>
    <w:p>
      <w:r>
        <w:t>符合推免申请条件的学生自愿登录“苏州大学本科生推免申请系统”（网址：</w:t>
      </w:r>
    </w:p>
    <w:p>
      <w:r>
        <w:t>http://tmsq.jwb.suda.edu.cn，外网需先登录学校 VPN），提交“推免申请”。</w:t>
      </w:r>
    </w:p>
    <w:p>
      <w:r>
        <w:t>申请人务必认真阅读页面内的告知事项，申请提交后，不可再修改或撤销。“申</w:t>
      </w:r>
    </w:p>
    <w:p>
      <w:r>
        <w:t>请查询”栏目中最终状态显示为“申请成功”即为完成推免报名。</w:t>
      </w:r>
    </w:p>
    <w:p>
      <w:r>
        <w:t>2.《苏州大学本科毕业生推荐免试攻读研究生申请承诺书》原件、成绩单原</w:t>
      </w:r>
    </w:p>
    <w:p>
      <w:r>
        <w:t>件、《 2026 届推免综合评价（学生自评填报）》及发展素质相关证明材料原件</w:t>
      </w:r>
    </w:p>
    <w:p>
      <w:r>
        <w:t>和复印件（一式三份按序排列）于 9 月 9 日（周二）下午 15:00 交至 505-5118</w:t>
      </w:r>
    </w:p>
    <w:p>
      <w:r>
        <w:t>办公室。</w:t>
      </w:r>
    </w:p>
    <w:p>
      <w:r>
        <w:t>3.申请参加“支教团”计划“国优计划”“农村硕师计划”的学生按学校相</w:t>
      </w:r>
    </w:p>
    <w:p>
      <w:r>
        <w:t>关工作通知执行。</w:t>
      </w:r>
    </w:p>
    <w:p>
      <w:r>
        <w:t>4.其他说明</w:t>
      </w:r>
    </w:p>
    <w:p>
      <w:r>
        <w:t>（1）诚信申请要求</w:t>
      </w:r>
    </w:p>
    <w:p>
      <w:r>
        <w:t>为保障公平公正，保护广大毕业生的权益，学生须打印《苏州大学本科毕业</w:t>
      </w:r>
    </w:p>
    <w:p>
      <w:r>
        <w:t>生推荐免试攻读研究生申请承诺书》（附件 2），本人手写签名（不得使用电子</w:t>
      </w:r>
    </w:p>
    <w:p>
      <w:r>
        <w:t>签名）后，拍照上传申请系统。</w:t>
      </w:r>
    </w:p>
    <w:p>
      <w:r>
        <w:t>（2）发展素质证明材料</w:t>
      </w:r>
    </w:p>
    <w:p>
      <w:r>
        <w:t>发展素质相关证明材料范围可根据“实施办法”第三章第六条第（四）点有</w:t>
      </w:r>
    </w:p>
    <w:p>
      <w:r>
        <w:t>关规定、学院（部）制定的推免实施细则等文件进行准备和提交。</w:t>
      </w:r>
    </w:p>
    <w:p>
      <w:r>
        <w:t>（3）推免申请类型</w:t>
      </w:r>
    </w:p>
    <w:p>
      <w:r>
        <w:t>此次申请的学生应在推免申请系统中选择“普通计划”类型；申请参加“研</w:t>
      </w:r>
    </w:p>
    <w:p>
      <w:r>
        <w:t>究生支教团”计划的学生按校团委相关工作通知执行。</w:t>
      </w:r>
    </w:p>
    <w:p>
      <w:r>
        <w:t>（4）学生成绩单</w:t>
      </w:r>
    </w:p>
    <w:p>
      <w:r>
        <w:t>教务处将于本学期缓考成绩录入完成后，统一刷新推免申请系统中的成绩及</w:t>
      </w:r>
    </w:p>
    <w:p>
      <w:r>
        <w:t>排名等信息，即用于此次推免工作综合评价及遴选的学生成绩。学生提交推免申</w:t>
      </w:r>
    </w:p>
    <w:p>
      <w:r>
        <w:t>请时网页界面显示的 GPA 及排名仅供参考。</w:t>
      </w:r>
    </w:p>
    <w:p>
      <w:r>
        <w:t>（5）特殊情况报备</w:t>
      </w:r>
    </w:p>
    <w:p>
      <w:r>
        <w:t>3</w:t>
      </w:r>
    </w:p>
    <w:p>
      <w:r>
        <w:t>学生报备制度：申请学生若有亲属（直系亲属和非直系亲属）或利益相关人</w:t>
      </w:r>
    </w:p>
    <w:p>
      <w:r>
        <w:t>员（如收费辅导教学等）参与学校、学院（部）推免相关工作，应于申请时间截</w:t>
      </w:r>
    </w:p>
    <w:p>
      <w:r>
        <w:t>止前主动以书面形式向所在学院（部）递交报备书，说明相关情况。须于9 月 9</w:t>
      </w:r>
    </w:p>
    <w:p>
      <w:r>
        <w:t>日（周二）下午 15:00 前填写《推免工作回避及报备统计表》(附件 1，没有此</w:t>
      </w:r>
    </w:p>
    <w:p>
      <w:r>
        <w:t>类情况的，表中填“无”)，主动向学院教务办公室报备并回避，材料发至邮箱：</w:t>
      </w:r>
    </w:p>
    <w:p>
      <w:r>
        <w:t>wuhaidi@suda.edu.cn。对未按规定报备声明回避关系且影响推免过程和结果公</w:t>
      </w:r>
    </w:p>
    <w:p>
      <w:r>
        <w:t>平公正的学生，将取消其推免资格。</w:t>
      </w:r>
    </w:p>
    <w:p>
      <w:r>
        <w:t>（6）关于推免的三个系统</w:t>
      </w:r>
    </w:p>
    <w:p>
      <w:r>
        <w:t>推免工作包括推荐和接收两个环节，涉及三个系统，请申请同学务必注意甄</w:t>
      </w:r>
    </w:p>
    <w:p>
      <w:r>
        <w:t>别，认真阅读相关工作通知，按要求登录填报：</w:t>
      </w:r>
    </w:p>
    <w:p>
      <w:r>
        <w:t>一 是 苏 州 大 学 教 务 处 “ 苏 州 大 学 本 科 生 推 免 申 请 系 统 ”</w:t>
      </w:r>
    </w:p>
    <w:p>
      <w:r>
        <w:t>（http://tmsq.jwb.suda.edu.cn），即此次申请校内推免资格的唯一网站, 每</w:t>
      </w:r>
    </w:p>
    <w:p>
      <w:r>
        <w:t>位申请推免的学生必须登录此网站，进行申请和提交材料（参与校内推荐环节</w:t>
      </w:r>
    </w:p>
    <w:p>
      <w:r>
        <w:t>必需步骤）；</w:t>
      </w:r>
    </w:p>
    <w:p>
      <w:r>
        <w:t>二是苏州大学研究生院进行接收录取工作的“苏州大学研究生报考服务系</w:t>
      </w:r>
    </w:p>
    <w:p>
      <w:r>
        <w:t>统”（http://gsas.yjs.suda.edu.cn），拟将苏州大学作为推免接收单位的学</w:t>
      </w:r>
    </w:p>
    <w:p>
      <w:r>
        <w:t>生，还须关注苏州大学研究生院发布的接收推免生的相关通知，并按要求登录该</w:t>
      </w:r>
    </w:p>
    <w:p>
      <w:r>
        <w:t>网站进行相应操作；</w:t>
      </w:r>
    </w:p>
    <w:p>
      <w:r>
        <w:t>三是教育部“全国推荐免试攻读研究生信息公开管理服务系统”</w:t>
      </w:r>
    </w:p>
    <w:p>
      <w:r>
        <w:t>（https://yz.chsi.com.cn/tm，以下简称“教育部推免管理服务系统”），申</w:t>
      </w:r>
    </w:p>
    <w:p>
      <w:r>
        <w:t>请学生若获得我校的推免资格，须按照教育部的要求，登录该系统进行相应操作。</w:t>
      </w:r>
    </w:p>
    <w:p>
      <w:r>
        <w:t>特别提醒：请务必注意区分教务处推荐环节的“苏州大学本科生推免申请</w:t>
      </w:r>
    </w:p>
    <w:p>
      <w:r>
        <w:t>系统”和研究生院录取环节的“苏州大学研究生报考服务系统”，不要混淆！</w:t>
      </w:r>
    </w:p>
    <w:p>
      <w:r>
        <w:t>（三）申请资格审核。推免申请期间，学院可随时登录“苏州大学本科生</w:t>
      </w:r>
    </w:p>
    <w:p>
      <w:r>
        <w:t>推免申请系统”（网址：http://tmsq.jwb.suda.edu.cn，外网需先登学校 VPN），</w:t>
      </w:r>
    </w:p>
    <w:p>
      <w:r>
        <w:t>审核学生的资格，最终全部申请学生的资格审核工作须于 9 月 10 日（周三）下</w:t>
      </w:r>
    </w:p>
    <w:p>
      <w:r>
        <w:t>午 16:00 前完成。9 月 11 日起，学生可在推免申请系统中查询本人申请资格审</w:t>
      </w:r>
    </w:p>
    <w:p>
      <w:r>
        <w:t>核结果。</w:t>
      </w:r>
    </w:p>
    <w:p>
      <w:r>
        <w:t>（四）组织综合评价及遴选。</w:t>
      </w:r>
    </w:p>
    <w:p>
      <w:r>
        <w:t>1.符合申请条件的申请者须参加学院的综合评价及遴选。学院在充分研究、</w:t>
      </w:r>
    </w:p>
    <w:p>
      <w:r>
        <w:t>集体决策的基础上，按照相关规定制定推免工作实施细则，完善科学、全面、严</w:t>
      </w:r>
    </w:p>
    <w:p>
      <w:r>
        <w:t>谨的推免生综合评价体系。</w:t>
      </w:r>
    </w:p>
    <w:p>
      <w:r>
        <w:t>2.综合评价体系构成及评分标准应保持科学性、合理性以及严肃性，须坚持</w:t>
      </w:r>
    </w:p>
    <w:p>
      <w:r>
        <w:t>德智体美劳全面衡量，以德为先，把学生思想品德考核作为推免生遴选的重要内</w:t>
      </w:r>
    </w:p>
    <w:p>
      <w:r>
        <w:t>容和重要依据，思想政治考核不合格者不予推荐；</w:t>
      </w:r>
    </w:p>
    <w:p>
      <w:r>
        <w:t>3.以学生本科阶段学业综合成绩作为最基础的遴选指标，注重并加强对本科</w:t>
      </w:r>
    </w:p>
    <w:p>
      <w:r>
        <w:t>阶段学习情况的过程性评价；学院合理设置各遴选指标所占权重及单项指标上限</w:t>
      </w:r>
    </w:p>
    <w:p>
      <w:r>
        <w:t>分值，学生在某一方面有多项加分情况时，只能选取一项，不得为仅符合单一或</w:t>
      </w:r>
    </w:p>
    <w:p>
      <w:r>
        <w:t>部分遴选指标的学生单列计划或破格推荐。此次推免工作中，学生成绩单和综合</w:t>
      </w:r>
    </w:p>
    <w:p>
      <w:r>
        <w:t>评价使用的 GPA 以推免申请截止时间为准。申请系统中学生登录界面显示的GPA</w:t>
      </w:r>
    </w:p>
    <w:p>
      <w:r>
        <w:t>及排名仅供参考。申请截止后，学生成绩单有新变化的，推免工作不予采用。</w:t>
      </w:r>
    </w:p>
    <w:p>
      <w:r>
        <w:t>4.综合评价体系须将符合学生全面发展价值导向的因素纳入遴选指标，具体</w:t>
      </w:r>
    </w:p>
    <w:p>
      <w:r>
        <w:t>包括学生参军入伍服兵役、参加志愿服务、到国际组织实习、科研成果、竞赛获</w:t>
      </w:r>
    </w:p>
    <w:p>
      <w:r>
        <w:t>奖等，综合评价学生的各方面表现。</w:t>
      </w:r>
    </w:p>
    <w:p>
      <w:r>
        <w:t>4</w:t>
      </w:r>
    </w:p>
    <w:p>
      <w:r>
        <w:t>5.推免生的“综合评价成绩”计算办法如下：综合评价成绩（满分 500）=</w:t>
      </w:r>
    </w:p>
    <w:p>
      <w:r>
        <w:t>学业成绩（GPA*100）+发展素质成绩（满分 100 分），其中，发展素质成绩按以</w:t>
      </w:r>
    </w:p>
    <w:p>
      <w:r>
        <w:t>下五项打分：参军入伍服兵役（满分 20 分）、参加志愿服务（满分 10 分）、到</w:t>
      </w:r>
    </w:p>
    <w:p>
      <w:r>
        <w:t>国际组织实习（满分 10 分）、科研成果（满分 30 分）、竞赛获奖（满分30 分）。</w:t>
      </w:r>
    </w:p>
    <w:p>
      <w:r>
        <w:t>6.学院有关发展素质成绩的具体计算方法，详见《音乐学院发展素质成绩计</w:t>
      </w:r>
    </w:p>
    <w:p>
      <w:r>
        <w:t>分规则》（附件 3）。学院严格对申请推免资格学生的科研创新成果、论文、精</w:t>
      </w:r>
    </w:p>
    <w:p>
      <w:r>
        <w:t>神获奖奖项及内容进行审核鉴定，严禁抄袭、造假、冒名及有名无实等情况。</w:t>
      </w:r>
    </w:p>
    <w:p>
      <w:r>
        <w:t>7.申请者与指导教师联合发表论文或参赛的，应由指导教师出具推荐信，客</w:t>
      </w:r>
    </w:p>
    <w:p>
      <w:r>
        <w:t>观陈述学生在联合成果中所做的实际贡献等。成果及获奖项目审核鉴定过程中，</w:t>
      </w:r>
    </w:p>
    <w:p>
      <w:r>
        <w:t>学院可在一定范围内组织答辩，答辩全程要录音录像，审核专家小组根据提交的</w:t>
      </w:r>
    </w:p>
    <w:p>
      <w:r>
        <w:t>材料、答辩等情况，给出明确的审核认定意见，并签字存档。</w:t>
      </w:r>
    </w:p>
    <w:p>
      <w:r>
        <w:t>8.9 月 11 日起，学院对通过资格审核的学生进行综合评价，根据已公布的</w:t>
      </w:r>
    </w:p>
    <w:p>
      <w:r>
        <w:t>推免指标分配方案，生成综合评价最终结果，并确定初选学生名单。学院可再报</w:t>
      </w:r>
    </w:p>
    <w:p>
      <w:r>
        <w:t>送 1-2 名候补人员，各个专业，根据学生综合评价成绩，依次按顺序候补。初选</w:t>
      </w:r>
    </w:p>
    <w:p>
      <w:r>
        <w:t>及候补名单须经学院推免工作小组集体决定，并报党政联席会议审议通过。</w:t>
      </w:r>
    </w:p>
    <w:p>
      <w:r>
        <w:t>（五）初选名单报送。9 月 12 日（周五）中午 12:00 前，学院在“推免申</w:t>
      </w:r>
    </w:p>
    <w:p>
      <w:r>
        <w:t>请系统”中录入初选和候补学生的综合评价成绩等信息，并做好候补顺序标注后，</w:t>
      </w:r>
    </w:p>
    <w:p>
      <w:r>
        <w:t>点击“上报初选名单到教务处”完成初选名单的电子文本报送工作；推免申请系</w:t>
      </w:r>
    </w:p>
    <w:p>
      <w:r>
        <w:t>统中完成初选名单报送后，点击“下载初选名单上报表”，即可打印纸质材料。</w:t>
      </w:r>
    </w:p>
    <w:p>
      <w:r>
        <w:t>学院特殊申请学生名单、定稿后的推免实施细则、回避及报备统计表（《推免工</w:t>
      </w:r>
    </w:p>
    <w:p>
      <w:r>
        <w:t>作回避及报备统计表》见附件 5，没有此类情况的，表中填“无”）、初选名单</w:t>
      </w:r>
    </w:p>
    <w:p>
      <w:r>
        <w:t>等纸质材料于 9 月 18 日前交教务处学籍管理科。初选名单自推免申请系统中上</w:t>
      </w:r>
    </w:p>
    <w:p>
      <w:r>
        <w:t>报之日起，学院（部）应在网站显著位置公示 5 个工作日，公示期间，不得修改</w:t>
      </w:r>
    </w:p>
    <w:p>
      <w:r>
        <w:t>公示内容，如需变动，须另行公示相应时长，并对变动内容做出说明。公示内容</w:t>
      </w:r>
    </w:p>
    <w:p>
      <w:r>
        <w:t>模板见附件 6（仅公示初选及候补学生信息）。</w:t>
      </w:r>
    </w:p>
    <w:p>
      <w:r>
        <w:t>（六）学校审定：9 月 19 日前，学校完成推免初选名单的审定，在校内通</w:t>
      </w:r>
    </w:p>
    <w:p>
      <w:r>
        <w:t>知中予以公示，并按要求在教育部推免管理服务系统内报送推免生信息。</w:t>
      </w:r>
    </w:p>
    <w:p>
      <w:r>
        <w:t>六、申诉渠道</w:t>
      </w:r>
    </w:p>
    <w:p>
      <w:r>
        <w:t>对推免过程或结果有异议的，学生可以在推免工作期间，联系学院推免工作</w:t>
      </w:r>
    </w:p>
    <w:p>
      <w:r>
        <w:t>小组；对学院回复或处理意见仍有异议的，可向教务处学籍管理科申诉。为便于</w:t>
      </w:r>
    </w:p>
    <w:p>
      <w:r>
        <w:t>核实查证，确保客观公正处理异议，提出异议的单位或者个人应当表明真实身份，</w:t>
      </w:r>
    </w:p>
    <w:p>
      <w:r>
        <w:t>并提供有效联系方式。凡匿名、冒名或超出期限的异议不予受理。</w:t>
      </w:r>
    </w:p>
    <w:p>
      <w:r>
        <w:t>申诉联系方式：</w:t>
      </w:r>
    </w:p>
    <w:p>
      <w:r>
        <w:t>学院电话：0512-65883512</w:t>
      </w:r>
    </w:p>
    <w:p>
      <w:r>
        <w:t>学院申诉邮箱：wuhaidi@suda.edu.cn</w:t>
      </w:r>
    </w:p>
    <w:p>
      <w:r>
        <w:t>学校教务处申诉电话：0512-67163652</w:t>
      </w:r>
    </w:p>
    <w:p>
      <w:r>
        <w:t>学校教务处申诉邮箱：xlhu@suda.edu.cn。</w:t>
      </w:r>
    </w:p>
    <w:p>
      <w:r>
        <w:t>七、有关管理事项</w:t>
      </w:r>
    </w:p>
    <w:p>
      <w:r>
        <w:t>（一）获得推免资格的学生应自行及时登录教育部推免管理服务系统，查询</w:t>
      </w:r>
    </w:p>
    <w:p>
      <w:r>
        <w:t>相关工作信息及安排，并按要求完成相关操作，错过或错误操作者，责任自负。</w:t>
      </w:r>
    </w:p>
    <w:p>
      <w:r>
        <w:t>有关操作指南说明请及时关注教育部网站，有关网上填报问题请及时与拟申请单</w:t>
      </w:r>
    </w:p>
    <w:p>
      <w:r>
        <w:t>位的研究生招生工作管理部门联系咨询。</w:t>
      </w:r>
    </w:p>
    <w:p>
      <w:r>
        <w:t>（二）推免生出现下列情形之一的，取消其推免生资格：</w:t>
      </w:r>
    </w:p>
    <w:p>
      <w:r>
        <w:t>1.在申请推免生过程中发现有弄虚作假行为的；</w:t>
      </w:r>
    </w:p>
    <w:p>
      <w:r>
        <w:t>5</w:t>
      </w:r>
    </w:p>
    <w:p>
      <w:r>
        <w:t>2.违反校纪校规，受到学校纪律处分，或被追究法律责任的；</w:t>
      </w:r>
    </w:p>
    <w:p>
      <w:r>
        <w:t>3.未能如期毕业或未能获得学士学位的。</w:t>
      </w:r>
    </w:p>
    <w:p>
      <w:r>
        <w:t>八、附则</w:t>
      </w:r>
    </w:p>
    <w:p>
      <w:r>
        <w:t>本办法从发布之日起实行。具体事宜由学院推免工作小组负责解释。</w:t>
      </w:r>
    </w:p>
    <w:p>
      <w:r>
        <w:t>苏州大学音乐学院</w:t>
      </w:r>
    </w:p>
    <w:p>
      <w:r>
        <w:t>2025 年 9月 1 日</w:t>
      </w:r>
    </w:p>
    <w:p>
      <w:r>
        <w:t>6</w:t>
      </w:r>
    </w:p>
    <w:p>
      <w:r>
        <w:t>附件 1</w:t>
      </w:r>
    </w:p>
    <w:p/>
    <w:p>
      <w:r>
        <w:t>7</w:t>
      </w:r>
    </w:p>
    <w:p>
      <w:r>
        <w:t>附件 2</w:t>
      </w:r>
    </w:p>
    <w:p/>
    <w:p>
      <w:r>
        <w:t>8</w:t>
      </w:r>
    </w:p>
    <w:p>
      <w:r>
        <w:t>附件 3</w:t>
      </w:r>
    </w:p>
    <w:p>
      <w:r>
        <w:t>音乐学院发展素质成绩计分规则</w:t>
      </w:r>
    </w:p>
    <w:p>
      <w:r>
        <w:t>（2025 年1月10日音乐学院党政联席会议讨论通过）</w:t>
      </w:r>
    </w:p>
    <w:p>
      <w:r>
        <w:t>发展素质总分为 100 分，由参军入伍服兵役、参加志愿服务、到国际组织实习、</w:t>
      </w:r>
    </w:p>
    <w:p>
      <w:r>
        <w:t>科研成果、竞赛获奖等组成。具体如下：</w:t>
      </w:r>
    </w:p>
    <w:p>
      <w:r>
        <w:t>一、参军入伍服兵役（20分）：</w:t>
      </w:r>
    </w:p>
    <w:p>
      <w:r>
        <w:t>1、参军入伍，顺利完成服役任务的，获20分；</w:t>
      </w:r>
    </w:p>
    <w:p>
      <w:r>
        <w:t>二、参加志愿服务（10分）</w:t>
      </w:r>
    </w:p>
    <w:p>
      <w:r>
        <w:t>1、此部分累计分值最高10分；</w:t>
      </w:r>
    </w:p>
    <w:p>
      <w:r>
        <w:t>2、获校级及以上优秀志愿者加1分；</w:t>
      </w:r>
    </w:p>
    <w:p>
      <w:r>
        <w:t>3、省级志愿服务项目（全程参与或不少于3天且不计入累计志愿时长）加2分；</w:t>
      </w:r>
    </w:p>
    <w:p>
      <w:r>
        <w:t>4、国家级志愿服务项目（全程参与或不少于3天且不计入累计志愿时长）加4分。</w:t>
      </w:r>
    </w:p>
    <w:p>
      <w:r>
        <w:t>类别 内容 得分 备注</w:t>
      </w:r>
    </w:p>
    <w:p>
      <w:r>
        <w:t>学生工作</w:t>
      </w:r>
    </w:p>
    <w:p>
      <w:r>
        <w:t>志愿服务</w:t>
      </w:r>
    </w:p>
    <w:p>
      <w:r>
        <w:t>校级学生组织主要负责人或校团委学生兼职副书记 10</w:t>
      </w:r>
    </w:p>
    <w:p>
      <w:r>
        <w:t>三年累计志愿</w:t>
      </w:r>
    </w:p>
    <w:p>
      <w:r>
        <w:t>服务时长中校</w:t>
      </w:r>
    </w:p>
    <w:p>
      <w:r>
        <w:t>内志愿服务时</w:t>
      </w:r>
    </w:p>
    <w:p>
      <w:r>
        <w:t>长 至 少 达 到</w:t>
      </w:r>
    </w:p>
    <w:p>
      <w:r>
        <w:t>1/2</w:t>
      </w:r>
    </w:p>
    <w:p>
      <w:r>
        <w:t>校级学生组织部门负责人、院级学生组织主要负责人</w:t>
      </w:r>
    </w:p>
    <w:p>
      <w:r>
        <w:t>或院团委学生兼职副书记 8</w:t>
      </w:r>
    </w:p>
    <w:p>
      <w:r>
        <w:t>班级班长、团支书 6</w:t>
      </w:r>
    </w:p>
    <w:p>
      <w:r>
        <w:t>院级学生组织部门负责人或班级其他班委 2</w:t>
      </w:r>
    </w:p>
    <w:p>
      <w:r>
        <w:t>志愿服务时长</w:t>
      </w:r>
    </w:p>
    <w:p>
      <w:r>
        <w:t>时长216小时以上 10</w:t>
      </w:r>
    </w:p>
    <w:p>
      <w:r>
        <w:t>时长163-216小时 8</w:t>
      </w:r>
    </w:p>
    <w:p>
      <w:r>
        <w:t>时长108-162小时 5</w:t>
      </w:r>
    </w:p>
    <w:p>
      <w:r>
        <w:t>三、到国际组织实习（10分）：</w:t>
      </w:r>
    </w:p>
    <w:p>
      <w:r>
        <w:t>此部分累计分值最高10分。</w:t>
      </w:r>
    </w:p>
    <w:p>
      <w:r>
        <w:t>实习时长 得分 备注</w:t>
      </w:r>
    </w:p>
    <w:p>
      <w:r>
        <w:t>连续圆满完成三个月及以上 10分</w:t>
      </w:r>
    </w:p>
    <w:p>
      <w:r>
        <w:t>①到国际组织实习必须是线下实习方式；</w:t>
      </w:r>
    </w:p>
    <w:p>
      <w:r>
        <w:t>②原则上需参加经官方平台申请的、有组织的国</w:t>
      </w:r>
    </w:p>
    <w:p>
      <w:r>
        <w:t>际组织实习，个人联系的实习应提前报备；</w:t>
      </w:r>
    </w:p>
    <w:p>
      <w:r>
        <w:t>③多次实习，连续实习时长 7 天以上的时间可累</w:t>
      </w:r>
    </w:p>
    <w:p>
      <w:r>
        <w:t>积计算；</w:t>
      </w:r>
    </w:p>
    <w:p>
      <w:r>
        <w:t>④国际组织可参照教育部、人社部、国家留学网</w:t>
      </w:r>
    </w:p>
    <w:p>
      <w:r>
        <w:t>等 官 方 网 站 （ 查 询 网 址 ：</w:t>
      </w:r>
    </w:p>
    <w:p>
      <w:r>
        <w:t>https://gj.ncss.cn/gjzzjs.html“国际组织介</w:t>
      </w:r>
    </w:p>
    <w:p>
      <w:r>
        <w:t>绍板块”、www.mohrss.gov.cn“国际组织人才信</w:t>
      </w:r>
    </w:p>
    <w:p>
      <w:r>
        <w:t>息服务网”版块；</w:t>
      </w:r>
    </w:p>
    <w:p>
      <w:r>
        <w:t>⑤实习者需提供实习单位出具的相关证明材料，</w:t>
      </w:r>
    </w:p>
    <w:p>
      <w:r>
        <w:t>并标注：国际组织名称、实习岗位、实习起止日</w:t>
      </w:r>
    </w:p>
    <w:p>
      <w:r>
        <w:t>期等信息。</w:t>
      </w:r>
    </w:p>
    <w:p>
      <w:r>
        <w:t>14天至3个月以下 7分</w:t>
      </w:r>
    </w:p>
    <w:p>
      <w:r>
        <w:t>7天至14天 3分</w:t>
      </w:r>
    </w:p>
    <w:p>
      <w:r>
        <w:t>7天以下 不计分</w:t>
      </w:r>
    </w:p>
    <w:p>
      <w:r>
        <w:t>9</w:t>
      </w:r>
    </w:p>
    <w:p>
      <w:r>
        <w:t>四、科研成果（30分）</w:t>
      </w:r>
    </w:p>
    <w:p>
      <w:r>
        <w:t>1、此部分累计分值最高30分；</w:t>
      </w:r>
    </w:p>
    <w:p>
      <w:r>
        <w:t>2、科研成果须是以苏州大学及相应的英文名称为第一署名单位的科研成果，包括科研项目、学术论文、</w:t>
      </w:r>
    </w:p>
    <w:p>
      <w:r>
        <w:t>出版专著、出版唱片、参加重大演出等内容；</w:t>
      </w:r>
    </w:p>
    <w:p>
      <w:r>
        <w:t>3、学生与直系亲属合作的科研成果仅作为参考，不纳入学生本科科研成果进行赋分。</w:t>
      </w:r>
    </w:p>
    <w:p>
      <w:r>
        <w:t>类别 内容 级别</w:t>
      </w:r>
    </w:p>
    <w:p>
      <w:r>
        <w:t>得分</w:t>
      </w:r>
    </w:p>
    <w:p>
      <w:r>
        <w:t>备注</w:t>
      </w:r>
    </w:p>
    <w:p>
      <w:r>
        <w:t>主持 参与</w:t>
      </w:r>
    </w:p>
    <w:p>
      <w:r>
        <w:t>科研</w:t>
      </w:r>
    </w:p>
    <w:p>
      <w:r>
        <w:t>项目</w:t>
      </w:r>
    </w:p>
    <w:p>
      <w:r>
        <w:t>大学生创新创业训</w:t>
      </w:r>
    </w:p>
    <w:p>
      <w:r>
        <w:t>练计划项目</w:t>
      </w:r>
    </w:p>
    <w:p>
      <w:r>
        <w:t>国家级 10 5 ①各类科研项目主持人需提供立</w:t>
      </w:r>
    </w:p>
    <w:p>
      <w:r>
        <w:t>项、中期检查或结题合格的证书或</w:t>
      </w:r>
    </w:p>
    <w:p>
      <w:r>
        <w:t>发文，立项计对应加分项的1/3，</w:t>
      </w:r>
    </w:p>
    <w:p>
      <w:r>
        <w:t>中期检查合格计对应加分项的</w:t>
      </w:r>
    </w:p>
    <w:p>
      <w:r>
        <w:t>1/2，中期检查优秀或结题计对应</w:t>
      </w:r>
    </w:p>
    <w:p>
      <w:r>
        <w:t>加分项满分；</w:t>
      </w:r>
    </w:p>
    <w:p>
      <w:r>
        <w:t>②各类科研项目参与人（只算前5</w:t>
      </w:r>
    </w:p>
    <w:p>
      <w:r>
        <w:t>人）须有学术论文或其他相应的科</w:t>
      </w:r>
    </w:p>
    <w:p>
      <w:r>
        <w:t>研成果证明（需主持人签字），方</w:t>
      </w:r>
    </w:p>
    <w:p>
      <w:r>
        <w:t>可按照对应加分项加分；</w:t>
      </w:r>
    </w:p>
    <w:p>
      <w:r>
        <w:t>③学术论文须是独立或作为第一</w:t>
      </w:r>
    </w:p>
    <w:p>
      <w:r>
        <w:t>作者完成的3000字以上的本专业</w:t>
      </w:r>
    </w:p>
    <w:p>
      <w:r>
        <w:t>论文，且可在知网、维普、万方论</w:t>
      </w:r>
    </w:p>
    <w:p>
      <w:r>
        <w:t>文数据库中查证。核心期刊的界定</w:t>
      </w:r>
    </w:p>
    <w:p>
      <w:r>
        <w:t>以苏州大学人文社会科学处的最</w:t>
      </w:r>
    </w:p>
    <w:p>
      <w:r>
        <w:t>新版相关文件为依据。省级以上刊</w:t>
      </w:r>
    </w:p>
    <w:p>
      <w:r>
        <w:t>物指省级以上有关部门主办的公</w:t>
      </w:r>
    </w:p>
    <w:p>
      <w:r>
        <w:t>开出版的学术刊物和高等学校主</w:t>
      </w:r>
    </w:p>
    <w:p>
      <w:r>
        <w:t>办的公开出版的学报（须有ISSN</w:t>
      </w:r>
    </w:p>
    <w:p>
      <w:r>
        <w:t>或CN刊号）。非核心期刊累计分</w:t>
      </w:r>
    </w:p>
    <w:p>
      <w:r>
        <w:t>值不超过6分；</w:t>
      </w:r>
    </w:p>
    <w:p>
      <w:r>
        <w:t>④专著指有“ISBN”书号的正式出</w:t>
      </w:r>
    </w:p>
    <w:p>
      <w:r>
        <w:t>版物，并由出版社公开出版发行，</w:t>
      </w:r>
    </w:p>
    <w:p>
      <w:r>
        <w:t>且每人仅限1部；</w:t>
      </w:r>
    </w:p>
    <w:p>
      <w:r>
        <w:t>⑤唱片应有出版版号，并由唱片公</w:t>
      </w:r>
    </w:p>
    <w:p>
      <w:r>
        <w:t>司公开出版发行，且每人仅限1张；</w:t>
      </w:r>
    </w:p>
    <w:p>
      <w:r>
        <w:t>⑥国家、省级、市级艺术基金指导</w:t>
      </w:r>
    </w:p>
    <w:p>
      <w:r>
        <w:t>下的演出，高雅艺术进校园，受国</w:t>
      </w:r>
    </w:p>
    <w:p>
      <w:r>
        <w:t>内外交响乐团出具邀请函的演出</w:t>
      </w:r>
    </w:p>
    <w:p>
      <w:r>
        <w:t>等。同一演出项目，多次参演得分</w:t>
      </w:r>
    </w:p>
    <w:p>
      <w:r>
        <w:t>不累计，只按最高级别计。若为集</w:t>
      </w:r>
    </w:p>
    <w:p>
      <w:r>
        <w:t>体项目，计对应加分项的1/2，参</w:t>
      </w:r>
    </w:p>
    <w:p>
      <w:r>
        <w:t>加重大演出累计分值不超过6分。</w:t>
      </w:r>
    </w:p>
    <w:p>
      <w:r>
        <w:t>省级 7 3.5</w:t>
      </w:r>
    </w:p>
    <w:p>
      <w:r>
        <w:t>校级 4 2</w:t>
      </w:r>
    </w:p>
    <w:p>
      <w:r>
        <w:t>“莙政基金”项目 7 -</w:t>
      </w:r>
    </w:p>
    <w:p>
      <w:r>
        <w:t>大学生课外</w:t>
      </w:r>
    </w:p>
    <w:p>
      <w:r>
        <w:t>学术科研基</w:t>
      </w:r>
    </w:p>
    <w:p>
      <w:r>
        <w:t>金项目</w:t>
      </w:r>
    </w:p>
    <w:p>
      <w:r>
        <w:t>校</w:t>
      </w:r>
    </w:p>
    <w:p>
      <w:r>
        <w:t>级</w:t>
      </w:r>
    </w:p>
    <w:p>
      <w:r>
        <w:t>重大 7 3.5</w:t>
      </w:r>
    </w:p>
    <w:p>
      <w:r>
        <w:t>重点 4 2</w:t>
      </w:r>
    </w:p>
    <w:p>
      <w:r>
        <w:t>一般 2 1</w:t>
      </w:r>
    </w:p>
    <w:p>
      <w:r>
        <w:t>参与教师科研项目</w:t>
      </w:r>
    </w:p>
    <w:p>
      <w:r>
        <w:t>国家级 - 5</w:t>
      </w:r>
    </w:p>
    <w:p>
      <w:r>
        <w:t>省级 - 3.5</w:t>
      </w:r>
    </w:p>
    <w:p>
      <w:r>
        <w:t>市厅级 - 2</w:t>
      </w:r>
    </w:p>
    <w:p>
      <w:r>
        <w:t>学术</w:t>
      </w:r>
    </w:p>
    <w:p>
      <w:r>
        <w:t>论文 期刊论文</w:t>
      </w:r>
    </w:p>
    <w:p>
      <w:r>
        <w:t>核心期刊 10 0</w:t>
      </w:r>
    </w:p>
    <w:p>
      <w:r>
        <w:t>省级以上刊物 2 0</w:t>
      </w:r>
    </w:p>
    <w:p>
      <w:r>
        <w:t>出版</w:t>
      </w:r>
    </w:p>
    <w:p>
      <w:r>
        <w:t>专著 学术专著</w:t>
      </w:r>
    </w:p>
    <w:p>
      <w:r>
        <w:t>10万字及以上 10</w:t>
      </w:r>
    </w:p>
    <w:p>
      <w:r>
        <w:t>3万至10万字 2</w:t>
      </w:r>
    </w:p>
    <w:p>
      <w:r>
        <w:t>出版</w:t>
      </w:r>
    </w:p>
    <w:p>
      <w:r>
        <w:t>唱片 音乐唱片 30分钟及以上 10 2</w:t>
      </w:r>
    </w:p>
    <w:p>
      <w:r>
        <w:t>参加</w:t>
      </w:r>
    </w:p>
    <w:p>
      <w:r>
        <w:t>重大</w:t>
      </w:r>
    </w:p>
    <w:p>
      <w:r>
        <w:t>演出</w:t>
      </w:r>
    </w:p>
    <w:p>
      <w:r>
        <w:t>各类演出</w:t>
      </w:r>
    </w:p>
    <w:p>
      <w:r>
        <w:t>国家级 6</w:t>
      </w:r>
    </w:p>
    <w:p>
      <w:r>
        <w:t>省级 4</w:t>
      </w:r>
    </w:p>
    <w:p>
      <w:r>
        <w:t>市级 2</w:t>
      </w:r>
    </w:p>
    <w:p>
      <w:r>
        <w:t>10</w:t>
      </w:r>
    </w:p>
    <w:p>
      <w:r>
        <w:t>五、竞赛获奖（30分）：</w:t>
      </w:r>
    </w:p>
    <w:p>
      <w:r>
        <w:t>此部分累计分值最高30分。</w:t>
      </w:r>
    </w:p>
    <w:p>
      <w:r>
        <w:t>类别 级别 等次 得分 备注</w:t>
      </w:r>
    </w:p>
    <w:p>
      <w:r>
        <w:t>学科竞赛、</w:t>
      </w:r>
    </w:p>
    <w:p>
      <w:r>
        <w:t>艺术比赛</w:t>
      </w:r>
    </w:p>
    <w:p>
      <w:r>
        <w:t>(学校认定)</w:t>
      </w:r>
    </w:p>
    <w:p>
      <w:r>
        <w:t>国家级</w:t>
      </w:r>
    </w:p>
    <w:p>
      <w:r>
        <w:t>一等奖/金奖 20 ①同一竞赛、比赛项目，多次获奖得分不累计，</w:t>
      </w:r>
    </w:p>
    <w:p>
      <w:r>
        <w:t>只按最高级别计；</w:t>
      </w:r>
    </w:p>
    <w:p>
      <w:r>
        <w:t>②根据竞赛、比赛项目级别及获奖名次进行加</w:t>
      </w:r>
    </w:p>
    <w:p>
      <w:r>
        <w:t>分；如竞赛、比赛设有特等奖，则视为一等奖，</w:t>
      </w:r>
    </w:p>
    <w:p>
      <w:r>
        <w:t>以此类推；若为集体项目，计对应加分项的1/2；</w:t>
      </w:r>
    </w:p>
    <w:p>
      <w:r>
        <w:t>③国家级学科竞赛、艺术比赛（学校认定）是指</w:t>
      </w:r>
    </w:p>
    <w:p>
      <w:r>
        <w:t>由中宣部、文化部、教育部、广电总局、教指委</w:t>
      </w:r>
    </w:p>
    <w:p>
      <w:r>
        <w:t>等单位主办的全国性各类学科竞赛或艺术比赛；</w:t>
      </w:r>
    </w:p>
    <w:p>
      <w:r>
        <w:t>或由中国文联系统，包括音乐家协会、舞蹈家协</w:t>
      </w:r>
    </w:p>
    <w:p>
      <w:r>
        <w:t>会、戏剧家协会等，以及各艺术委员会或全国一</w:t>
      </w:r>
    </w:p>
    <w:p>
      <w:r>
        <w:t>级学会（协会）等机构举办的全国性各类学科竞</w:t>
      </w:r>
    </w:p>
    <w:p>
      <w:r>
        <w:t>赛或艺术比赛，并且大赛的实际组织活动范围涉</w:t>
      </w:r>
    </w:p>
    <w:p>
      <w:r>
        <w:t>及全国或部分省、区的国家级比赛；</w:t>
      </w:r>
    </w:p>
    <w:p>
      <w:r>
        <w:t>④省级学科竞赛、艺术比赛（学校认定）是指由</w:t>
      </w:r>
    </w:p>
    <w:p>
      <w:r>
        <w:t>教育部内设司局、国家二级学会、省一级学会组</w:t>
      </w:r>
    </w:p>
    <w:p>
      <w:r>
        <w:t>织的学科竞赛；或由各省（直辖市）委宣传部、</w:t>
      </w:r>
    </w:p>
    <w:p>
      <w:r>
        <w:t>文化厅、教育厅、广电局等部门举办的全省性的</w:t>
      </w:r>
    </w:p>
    <w:p>
      <w:r>
        <w:t>各类艺术专业大赛；或由各省（直辖市）文联系</w:t>
      </w:r>
    </w:p>
    <w:p>
      <w:r>
        <w:t>统，包括音乐家协会、舞蹈家协会、戏剧家协会</w:t>
      </w:r>
    </w:p>
    <w:p>
      <w:r>
        <w:t>等及各艺术委员会或全国一级学会（协会）等机</w:t>
      </w:r>
    </w:p>
    <w:p>
      <w:r>
        <w:t>构举办的综合类或门类专业性省级比赛；</w:t>
      </w:r>
    </w:p>
    <w:p>
      <w:r>
        <w:t>⑤校级学科竞赛（学校认定）是指由学校教务处、</w:t>
      </w:r>
    </w:p>
    <w:p>
      <w:r>
        <w:t>校团委、学生工作部（处）及相关校级机关部门</w:t>
      </w:r>
    </w:p>
    <w:p>
      <w:r>
        <w:t>组织的学科竞赛；</w:t>
      </w:r>
    </w:p>
    <w:p>
      <w:r>
        <w:t>⑥学科竞赛、艺术比赛（学校认定）包括: “挑</w:t>
      </w:r>
    </w:p>
    <w:p>
      <w:r>
        <w:t>战杯”中国大学生创业计划竞赛、“挑战杯”全</w:t>
      </w:r>
    </w:p>
    <w:p>
      <w:r>
        <w:t>国大学生课外学术科技作品竞赛、中国“互联网</w:t>
      </w:r>
    </w:p>
    <w:p>
      <w:r>
        <w:t>+”大学生创新创业大赛、“创青春”全国大学</w:t>
      </w:r>
    </w:p>
    <w:p>
      <w:r>
        <w:t>生创业大赛、全国大学生艺术展演活动、江苏省</w:t>
      </w:r>
    </w:p>
    <w:p>
      <w:r>
        <w:t>大学生艺术展演活动、长江钢琴全国钢琴大赛、</w:t>
      </w:r>
    </w:p>
    <w:p>
      <w:r>
        <w:t>中宣部“五个一”工程奖、文华奖、江苏省文艺</w:t>
      </w:r>
    </w:p>
    <w:p>
      <w:r>
        <w:t>大奖、金钟奖、江苏省师范生教学基本功大赛、</w:t>
      </w:r>
    </w:p>
    <w:p>
      <w:r>
        <w:t>苏州大学师范生教学基本功大赛暨“明日之师”</w:t>
      </w:r>
    </w:p>
    <w:p>
      <w:r>
        <w:t>系列活动等；</w:t>
      </w:r>
    </w:p>
    <w:p>
      <w:r>
        <w:t>⑦国际艺术比赛（文化部）具体名单见附件4；</w:t>
      </w:r>
    </w:p>
    <w:p>
      <w:r>
        <w:t>⑧其他专业艺术赛事（学院认定）指社会及行业</w:t>
      </w:r>
    </w:p>
    <w:p>
      <w:r>
        <w:t>协会组织的专业比赛等，由专家审核小组讨论决</w:t>
      </w:r>
    </w:p>
    <w:p>
      <w:r>
        <w:t>定，如：白玉兰国际音乐节、中国青少年音乐比</w:t>
      </w:r>
    </w:p>
    <w:p>
      <w:r>
        <w:t>赛蜂鸟音乐奖、上海青少年国际钢琴比赛、中国</w:t>
      </w:r>
    </w:p>
    <w:p>
      <w:r>
        <w:t>管弦网全国总决赛职业组、孔雀奖全国高等艺术</w:t>
      </w:r>
    </w:p>
    <w:p>
      <w:r>
        <w:t>院校声乐大赛决赛视为省级，非决赛视为市级；</w:t>
      </w:r>
    </w:p>
    <w:p>
      <w:r>
        <w:t>其他赛事决赛视为市级。国民音乐教育大会“万</w:t>
      </w:r>
    </w:p>
    <w:p>
      <w:r>
        <w:t>叶杯”论文/教案视为省级；非竞赛类获奖均不</w:t>
      </w:r>
    </w:p>
    <w:p>
      <w:r>
        <w:t>二等奖/银奖 16</w:t>
      </w:r>
    </w:p>
    <w:p>
      <w:r>
        <w:t>三等奖/铜奖 12</w:t>
      </w:r>
    </w:p>
    <w:p>
      <w:r>
        <w:t>优胜奖 8</w:t>
      </w:r>
    </w:p>
    <w:p>
      <w:r>
        <w:t>省级</w:t>
      </w:r>
    </w:p>
    <w:p>
      <w:r>
        <w:t>一等奖/金奖 16</w:t>
      </w:r>
    </w:p>
    <w:p>
      <w:r>
        <w:t>二等奖/银奖 12</w:t>
      </w:r>
    </w:p>
    <w:p>
      <w:r>
        <w:t>三等奖/铜奖 8</w:t>
      </w:r>
    </w:p>
    <w:p>
      <w:r>
        <w:t>优胜奖 4</w:t>
      </w:r>
    </w:p>
    <w:p>
      <w:r>
        <w:t>校级</w:t>
      </w:r>
    </w:p>
    <w:p>
      <w:r>
        <w:t>一等奖 4</w:t>
      </w:r>
    </w:p>
    <w:p>
      <w:r>
        <w:t>二等奖 3</w:t>
      </w:r>
    </w:p>
    <w:p>
      <w:r>
        <w:t>三等奖 2</w:t>
      </w:r>
    </w:p>
    <w:p>
      <w:r>
        <w:t>优胜奖 1</w:t>
      </w:r>
    </w:p>
    <w:p>
      <w:r>
        <w:t>国际艺术比</w:t>
      </w:r>
    </w:p>
    <w:p>
      <w:r>
        <w:t>赛（文化部） 国家级 入围决赛 30</w:t>
      </w:r>
    </w:p>
    <w:p>
      <w:r>
        <w:t>其他专业</w:t>
      </w:r>
    </w:p>
    <w:p>
      <w:r>
        <w:t>艺术赛事</w:t>
      </w:r>
    </w:p>
    <w:p>
      <w:r>
        <w:t>(学院认定)</w:t>
      </w:r>
    </w:p>
    <w:p>
      <w:r>
        <w:t>国家级</w:t>
      </w:r>
    </w:p>
    <w:p>
      <w:r>
        <w:t>一等奖 5</w:t>
      </w:r>
    </w:p>
    <w:p>
      <w:r>
        <w:t>二等奖 4</w:t>
      </w:r>
    </w:p>
    <w:p>
      <w:r>
        <w:t>三等奖 3</w:t>
      </w:r>
    </w:p>
    <w:p>
      <w:r>
        <w:t>优胜奖 2</w:t>
      </w:r>
    </w:p>
    <w:p>
      <w:r>
        <w:t>省级</w:t>
      </w:r>
    </w:p>
    <w:p>
      <w:r>
        <w:t>一等奖/金奖 4</w:t>
      </w:r>
    </w:p>
    <w:p>
      <w:r>
        <w:t>二等奖/银奖 3</w:t>
      </w:r>
    </w:p>
    <w:p>
      <w:r>
        <w:t>三等奖/铜奖 2</w:t>
      </w:r>
    </w:p>
    <w:p>
      <w:r>
        <w:t>优胜奖 1</w:t>
      </w:r>
    </w:p>
    <w:p>
      <w:r>
        <w:t>市级</w:t>
      </w:r>
    </w:p>
    <w:p>
      <w:r>
        <w:t>一等奖 3</w:t>
      </w:r>
    </w:p>
    <w:p>
      <w:r>
        <w:t>二等奖 2</w:t>
      </w:r>
    </w:p>
    <w:p>
      <w:r>
        <w:t>三等奖 1</w:t>
      </w:r>
    </w:p>
    <w:p>
      <w:r>
        <w:t>11</w:t>
      </w:r>
    </w:p>
    <w:p>
      <w:r>
        <w:t>计算，累计分值不超过10分；</w:t>
      </w:r>
    </w:p>
    <w:p>
      <w:r>
        <w:t>⑨获奖者需提供相关奖状或证明，级别以证书盖</w:t>
      </w:r>
    </w:p>
    <w:p>
      <w:r>
        <w:t>章为准。</w:t>
      </w:r>
    </w:p>
    <w:p>
      <w:r>
        <w:t>12</w:t>
      </w:r>
    </w:p>
    <w:p>
      <w:r>
        <w:t>附件 4</w:t>
      </w:r>
    </w:p>
    <w:p/>
    <w:p>
      <w:r>
        <w:t>13</w:t>
      </w:r>
    </w:p>
    <w:p/>
    <w:p>
      <w:r>
        <w:t>14</w:t>
      </w:r>
    </w:p>
    <w:p/>
    <w:p>
      <w:r>
        <w:t>15</w:t>
      </w:r>
    </w:p>
    <w:p/>
    <w:p>
      <w:r>
        <w:t>16</w:t>
      </w:r>
    </w:p>
    <w:p/>
    <w:p>
      <w:r>
        <w:t>17</w:t>
      </w:r>
    </w:p>
    <w:p>
      <w:r>
        <w:t>附件 5</w:t>
      </w:r>
    </w:p>
    <w:p>
      <w:r>
        <w:t>苏州大学音乐学院推免工作小组</w:t>
      </w:r>
    </w:p>
    <w:p>
      <w:r>
        <w:t>组长：胡晓玲、唐荣</w:t>
      </w:r>
    </w:p>
    <w:p>
      <w:r>
        <w:t>成员：顾明高、杨燕、冒小瑛、张红霞、王晓平、胡清文、于存洋、张晶、吴海</w:t>
      </w:r>
    </w:p>
    <w:p>
      <w:r>
        <w:t>娣</w:t>
      </w:r>
    </w:p>
    <w:p>
      <w:r>
        <w:t>苏州大学音乐学院材料审核专家小组</w:t>
      </w:r>
    </w:p>
    <w:p>
      <w:r>
        <w:t>组长：唐荣</w:t>
      </w:r>
    </w:p>
    <w:p>
      <w:r>
        <w:t>成员：冒小瑛、胡清文、张红霞、王晓平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