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苏</w:t>
      </w:r>
    </w:p>
    <w:p>
      <w:r>
        <w:t>州</w:t>
      </w:r>
    </w:p>
    <w:p>
      <w:r>
        <w:t>大</w:t>
      </w:r>
    </w:p>
    <w:p>
      <w:r>
        <w:t>学</w:t>
      </w:r>
    </w:p>
    <w:p>
      <w:r>
        <w:t>音</w:t>
      </w:r>
    </w:p>
    <w:p>
      <w:r>
        <w:t>乐</w:t>
      </w:r>
    </w:p>
    <w:p>
      <w:r>
        <w:t>学</w:t>
      </w:r>
    </w:p>
    <w:p>
      <w:r>
        <w:t>院</w:t>
      </w:r>
    </w:p>
    <w:p>
      <w:r>
        <w:t>推</w:t>
      </w:r>
    </w:p>
    <w:p>
      <w:r>
        <w:t>荐</w:t>
      </w:r>
    </w:p>
    <w:p>
      <w:r>
        <w:t>优</w:t>
      </w:r>
    </w:p>
    <w:p>
      <w:r>
        <w:t>秀</w:t>
      </w:r>
    </w:p>
    <w:p>
      <w:r>
        <w:t>应</w:t>
      </w:r>
    </w:p>
    <w:p>
      <w:r>
        <w:t>届</w:t>
      </w:r>
    </w:p>
    <w:p>
      <w:r>
        <w:t>本</w:t>
      </w:r>
    </w:p>
    <w:p>
      <w:r>
        <w:t>科</w:t>
      </w:r>
    </w:p>
    <w:p>
      <w:r>
        <w:t>毕</w:t>
      </w:r>
    </w:p>
    <w:p>
      <w:r>
        <w:t>业</w:t>
      </w:r>
    </w:p>
    <w:p>
      <w:r>
        <w:t>生</w:t>
      </w:r>
    </w:p>
    <w:p>
      <w:r>
        <w:t>2</w:t>
      </w:r>
    </w:p>
    <w:p>
      <w:r>
        <w:t>0</w:t>
      </w:r>
    </w:p>
    <w:p>
      <w:r>
        <w:t>2</w:t>
      </w:r>
    </w:p>
    <w:p>
      <w:r>
        <w:t>4</w:t>
      </w:r>
    </w:p>
    <w:p>
      <w:r>
        <w:t>年</w:t>
      </w:r>
    </w:p>
    <w:p>
      <w:r>
        <w:t>免</w:t>
      </w:r>
    </w:p>
    <w:p>
      <w:r>
        <w:t>试</w:t>
      </w:r>
    </w:p>
    <w:p>
      <w:r>
        <w:t>攻</w:t>
      </w:r>
    </w:p>
    <w:p>
      <w:r>
        <w:t>读</w:t>
      </w:r>
    </w:p>
    <w:p>
      <w:r>
        <w:t>研</w:t>
      </w:r>
    </w:p>
    <w:p>
      <w:r>
        <w:t>究</w:t>
      </w:r>
    </w:p>
    <w:p>
      <w:r>
        <w:t>生</w:t>
      </w:r>
    </w:p>
    <w:p>
      <w:r>
        <w:t>实</w:t>
      </w:r>
    </w:p>
    <w:p>
      <w:r>
        <w:t>施</w:t>
      </w:r>
    </w:p>
    <w:p>
      <w:r>
        <w:t>细</w:t>
      </w:r>
    </w:p>
    <w:p>
      <w:r>
        <w:t>则</w:t>
      </w:r>
    </w:p>
    <w:p>
      <w:r>
        <w:t>推</w:t>
      </w:r>
    </w:p>
    <w:p>
      <w:r>
        <w:t>荐</w:t>
      </w:r>
    </w:p>
    <w:p>
      <w:r>
        <w:t>优</w:t>
      </w:r>
    </w:p>
    <w:p>
      <w:r>
        <w:t>秀</w:t>
      </w:r>
    </w:p>
    <w:p>
      <w:r>
        <w:t>应</w:t>
      </w:r>
    </w:p>
    <w:p>
      <w:r>
        <w:t>届</w:t>
      </w:r>
    </w:p>
    <w:p>
      <w:r>
        <w:t>本</w:t>
      </w:r>
    </w:p>
    <w:p>
      <w:r>
        <w:t>科</w:t>
      </w:r>
    </w:p>
    <w:p>
      <w:r>
        <w:t>毕</w:t>
      </w:r>
    </w:p>
    <w:p>
      <w:r>
        <w:t>业</w:t>
      </w:r>
    </w:p>
    <w:p>
      <w:r>
        <w:t>生</w:t>
      </w:r>
    </w:p>
    <w:p>
      <w:r>
        <w:t>免</w:t>
      </w:r>
    </w:p>
    <w:p>
      <w:r>
        <w:t>试</w:t>
      </w:r>
    </w:p>
    <w:p>
      <w:r>
        <w:t>攻</w:t>
      </w:r>
    </w:p>
    <w:p>
      <w:r>
        <w:t>读</w:t>
      </w:r>
    </w:p>
    <w:p>
      <w:r>
        <w:t>研</w:t>
      </w:r>
    </w:p>
    <w:p>
      <w:r>
        <w:t>究</w:t>
      </w:r>
    </w:p>
    <w:p>
      <w:r>
        <w:t>生</w:t>
      </w:r>
    </w:p>
    <w:p>
      <w:r>
        <w:t>（</w:t>
      </w:r>
    </w:p>
    <w:p>
      <w:r>
        <w:t>以</w:t>
      </w:r>
    </w:p>
    <w:p>
      <w:r>
        <w:t>下</w:t>
      </w:r>
    </w:p>
    <w:p>
      <w:r>
        <w:t>简</w:t>
      </w:r>
    </w:p>
    <w:p>
      <w:r>
        <w:t>称</w:t>
      </w:r>
    </w:p>
    <w:p>
      <w:r>
        <w:t>“</w:t>
      </w:r>
    </w:p>
    <w:p>
      <w:r>
        <w:t>推</w:t>
      </w:r>
    </w:p>
    <w:p>
      <w:r>
        <w:t>免</w:t>
      </w:r>
    </w:p>
    <w:p>
      <w:r>
        <w:t>”</w:t>
      </w:r>
    </w:p>
    <w:p>
      <w:r>
        <w:t>）</w:t>
      </w:r>
    </w:p>
    <w:p>
      <w:r>
        <w:t>是</w:t>
      </w:r>
    </w:p>
    <w:p>
      <w:r>
        <w:t>研</w:t>
      </w:r>
    </w:p>
    <w:p>
      <w:r>
        <w:t>究</w:t>
      </w:r>
    </w:p>
    <w:p>
      <w:r>
        <w:t>生</w:t>
      </w:r>
    </w:p>
    <w:p>
      <w:r>
        <w:t>多</w:t>
      </w:r>
    </w:p>
    <w:p>
      <w:r>
        <w:t>元</w:t>
      </w:r>
    </w:p>
    <w:p>
      <w:r>
        <w:t>招</w:t>
      </w:r>
    </w:p>
    <w:p>
      <w:r>
        <w:t>生</w:t>
      </w:r>
    </w:p>
    <w:p>
      <w:r>
        <w:t>体</w:t>
      </w:r>
    </w:p>
    <w:p>
      <w:r>
        <w:t>系</w:t>
      </w:r>
    </w:p>
    <w:p>
      <w:r>
        <w:t>的</w:t>
      </w:r>
    </w:p>
    <w:p>
      <w:r>
        <w:t>重</w:t>
      </w:r>
    </w:p>
    <w:p>
      <w:r>
        <w:t>要</w:t>
      </w:r>
    </w:p>
    <w:p>
      <w:r>
        <w:t>组</w:t>
      </w:r>
    </w:p>
    <w:p>
      <w:r>
        <w:t>成</w:t>
      </w:r>
    </w:p>
    <w:p>
      <w:r>
        <w:t>部</w:t>
      </w:r>
    </w:p>
    <w:p>
      <w:r>
        <w:t>分</w:t>
      </w:r>
    </w:p>
    <w:p>
      <w:r>
        <w:t>，</w:t>
      </w:r>
    </w:p>
    <w:p>
      <w:r>
        <w:t>是</w:t>
      </w:r>
    </w:p>
    <w:p>
      <w:r>
        <w:t>加</w:t>
      </w:r>
    </w:p>
    <w:p>
      <w:r>
        <w:t>强</w:t>
      </w:r>
    </w:p>
    <w:p>
      <w:r>
        <w:t>拔</w:t>
      </w:r>
    </w:p>
    <w:p>
      <w:r>
        <w:t>尖</w:t>
      </w:r>
    </w:p>
    <w:p>
      <w:r>
        <w:t>创</w:t>
      </w:r>
    </w:p>
    <w:p>
      <w:r>
        <w:t>新</w:t>
      </w:r>
    </w:p>
    <w:p>
      <w:r>
        <w:t>人</w:t>
      </w:r>
    </w:p>
    <w:p>
      <w:r>
        <w:t>才</w:t>
      </w:r>
    </w:p>
    <w:p>
      <w:r>
        <w:t>选</w:t>
      </w:r>
    </w:p>
    <w:p>
      <w:r>
        <w:t>拔</w:t>
      </w:r>
    </w:p>
    <w:p>
      <w:r>
        <w:t>，</w:t>
      </w:r>
    </w:p>
    <w:p>
      <w:r>
        <w:t>提</w:t>
      </w:r>
    </w:p>
    <w:p>
      <w:r>
        <w:t>高</w:t>
      </w:r>
    </w:p>
    <w:p>
      <w:r>
        <w:t>研</w:t>
      </w:r>
    </w:p>
    <w:p>
      <w:r>
        <w:t>究</w:t>
      </w:r>
    </w:p>
    <w:p>
      <w:r>
        <w:t>生</w:t>
      </w:r>
    </w:p>
    <w:p>
      <w:r>
        <w:t>招</w:t>
      </w:r>
    </w:p>
    <w:p>
      <w:r>
        <w:t>生</w:t>
      </w:r>
    </w:p>
    <w:p>
      <w:r>
        <w:t>质</w:t>
      </w:r>
    </w:p>
    <w:p>
      <w:r>
        <w:t>量</w:t>
      </w:r>
    </w:p>
    <w:p>
      <w:r>
        <w:t>的</w:t>
      </w:r>
    </w:p>
    <w:p>
      <w:r>
        <w:t>重</w:t>
      </w:r>
    </w:p>
    <w:p>
      <w:r>
        <w:t>要</w:t>
      </w:r>
    </w:p>
    <w:p>
      <w:r>
        <w:t>举</w:t>
      </w:r>
    </w:p>
    <w:p>
      <w:r>
        <w:t>措</w:t>
      </w:r>
    </w:p>
    <w:p>
      <w:r>
        <w:t>。</w:t>
      </w:r>
    </w:p>
    <w:p>
      <w:r>
        <w:t>为</w:t>
      </w:r>
    </w:p>
    <w:p>
      <w:r>
        <w:t>进</w:t>
      </w:r>
    </w:p>
    <w:p>
      <w:r>
        <w:t>一</w:t>
      </w:r>
    </w:p>
    <w:p>
      <w:r>
        <w:t>步</w:t>
      </w:r>
    </w:p>
    <w:p>
      <w:r>
        <w:t>加</w:t>
      </w:r>
    </w:p>
    <w:p>
      <w:r>
        <w:t>强</w:t>
      </w:r>
    </w:p>
    <w:p>
      <w:r>
        <w:t>和</w:t>
      </w:r>
    </w:p>
    <w:p>
      <w:r>
        <w:t>规</w:t>
      </w:r>
    </w:p>
    <w:p>
      <w:r>
        <w:t>范</w:t>
      </w:r>
    </w:p>
    <w:p>
      <w:r>
        <w:t>我</w:t>
      </w:r>
    </w:p>
    <w:p>
      <w:r>
        <w:t>院</w:t>
      </w:r>
    </w:p>
    <w:p>
      <w:r>
        <w:t>推</w:t>
      </w:r>
    </w:p>
    <w:p>
      <w:r>
        <w:t>免</w:t>
      </w:r>
    </w:p>
    <w:p>
      <w:r>
        <w:t>工</w:t>
      </w:r>
    </w:p>
    <w:p>
      <w:r>
        <w:t>作</w:t>
      </w:r>
    </w:p>
    <w:p>
      <w:r>
        <w:t>，</w:t>
      </w:r>
    </w:p>
    <w:p>
      <w:r>
        <w:t>根</w:t>
      </w:r>
    </w:p>
    <w:p>
      <w:r>
        <w:t>据</w:t>
      </w:r>
    </w:p>
    <w:p>
      <w:r>
        <w:t>《</w:t>
      </w:r>
    </w:p>
    <w:p>
      <w:r>
        <w:t>苏</w:t>
      </w:r>
    </w:p>
    <w:p>
      <w:r>
        <w:t>州</w:t>
      </w:r>
    </w:p>
    <w:p>
      <w:r>
        <w:t>大</w:t>
      </w:r>
    </w:p>
    <w:p>
      <w:r>
        <w:t>学</w:t>
      </w:r>
    </w:p>
    <w:p>
      <w:r>
        <w:t>推</w:t>
      </w:r>
    </w:p>
    <w:p>
      <w:r>
        <w:t>荐</w:t>
      </w:r>
    </w:p>
    <w:p>
      <w:r>
        <w:t>优</w:t>
      </w:r>
    </w:p>
    <w:p>
      <w:r>
        <w:t>秀</w:t>
      </w:r>
    </w:p>
    <w:p>
      <w:r>
        <w:t>应</w:t>
      </w:r>
    </w:p>
    <w:p>
      <w:r>
        <w:t>届</w:t>
      </w:r>
    </w:p>
    <w:p>
      <w:r>
        <w:t>本</w:t>
      </w:r>
    </w:p>
    <w:p>
      <w:r>
        <w:t>科</w:t>
      </w:r>
    </w:p>
    <w:p>
      <w:r>
        <w:t>毕</w:t>
      </w:r>
    </w:p>
    <w:p>
      <w:r>
        <w:t>业</w:t>
      </w:r>
    </w:p>
    <w:p>
      <w:r>
        <w:t>生</w:t>
      </w:r>
    </w:p>
    <w:p>
      <w:r>
        <w:t>攻</w:t>
      </w:r>
    </w:p>
    <w:p>
      <w:r>
        <w:t>读</w:t>
      </w:r>
    </w:p>
    <w:p>
      <w:r>
        <w:t>研</w:t>
      </w:r>
    </w:p>
    <w:p>
      <w:r>
        <w:t>究</w:t>
      </w:r>
    </w:p>
    <w:p>
      <w:r>
        <w:t>生</w:t>
      </w:r>
    </w:p>
    <w:p>
      <w:r>
        <w:t>工</w:t>
      </w:r>
    </w:p>
    <w:p>
      <w:r>
        <w:t>作</w:t>
      </w:r>
    </w:p>
    <w:p>
      <w:r>
        <w:t>实</w:t>
      </w:r>
    </w:p>
    <w:p>
      <w:r>
        <w:t>施</w:t>
      </w:r>
    </w:p>
    <w:p>
      <w:r>
        <w:t>办</w:t>
      </w:r>
    </w:p>
    <w:p>
      <w:r>
        <w:t>法</w:t>
      </w:r>
    </w:p>
    <w:p>
      <w:r>
        <w:t>（</w:t>
      </w:r>
    </w:p>
    <w:p>
      <w:r>
        <w:t>2</w:t>
      </w:r>
    </w:p>
    <w:p>
      <w:r>
        <w:t>0</w:t>
      </w:r>
    </w:p>
    <w:p>
      <w:r>
        <w:t>2</w:t>
      </w:r>
    </w:p>
    <w:p>
      <w:r>
        <w:t>1</w:t>
      </w:r>
    </w:p>
    <w:p>
      <w:r>
        <w:t>年</w:t>
      </w:r>
    </w:p>
    <w:p>
      <w:r>
        <w:t>修</w:t>
      </w:r>
    </w:p>
    <w:p>
      <w:r>
        <w:t>订</w:t>
      </w:r>
    </w:p>
    <w:p>
      <w:r>
        <w:t>）</w:t>
      </w:r>
    </w:p>
    <w:p>
      <w:r>
        <w:t>》</w:t>
      </w:r>
    </w:p>
    <w:p>
      <w:r>
        <w:t>和</w:t>
      </w:r>
    </w:p>
    <w:p>
      <w:r>
        <w:t>《</w:t>
      </w:r>
    </w:p>
    <w:p>
      <w:r>
        <w:t>苏</w:t>
      </w:r>
    </w:p>
    <w:p>
      <w:r>
        <w:t>州</w:t>
      </w:r>
    </w:p>
    <w:p>
      <w:r>
        <w:t>大</w:t>
      </w:r>
    </w:p>
    <w:p>
      <w:r>
        <w:t>学</w:t>
      </w:r>
    </w:p>
    <w:p>
      <w:r>
        <w:t>2</w:t>
      </w:r>
    </w:p>
    <w:p>
      <w:r>
        <w:t>0</w:t>
      </w:r>
    </w:p>
    <w:p>
      <w:r>
        <w:t>2</w:t>
      </w:r>
    </w:p>
    <w:p>
      <w:r>
        <w:t>4</w:t>
      </w:r>
    </w:p>
    <w:p>
      <w:r>
        <w:t>年</w:t>
      </w:r>
    </w:p>
    <w:p>
      <w:r>
        <w:t>推</w:t>
      </w:r>
    </w:p>
    <w:p>
      <w:r>
        <w:t>荐</w:t>
      </w:r>
    </w:p>
    <w:p>
      <w:r>
        <w:t>优</w:t>
      </w:r>
    </w:p>
    <w:p>
      <w:r>
        <w:t>秀</w:t>
      </w:r>
    </w:p>
    <w:p>
      <w:r>
        <w:t>应</w:t>
      </w:r>
    </w:p>
    <w:p>
      <w:r>
        <w:t>届</w:t>
      </w:r>
    </w:p>
    <w:p>
      <w:r>
        <w:t>本</w:t>
      </w:r>
    </w:p>
    <w:p>
      <w:r>
        <w:t>科</w:t>
      </w:r>
    </w:p>
    <w:p>
      <w:r>
        <w:t>毕</w:t>
      </w:r>
    </w:p>
    <w:p>
      <w:r>
        <w:t>业</w:t>
      </w:r>
    </w:p>
    <w:p>
      <w:r>
        <w:t>生</w:t>
      </w:r>
    </w:p>
    <w:p>
      <w:r>
        <w:t>免</w:t>
      </w:r>
    </w:p>
    <w:p>
      <w:r>
        <w:t>试</w:t>
      </w:r>
    </w:p>
    <w:p>
      <w:r>
        <w:t>攻</w:t>
      </w:r>
    </w:p>
    <w:p>
      <w:r>
        <w:t>读</w:t>
      </w:r>
    </w:p>
    <w:p>
      <w:r>
        <w:t>研</w:t>
      </w:r>
    </w:p>
    <w:p>
      <w:r>
        <w:t>究</w:t>
      </w:r>
    </w:p>
    <w:p>
      <w:r>
        <w:t>生</w:t>
      </w:r>
    </w:p>
    <w:p>
      <w:r>
        <w:t>工</w:t>
      </w:r>
    </w:p>
    <w:p>
      <w:r>
        <w:t>作</w:t>
      </w:r>
    </w:p>
    <w:p>
      <w:r>
        <w:t>方</w:t>
      </w:r>
    </w:p>
    <w:p>
      <w:r>
        <w:t>案</w:t>
      </w:r>
    </w:p>
    <w:p>
      <w:r>
        <w:t>》</w:t>
      </w:r>
    </w:p>
    <w:p>
      <w:r>
        <w:t>等</w:t>
      </w:r>
    </w:p>
    <w:p>
      <w:r>
        <w:t>相</w:t>
      </w:r>
    </w:p>
    <w:p>
      <w:r>
        <w:t>关</w:t>
      </w:r>
    </w:p>
    <w:p>
      <w:r>
        <w:t>文</w:t>
      </w:r>
    </w:p>
    <w:p>
      <w:r>
        <w:t>件</w:t>
      </w:r>
    </w:p>
    <w:p>
      <w:r>
        <w:t>要</w:t>
      </w:r>
    </w:p>
    <w:p>
      <w:r>
        <w:t>求</w:t>
      </w:r>
    </w:p>
    <w:p>
      <w:r>
        <w:t>，</w:t>
      </w:r>
    </w:p>
    <w:p>
      <w:r>
        <w:t>并</w:t>
      </w:r>
    </w:p>
    <w:p>
      <w:r>
        <w:t>结</w:t>
      </w:r>
    </w:p>
    <w:p>
      <w:r>
        <w:t>合</w:t>
      </w:r>
    </w:p>
    <w:p>
      <w:r>
        <w:t>我</w:t>
      </w:r>
    </w:p>
    <w:p>
      <w:r>
        <w:t>院</w:t>
      </w:r>
    </w:p>
    <w:p>
      <w:r>
        <w:t>学</w:t>
      </w:r>
    </w:p>
    <w:p>
      <w:r>
        <w:t>科</w:t>
      </w:r>
    </w:p>
    <w:p>
      <w:r>
        <w:t>专</w:t>
      </w:r>
    </w:p>
    <w:p>
      <w:r>
        <w:t>业</w:t>
      </w:r>
    </w:p>
    <w:p>
      <w:r>
        <w:t>情</w:t>
      </w:r>
    </w:p>
    <w:p>
      <w:r>
        <w:t>况</w:t>
      </w:r>
    </w:p>
    <w:p>
      <w:r>
        <w:t>，</w:t>
      </w:r>
    </w:p>
    <w:p>
      <w:r>
        <w:t>现</w:t>
      </w:r>
    </w:p>
    <w:p>
      <w:r>
        <w:t>特</w:t>
      </w:r>
    </w:p>
    <w:p>
      <w:r>
        <w:t>制</w:t>
      </w:r>
    </w:p>
    <w:p>
      <w:r>
        <w:t>订</w:t>
      </w:r>
    </w:p>
    <w:p>
      <w:r>
        <w:t>本</w:t>
      </w:r>
    </w:p>
    <w:p>
      <w:r>
        <w:t>实</w:t>
      </w:r>
    </w:p>
    <w:p>
      <w:r>
        <w:t>施</w:t>
      </w:r>
    </w:p>
    <w:p>
      <w:r>
        <w:t>细</w:t>
      </w:r>
    </w:p>
    <w:p>
      <w:r>
        <w:t>则</w:t>
      </w:r>
    </w:p>
    <w:p>
      <w:r>
        <w:t>。</w:t>
      </w:r>
    </w:p>
    <w:p>
      <w:r>
        <w:t>一</w:t>
      </w:r>
    </w:p>
    <w:p>
      <w:r>
        <w:t>、</w:t>
      </w:r>
    </w:p>
    <w:p>
      <w:r>
        <w:t>指</w:t>
      </w:r>
    </w:p>
    <w:p>
      <w:r>
        <w:t>导</w:t>
      </w:r>
    </w:p>
    <w:p>
      <w:r>
        <w:t>思</w:t>
      </w:r>
    </w:p>
    <w:p>
      <w:r>
        <w:t>想</w:t>
      </w:r>
    </w:p>
    <w:p>
      <w:r>
        <w:t>和</w:t>
      </w:r>
    </w:p>
    <w:p>
      <w:r>
        <w:t>原</w:t>
      </w:r>
    </w:p>
    <w:p>
      <w:r>
        <w:t>则</w:t>
      </w:r>
    </w:p>
    <w:p>
      <w:r>
        <w:t>推</w:t>
      </w:r>
    </w:p>
    <w:p>
      <w:r>
        <w:t>免</w:t>
      </w:r>
    </w:p>
    <w:p>
      <w:r>
        <w:t>工</w:t>
      </w:r>
    </w:p>
    <w:p>
      <w:r>
        <w:t>作</w:t>
      </w:r>
    </w:p>
    <w:p>
      <w:r>
        <w:t>必</w:t>
      </w:r>
    </w:p>
    <w:p>
      <w:r>
        <w:t>须</w:t>
      </w:r>
    </w:p>
    <w:p>
      <w:r>
        <w:t>紧</w:t>
      </w:r>
    </w:p>
    <w:p>
      <w:r>
        <w:t>紧</w:t>
      </w:r>
    </w:p>
    <w:p>
      <w:r>
        <w:t>围</w:t>
      </w:r>
    </w:p>
    <w:p>
      <w:r>
        <w:t>绕</w:t>
      </w:r>
    </w:p>
    <w:p>
      <w:r>
        <w:t>立</w:t>
      </w:r>
    </w:p>
    <w:p>
      <w:r>
        <w:t>德</w:t>
      </w:r>
    </w:p>
    <w:p>
      <w:r>
        <w:t>树</w:t>
      </w:r>
    </w:p>
    <w:p>
      <w:r>
        <w:t>人</w:t>
      </w:r>
    </w:p>
    <w:p>
      <w:r>
        <w:t>根</w:t>
      </w:r>
    </w:p>
    <w:p>
      <w:r>
        <w:t>本</w:t>
      </w:r>
    </w:p>
    <w:p>
      <w:r>
        <w:t>任</w:t>
      </w:r>
    </w:p>
    <w:p>
      <w:r>
        <w:t>务</w:t>
      </w:r>
    </w:p>
    <w:p>
      <w:r>
        <w:t>，</w:t>
      </w:r>
    </w:p>
    <w:p>
      <w:r>
        <w:t>以</w:t>
      </w:r>
    </w:p>
    <w:p>
      <w:r>
        <w:t>牢</w:t>
      </w:r>
    </w:p>
    <w:p>
      <w:r>
        <w:t>固</w:t>
      </w:r>
    </w:p>
    <w:p>
      <w:r>
        <w:t>树</w:t>
      </w:r>
    </w:p>
    <w:p>
      <w:r>
        <w:t>立</w:t>
      </w:r>
    </w:p>
    <w:p>
      <w:r>
        <w:t>质</w:t>
      </w:r>
    </w:p>
    <w:p>
      <w:r>
        <w:t>量</w:t>
      </w:r>
    </w:p>
    <w:p>
      <w:r>
        <w:t>意</w:t>
      </w:r>
    </w:p>
    <w:p>
      <w:r>
        <w:t>识</w:t>
      </w:r>
    </w:p>
    <w:p>
      <w:r>
        <w:t>，</w:t>
      </w:r>
    </w:p>
    <w:p>
      <w:r>
        <w:t>全</w:t>
      </w:r>
    </w:p>
    <w:p>
      <w:r>
        <w:t>力</w:t>
      </w:r>
    </w:p>
    <w:p>
      <w:r>
        <w:t>服</w:t>
      </w:r>
    </w:p>
    <w:p>
      <w:r>
        <w:t>务</w:t>
      </w:r>
    </w:p>
    <w:p>
      <w:r>
        <w:t>国</w:t>
      </w:r>
    </w:p>
    <w:p>
      <w:r>
        <w:t>家</w:t>
      </w:r>
    </w:p>
    <w:p>
      <w:r>
        <w:t>建</w:t>
      </w:r>
    </w:p>
    <w:p>
      <w:r>
        <w:t>设</w:t>
      </w:r>
    </w:p>
    <w:p>
      <w:r>
        <w:t>和</w:t>
      </w:r>
    </w:p>
    <w:p>
      <w:r>
        <w:t>发</w:t>
      </w:r>
    </w:p>
    <w:p>
      <w:r>
        <w:t>展</w:t>
      </w:r>
    </w:p>
    <w:p>
      <w:r>
        <w:t>为</w:t>
      </w:r>
    </w:p>
    <w:p>
      <w:r>
        <w:t>指</w:t>
      </w:r>
    </w:p>
    <w:p>
      <w:r>
        <w:t>导</w:t>
      </w:r>
    </w:p>
    <w:p>
      <w:r>
        <w:t>思</w:t>
      </w:r>
    </w:p>
    <w:p>
      <w:r>
        <w:t>想</w:t>
      </w:r>
    </w:p>
    <w:p>
      <w:r>
        <w:t>，</w:t>
      </w:r>
    </w:p>
    <w:p>
      <w:r>
        <w:t>坚</w:t>
      </w:r>
    </w:p>
    <w:p>
      <w:r>
        <w:t>持</w:t>
      </w:r>
    </w:p>
    <w:p>
      <w:r>
        <w:t>公</w:t>
      </w:r>
    </w:p>
    <w:p>
      <w:r>
        <w:t>平</w:t>
      </w:r>
    </w:p>
    <w:p>
      <w:r>
        <w:t>公</w:t>
      </w:r>
    </w:p>
    <w:p>
      <w:r>
        <w:t>正</w:t>
      </w:r>
    </w:p>
    <w:p>
      <w:r>
        <w:t>、</w:t>
      </w:r>
    </w:p>
    <w:p>
      <w:r>
        <w:t>择</w:t>
      </w:r>
    </w:p>
    <w:p>
      <w:r>
        <w:t>优</w:t>
      </w:r>
    </w:p>
    <w:p>
      <w:r>
        <w:t>录</w:t>
      </w:r>
    </w:p>
    <w:p>
      <w:r>
        <w:t>取</w:t>
      </w:r>
    </w:p>
    <w:p>
      <w:r>
        <w:t>的</w:t>
      </w:r>
    </w:p>
    <w:p>
      <w:r>
        <w:t>原</w:t>
      </w:r>
    </w:p>
    <w:p>
      <w:r>
        <w:t>则</w:t>
      </w:r>
    </w:p>
    <w:p>
      <w:r>
        <w:t>，</w:t>
      </w:r>
    </w:p>
    <w:p>
      <w:r>
        <w:t>通</w:t>
      </w:r>
    </w:p>
    <w:p>
      <w:r>
        <w:t>过</w:t>
      </w:r>
    </w:p>
    <w:p>
      <w:r>
        <w:t>对</w:t>
      </w:r>
    </w:p>
    <w:p>
      <w:r>
        <w:t>拔</w:t>
      </w:r>
    </w:p>
    <w:p>
      <w:r>
        <w:t>尖</w:t>
      </w:r>
    </w:p>
    <w:p>
      <w:r>
        <w:t>创</w:t>
      </w:r>
    </w:p>
    <w:p>
      <w:r>
        <w:t>新</w:t>
      </w:r>
    </w:p>
    <w:p>
      <w:r>
        <w:t>人</w:t>
      </w:r>
    </w:p>
    <w:p>
      <w:r>
        <w:t>才</w:t>
      </w:r>
    </w:p>
    <w:p>
      <w:r>
        <w:t>的</w:t>
      </w:r>
    </w:p>
    <w:p>
      <w:r>
        <w:t>选</w:t>
      </w:r>
    </w:p>
    <w:p>
      <w:r>
        <w:t>拔</w:t>
      </w:r>
    </w:p>
    <w:p>
      <w:r>
        <w:t>，</w:t>
      </w:r>
    </w:p>
    <w:p>
      <w:r>
        <w:t>激</w:t>
      </w:r>
    </w:p>
    <w:p>
      <w:r>
        <w:t>励</w:t>
      </w:r>
    </w:p>
    <w:p>
      <w:r>
        <w:t>学</w:t>
      </w:r>
    </w:p>
    <w:p>
      <w:r>
        <w:t>生</w:t>
      </w:r>
    </w:p>
    <w:p>
      <w:r>
        <w:t>勤</w:t>
      </w:r>
    </w:p>
    <w:p>
      <w:r>
        <w:t>奋</w:t>
      </w:r>
    </w:p>
    <w:p>
      <w:r>
        <w:t>学</w:t>
      </w:r>
    </w:p>
    <w:p>
      <w:r>
        <w:t>习</w:t>
      </w:r>
    </w:p>
    <w:p>
      <w:r>
        <w:t>、</w:t>
      </w:r>
    </w:p>
    <w:p>
      <w:r>
        <w:t>全</w:t>
      </w:r>
    </w:p>
    <w:p>
      <w:r>
        <w:t>面</w:t>
      </w:r>
    </w:p>
    <w:p>
      <w:r>
        <w:t>发</w:t>
      </w:r>
    </w:p>
    <w:p>
      <w:r>
        <w:t>展</w:t>
      </w:r>
    </w:p>
    <w:p>
      <w:r>
        <w:t>，</w:t>
      </w:r>
    </w:p>
    <w:p>
      <w:r>
        <w:t>提</w:t>
      </w:r>
    </w:p>
    <w:p>
      <w:r>
        <w:t>高</w:t>
      </w:r>
    </w:p>
    <w:p>
      <w:r>
        <w:t>学</w:t>
      </w:r>
    </w:p>
    <w:p>
      <w:r>
        <w:t>校</w:t>
      </w:r>
    </w:p>
    <w:p>
      <w:r>
        <w:t>整</w:t>
      </w:r>
    </w:p>
    <w:p>
      <w:r>
        <w:t>体</w:t>
      </w:r>
    </w:p>
    <w:p>
      <w:r>
        <w:t>人</w:t>
      </w:r>
    </w:p>
    <w:p>
      <w:r>
        <w:t>才</w:t>
      </w:r>
    </w:p>
    <w:p>
      <w:r>
        <w:t>培</w:t>
      </w:r>
    </w:p>
    <w:p>
      <w:r>
        <w:t>养</w:t>
      </w:r>
    </w:p>
    <w:p>
      <w:r>
        <w:t>质</w:t>
      </w:r>
    </w:p>
    <w:p>
      <w:r>
        <w:t>量</w:t>
      </w:r>
    </w:p>
    <w:p>
      <w:r>
        <w:t>。</w:t>
      </w:r>
    </w:p>
    <w:p>
      <w:r>
        <w:t>二</w:t>
      </w:r>
    </w:p>
    <w:p>
      <w:r>
        <w:t>、</w:t>
      </w:r>
    </w:p>
    <w:p>
      <w:r>
        <w:t>组</w:t>
      </w:r>
    </w:p>
    <w:p>
      <w:r>
        <w:t>织</w:t>
      </w:r>
    </w:p>
    <w:p>
      <w:r>
        <w:t>与</w:t>
      </w:r>
    </w:p>
    <w:p>
      <w:r>
        <w:t>领</w:t>
      </w:r>
    </w:p>
    <w:p>
      <w:r>
        <w:t>导</w:t>
      </w:r>
    </w:p>
    <w:p>
      <w:r>
        <w:t>1</w:t>
      </w:r>
    </w:p>
    <w:p>
      <w:r>
        <w:t>.</w:t>
      </w:r>
    </w:p>
    <w:p>
      <w:r>
        <w:t>学</w:t>
      </w:r>
    </w:p>
    <w:p>
      <w:r>
        <w:t>院</w:t>
      </w:r>
    </w:p>
    <w:p>
      <w:r>
        <w:t>成</w:t>
      </w:r>
    </w:p>
    <w:p>
      <w:r>
        <w:t>立</w:t>
      </w:r>
    </w:p>
    <w:p>
      <w:r>
        <w:t>推</w:t>
      </w:r>
    </w:p>
    <w:p>
      <w:r>
        <w:t>免</w:t>
      </w:r>
    </w:p>
    <w:p>
      <w:r>
        <w:t>工</w:t>
      </w:r>
    </w:p>
    <w:p>
      <w:r>
        <w:t>作</w:t>
      </w:r>
    </w:p>
    <w:p>
      <w:r>
        <w:t>小</w:t>
      </w:r>
    </w:p>
    <w:p>
      <w:r>
        <w:t>组</w:t>
      </w:r>
    </w:p>
    <w:p>
      <w:r>
        <w:t>，</w:t>
      </w:r>
    </w:p>
    <w:p>
      <w:r>
        <w:t>由</w:t>
      </w:r>
    </w:p>
    <w:p>
      <w:r>
        <w:t>党</w:t>
      </w:r>
    </w:p>
    <w:p>
      <w:r>
        <w:t>政</w:t>
      </w:r>
    </w:p>
    <w:p>
      <w:r>
        <w:t>主</w:t>
      </w:r>
    </w:p>
    <w:p>
      <w:r>
        <w:t>要</w:t>
      </w:r>
    </w:p>
    <w:p>
      <w:r>
        <w:t>负</w:t>
      </w:r>
    </w:p>
    <w:p>
      <w:r>
        <w:t>责</w:t>
      </w:r>
    </w:p>
    <w:p>
      <w:r>
        <w:t>人</w:t>
      </w:r>
    </w:p>
    <w:p>
      <w:r>
        <w:t>（</w:t>
      </w:r>
    </w:p>
    <w:p>
      <w:r>
        <w:t>组</w:t>
      </w:r>
    </w:p>
    <w:p>
      <w:r>
        <w:t>长</w:t>
      </w:r>
    </w:p>
    <w:p>
      <w:r>
        <w:t>）</w:t>
      </w:r>
    </w:p>
    <w:p>
      <w:r>
        <w:t>、</w:t>
      </w:r>
    </w:p>
    <w:p>
      <w:r>
        <w:t>本</w:t>
      </w:r>
    </w:p>
    <w:p>
      <w:r>
        <w:t>科</w:t>
      </w:r>
    </w:p>
    <w:p>
      <w:r>
        <w:t>教</w:t>
      </w:r>
    </w:p>
    <w:p>
      <w:r>
        <w:t>学</w:t>
      </w:r>
    </w:p>
    <w:p>
      <w:r>
        <w:t>工</w:t>
      </w:r>
    </w:p>
    <w:p>
      <w:r>
        <w:t>作</w:t>
      </w:r>
    </w:p>
    <w:p>
      <w:r>
        <w:t>负</w:t>
      </w:r>
    </w:p>
    <w:p>
      <w:r>
        <w:t>责</w:t>
      </w:r>
    </w:p>
    <w:p>
      <w:r>
        <w:t>人</w:t>
      </w:r>
    </w:p>
    <w:p>
      <w:r>
        <w:t>（</w:t>
      </w:r>
    </w:p>
    <w:p>
      <w:r>
        <w:t>副</w:t>
      </w:r>
    </w:p>
    <w:p>
      <w:r>
        <w:t>组</w:t>
      </w:r>
    </w:p>
    <w:p>
      <w:r>
        <w:t>长</w:t>
      </w:r>
    </w:p>
    <w:p>
      <w:r>
        <w:t>）</w:t>
      </w:r>
    </w:p>
    <w:p>
      <w:r>
        <w:t>、</w:t>
      </w:r>
    </w:p>
    <w:p>
      <w:r>
        <w:t>学</w:t>
      </w:r>
    </w:p>
    <w:p>
      <w:r>
        <w:t>生</w:t>
      </w:r>
    </w:p>
    <w:p>
      <w:r>
        <w:t>工</w:t>
      </w:r>
    </w:p>
    <w:p>
      <w:r>
        <w:t>作</w:t>
      </w:r>
    </w:p>
    <w:p>
      <w:r>
        <w:t>负</w:t>
      </w:r>
    </w:p>
    <w:p>
      <w:r>
        <w:t>责</w:t>
      </w:r>
    </w:p>
    <w:p>
      <w:r>
        <w:t>人</w:t>
      </w:r>
    </w:p>
    <w:p>
      <w:r>
        <w:t>、</w:t>
      </w:r>
    </w:p>
    <w:p>
      <w:r>
        <w:t>纪</w:t>
      </w:r>
    </w:p>
    <w:p>
      <w:r>
        <w:t>检</w:t>
      </w:r>
    </w:p>
    <w:p>
      <w:r>
        <w:t>委</w:t>
      </w:r>
    </w:p>
    <w:p>
      <w:r>
        <w:t>员</w:t>
      </w:r>
    </w:p>
    <w:p>
      <w:r>
        <w:t>、</w:t>
      </w:r>
    </w:p>
    <w:p>
      <w:r>
        <w:t>专</w:t>
      </w:r>
    </w:p>
    <w:p>
      <w:r>
        <w:t>家</w:t>
      </w:r>
    </w:p>
    <w:p>
      <w:r>
        <w:t>教</w:t>
      </w:r>
    </w:p>
    <w:p>
      <w:r>
        <w:t>授</w:t>
      </w:r>
    </w:p>
    <w:p>
      <w:r>
        <w:t>代</w:t>
      </w:r>
    </w:p>
    <w:p>
      <w:r>
        <w:t>表</w:t>
      </w:r>
    </w:p>
    <w:p>
      <w:r>
        <w:t>（</w:t>
      </w:r>
    </w:p>
    <w:p>
      <w:r>
        <w:t>副</w:t>
      </w:r>
    </w:p>
    <w:p>
      <w:r>
        <w:t>教</w:t>
      </w:r>
    </w:p>
    <w:p>
      <w:r>
        <w:t>授</w:t>
      </w:r>
    </w:p>
    <w:p>
      <w:r>
        <w:t>以</w:t>
      </w:r>
    </w:p>
    <w:p>
      <w:r>
        <w:t>上</w:t>
      </w:r>
    </w:p>
    <w:p>
      <w:r>
        <w:t>职</w:t>
      </w:r>
    </w:p>
    <w:p>
      <w:r>
        <w:t>称</w:t>
      </w:r>
    </w:p>
    <w:p>
      <w:r>
        <w:t>，</w:t>
      </w:r>
    </w:p>
    <w:p>
      <w:r>
        <w:t>不</w:t>
      </w:r>
    </w:p>
    <w:p>
      <w:r>
        <w:t>少</w:t>
      </w:r>
    </w:p>
    <w:p>
      <w:r>
        <w:t>于</w:t>
      </w:r>
    </w:p>
    <w:p>
      <w:r>
        <w:t>3</w:t>
      </w:r>
    </w:p>
    <w:p>
      <w:r>
        <w:t>人</w:t>
      </w:r>
    </w:p>
    <w:p>
      <w:r>
        <w:t>）</w:t>
      </w:r>
    </w:p>
    <w:p>
      <w:r>
        <w:t>、</w:t>
      </w:r>
    </w:p>
    <w:p>
      <w:r>
        <w:t>教</w:t>
      </w:r>
    </w:p>
    <w:p>
      <w:r>
        <w:t>务</w:t>
      </w:r>
    </w:p>
    <w:p>
      <w:r>
        <w:t>秘</w:t>
      </w:r>
    </w:p>
    <w:p>
      <w:r>
        <w:t>书</w:t>
      </w:r>
    </w:p>
    <w:p>
      <w:r>
        <w:t>及</w:t>
      </w:r>
    </w:p>
    <w:p>
      <w:r>
        <w:t>辅</w:t>
      </w:r>
    </w:p>
    <w:p>
      <w:r>
        <w:t>导</w:t>
      </w:r>
    </w:p>
    <w:p>
      <w:r>
        <w:t>员</w:t>
      </w:r>
    </w:p>
    <w:p>
      <w:r>
        <w:t>等</w:t>
      </w:r>
    </w:p>
    <w:p>
      <w:r>
        <w:t>组</w:t>
      </w:r>
    </w:p>
    <w:p>
      <w:r>
        <w:t>成</w:t>
      </w:r>
    </w:p>
    <w:p>
      <w:r>
        <w:t>，</w:t>
      </w:r>
    </w:p>
    <w:p>
      <w:r>
        <w:t>具</w:t>
      </w:r>
    </w:p>
    <w:p>
      <w:r>
        <w:t>体</w:t>
      </w:r>
    </w:p>
    <w:p>
      <w:r>
        <w:t>实</w:t>
      </w:r>
    </w:p>
    <w:p>
      <w:r>
        <w:t>施</w:t>
      </w:r>
    </w:p>
    <w:p>
      <w:r>
        <w:t>本</w:t>
      </w:r>
    </w:p>
    <w:p>
      <w:r>
        <w:t>学</w:t>
      </w:r>
    </w:p>
    <w:p>
      <w:r>
        <w:t>院</w:t>
      </w:r>
    </w:p>
    <w:p>
      <w:r>
        <w:t>的</w:t>
      </w:r>
    </w:p>
    <w:p>
      <w:r>
        <w:t>推</w:t>
      </w:r>
    </w:p>
    <w:p>
      <w:r>
        <w:t>免</w:t>
      </w:r>
    </w:p>
    <w:p>
      <w:r>
        <w:t>生</w:t>
      </w:r>
    </w:p>
    <w:p>
      <w:r>
        <w:t>工</w:t>
      </w:r>
    </w:p>
    <w:p>
      <w:r>
        <w:t>作</w:t>
      </w:r>
    </w:p>
    <w:p>
      <w:r>
        <w:t>。</w:t>
      </w:r>
    </w:p>
    <w:p>
      <w:r>
        <w:t>2</w:t>
      </w:r>
    </w:p>
    <w:p>
      <w:r>
        <w:t>.</w:t>
      </w:r>
    </w:p>
    <w:p>
      <w:r>
        <w:t>学</w:t>
      </w:r>
    </w:p>
    <w:p>
      <w:r>
        <w:t>院</w:t>
      </w:r>
    </w:p>
    <w:p>
      <w:r>
        <w:t>推</w:t>
      </w:r>
    </w:p>
    <w:p>
      <w:r>
        <w:t>免</w:t>
      </w:r>
    </w:p>
    <w:p>
      <w:r>
        <w:t>工</w:t>
      </w:r>
    </w:p>
    <w:p>
      <w:r>
        <w:t>作</w:t>
      </w:r>
    </w:p>
    <w:p>
      <w:r>
        <w:t>专</w:t>
      </w:r>
    </w:p>
    <w:p>
      <w:r>
        <w:t>家</w:t>
      </w:r>
    </w:p>
    <w:p>
      <w:r>
        <w:t>审</w:t>
      </w:r>
    </w:p>
    <w:p>
      <w:r>
        <w:t>核</w:t>
      </w:r>
    </w:p>
    <w:p>
      <w:r>
        <w:t>小</w:t>
      </w:r>
    </w:p>
    <w:p>
      <w:r>
        <w:t>组</w:t>
      </w:r>
    </w:p>
    <w:p>
      <w:r>
        <w:t>，</w:t>
      </w:r>
    </w:p>
    <w:p>
      <w:r>
        <w:t>负</w:t>
      </w:r>
    </w:p>
    <w:p>
      <w:r>
        <w:t>责</w:t>
      </w:r>
    </w:p>
    <w:p>
      <w:r>
        <w:t>审</w:t>
      </w:r>
    </w:p>
    <w:p>
      <w:r>
        <w:t>核</w:t>
      </w:r>
    </w:p>
    <w:p>
      <w:r>
        <w:t>、</w:t>
      </w:r>
    </w:p>
    <w:p>
      <w:r>
        <w:t>鉴</w:t>
      </w:r>
    </w:p>
    <w:p>
      <w:r>
        <w:t>定</w:t>
      </w:r>
    </w:p>
    <w:p>
      <w:r>
        <w:t>学</w:t>
      </w:r>
    </w:p>
    <w:p>
      <w:r>
        <w:t>生</w:t>
      </w:r>
    </w:p>
    <w:p>
      <w:r>
        <w:t>相</w:t>
      </w:r>
    </w:p>
    <w:p>
      <w:r>
        <w:t>关</w:t>
      </w:r>
    </w:p>
    <w:p>
      <w:r>
        <w:t>评</w:t>
      </w:r>
    </w:p>
    <w:p>
      <w:r>
        <w:t>价</w:t>
      </w:r>
    </w:p>
    <w:p>
      <w:r>
        <w:t>内</w:t>
      </w:r>
    </w:p>
    <w:p>
      <w:r>
        <w:t>容</w:t>
      </w:r>
    </w:p>
    <w:p>
      <w:r>
        <w:t>并</w:t>
      </w:r>
    </w:p>
    <w:p>
      <w:r>
        <w:t>打</w:t>
      </w:r>
    </w:p>
    <w:p>
      <w:r>
        <w:t>分</w:t>
      </w:r>
    </w:p>
    <w:p>
      <w:r>
        <w:t>。</w:t>
      </w:r>
    </w:p>
    <w:p>
      <w:r>
        <w:t>3</w:t>
      </w:r>
    </w:p>
    <w:p>
      <w:r>
        <w:t>.</w:t>
      </w:r>
    </w:p>
    <w:p>
      <w:r>
        <w:t>工</w:t>
      </w:r>
    </w:p>
    <w:p>
      <w:r>
        <w:t>作</w:t>
      </w:r>
    </w:p>
    <w:p>
      <w:r>
        <w:t>人</w:t>
      </w:r>
    </w:p>
    <w:p>
      <w:r>
        <w:t>员</w:t>
      </w:r>
    </w:p>
    <w:p>
      <w:r>
        <w:t>回</w:t>
      </w:r>
    </w:p>
    <w:p>
      <w:r>
        <w:t>避</w:t>
      </w:r>
    </w:p>
    <w:p>
      <w:r>
        <w:t>制</w:t>
      </w:r>
    </w:p>
    <w:p>
      <w:r>
        <w:t>度</w:t>
      </w:r>
    </w:p>
    <w:p>
      <w:r>
        <w:t>：</w:t>
      </w:r>
    </w:p>
    <w:p>
      <w:r>
        <w:t>推</w:t>
      </w:r>
    </w:p>
    <w:p>
      <w:r>
        <w:t>免</w:t>
      </w:r>
    </w:p>
    <w:p>
      <w:r>
        <w:t>工</w:t>
      </w:r>
    </w:p>
    <w:p>
      <w:r>
        <w:t>作</w:t>
      </w:r>
    </w:p>
    <w:p>
      <w:r>
        <w:t>小</w:t>
      </w:r>
    </w:p>
    <w:p>
      <w:r>
        <w:t>组</w:t>
      </w:r>
    </w:p>
    <w:p>
      <w:r>
        <w:t>、</w:t>
      </w:r>
    </w:p>
    <w:p>
      <w:r>
        <w:t>专</w:t>
      </w:r>
    </w:p>
    <w:p>
      <w:r>
        <w:t>家</w:t>
      </w:r>
    </w:p>
    <w:p>
      <w:r>
        <w:t>审</w:t>
      </w:r>
    </w:p>
    <w:p>
      <w:r>
        <w:t>核</w:t>
      </w:r>
    </w:p>
    <w:p>
      <w:r>
        <w:t>小</w:t>
      </w:r>
    </w:p>
    <w:p>
      <w:r>
        <w:t>组</w:t>
      </w:r>
    </w:p>
    <w:p>
      <w:r>
        <w:t>成</w:t>
      </w:r>
    </w:p>
    <w:p>
      <w:r>
        <w:t>员</w:t>
      </w:r>
    </w:p>
    <w:p>
      <w:r>
        <w:t>不</w:t>
      </w:r>
    </w:p>
    <w:p>
      <w:r>
        <w:t>得</w:t>
      </w:r>
    </w:p>
    <w:p>
      <w:r>
        <w:t>与</w:t>
      </w:r>
    </w:p>
    <w:p>
      <w:r>
        <w:t>申</w:t>
      </w:r>
    </w:p>
    <w:p>
      <w:r>
        <w:t>请</w:t>
      </w:r>
    </w:p>
    <w:p>
      <w:r>
        <w:t>学</w:t>
      </w:r>
    </w:p>
    <w:p>
      <w:r>
        <w:t>生</w:t>
      </w:r>
    </w:p>
    <w:p>
      <w:r>
        <w:t>有</w:t>
      </w:r>
    </w:p>
    <w:p>
      <w:r>
        <w:t>亲</w:t>
      </w:r>
    </w:p>
    <w:p>
      <w:r>
        <w:t>属</w:t>
      </w:r>
    </w:p>
    <w:p>
      <w:r>
        <w:t>（</w:t>
      </w:r>
    </w:p>
    <w:p>
      <w:r>
        <w:t>直</w:t>
      </w:r>
    </w:p>
    <w:p>
      <w:r>
        <w:t>系</w:t>
      </w:r>
    </w:p>
    <w:p>
      <w:r>
        <w:t>亲</w:t>
      </w:r>
    </w:p>
    <w:p>
      <w:r>
        <w:t>属</w:t>
      </w:r>
    </w:p>
    <w:p>
      <w:r>
        <w:t>和</w:t>
      </w:r>
    </w:p>
    <w:p>
      <w:r>
        <w:t>非</w:t>
      </w:r>
    </w:p>
    <w:p>
      <w:r>
        <w:t>直</w:t>
      </w:r>
    </w:p>
    <w:p>
      <w:r>
        <w:t>系</w:t>
      </w:r>
    </w:p>
    <w:p>
      <w:r>
        <w:t>亲</w:t>
      </w:r>
    </w:p>
    <w:p>
      <w:r>
        <w:t>属</w:t>
      </w:r>
    </w:p>
    <w:p>
      <w:r>
        <w:t>）</w:t>
      </w:r>
    </w:p>
    <w:p>
      <w:r>
        <w:t>或</w:t>
      </w:r>
    </w:p>
    <w:p>
      <w:r>
        <w:t>利</w:t>
      </w:r>
    </w:p>
    <w:p>
      <w:r>
        <w:t>益</w:t>
      </w:r>
    </w:p>
    <w:p>
      <w:r>
        <w:t>相</w:t>
      </w:r>
    </w:p>
    <w:p>
      <w:r>
        <w:t>关</w:t>
      </w:r>
    </w:p>
    <w:p>
      <w:r>
        <w:t>（</w:t>
      </w:r>
    </w:p>
    <w:p>
      <w:r>
        <w:t>如</w:t>
      </w:r>
    </w:p>
    <w:p>
      <w:r>
        <w:t>收</w:t>
      </w:r>
    </w:p>
    <w:p>
      <w:r>
        <w:t>费</w:t>
      </w:r>
    </w:p>
    <w:p>
      <w:r>
        <w:t>辅</w:t>
      </w:r>
    </w:p>
    <w:p>
      <w:r>
        <w:t>导</w:t>
      </w:r>
    </w:p>
    <w:p>
      <w:r>
        <w:t>教</w:t>
      </w:r>
    </w:p>
    <w:p>
      <w:r>
        <w:t>学</w:t>
      </w:r>
    </w:p>
    <w:p>
      <w:r>
        <w:t>等</w:t>
      </w:r>
    </w:p>
    <w:p>
      <w:r>
        <w:t>）</w:t>
      </w:r>
    </w:p>
    <w:p>
      <w:r>
        <w:t>等</w:t>
      </w:r>
    </w:p>
    <w:p>
      <w:r>
        <w:t>，</w:t>
      </w:r>
    </w:p>
    <w:p>
      <w:r>
        <w:t>若</w:t>
      </w:r>
    </w:p>
    <w:p>
      <w:r>
        <w:t>有</w:t>
      </w:r>
    </w:p>
    <w:p>
      <w:r>
        <w:t>上</w:t>
      </w:r>
    </w:p>
    <w:p>
      <w:r>
        <w:t>述</w:t>
      </w:r>
    </w:p>
    <w:p>
      <w:r>
        <w:t>情</w:t>
      </w:r>
    </w:p>
    <w:p>
      <w:r>
        <w:t>况</w:t>
      </w:r>
    </w:p>
    <w:p>
      <w:r>
        <w:t>，</w:t>
      </w:r>
    </w:p>
    <w:p>
      <w:r>
        <w:t>须</w:t>
      </w:r>
    </w:p>
    <w:p>
      <w:r>
        <w:t>于</w:t>
      </w:r>
    </w:p>
    <w:p>
      <w:r>
        <w:t>9</w:t>
      </w:r>
    </w:p>
    <w:p>
      <w:r>
        <w:t>月</w:t>
      </w:r>
    </w:p>
    <w:p>
      <w:r>
        <w:t>1</w:t>
      </w:r>
    </w:p>
    <w:p>
      <w:r>
        <w:t>4</w:t>
      </w:r>
    </w:p>
    <w:p>
      <w:r>
        <w:t>日</w:t>
      </w:r>
    </w:p>
    <w:p>
      <w:r>
        <w:t>（</w:t>
      </w:r>
    </w:p>
    <w:p>
      <w:r>
        <w:t>周</w:t>
      </w:r>
    </w:p>
    <w:p>
      <w:r>
        <w:t>四</w:t>
      </w:r>
    </w:p>
    <w:p>
      <w:r>
        <w:t>）</w:t>
      </w:r>
    </w:p>
    <w:p>
      <w:r>
        <w:t>1</w:t>
      </w:r>
    </w:p>
    <w:p>
      <w:r>
        <w:t>7</w:t>
      </w:r>
    </w:p>
    <w:p>
      <w:r>
        <w:t>：</w:t>
      </w:r>
    </w:p>
    <w:p>
      <w:r>
        <w:t>0</w:t>
      </w:r>
    </w:p>
    <w:p>
      <w:r>
        <w:t>0</w:t>
      </w:r>
    </w:p>
    <w:p>
      <w:r>
        <w:t>前</w:t>
      </w:r>
    </w:p>
    <w:p>
      <w:r>
        <w:t>主</w:t>
      </w:r>
    </w:p>
    <w:p>
      <w:r>
        <w:t>动</w:t>
      </w:r>
    </w:p>
    <w:p>
      <w:r>
        <w:t>向</w:t>
      </w:r>
    </w:p>
    <w:p>
      <w:r>
        <w:t>学</w:t>
      </w:r>
    </w:p>
    <w:p>
      <w:r>
        <w:t>院</w:t>
      </w:r>
    </w:p>
    <w:p>
      <w:r>
        <w:t>教</w:t>
      </w:r>
    </w:p>
    <w:p>
      <w:r>
        <w:t>务</w:t>
      </w:r>
    </w:p>
    <w:p>
      <w:r>
        <w:t>办</w:t>
      </w:r>
    </w:p>
    <w:p>
      <w:r>
        <w:t>公</w:t>
      </w:r>
    </w:p>
    <w:p>
      <w:r>
        <w:t>室</w:t>
      </w:r>
    </w:p>
    <w:p>
      <w:r>
        <w:t>报</w:t>
      </w:r>
    </w:p>
    <w:p>
      <w:r>
        <w:t>备</w:t>
      </w:r>
    </w:p>
    <w:p>
      <w:r>
        <w:t>并</w:t>
      </w:r>
    </w:p>
    <w:p>
      <w:r>
        <w:t>回</w:t>
      </w:r>
    </w:p>
    <w:p>
      <w:r>
        <w:t>避</w:t>
      </w:r>
    </w:p>
    <w:p>
      <w:r>
        <w:t>，</w:t>
      </w:r>
    </w:p>
    <w:p>
      <w:r>
        <w:t>材</w:t>
      </w:r>
    </w:p>
    <w:p>
      <w:r>
        <w:t>料</w:t>
      </w:r>
    </w:p>
    <w:p>
      <w:r>
        <w:t>发</w:t>
      </w:r>
    </w:p>
    <w:p>
      <w:r>
        <w:t>至</w:t>
      </w:r>
    </w:p>
    <w:p>
      <w:r>
        <w:t>邮</w:t>
      </w:r>
    </w:p>
    <w:p>
      <w:r>
        <w:t>箱</w:t>
      </w:r>
    </w:p>
    <w:p>
      <w:r>
        <w:t>：</w:t>
      </w:r>
    </w:p>
    <w:p>
      <w:r>
        <w:t>w</w:t>
      </w:r>
    </w:p>
    <w:p>
      <w:r>
        <w:t>u</w:t>
      </w:r>
    </w:p>
    <w:p>
      <w:r>
        <w:t>h</w:t>
      </w:r>
    </w:p>
    <w:p>
      <w:r>
        <w:t>a</w:t>
      </w:r>
    </w:p>
    <w:p>
      <w:r>
        <w:t>i</w:t>
      </w:r>
    </w:p>
    <w:p>
      <w:r>
        <w:t>d</w:t>
      </w:r>
    </w:p>
    <w:p>
      <w:r>
        <w:t>i</w:t>
      </w:r>
    </w:p>
    <w:p>
      <w:r>
        <w:t>@</w:t>
      </w:r>
    </w:p>
    <w:p>
      <w:r>
        <w:t>s</w:t>
      </w:r>
    </w:p>
    <w:p>
      <w:r>
        <w:t>u</w:t>
      </w:r>
    </w:p>
    <w:p>
      <w:r>
        <w:t>d</w:t>
      </w:r>
    </w:p>
    <w:p>
      <w:r>
        <w:t>a</w:t>
      </w:r>
    </w:p>
    <w:p>
      <w:r>
        <w:t>.</w:t>
      </w:r>
    </w:p>
    <w:p>
      <w:r>
        <w:t>e</w:t>
      </w:r>
    </w:p>
    <w:p>
      <w:r>
        <w:t>d</w:t>
      </w:r>
    </w:p>
    <w:p>
      <w:r>
        <w:t>u</w:t>
      </w:r>
    </w:p>
    <w:p>
      <w:r>
        <w:t>.</w:t>
      </w:r>
    </w:p>
    <w:p>
      <w:r>
        <w:t>c</w:t>
      </w:r>
    </w:p>
    <w:p>
      <w:r>
        <w:t>n</w:t>
      </w:r>
    </w:p>
    <w:p>
      <w:r>
        <w:t>。</w:t>
      </w:r>
    </w:p>
    <w:p>
      <w:r>
        <w:t>4</w:t>
      </w:r>
    </w:p>
    <w:p>
      <w:r>
        <w:t>.</w:t>
      </w:r>
    </w:p>
    <w:p>
      <w:r>
        <w:t>学</w:t>
      </w:r>
    </w:p>
    <w:p>
      <w:r>
        <w:t>生</w:t>
      </w:r>
    </w:p>
    <w:p>
      <w:r>
        <w:t>报</w:t>
      </w:r>
    </w:p>
    <w:p>
      <w:r>
        <w:t>备</w:t>
      </w:r>
    </w:p>
    <w:p>
      <w:r>
        <w:t>制</w:t>
      </w:r>
    </w:p>
    <w:p>
      <w:r>
        <w:t>度</w:t>
      </w:r>
    </w:p>
    <w:p>
      <w:r>
        <w:t>：</w:t>
      </w:r>
    </w:p>
    <w:p>
      <w:r>
        <w:t>相</w:t>
      </w:r>
    </w:p>
    <w:p>
      <w:r>
        <w:t>关</w:t>
      </w:r>
    </w:p>
    <w:p>
      <w:r>
        <w:t>学</w:t>
      </w:r>
    </w:p>
    <w:p>
      <w:r>
        <w:t>生</w:t>
      </w:r>
    </w:p>
    <w:p>
      <w:r>
        <w:t>申</w:t>
      </w:r>
    </w:p>
    <w:p>
      <w:r>
        <w:t>请</w:t>
      </w:r>
    </w:p>
    <w:p>
      <w:r>
        <w:t>推</w:t>
      </w:r>
    </w:p>
    <w:p>
      <w:r>
        <w:t>免</w:t>
      </w:r>
    </w:p>
    <w:p>
      <w:r>
        <w:t>资</w:t>
      </w:r>
    </w:p>
    <w:p>
      <w:r>
        <w:t>格</w:t>
      </w:r>
    </w:p>
    <w:p>
      <w:r>
        <w:t>时</w:t>
      </w:r>
    </w:p>
    <w:p>
      <w:r>
        <w:t>也</w:t>
      </w:r>
    </w:p>
    <w:p>
      <w:r>
        <w:t>应</w:t>
      </w:r>
    </w:p>
    <w:p>
      <w:r>
        <w:t>主</w:t>
      </w:r>
    </w:p>
    <w:p>
      <w:r>
        <w:t>动</w:t>
      </w:r>
    </w:p>
    <w:p>
      <w:r>
        <w:t>报</w:t>
      </w:r>
    </w:p>
    <w:p>
      <w:r>
        <w:t>备</w:t>
      </w:r>
    </w:p>
    <w:p>
      <w:r>
        <w:t>声</w:t>
      </w:r>
    </w:p>
    <w:p>
      <w:r>
        <w:t>明</w:t>
      </w:r>
    </w:p>
    <w:p>
      <w:r>
        <w:t>。</w:t>
      </w:r>
    </w:p>
    <w:p>
      <w:r>
        <w:t>学</w:t>
      </w:r>
    </w:p>
    <w:p>
      <w:r>
        <w:t>生</w:t>
      </w:r>
    </w:p>
    <w:p>
      <w:r>
        <w:t>不</w:t>
      </w:r>
    </w:p>
    <w:p>
      <w:r>
        <w:t>得</w:t>
      </w:r>
    </w:p>
    <w:p>
      <w:r>
        <w:t>与</w:t>
      </w:r>
    </w:p>
    <w:p>
      <w:r>
        <w:t>推</w:t>
      </w:r>
    </w:p>
    <w:p>
      <w:r>
        <w:t>免</w:t>
      </w:r>
    </w:p>
    <w:p>
      <w:r>
        <w:t>工</w:t>
      </w:r>
    </w:p>
    <w:p>
      <w:r>
        <w:t>作</w:t>
      </w:r>
    </w:p>
    <w:p>
      <w:r>
        <w:t>小</w:t>
      </w:r>
    </w:p>
    <w:p>
      <w:r>
        <w:t>组</w:t>
      </w:r>
    </w:p>
    <w:p>
      <w:r>
        <w:t>、</w:t>
      </w:r>
    </w:p>
    <w:p>
      <w:r>
        <w:t>专</w:t>
      </w:r>
    </w:p>
    <w:p>
      <w:r>
        <w:t>家</w:t>
      </w:r>
    </w:p>
    <w:p>
      <w:r>
        <w:t>审</w:t>
      </w:r>
    </w:p>
    <w:p>
      <w:r>
        <w:t>核</w:t>
      </w:r>
    </w:p>
    <w:p>
      <w:r>
        <w:t>小</w:t>
      </w:r>
    </w:p>
    <w:p>
      <w:r>
        <w:t>组</w:t>
      </w:r>
    </w:p>
    <w:p>
      <w:r>
        <w:t>成</w:t>
      </w:r>
    </w:p>
    <w:p>
      <w:r>
        <w:t>员</w:t>
      </w:r>
    </w:p>
    <w:p>
      <w:r>
        <w:t>有</w:t>
      </w:r>
    </w:p>
    <w:p>
      <w:r>
        <w:t>亲</w:t>
      </w:r>
    </w:p>
    <w:p>
      <w:r>
        <w:t>属</w:t>
      </w:r>
    </w:p>
    <w:p>
      <w:r>
        <w:t>（</w:t>
      </w:r>
    </w:p>
    <w:p>
      <w:r>
        <w:t>直</w:t>
      </w:r>
    </w:p>
    <w:p>
      <w:r>
        <w:t>系</w:t>
      </w:r>
    </w:p>
    <w:p>
      <w:r>
        <w:t>亲</w:t>
      </w:r>
    </w:p>
    <w:p>
      <w:r>
        <w:t>属</w:t>
      </w:r>
    </w:p>
    <w:p>
      <w:r>
        <w:t>和</w:t>
      </w:r>
    </w:p>
    <w:p>
      <w:r>
        <w:t>非</w:t>
      </w:r>
    </w:p>
    <w:p>
      <w:r>
        <w:t>直</w:t>
      </w:r>
    </w:p>
    <w:p>
      <w:r>
        <w:t>系</w:t>
      </w:r>
    </w:p>
    <w:p>
      <w:r>
        <w:t>亲</w:t>
      </w:r>
    </w:p>
    <w:p>
      <w:r>
        <w:t>属</w:t>
      </w:r>
    </w:p>
    <w:p>
      <w:r>
        <w:t>）</w:t>
      </w:r>
    </w:p>
    <w:p>
      <w:r>
        <w:t>或</w:t>
      </w:r>
    </w:p>
    <w:p>
      <w:r>
        <w:t>利</w:t>
      </w:r>
    </w:p>
    <w:p>
      <w:r>
        <w:t>益</w:t>
      </w:r>
    </w:p>
    <w:p>
      <w:r>
        <w:t>相</w:t>
      </w:r>
    </w:p>
    <w:p>
      <w:r>
        <w:t>关</w:t>
      </w:r>
    </w:p>
    <w:p>
      <w:r>
        <w:t>（</w:t>
      </w:r>
    </w:p>
    <w:p>
      <w:r>
        <w:t>如</w:t>
      </w:r>
    </w:p>
    <w:p>
      <w:r>
        <w:t>收</w:t>
      </w:r>
    </w:p>
    <w:p>
      <w:r>
        <w:t>费</w:t>
      </w:r>
    </w:p>
    <w:p>
      <w:r>
        <w:t>辅</w:t>
      </w:r>
    </w:p>
    <w:p>
      <w:r>
        <w:t>导</w:t>
      </w:r>
    </w:p>
    <w:p>
      <w:r>
        <w:t>教</w:t>
      </w:r>
    </w:p>
    <w:p>
      <w:r>
        <w:t>学</w:t>
      </w:r>
    </w:p>
    <w:p>
      <w:r>
        <w:t>等</w:t>
      </w:r>
    </w:p>
    <w:p>
      <w:r>
        <w:t>）</w:t>
      </w:r>
    </w:p>
    <w:p>
      <w:r>
        <w:t>等</w:t>
      </w:r>
    </w:p>
    <w:p>
      <w:r>
        <w:t>，</w:t>
      </w:r>
    </w:p>
    <w:p>
      <w:r>
        <w:t>若</w:t>
      </w:r>
    </w:p>
    <w:p>
      <w:r>
        <w:t>有</w:t>
      </w:r>
    </w:p>
    <w:p>
      <w:r>
        <w:t>上</w:t>
      </w:r>
    </w:p>
    <w:p>
      <w:r>
        <w:t>述</w:t>
      </w:r>
    </w:p>
    <w:p>
      <w:r>
        <w:t>情</w:t>
      </w:r>
    </w:p>
    <w:p>
      <w:r>
        <w:t>况</w:t>
      </w:r>
    </w:p>
    <w:p>
      <w:r>
        <w:t>，</w:t>
      </w:r>
    </w:p>
    <w:p>
      <w:r>
        <w:t>须</w:t>
      </w:r>
    </w:p>
    <w:p>
      <w:r>
        <w:t>于</w:t>
      </w:r>
    </w:p>
    <w:p>
      <w:r>
        <w:t>9</w:t>
      </w:r>
    </w:p>
    <w:p>
      <w:r>
        <w:t>月</w:t>
      </w:r>
    </w:p>
    <w:p>
      <w:r>
        <w:t>1</w:t>
      </w:r>
    </w:p>
    <w:p>
      <w:r>
        <w:t>4</w:t>
      </w:r>
    </w:p>
    <w:p>
      <w:r>
        <w:t>日</w:t>
      </w:r>
    </w:p>
    <w:p>
      <w:r>
        <w:t>（</w:t>
      </w:r>
    </w:p>
    <w:p>
      <w:r>
        <w:t>周</w:t>
      </w:r>
    </w:p>
    <w:p>
      <w:r>
        <w:t>四</w:t>
      </w:r>
    </w:p>
    <w:p>
      <w:r>
        <w:t>）</w:t>
      </w:r>
    </w:p>
    <w:p>
      <w:r>
        <w:t>1</w:t>
      </w:r>
    </w:p>
    <w:p>
      <w:r>
        <w:t>7</w:t>
      </w:r>
    </w:p>
    <w:p>
      <w:r>
        <w:t>：</w:t>
      </w:r>
    </w:p>
    <w:p>
      <w:r>
        <w:t>0</w:t>
      </w:r>
    </w:p>
    <w:p>
      <w:r>
        <w:t>0</w:t>
      </w:r>
    </w:p>
    <w:p>
      <w:r>
        <w:t>前</w:t>
      </w:r>
    </w:p>
    <w:p>
      <w:r>
        <w:t>主</w:t>
      </w:r>
    </w:p>
    <w:p>
      <w:r>
        <w:t>动</w:t>
      </w:r>
    </w:p>
    <w:p>
      <w:r>
        <w:t>向</w:t>
      </w:r>
    </w:p>
    <w:p>
      <w:r>
        <w:t>学</w:t>
      </w:r>
    </w:p>
    <w:p>
      <w:r>
        <w:t>院</w:t>
      </w:r>
    </w:p>
    <w:p>
      <w:r>
        <w:t>教</w:t>
      </w:r>
    </w:p>
    <w:p>
      <w:r>
        <w:t>务</w:t>
      </w:r>
    </w:p>
    <w:p>
      <w:r>
        <w:t>办</w:t>
      </w:r>
    </w:p>
    <w:p>
      <w:r>
        <w:t>公</w:t>
      </w:r>
    </w:p>
    <w:p>
      <w:r>
        <w:t>室</w:t>
      </w:r>
    </w:p>
    <w:p>
      <w:r>
        <w:t>报</w:t>
      </w:r>
    </w:p>
    <w:p>
      <w:r>
        <w:t>备</w:t>
      </w:r>
    </w:p>
    <w:p>
      <w:r>
        <w:t>并</w:t>
      </w:r>
    </w:p>
    <w:p>
      <w:r>
        <w:t>回</w:t>
      </w:r>
    </w:p>
    <w:p>
      <w:r>
        <w:t>避</w:t>
      </w:r>
    </w:p>
    <w:p>
      <w:r>
        <w:t>，</w:t>
      </w:r>
    </w:p>
    <w:p>
      <w:r>
        <w:t>材</w:t>
      </w:r>
    </w:p>
    <w:p>
      <w:r>
        <w:t>料</w:t>
      </w:r>
    </w:p>
    <w:p>
      <w:r>
        <w:t>发</w:t>
      </w:r>
    </w:p>
    <w:p>
      <w:r>
        <w:t>至</w:t>
      </w:r>
    </w:p>
    <w:p>
      <w:r>
        <w:t>邮</w:t>
      </w:r>
    </w:p>
    <w:p>
      <w:r>
        <w:t>箱</w:t>
      </w:r>
    </w:p>
    <w:p>
      <w:r>
        <w:t>：</w:t>
      </w:r>
    </w:p>
    <w:p>
      <w:r>
        <w:t>w</w:t>
      </w:r>
    </w:p>
    <w:p>
      <w:r>
        <w:t>u</w:t>
      </w:r>
    </w:p>
    <w:p>
      <w:r>
        <w:t>h</w:t>
      </w:r>
    </w:p>
    <w:p>
      <w:r>
        <w:t>a</w:t>
      </w:r>
    </w:p>
    <w:p>
      <w:r>
        <w:t>i</w:t>
      </w:r>
    </w:p>
    <w:p>
      <w:r>
        <w:t>d</w:t>
      </w:r>
    </w:p>
    <w:p>
      <w:r>
        <w:t>i</w:t>
      </w:r>
    </w:p>
    <w:p>
      <w:r>
        <w:t>@</w:t>
      </w:r>
    </w:p>
    <w:p>
      <w:r>
        <w:t>s</w:t>
      </w:r>
    </w:p>
    <w:p>
      <w:r>
        <w:t>u</w:t>
      </w:r>
    </w:p>
    <w:p>
      <w:r>
        <w:t>d</w:t>
      </w:r>
    </w:p>
    <w:p>
      <w:r>
        <w:t>a</w:t>
      </w:r>
    </w:p>
    <w:p>
      <w:r>
        <w:t>.</w:t>
      </w:r>
    </w:p>
    <w:p>
      <w:r>
        <w:t>e</w:t>
      </w:r>
    </w:p>
    <w:p>
      <w:r>
        <w:t>d</w:t>
      </w:r>
    </w:p>
    <w:p>
      <w:r>
        <w:t>u</w:t>
      </w:r>
    </w:p>
    <w:p>
      <w:r>
        <w:t>.</w:t>
      </w:r>
    </w:p>
    <w:p>
      <w:r>
        <w:t>c</w:t>
      </w:r>
    </w:p>
    <w:p>
      <w:r>
        <w:t>n</w:t>
      </w:r>
    </w:p>
    <w:p>
      <w:r>
        <w:t>。</w:t>
      </w:r>
    </w:p>
    <w:p>
      <w:r>
        <w:t>对</w:t>
      </w:r>
    </w:p>
    <w:p>
      <w:r>
        <w:t>未</w:t>
      </w:r>
    </w:p>
    <w:p>
      <w:r>
        <w:t>按</w:t>
      </w:r>
    </w:p>
    <w:p>
      <w:r>
        <w:t>规</w:t>
      </w:r>
    </w:p>
    <w:p>
      <w:r>
        <w:t>定</w:t>
      </w:r>
    </w:p>
    <w:p>
      <w:r>
        <w:t>报</w:t>
      </w:r>
    </w:p>
    <w:p>
      <w:r>
        <w:t>备</w:t>
      </w:r>
    </w:p>
    <w:p>
      <w:r>
        <w:t>声</w:t>
      </w:r>
    </w:p>
    <w:p>
      <w:r>
        <w:t>明</w:t>
      </w:r>
    </w:p>
    <w:p>
      <w:r>
        <w:t>回</w:t>
      </w:r>
    </w:p>
    <w:p>
      <w:r>
        <w:t>避</w:t>
      </w:r>
    </w:p>
    <w:p>
      <w:r>
        <w:t>关</w:t>
      </w:r>
    </w:p>
    <w:p>
      <w:r>
        <w:t>系</w:t>
      </w:r>
    </w:p>
    <w:p>
      <w:r>
        <w:t>且</w:t>
      </w:r>
    </w:p>
    <w:p>
      <w:r>
        <w:t>影</w:t>
      </w:r>
    </w:p>
    <w:p>
      <w:r>
        <w:t>响</w:t>
      </w:r>
    </w:p>
    <w:p>
      <w:r>
        <w:t>推</w:t>
      </w:r>
    </w:p>
    <w:p>
      <w:r>
        <w:t>免</w:t>
      </w:r>
    </w:p>
    <w:p>
      <w:r>
        <w:t>过</w:t>
      </w:r>
    </w:p>
    <w:p>
      <w:r>
        <w:t>程</w:t>
      </w:r>
    </w:p>
    <w:p>
      <w:r>
        <w:t>和</w:t>
      </w:r>
    </w:p>
    <w:p>
      <w:r>
        <w:t>结</w:t>
      </w:r>
    </w:p>
    <w:p>
      <w:r>
        <w:t>果</w:t>
      </w:r>
    </w:p>
    <w:p>
      <w:r>
        <w:t>公</w:t>
      </w:r>
    </w:p>
    <w:p>
      <w:r>
        <w:t>平</w:t>
      </w:r>
    </w:p>
    <w:p>
      <w:r>
        <w:t>公</w:t>
      </w:r>
    </w:p>
    <w:p>
      <w:r>
        <w:t>正</w:t>
      </w:r>
    </w:p>
    <w:p>
      <w:r>
        <w:t>的</w:t>
      </w:r>
    </w:p>
    <w:p>
      <w:r>
        <w:t>学</w:t>
      </w:r>
    </w:p>
    <w:p>
      <w:r>
        <w:t>生</w:t>
      </w:r>
    </w:p>
    <w:p>
      <w:r>
        <w:t>，</w:t>
      </w:r>
    </w:p>
    <w:p>
      <w:r>
        <w:t>将</w:t>
      </w:r>
    </w:p>
    <w:p>
      <w:r>
        <w:t>取</w:t>
      </w:r>
    </w:p>
    <w:p>
      <w:r>
        <w:t>消</w:t>
      </w:r>
    </w:p>
    <w:p>
      <w:r>
        <w:t>其</w:t>
      </w:r>
    </w:p>
    <w:p>
      <w:r>
        <w:t>推</w:t>
      </w:r>
    </w:p>
    <w:p>
      <w:r>
        <w:t>免</w:t>
      </w:r>
    </w:p>
    <w:p>
      <w:r>
        <w:t>资</w:t>
      </w:r>
    </w:p>
    <w:p>
      <w:r>
        <w:t>格</w:t>
      </w:r>
    </w:p>
    <w:p>
      <w:r>
        <w:t>。</w:t>
      </w:r>
    </w:p>
    <w:p>
      <w:r>
        <w:t>三</w:t>
      </w:r>
    </w:p>
    <w:p>
      <w:r>
        <w:t>、</w:t>
      </w:r>
    </w:p>
    <w:p>
      <w:r>
        <w:t>推</w:t>
      </w:r>
    </w:p>
    <w:p>
      <w:r>
        <w:t>荐</w:t>
      </w:r>
    </w:p>
    <w:p>
      <w:r>
        <w:t>对</w:t>
      </w:r>
    </w:p>
    <w:p>
      <w:r>
        <w:t>象</w:t>
      </w:r>
    </w:p>
    <w:p>
      <w:r>
        <w:t>和</w:t>
      </w:r>
    </w:p>
    <w:p>
      <w:r>
        <w:t>基</w:t>
      </w:r>
    </w:p>
    <w:p>
      <w:r>
        <w:t>本</w:t>
      </w:r>
    </w:p>
    <w:p>
      <w:r>
        <w:t>条</w:t>
      </w:r>
    </w:p>
    <w:p>
      <w:r>
        <w:t>件</w:t>
      </w:r>
    </w:p>
    <w:p>
      <w:r>
        <w:t>推</w:t>
      </w:r>
    </w:p>
    <w:p>
      <w:r>
        <w:t>免</w:t>
      </w:r>
    </w:p>
    <w:p>
      <w:r>
        <w:t>生</w:t>
      </w:r>
    </w:p>
    <w:p>
      <w:r>
        <w:t>从</w:t>
      </w:r>
    </w:p>
    <w:p>
      <w:r>
        <w:t>我</w:t>
      </w:r>
    </w:p>
    <w:p>
      <w:r>
        <w:t>院</w:t>
      </w:r>
    </w:p>
    <w:p>
      <w:r>
        <w:t>纳</w:t>
      </w:r>
    </w:p>
    <w:p>
      <w:r>
        <w:t>入</w:t>
      </w:r>
    </w:p>
    <w:p>
      <w:r>
        <w:t>国</w:t>
      </w:r>
    </w:p>
    <w:p>
      <w:r>
        <w:t>家</w:t>
      </w:r>
    </w:p>
    <w:p>
      <w:r>
        <w:t>普</w:t>
      </w:r>
    </w:p>
    <w:p>
      <w:r>
        <w:t>通</w:t>
      </w:r>
    </w:p>
    <w:p>
      <w:r>
        <w:t>本</w:t>
      </w:r>
    </w:p>
    <w:p>
      <w:r>
        <w:t>科</w:t>
      </w:r>
    </w:p>
    <w:p>
      <w:r>
        <w:t>招</w:t>
      </w:r>
    </w:p>
    <w:p>
      <w:r>
        <w:t>生</w:t>
      </w:r>
    </w:p>
    <w:p>
      <w:r>
        <w:t>计</w:t>
      </w:r>
    </w:p>
    <w:p>
      <w:r>
        <w:t>划</w:t>
      </w:r>
    </w:p>
    <w:p>
      <w:r>
        <w:t>录</w:t>
      </w:r>
    </w:p>
    <w:p>
      <w:r>
        <w:t>取</w:t>
      </w:r>
    </w:p>
    <w:p>
      <w:r>
        <w:t>的</w:t>
      </w:r>
    </w:p>
    <w:p>
      <w:r>
        <w:t>应</w:t>
      </w:r>
    </w:p>
    <w:p>
      <w:r>
        <w:t>届</w:t>
      </w:r>
    </w:p>
    <w:p>
      <w:r>
        <w:t>毕</w:t>
      </w:r>
    </w:p>
    <w:p>
      <w:r>
        <w:t>业</w:t>
      </w:r>
    </w:p>
    <w:p>
      <w:r>
        <w:t>生</w:t>
      </w:r>
    </w:p>
    <w:p>
      <w:r>
        <w:t>（</w:t>
      </w:r>
    </w:p>
    <w:p>
      <w:r>
        <w:t>不</w:t>
      </w:r>
    </w:p>
    <w:p>
      <w:r>
        <w:t>含</w:t>
      </w:r>
    </w:p>
    <w:p>
      <w:r>
        <w:t>第</w:t>
      </w:r>
    </w:p>
    <w:p>
      <w:r>
        <w:t>二</w:t>
      </w:r>
    </w:p>
    <w:p>
      <w:r>
        <w:t>学</w:t>
      </w:r>
    </w:p>
    <w:p>
      <w:r>
        <w:t>士</w:t>
      </w:r>
    </w:p>
    <w:p>
      <w:r>
        <w:t>学</w:t>
      </w:r>
    </w:p>
    <w:p>
      <w:r>
        <w:t>位</w:t>
      </w:r>
    </w:p>
    <w:p>
      <w:r>
        <w:t>）</w:t>
      </w:r>
    </w:p>
    <w:p>
      <w:r>
        <w:t>中</w:t>
      </w:r>
    </w:p>
    <w:p>
      <w:r>
        <w:t>择</w:t>
      </w:r>
    </w:p>
    <w:p>
      <w:r>
        <w:t>优</w:t>
      </w:r>
    </w:p>
    <w:p>
      <w:r>
        <w:t>遴</w:t>
      </w:r>
    </w:p>
    <w:p>
      <w:r>
        <w:t>选</w:t>
      </w:r>
    </w:p>
    <w:p>
      <w:r>
        <w:t>。</w:t>
      </w:r>
    </w:p>
    <w:p>
      <w:r>
        <w:t>参</w:t>
      </w:r>
    </w:p>
    <w:p>
      <w:r>
        <w:t>加</w:t>
      </w:r>
    </w:p>
    <w:p>
      <w:r>
        <w:t>遴</w:t>
      </w:r>
    </w:p>
    <w:p>
      <w:r>
        <w:t>选</w:t>
      </w:r>
    </w:p>
    <w:p>
      <w:r>
        <w:t>的</w:t>
      </w:r>
    </w:p>
    <w:p>
      <w:r>
        <w:t>学</w:t>
      </w:r>
    </w:p>
    <w:p>
      <w:r>
        <w:t>生</w:t>
      </w:r>
    </w:p>
    <w:p>
      <w:r>
        <w:t>须</w:t>
      </w:r>
    </w:p>
    <w:p>
      <w:r>
        <w:t>符</w:t>
      </w:r>
    </w:p>
    <w:p>
      <w:r>
        <w:t>合</w:t>
      </w:r>
    </w:p>
    <w:p>
      <w:r>
        <w:t>以</w:t>
      </w:r>
    </w:p>
    <w:p>
      <w:r>
        <w:t>下</w:t>
      </w:r>
    </w:p>
    <w:p>
      <w:r>
        <w:t>基</w:t>
      </w:r>
    </w:p>
    <w:p>
      <w:r>
        <w:t>本</w:t>
      </w:r>
    </w:p>
    <w:p>
      <w:r>
        <w:t>条</w:t>
      </w:r>
    </w:p>
    <w:p>
      <w:r>
        <w:t>件</w:t>
      </w:r>
    </w:p>
    <w:p>
      <w:r>
        <w:t>：</w:t>
      </w:r>
    </w:p>
    <w:p>
      <w:r>
        <w:t>1</w:t>
      </w:r>
    </w:p>
    <w:p>
      <w:r>
        <w:t>.</w:t>
      </w:r>
    </w:p>
    <w:p>
      <w:r>
        <w:t>拥</w:t>
      </w:r>
    </w:p>
    <w:p>
      <w:r>
        <w:t>护</w:t>
      </w:r>
    </w:p>
    <w:p>
      <w:r>
        <w:t>党</w:t>
      </w:r>
    </w:p>
    <w:p>
      <w:r>
        <w:t>的</w:t>
      </w:r>
    </w:p>
    <w:p>
      <w:r>
        <w:t>领</w:t>
      </w:r>
    </w:p>
    <w:p>
      <w:r>
        <w:t>导</w:t>
      </w:r>
    </w:p>
    <w:p>
      <w:r>
        <w:t>，</w:t>
      </w:r>
    </w:p>
    <w:p>
      <w:r>
        <w:t>坚</w:t>
      </w:r>
    </w:p>
    <w:p>
      <w:r>
        <w:t>定</w:t>
      </w:r>
    </w:p>
    <w:p>
      <w:r>
        <w:t>社</w:t>
      </w:r>
    </w:p>
    <w:p>
      <w:r>
        <w:t>会</w:t>
      </w:r>
    </w:p>
    <w:p>
      <w:r>
        <w:t>主</w:t>
      </w:r>
    </w:p>
    <w:p>
      <w:r>
        <w:t>义</w:t>
      </w:r>
    </w:p>
    <w:p>
      <w:r>
        <w:t>信</w:t>
      </w:r>
    </w:p>
    <w:p>
      <w:r>
        <w:t>念</w:t>
      </w:r>
    </w:p>
    <w:p>
      <w:r>
        <w:t>，</w:t>
      </w:r>
    </w:p>
    <w:p>
      <w:r>
        <w:t>具</w:t>
      </w:r>
    </w:p>
    <w:p>
      <w:r>
        <w:t>有</w:t>
      </w:r>
    </w:p>
    <w:p>
      <w:r>
        <w:t>高</w:t>
      </w:r>
    </w:p>
    <w:p>
      <w:r>
        <w:t>尚</w:t>
      </w:r>
    </w:p>
    <w:p>
      <w:r>
        <w:t>的</w:t>
      </w:r>
    </w:p>
    <w:p>
      <w:r>
        <w:t>爱</w:t>
      </w:r>
    </w:p>
    <w:p>
      <w:r>
        <w:t>国</w:t>
      </w:r>
    </w:p>
    <w:p>
      <w:r>
        <w:t>主</w:t>
      </w:r>
    </w:p>
    <w:p>
      <w:r>
        <w:t>义</w:t>
      </w:r>
    </w:p>
    <w:p>
      <w:r>
        <w:t>情</w:t>
      </w:r>
    </w:p>
    <w:p>
      <w:r>
        <w:t>操</w:t>
      </w:r>
    </w:p>
    <w:p>
      <w:r>
        <w:t>和</w:t>
      </w:r>
    </w:p>
    <w:p>
      <w:r>
        <w:t>集</w:t>
      </w:r>
    </w:p>
    <w:p>
      <w:r>
        <w:t>体</w:t>
      </w:r>
    </w:p>
    <w:p>
      <w:r>
        <w:t>主</w:t>
      </w:r>
    </w:p>
    <w:p>
      <w:r>
        <w:t>义</w:t>
      </w:r>
    </w:p>
    <w:p>
      <w:r>
        <w:t>精</w:t>
      </w:r>
    </w:p>
    <w:p>
      <w:r>
        <w:t>神</w:t>
      </w:r>
    </w:p>
    <w:p>
      <w:r>
        <w:t>，</w:t>
      </w:r>
    </w:p>
    <w:p>
      <w:r>
        <w:t>社</w:t>
      </w:r>
    </w:p>
    <w:p>
      <w:r>
        <w:t>会</w:t>
      </w:r>
    </w:p>
    <w:p>
      <w:r>
        <w:t>责</w:t>
      </w:r>
    </w:p>
    <w:p>
      <w:r>
        <w:t>任</w:t>
      </w:r>
    </w:p>
    <w:p>
      <w:r>
        <w:t>感</w:t>
      </w:r>
    </w:p>
    <w:p>
      <w:r>
        <w:t>强</w:t>
      </w:r>
    </w:p>
    <w:p>
      <w:r>
        <w:t>，</w:t>
      </w:r>
    </w:p>
    <w:p>
      <w:r>
        <w:t>遵</w:t>
      </w:r>
    </w:p>
    <w:p>
      <w:r>
        <w:t>纪</w:t>
      </w:r>
    </w:p>
    <w:p>
      <w:r>
        <w:t>守</w:t>
      </w:r>
    </w:p>
    <w:p>
      <w:r>
        <w:t>法</w:t>
      </w:r>
    </w:p>
    <w:p>
      <w:r>
        <w:t>，</w:t>
      </w:r>
    </w:p>
    <w:p>
      <w:r>
        <w:t>积</w:t>
      </w:r>
    </w:p>
    <w:p>
      <w:r>
        <w:t>极</w:t>
      </w:r>
    </w:p>
    <w:p>
      <w:r>
        <w:t>向</w:t>
      </w:r>
    </w:p>
    <w:p>
      <w:r>
        <w:t>上</w:t>
      </w:r>
    </w:p>
    <w:p>
      <w:r>
        <w:t>，</w:t>
      </w:r>
    </w:p>
    <w:p>
      <w:r>
        <w:t>身</w:t>
      </w:r>
    </w:p>
    <w:p>
      <w:r>
        <w:t>心</w:t>
      </w:r>
    </w:p>
    <w:p>
      <w:r>
        <w:t>健</w:t>
      </w:r>
    </w:p>
    <w:p>
      <w:r>
        <w:t>康</w:t>
      </w:r>
    </w:p>
    <w:p>
      <w:r>
        <w:t>。</w:t>
      </w:r>
    </w:p>
    <w:p>
      <w:r>
        <w:t>品</w:t>
      </w:r>
    </w:p>
    <w:p>
      <w:r>
        <w:t>行</w:t>
      </w:r>
    </w:p>
    <w:p>
      <w:r>
        <w:t>表</w:t>
      </w:r>
    </w:p>
    <w:p>
      <w:r>
        <w:t>现</w:t>
      </w:r>
    </w:p>
    <w:p>
      <w:r>
        <w:t>优</w:t>
      </w:r>
    </w:p>
    <w:p>
      <w:r>
        <w:t>良</w:t>
      </w:r>
    </w:p>
    <w:p>
      <w:r>
        <w:t>，</w:t>
      </w:r>
    </w:p>
    <w:p>
      <w:r>
        <w:t>无</w:t>
      </w:r>
    </w:p>
    <w:p>
      <w:r>
        <w:t>任</w:t>
      </w:r>
    </w:p>
    <w:p>
      <w:r>
        <w:t>何</w:t>
      </w:r>
    </w:p>
    <w:p>
      <w:r>
        <w:t>违</w:t>
      </w:r>
    </w:p>
    <w:p>
      <w:r>
        <w:t>法</w:t>
      </w:r>
    </w:p>
    <w:p>
      <w:r>
        <w:t>违</w:t>
      </w:r>
    </w:p>
    <w:p>
      <w:r>
        <w:t>纪</w:t>
      </w:r>
    </w:p>
    <w:p>
      <w:r>
        <w:t>受</w:t>
      </w:r>
    </w:p>
    <w:p>
      <w:r>
        <w:t>处</w:t>
      </w:r>
    </w:p>
    <w:p>
      <w:r>
        <w:t>分</w:t>
      </w:r>
    </w:p>
    <w:p>
      <w:r>
        <w:t>记</w:t>
      </w:r>
    </w:p>
    <w:p>
      <w:r>
        <w:t>录</w:t>
      </w:r>
    </w:p>
    <w:p>
      <w:r>
        <w:t>或</w:t>
      </w:r>
    </w:p>
    <w:p>
      <w:r>
        <w:t>受</w:t>
      </w:r>
    </w:p>
    <w:p>
      <w:r>
        <w:t>处</w:t>
      </w:r>
    </w:p>
    <w:p>
      <w:r>
        <w:t>分</w:t>
      </w:r>
    </w:p>
    <w:p>
      <w:r>
        <w:t>记</w:t>
      </w:r>
    </w:p>
    <w:p>
      <w:r>
        <w:t>录</w:t>
      </w:r>
    </w:p>
    <w:p>
      <w:r>
        <w:t>解</w:t>
      </w:r>
    </w:p>
    <w:p>
      <w:r>
        <w:t>除</w:t>
      </w:r>
    </w:p>
    <w:p>
      <w:r>
        <w:t>后</w:t>
      </w:r>
    </w:p>
    <w:p>
      <w:r>
        <w:t>品</w:t>
      </w:r>
    </w:p>
    <w:p>
      <w:r>
        <w:t>德</w:t>
      </w:r>
    </w:p>
    <w:p>
      <w:r>
        <w:t>表</w:t>
      </w:r>
    </w:p>
    <w:p>
      <w:r>
        <w:t>现</w:t>
      </w:r>
    </w:p>
    <w:p>
      <w:r>
        <w:t>优</w:t>
      </w:r>
    </w:p>
    <w:p>
      <w:r>
        <w:t>良</w:t>
      </w:r>
    </w:p>
    <w:p>
      <w:r>
        <w:t>；</w:t>
      </w:r>
    </w:p>
    <w:p>
      <w:r>
        <w:t>诚</w:t>
      </w:r>
    </w:p>
    <w:p>
      <w:r>
        <w:t>实</w:t>
      </w:r>
    </w:p>
    <w:p>
      <w:r>
        <w:t>守</w:t>
      </w:r>
    </w:p>
    <w:p>
      <w:r>
        <w:t>信</w:t>
      </w:r>
    </w:p>
    <w:p>
      <w:r>
        <w:t>，</w:t>
      </w:r>
    </w:p>
    <w:p>
      <w:r>
        <w:t>学</w:t>
      </w:r>
    </w:p>
    <w:p>
      <w:r>
        <w:t>风</w:t>
      </w:r>
    </w:p>
    <w:p>
      <w:r>
        <w:t>端</w:t>
      </w:r>
    </w:p>
    <w:p>
      <w:r>
        <w:t>正</w:t>
      </w:r>
    </w:p>
    <w:p>
      <w:r>
        <w:t>，</w:t>
      </w:r>
    </w:p>
    <w:p>
      <w:r>
        <w:t>无</w:t>
      </w:r>
    </w:p>
    <w:p>
      <w:r>
        <w:t>任</w:t>
      </w:r>
    </w:p>
    <w:p>
      <w:r>
        <w:t>何</w:t>
      </w:r>
    </w:p>
    <w:p>
      <w:r>
        <w:t>剽</w:t>
      </w:r>
    </w:p>
    <w:p>
      <w:r>
        <w:t>窃</w:t>
      </w:r>
    </w:p>
    <w:p>
      <w:r>
        <w:t>他</w:t>
      </w:r>
    </w:p>
    <w:p>
      <w:r>
        <w:t>人</w:t>
      </w:r>
    </w:p>
    <w:p>
      <w:r>
        <w:t>学</w:t>
      </w:r>
    </w:p>
    <w:p>
      <w:r>
        <w:t>术</w:t>
      </w:r>
    </w:p>
    <w:p>
      <w:r>
        <w:t>成</w:t>
      </w:r>
    </w:p>
    <w:p>
      <w:r>
        <w:t>果</w:t>
      </w:r>
    </w:p>
    <w:p>
      <w:r>
        <w:t>记</w:t>
      </w:r>
    </w:p>
    <w:p>
      <w:r>
        <w:t>录</w:t>
      </w:r>
    </w:p>
    <w:p>
      <w:r>
        <w:t>等</w:t>
      </w:r>
    </w:p>
    <w:p>
      <w:r>
        <w:t>学</w:t>
      </w:r>
    </w:p>
    <w:p>
      <w:r>
        <w:t>术</w:t>
      </w:r>
    </w:p>
    <w:p>
      <w:r>
        <w:t>不</w:t>
      </w:r>
    </w:p>
    <w:p>
      <w:r>
        <w:t>端</w:t>
      </w:r>
    </w:p>
    <w:p>
      <w:r>
        <w:t>记</w:t>
      </w:r>
    </w:p>
    <w:p>
      <w:r>
        <w:t>录</w:t>
      </w:r>
    </w:p>
    <w:p>
      <w:r>
        <w:t>。</w:t>
      </w:r>
    </w:p>
    <w:p>
      <w:r>
        <w:t>2</w:t>
      </w:r>
    </w:p>
    <w:p>
      <w:r>
        <w:t>.</w:t>
      </w:r>
    </w:p>
    <w:p>
      <w:r>
        <w:t>具</w:t>
      </w:r>
    </w:p>
    <w:p>
      <w:r>
        <w:t>有</w:t>
      </w:r>
    </w:p>
    <w:p>
      <w:r>
        <w:t>学</w:t>
      </w:r>
    </w:p>
    <w:p>
      <w:r>
        <w:t>术</w:t>
      </w:r>
    </w:p>
    <w:p>
      <w:r>
        <w:t>研</w:t>
      </w:r>
    </w:p>
    <w:p>
      <w:r>
        <w:t>究</w:t>
      </w:r>
    </w:p>
    <w:p>
      <w:r>
        <w:t>的</w:t>
      </w:r>
    </w:p>
    <w:p>
      <w:r>
        <w:t>兴</w:t>
      </w:r>
    </w:p>
    <w:p>
      <w:r>
        <w:t>趣</w:t>
      </w:r>
    </w:p>
    <w:p>
      <w:r>
        <w:t>和</w:t>
      </w:r>
    </w:p>
    <w:p>
      <w:r>
        <w:t>潜</w:t>
      </w:r>
    </w:p>
    <w:p>
      <w:r>
        <w:t>力</w:t>
      </w:r>
    </w:p>
    <w:p>
      <w:r>
        <w:t>，</w:t>
      </w:r>
    </w:p>
    <w:p>
      <w:r>
        <w:t>学</w:t>
      </w:r>
    </w:p>
    <w:p>
      <w:r>
        <w:t>习</w:t>
      </w:r>
    </w:p>
    <w:p>
      <w:r>
        <w:t>刻</w:t>
      </w:r>
    </w:p>
    <w:p>
      <w:r>
        <w:t>苦</w:t>
      </w:r>
    </w:p>
    <w:p>
      <w:r>
        <w:t>、</w:t>
      </w:r>
    </w:p>
    <w:p>
      <w:r>
        <w:t>勤</w:t>
      </w:r>
    </w:p>
    <w:p>
      <w:r>
        <w:t>奋</w:t>
      </w:r>
    </w:p>
    <w:p>
      <w:r>
        <w:t>，</w:t>
      </w:r>
    </w:p>
    <w:p>
      <w:r>
        <w:t>且</w:t>
      </w:r>
    </w:p>
    <w:p>
      <w:r>
        <w:t>成</w:t>
      </w:r>
    </w:p>
    <w:p>
      <w:r>
        <w:t>绩</w:t>
      </w:r>
    </w:p>
    <w:p>
      <w:r>
        <w:t>优</w:t>
      </w:r>
    </w:p>
    <w:p>
      <w:r>
        <w:t>秀</w:t>
      </w:r>
    </w:p>
    <w:p>
      <w:r>
        <w:t>。</w:t>
      </w:r>
    </w:p>
    <w:p>
      <w:r>
        <w:t>已</w:t>
      </w:r>
    </w:p>
    <w:p>
      <w:r>
        <w:t>修</w:t>
      </w:r>
    </w:p>
    <w:p>
      <w:r>
        <w:t>课</w:t>
      </w:r>
    </w:p>
    <w:p>
      <w:r>
        <w:t>程</w:t>
      </w:r>
    </w:p>
    <w:p>
      <w:r>
        <w:t>成</w:t>
      </w:r>
    </w:p>
    <w:p>
      <w:r>
        <w:t>绩</w:t>
      </w:r>
    </w:p>
    <w:p>
      <w:r>
        <w:t>全</w:t>
      </w:r>
    </w:p>
    <w:p>
      <w:r>
        <w:t>部</w:t>
      </w:r>
    </w:p>
    <w:p>
      <w:r>
        <w:t>合</w:t>
      </w:r>
    </w:p>
    <w:p>
      <w:r>
        <w:t>格</w:t>
      </w:r>
    </w:p>
    <w:p>
      <w:r>
        <w:t>，</w:t>
      </w:r>
    </w:p>
    <w:p>
      <w:r>
        <w:t>即</w:t>
      </w:r>
    </w:p>
    <w:p>
      <w:r>
        <w:t>记</w:t>
      </w:r>
    </w:p>
    <w:p>
      <w:r>
        <w:t>录</w:t>
      </w:r>
    </w:p>
    <w:p>
      <w:r>
        <w:t>百</w:t>
      </w:r>
    </w:p>
    <w:p>
      <w:r>
        <w:t>分</w:t>
      </w:r>
    </w:p>
    <w:p>
      <w:r>
        <w:t>制</w:t>
      </w:r>
    </w:p>
    <w:p>
      <w:r>
        <w:t>的</w:t>
      </w:r>
    </w:p>
    <w:p>
      <w:r>
        <w:t>课</w:t>
      </w:r>
    </w:p>
    <w:p>
      <w:r>
        <w:t>程</w:t>
      </w:r>
    </w:p>
    <w:p>
      <w:r>
        <w:t>学</w:t>
      </w:r>
    </w:p>
    <w:p>
      <w:r>
        <w:t>分</w:t>
      </w:r>
    </w:p>
    <w:p>
      <w:r>
        <w:t>绩</w:t>
      </w:r>
    </w:p>
    <w:p>
      <w:r>
        <w:t>点</w:t>
      </w:r>
    </w:p>
    <w:p>
      <w:r>
        <w:t>达</w:t>
      </w:r>
    </w:p>
    <w:p>
      <w:r>
        <w:t>1</w:t>
      </w:r>
    </w:p>
    <w:p>
      <w:r>
        <w:t>.</w:t>
      </w:r>
    </w:p>
    <w:p>
      <w:r>
        <w:t>0</w:t>
      </w:r>
    </w:p>
    <w:p>
      <w:r>
        <w:t>及</w:t>
      </w:r>
    </w:p>
    <w:p>
      <w:r>
        <w:t>以</w:t>
      </w:r>
    </w:p>
    <w:p>
      <w:r>
        <w:t>上</w:t>
      </w:r>
    </w:p>
    <w:p>
      <w:r>
        <w:t>、</w:t>
      </w:r>
    </w:p>
    <w:p>
      <w:r>
        <w:t>记</w:t>
      </w:r>
    </w:p>
    <w:p>
      <w:r>
        <w:t>录</w:t>
      </w:r>
    </w:p>
    <w:p>
      <w:r>
        <w:t>等</w:t>
      </w:r>
    </w:p>
    <w:p>
      <w:r>
        <w:t>级</w:t>
      </w:r>
    </w:p>
    <w:p>
      <w:r>
        <w:t>的</w:t>
      </w:r>
    </w:p>
    <w:p>
      <w:r>
        <w:t>课</w:t>
      </w:r>
    </w:p>
    <w:p>
      <w:r>
        <w:t>程</w:t>
      </w:r>
    </w:p>
    <w:p>
      <w:r>
        <w:t>成</w:t>
      </w:r>
    </w:p>
    <w:p>
      <w:r>
        <w:t>绩</w:t>
      </w:r>
    </w:p>
    <w:p>
      <w:r>
        <w:t>达</w:t>
      </w:r>
    </w:p>
    <w:p>
      <w:r>
        <w:t>D</w:t>
      </w:r>
    </w:p>
    <w:p>
      <w:r>
        <w:t>及</w:t>
      </w:r>
    </w:p>
    <w:p>
      <w:r>
        <w:t>以</w:t>
      </w:r>
    </w:p>
    <w:p>
      <w:r>
        <w:t>上</w:t>
      </w:r>
    </w:p>
    <w:p>
      <w:r>
        <w:t>等</w:t>
      </w:r>
    </w:p>
    <w:p>
      <w:r>
        <w:t>级</w:t>
      </w:r>
    </w:p>
    <w:p>
      <w:r>
        <w:t>（</w:t>
      </w:r>
    </w:p>
    <w:p>
      <w:r>
        <w:t>体</w:t>
      </w:r>
    </w:p>
    <w:p>
      <w:r>
        <w:t>育</w:t>
      </w:r>
    </w:p>
    <w:p>
      <w:r>
        <w:t>保</w:t>
      </w:r>
    </w:p>
    <w:p>
      <w:r>
        <w:t>健</w:t>
      </w:r>
    </w:p>
    <w:p>
      <w:r>
        <w:t>班</w:t>
      </w:r>
    </w:p>
    <w:p>
      <w:r>
        <w:t>学</w:t>
      </w:r>
    </w:p>
    <w:p>
      <w:r>
        <w:t>术</w:t>
      </w:r>
    </w:p>
    <w:p>
      <w:r>
        <w:t>体</w:t>
      </w:r>
    </w:p>
    <w:p>
      <w:r>
        <w:t>育</w:t>
      </w:r>
    </w:p>
    <w:p>
      <w:r>
        <w:t>课</w:t>
      </w:r>
    </w:p>
    <w:p>
      <w:r>
        <w:t>程</w:t>
      </w:r>
    </w:p>
    <w:p>
      <w:r>
        <w:t>标</w:t>
      </w:r>
    </w:p>
    <w:p>
      <w:r>
        <w:t>注</w:t>
      </w:r>
    </w:p>
    <w:p>
      <w:r>
        <w:t>为</w:t>
      </w:r>
    </w:p>
    <w:p>
      <w:r>
        <w:t>“</w:t>
      </w:r>
    </w:p>
    <w:p>
      <w:r>
        <w:t>保</w:t>
      </w:r>
    </w:p>
    <w:p>
      <w:r>
        <w:t>健</w:t>
      </w:r>
    </w:p>
    <w:p>
      <w:r>
        <w:t>”</w:t>
      </w:r>
    </w:p>
    <w:p>
      <w:r>
        <w:t>）</w:t>
      </w:r>
    </w:p>
    <w:p>
      <w:r>
        <w:t>；</w:t>
      </w:r>
    </w:p>
    <w:p>
      <w:r>
        <w:t>取</w:t>
      </w:r>
    </w:p>
    <w:p>
      <w:r>
        <w:t>得</w:t>
      </w:r>
    </w:p>
    <w:p>
      <w:r>
        <w:t>毕</w:t>
      </w:r>
    </w:p>
    <w:p>
      <w:r>
        <w:t>业</w:t>
      </w:r>
    </w:p>
    <w:p>
      <w:r>
        <w:t>要</w:t>
      </w:r>
    </w:p>
    <w:p>
      <w:r>
        <w:t>求</w:t>
      </w:r>
    </w:p>
    <w:p>
      <w:r>
        <w:t>总</w:t>
      </w:r>
    </w:p>
    <w:p>
      <w:r>
        <w:t>学</w:t>
      </w:r>
    </w:p>
    <w:p>
      <w:r>
        <w:t>分</w:t>
      </w:r>
    </w:p>
    <w:p>
      <w:r>
        <w:t>的</w:t>
      </w:r>
    </w:p>
    <w:p>
      <w:r>
        <w:t>四</w:t>
      </w:r>
    </w:p>
    <w:p>
      <w:r>
        <w:t>分</w:t>
      </w:r>
    </w:p>
    <w:p>
      <w:r>
        <w:t>之</w:t>
      </w:r>
    </w:p>
    <w:p>
      <w:r>
        <w:t>三</w:t>
      </w:r>
    </w:p>
    <w:p>
      <w:r>
        <w:t>以</w:t>
      </w:r>
    </w:p>
    <w:p>
      <w:r>
        <w:t>上</w:t>
      </w:r>
    </w:p>
    <w:p>
      <w:r>
        <w:t>（</w:t>
      </w:r>
    </w:p>
    <w:p>
      <w:r>
        <w:t>含</w:t>
      </w:r>
    </w:p>
    <w:p>
      <w:r>
        <w:t>四</w:t>
      </w:r>
    </w:p>
    <w:p>
      <w:r>
        <w:t>分</w:t>
      </w:r>
    </w:p>
    <w:p>
      <w:r>
        <w:t>之</w:t>
      </w:r>
    </w:p>
    <w:p>
      <w:r>
        <w:t>三</w:t>
      </w:r>
    </w:p>
    <w:p>
      <w:r>
        <w:t>）</w:t>
      </w:r>
    </w:p>
    <w:p>
      <w:r>
        <w:t>学</w:t>
      </w:r>
    </w:p>
    <w:p>
      <w:r>
        <w:t>分</w:t>
      </w:r>
    </w:p>
    <w:p>
      <w:r>
        <w:t>；</w:t>
      </w:r>
    </w:p>
    <w:p>
      <w:r>
        <w:t>课</w:t>
      </w:r>
    </w:p>
    <w:p>
      <w:r>
        <w:t>程</w:t>
      </w:r>
    </w:p>
    <w:p>
      <w:r>
        <w:t>平</w:t>
      </w:r>
    </w:p>
    <w:p>
      <w:r>
        <w:t>均</w:t>
      </w:r>
    </w:p>
    <w:p>
      <w:r>
        <w:t>学</w:t>
      </w:r>
    </w:p>
    <w:p>
      <w:r>
        <w:t>分</w:t>
      </w:r>
    </w:p>
    <w:p>
      <w:r>
        <w:t>绩</w:t>
      </w:r>
    </w:p>
    <w:p>
      <w:r>
        <w:t>点</w:t>
      </w:r>
    </w:p>
    <w:p>
      <w:r>
        <w:t>（</w:t>
      </w:r>
    </w:p>
    <w:p>
      <w:r>
        <w:t>G</w:t>
      </w:r>
    </w:p>
    <w:p>
      <w:r>
        <w:t>P</w:t>
      </w:r>
    </w:p>
    <w:p>
      <w:r>
        <w:t>A</w:t>
      </w:r>
    </w:p>
    <w:p>
      <w:r>
        <w:t>）</w:t>
      </w:r>
    </w:p>
    <w:p>
      <w:r>
        <w:t>在</w:t>
      </w:r>
    </w:p>
    <w:p>
      <w:r>
        <w:t>本</w:t>
      </w:r>
    </w:p>
    <w:p>
      <w:r>
        <w:t>专</w:t>
      </w:r>
    </w:p>
    <w:p>
      <w:r>
        <w:t>业</w:t>
      </w:r>
    </w:p>
    <w:p>
      <w:r>
        <w:t>名</w:t>
      </w:r>
    </w:p>
    <w:p>
      <w:r>
        <w:t>列</w:t>
      </w:r>
    </w:p>
    <w:p>
      <w:r>
        <w:t>前</w:t>
      </w:r>
    </w:p>
    <w:p>
      <w:r>
        <w:t>茅</w:t>
      </w:r>
    </w:p>
    <w:p>
      <w:r>
        <w:t>,</w:t>
      </w:r>
    </w:p>
    <w:p>
      <w:r>
        <w:t>外</w:t>
      </w:r>
    </w:p>
    <w:p>
      <w:r>
        <w:t>语</w:t>
      </w:r>
    </w:p>
    <w:p>
      <w:r>
        <w:t>水</w:t>
      </w:r>
    </w:p>
    <w:p>
      <w:r>
        <w:t>平</w:t>
      </w:r>
    </w:p>
    <w:p>
      <w:r>
        <w:t>优</w:t>
      </w:r>
    </w:p>
    <w:p>
      <w:r>
        <w:t>秀</w:t>
      </w:r>
    </w:p>
    <w:p>
      <w:r>
        <w:t>；</w:t>
      </w:r>
    </w:p>
    <w:p>
      <w:r>
        <w:t>申</w:t>
      </w:r>
    </w:p>
    <w:p>
      <w:r>
        <w:t>请</w:t>
      </w:r>
    </w:p>
    <w:p>
      <w:r>
        <w:t>时</w:t>
      </w:r>
    </w:p>
    <w:p>
      <w:r>
        <w:t>必</w:t>
      </w:r>
    </w:p>
    <w:p>
      <w:r>
        <w:t>修</w:t>
      </w:r>
    </w:p>
    <w:p>
      <w:r>
        <w:t>课</w:t>
      </w:r>
    </w:p>
    <w:p>
      <w:r>
        <w:t>程</w:t>
      </w:r>
    </w:p>
    <w:p>
      <w:r>
        <w:t>无</w:t>
      </w:r>
    </w:p>
    <w:p>
      <w:r>
        <w:t>“</w:t>
      </w:r>
    </w:p>
    <w:p>
      <w:r>
        <w:t>弃</w:t>
      </w:r>
    </w:p>
    <w:p>
      <w:r>
        <w:t>考</w:t>
      </w:r>
    </w:p>
    <w:p>
      <w:r>
        <w:t>”</w:t>
      </w:r>
    </w:p>
    <w:p>
      <w:r>
        <w:t>记</w:t>
      </w:r>
    </w:p>
    <w:p>
      <w:r>
        <w:t>录</w:t>
      </w:r>
    </w:p>
    <w:p>
      <w:r>
        <w:t>。</w:t>
      </w:r>
    </w:p>
    <w:p>
      <w:r>
        <w:t>四</w:t>
      </w:r>
    </w:p>
    <w:p>
      <w:r>
        <w:t>、</w:t>
      </w:r>
    </w:p>
    <w:p>
      <w:r>
        <w:t>推</w:t>
      </w:r>
    </w:p>
    <w:p>
      <w:r>
        <w:t>荐</w:t>
      </w:r>
    </w:p>
    <w:p>
      <w:r>
        <w:t>名</w:t>
      </w:r>
    </w:p>
    <w:p>
      <w:r>
        <w:t>额</w:t>
      </w:r>
    </w:p>
    <w:p>
      <w:r>
        <w:t>分</w:t>
      </w:r>
    </w:p>
    <w:p>
      <w:r>
        <w:t>配</w:t>
      </w:r>
    </w:p>
    <w:p>
      <w:r>
        <w:t>原</w:t>
      </w:r>
    </w:p>
    <w:p>
      <w:r>
        <w:t>则</w:t>
      </w:r>
    </w:p>
    <w:p>
      <w:r>
        <w:t>因</w:t>
      </w:r>
    </w:p>
    <w:p>
      <w:r>
        <w:t>当</w:t>
      </w:r>
    </w:p>
    <w:p>
      <w:r>
        <w:t>前</w:t>
      </w:r>
    </w:p>
    <w:p>
      <w:r>
        <w:t>教</w:t>
      </w:r>
    </w:p>
    <w:p>
      <w:r>
        <w:t>育</w:t>
      </w:r>
    </w:p>
    <w:p>
      <w:r>
        <w:t>部</w:t>
      </w:r>
    </w:p>
    <w:p>
      <w:r>
        <w:t>推</w:t>
      </w:r>
    </w:p>
    <w:p>
      <w:r>
        <w:t>免</w:t>
      </w:r>
    </w:p>
    <w:p>
      <w:r>
        <w:t>指</w:t>
      </w:r>
    </w:p>
    <w:p>
      <w:r>
        <w:t>标</w:t>
      </w:r>
    </w:p>
    <w:p>
      <w:r>
        <w:t>尚</w:t>
      </w:r>
    </w:p>
    <w:p>
      <w:r>
        <w:t>未</w:t>
      </w:r>
    </w:p>
    <w:p>
      <w:r>
        <w:t>下</w:t>
      </w:r>
    </w:p>
    <w:p>
      <w:r>
        <w:t>达</w:t>
      </w:r>
    </w:p>
    <w:p>
      <w:r>
        <w:t>，</w:t>
      </w:r>
    </w:p>
    <w:p>
      <w:r>
        <w:t>学</w:t>
      </w:r>
    </w:p>
    <w:p>
      <w:r>
        <w:t>院</w:t>
      </w:r>
    </w:p>
    <w:p>
      <w:r>
        <w:t>指</w:t>
      </w:r>
    </w:p>
    <w:p>
      <w:r>
        <w:t>标</w:t>
      </w:r>
    </w:p>
    <w:p>
      <w:r>
        <w:t>分</w:t>
      </w:r>
    </w:p>
    <w:p>
      <w:r>
        <w:t>配</w:t>
      </w:r>
    </w:p>
    <w:p>
      <w:r>
        <w:t>具</w:t>
      </w:r>
    </w:p>
    <w:p>
      <w:r>
        <w:t>体</w:t>
      </w:r>
    </w:p>
    <w:p>
      <w:r>
        <w:t>方</w:t>
      </w:r>
    </w:p>
    <w:p>
      <w:r>
        <w:t>案</w:t>
      </w:r>
    </w:p>
    <w:p>
      <w:r>
        <w:t>另</w:t>
      </w:r>
    </w:p>
    <w:p>
      <w:r>
        <w:t>行</w:t>
      </w:r>
    </w:p>
    <w:p>
      <w:r>
        <w:t>公</w:t>
      </w:r>
    </w:p>
    <w:p>
      <w:r>
        <w:t>布</w:t>
      </w:r>
    </w:p>
    <w:p>
      <w:r>
        <w:t>。</w:t>
      </w:r>
    </w:p>
    <w:p>
      <w:r>
        <w:t>五</w:t>
      </w:r>
    </w:p>
    <w:p>
      <w:r>
        <w:t>、</w:t>
      </w:r>
    </w:p>
    <w:p>
      <w:r>
        <w:t>推</w:t>
      </w:r>
    </w:p>
    <w:p>
      <w:r>
        <w:t>荐</w:t>
      </w:r>
    </w:p>
    <w:p>
      <w:r>
        <w:t>工</w:t>
      </w:r>
    </w:p>
    <w:p>
      <w:r>
        <w:t>作</w:t>
      </w:r>
    </w:p>
    <w:p>
      <w:r>
        <w:t>程</w:t>
      </w:r>
    </w:p>
    <w:p>
      <w:r>
        <w:t>序</w:t>
      </w:r>
    </w:p>
    <w:p>
      <w:r>
        <w:t>1.动员和公告。学院在应届本科毕业生中进行动员，宣传上级主管部门及学</w:t>
      </w:r>
    </w:p>
    <w:p>
      <w:r>
        <w:t>校各项推免政策、条件及学院的推免工作程序，公布学院推免工作实施细则，开</w:t>
      </w:r>
    </w:p>
    <w:p>
      <w:r>
        <w:t>展政策宣讲。</w:t>
      </w:r>
    </w:p>
    <w:p>
      <w:r>
        <w:t>2.申请。此次申请的学生应在推免申请系统中选择“普通计划”类型。为保</w:t>
      </w:r>
    </w:p>
    <w:p>
      <w:r>
        <w:t>障公平公正，保护广大毕业生的权益，学生须打印《苏州大学本科毕业生推荐免</w:t>
      </w:r>
    </w:p>
    <w:p>
      <w:r>
        <w:t>试攻读研究生申请承诺书》（附件1），本人手写签名（不得使用电子签名）后，</w:t>
      </w:r>
    </w:p>
    <w:p>
      <w:r>
        <w:t>拍照上传申请系统。符合推免申请条件的 2023 届预毕业本科生，于 9 月 9 日（周</w:t>
      </w:r>
    </w:p>
    <w:p>
      <w:r>
        <w:t>六）中午 12:00 至 13 日（周三）上午 10:00，登录“苏州大学本科生推免申请</w:t>
      </w:r>
    </w:p>
    <w:p>
      <w:r>
        <w:t>系统”（网址：http://tmsq.jwb.suda.edu.cn/，外网需先登学校 VPN），点击</w:t>
      </w:r>
    </w:p>
    <w:p>
      <w:r>
        <w:t>“推免申请”自愿申请并上传相关证明材料电子稿。申请时请务必认真阅读页面</w:t>
      </w:r>
    </w:p>
    <w:p>
      <w:r>
        <w:t>内的全部提示内容；申请时间截止，系统自动关闭，学生不能再补申请。《苏州</w:t>
      </w:r>
    </w:p>
    <w:p>
      <w:r>
        <w:t>大学本科毕业生推荐免试攻读研究生申请承诺书》原件及发展素质相关证明材料</w:t>
      </w:r>
    </w:p>
    <w:p>
      <w:r>
        <w:t>原件、复印件于 9 月 13 日上午 10：00 交至 505-5119 办公室。</w:t>
      </w:r>
    </w:p>
    <w:p>
      <w:r>
        <w:t>申请参加“支教团”计划、“国优计划”“农村硕师计划”的学生按学校相</w:t>
      </w:r>
    </w:p>
    <w:p>
      <w:r>
        <w:t>关工作通知执行。</w:t>
      </w:r>
    </w:p>
    <w:p>
      <w:r>
        <w:t>3.申请资格审核。学院教务老师于 9 月 14 日（周四）中午 12:00 前，登录</w:t>
      </w:r>
    </w:p>
    <w:p>
      <w:r>
        <w:t>“苏州大学本科生推免申请系统”（网址：http://tmsq.jwb.suda.edu.cn/，外</w:t>
      </w:r>
    </w:p>
    <w:p>
      <w:r>
        <w:t>网需先登学校 VPN，账号和密码同教务管理系统），并完成学生申请资格的审核。</w:t>
      </w:r>
    </w:p>
    <w:p>
      <w:r>
        <w:t>4.综合评价及遴选。</w:t>
      </w:r>
    </w:p>
    <w:p>
      <w:r>
        <w:t>（1）符合申请条件的申请者须参加学院的综合评价及遴选。学院在充分研</w:t>
      </w:r>
    </w:p>
    <w:p>
      <w:r>
        <w:t>究、集体决策的基础上，按照相关规定制定推免工作实施细则，完善科学、全面、</w:t>
      </w:r>
    </w:p>
    <w:p>
      <w:r>
        <w:t>严谨的推免生综合评价体系。</w:t>
      </w:r>
    </w:p>
    <w:p>
      <w:r>
        <w:t>（2）综合评价体系须坚持德智体美劳全面衡量，以德为先，把学生思想品</w:t>
      </w:r>
    </w:p>
    <w:p>
      <w:r>
        <w:t>德考核作为推免生遴选的重要内容和重要依据。严格遵循实事求是的原则，注重</w:t>
      </w:r>
    </w:p>
    <w:p>
      <w:r>
        <w:t>对学生政治态度、思想表现、道德品质、科学精神、诚实守信、遵纪守法等方面</w:t>
      </w:r>
    </w:p>
    <w:p>
      <w:r>
        <w:t>的考查，思想品德考核不合格者不予推荐。</w:t>
      </w:r>
    </w:p>
    <w:p>
      <w:r>
        <w:t>（3）综合评价体系以学生本科阶段学业综合成绩作为最基础的遴选指标，</w:t>
      </w:r>
    </w:p>
    <w:p>
      <w:r>
        <w:t>注重并加强对本科阶段学习情况的过程性评价，不专门组织遴选推免生的考试</w:t>
      </w:r>
    </w:p>
    <w:p>
      <w:r>
        <w:t>（包括笔试、面试）。此次推免工作中，学生成绩单和综合评价使用的 GPA以推</w:t>
      </w:r>
    </w:p>
    <w:p>
      <w:r>
        <w:t>免申请截止时间为准。申请系统中学生登录界面显示的 GPA 及排名仅供参考。申</w:t>
      </w:r>
    </w:p>
    <w:p>
      <w:r>
        <w:t>请截止后，学生成绩单有新变化的，推免工作不予采用。</w:t>
      </w:r>
    </w:p>
    <w:p>
      <w:r>
        <w:t>（4）综合评价体系须将符合学生全面发展价值导向的因素纳入遴选指标，</w:t>
      </w:r>
    </w:p>
    <w:p>
      <w:r>
        <w:t>具体包括学生参军入伍服兵役、参加志愿服务、到国际组织实习、科研成果、竞</w:t>
      </w:r>
    </w:p>
    <w:p>
      <w:r>
        <w:t>赛获奖等，综合评价学生的各方面表现。</w:t>
      </w:r>
    </w:p>
    <w:p>
      <w:r>
        <w:t>（5）推免生的“综合评价成绩”计算办法如下：综合评价成绩（满分500）</w:t>
      </w:r>
    </w:p>
    <w:p>
      <w:r>
        <w:t>=学业成绩（GPA*100）+发展素质成绩（满分 100 分），其中，发展素质成绩按</w:t>
      </w:r>
    </w:p>
    <w:p>
      <w:r>
        <w:t>以下五项打分：参军入伍服兵役（满分 20 分）、参加志愿服务（满分 10 分）、</w:t>
      </w:r>
    </w:p>
    <w:p>
      <w:r>
        <w:t>到国际组织实习（满分 10 分）、科研成果（满分 30 分）、竞赛获奖（满分 30</w:t>
      </w:r>
    </w:p>
    <w:p>
      <w:r>
        <w:t>分）。</w:t>
      </w:r>
    </w:p>
    <w:p>
      <w:r>
        <w:t>（6）学院有关发展素质成绩的具体计算方法，详见《音乐学院发展素质成</w:t>
      </w:r>
    </w:p>
    <w:p>
      <w:r>
        <w:t>绩计分规则》（附件 2）。学院严格对申请推免资格学生的科研创新成果、论文、</w:t>
      </w:r>
    </w:p>
    <w:p>
      <w:r>
        <w:t>精神获奖奖项及内容进行审核鉴定，严禁抄袭、造假、冒名及有名无实等情况。</w:t>
      </w:r>
    </w:p>
    <w:p>
      <w:r>
        <w:t>（7）学院于 9 月 15 日（周五）至 18 日（周一），对符合申请资格的学生</w:t>
      </w:r>
    </w:p>
    <w:p>
      <w:r>
        <w:t>进行综合评价，并在学校下达的限额内，根据申请者综合评价成绩进行遴选，按</w:t>
      </w:r>
    </w:p>
    <w:p>
      <w:r>
        <w:t>学院或专业排序确定拟推荐初选学生名单。学院可确定以综合评价成绩由高到低</w:t>
      </w:r>
    </w:p>
    <w:p>
      <w:r>
        <w:t>排序的 1-2 名替补名单。</w:t>
      </w:r>
    </w:p>
    <w:p>
      <w:r>
        <w:t>（8）综合评价成绩并列学生的遴选办法：若出现综合评价成绩并列情况，</w:t>
      </w:r>
    </w:p>
    <w:p>
      <w:r>
        <w:t>取学生学位绩点排名前者，若学位绩点相同，取算数平均分排名前者。</w:t>
      </w:r>
    </w:p>
    <w:p>
      <w:r>
        <w:t>5.初选名单报送。9 月 19 日（周二）12:00 前，在“推免申请系统”的“初</w:t>
      </w:r>
    </w:p>
    <w:p>
      <w:r>
        <w:t>选学生成绩录入”菜单里，录入初选学生的综合评价成绩等信息，并做好替补标</w:t>
      </w:r>
    </w:p>
    <w:p>
      <w:r>
        <w:t>注后，点击“上报初选名单到教务处”完成初选名单的电子文本报送工作；纸质</w:t>
      </w:r>
    </w:p>
    <w:p>
      <w:r>
        <w:t>文本请点击“下载初选名单上报表”，加盖学院（部）公章后报送至教务处学籍</w:t>
      </w:r>
    </w:p>
    <w:p>
      <w:r>
        <w:t>管理科。学院初选名单应于报送之日起，在学院网站的显著位置公示 10 个工作</w:t>
      </w:r>
    </w:p>
    <w:p>
      <w:r>
        <w:t>日。</w:t>
      </w:r>
    </w:p>
    <w:p>
      <w:r>
        <w:t>6.学校审核：9 月 22 日（周五）17：00 前，学校审定初选名单并在校内通</w:t>
      </w:r>
    </w:p>
    <w:p>
      <w:r>
        <w:t>知中予以公示，并按要求在教育部推免服务系统内报送推免生信息。</w:t>
      </w:r>
    </w:p>
    <w:p>
      <w:r>
        <w:t>7.关于推免的三个系统：推免工作包括为推荐和接收两个环节，涉及三个系</w:t>
      </w:r>
    </w:p>
    <w:p>
      <w:r>
        <w:t>统，请申请同学务必注意甄别，认真阅读相关工作通知，按要求登录填报：</w:t>
      </w:r>
    </w:p>
    <w:p>
      <w:r>
        <w:t>一 是 教 务 处 “ 苏 州 大 学 本 科 生 推 免 申 请 系 统 ”</w:t>
      </w:r>
    </w:p>
    <w:p>
      <w:r>
        <w:t>（http://tmsq.jwb.suda.edu.cn），即此次申请校内推免资格的唯一网站, 每</w:t>
      </w:r>
    </w:p>
    <w:p>
      <w:r>
        <w:t>位申请推免的学生必须登录此网站，进行申请和提交材料；</w:t>
      </w:r>
    </w:p>
    <w:p>
      <w:r>
        <w:t>二是研究生院进行接收录取工作的“苏州大学研究生报考服务系统”</w:t>
      </w:r>
    </w:p>
    <w:p>
      <w:r>
        <w:t>（http://gsas.yjs.suda.edu.cn），申请推免到本校的学生还须按照研究生院</w:t>
      </w:r>
    </w:p>
    <w:p>
      <w:r>
        <w:t>的要求登录该网站进行相应操作；</w:t>
      </w:r>
    </w:p>
    <w:p>
      <w:r>
        <w:t>三是教育部“推免服务系统”（https://yz.chsi.com.cn/tm），所有已获</w:t>
      </w:r>
    </w:p>
    <w:p>
      <w:r>
        <w:t>得推免资格的推免生还须按照教育部的要求登录该系统进行相应操作。</w:t>
      </w:r>
    </w:p>
    <w:p>
      <w:r>
        <w:t>8.申诉渠道：在学院公示期间，学生若对推免遴选结果有异议，可以向学院</w:t>
      </w:r>
    </w:p>
    <w:p>
      <w:r>
        <w:t>推免工作小组提出申诉，并提供必要的证明材料，受理申诉截止时间为学院公示</w:t>
      </w:r>
    </w:p>
    <w:p>
      <w:r>
        <w:t>截止时间。</w:t>
      </w:r>
    </w:p>
    <w:p>
      <w:r>
        <w:t>申诉联系方式：</w:t>
      </w:r>
    </w:p>
    <w:p>
      <w:r>
        <w:t>学院电话：0512-65883512</w:t>
      </w:r>
    </w:p>
    <w:p>
      <w:r>
        <w:t>学院申诉邮箱：wuhaidi@suda.edu.cn</w:t>
      </w:r>
    </w:p>
    <w:p>
      <w:r>
        <w:t>学校教务处申诉电话：0512-67163652</w:t>
      </w:r>
    </w:p>
    <w:p>
      <w:r>
        <w:t>学校教务处申诉邮箱：邮箱 xlhu@suda.edu.cn。</w:t>
      </w:r>
    </w:p>
    <w:p>
      <w:r>
        <w:t>六、有关管理事项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七、附则</w:t>
      </w:r>
    </w:p>
    <w:p>
      <w:r>
        <w:t>本办法从发布之日起实行。具体事宜由学院推免工作小组负责解释。</w:t>
      </w:r>
    </w:p>
    <w:p>
      <w:r>
        <w:t>苏州大学音乐学院</w:t>
      </w:r>
    </w:p>
    <w:p>
      <w:r>
        <w:t>2023 年 9 月 12 日</w:t>
      </w:r>
    </w:p>
    <w:p>
      <w:r>
        <w:t xml:space="preserve"> </w:t>
      </w:r>
    </w:p>
    <w:p>
      <w:r>
        <w:t xml:space="preserve">苏州大学推荐应届本科毕业生免试攻读 </w:t>
      </w:r>
    </w:p>
    <w:p>
      <w:r>
        <w:t xml:space="preserve">研究生申请承诺书 </w:t>
      </w:r>
    </w:p>
    <w:p>
      <w:r>
        <w:t xml:space="preserve"> </w:t>
      </w:r>
    </w:p>
    <w:p>
      <w:r>
        <w:t>本人知晓并理解苏州大学 推荐应届本科毕业生免试攻</w:t>
      </w:r>
    </w:p>
    <w:p>
      <w:r>
        <w:t>读研究生 （以下简称推免）工作的有关规定， 经过慎重考虑，</w:t>
      </w:r>
    </w:p>
    <w:p>
      <w:r>
        <w:t xml:space="preserve">现自愿申请参加推免，并郑重承诺： </w:t>
      </w:r>
    </w:p>
    <w:p>
      <w:r>
        <w:t>1.本人申请推免所使用的成绩、获奖等证明材料均真实</w:t>
      </w:r>
    </w:p>
    <w:p>
      <w:r>
        <w:t xml:space="preserve">有效。 </w:t>
      </w:r>
    </w:p>
    <w:p>
      <w:r>
        <w:t>2.本人了解并理解学校的推免名额是宝贵且有限的资</w:t>
      </w:r>
    </w:p>
    <w:p>
      <w:r>
        <w:t>源，若获得推免资格将不放弃，并密切关注后续相关工作通</w:t>
      </w:r>
    </w:p>
    <w:p>
      <w:r>
        <w:t>知，积极主动完成志愿填报、录取等环节有关操作，不再参</w:t>
      </w:r>
    </w:p>
    <w:p>
      <w:r>
        <w:t>加研究生统考、出国（境）留学、就业等可能影响学校推免</w:t>
      </w:r>
    </w:p>
    <w:p>
      <w:r>
        <w:t xml:space="preserve">工作的活动。 </w:t>
      </w:r>
    </w:p>
    <w:p>
      <w:r>
        <w:t xml:space="preserve">3.本人在校期间从未参加过往年的推免申请工作。 </w:t>
      </w:r>
    </w:p>
    <w:p>
      <w:r>
        <w:t>4.本人若违反上述承诺，愿意接受学校处理并自行承担</w:t>
      </w:r>
    </w:p>
    <w:p>
      <w:r>
        <w:t>一切不利后果，包括但不限于：取消推免资格、向本人就业</w:t>
      </w:r>
    </w:p>
    <w:p>
      <w:r>
        <w:t xml:space="preserve">单位或国内外就读高校通报相关情况等。 </w:t>
      </w:r>
    </w:p>
    <w:p>
      <w:r>
        <w:t xml:space="preserve"> </w:t>
      </w:r>
    </w:p>
    <w:p>
      <w:r>
        <w:t xml:space="preserve"> </w:t>
      </w:r>
    </w:p>
    <w:p>
      <w:r>
        <w:t xml:space="preserve">承诺人（手写签名）： </w:t>
      </w:r>
    </w:p>
    <w:p>
      <w:r>
        <w:t xml:space="preserve">日期：   年    月   日 </w:t>
      </w:r>
    </w:p>
    <w:p>
      <w:r>
        <w:t>附</w:t>
      </w:r>
    </w:p>
    <w:p>
      <w:r>
        <w:t>件</w:t>
      </w:r>
    </w:p>
    <w:p>
      <w:r>
        <w:t>2</w:t>
      </w:r>
    </w:p>
    <w:p>
      <w:r>
        <w:t>音</w:t>
      </w:r>
    </w:p>
    <w:p>
      <w:r>
        <w:t>乐</w:t>
      </w:r>
    </w:p>
    <w:p>
      <w:r>
        <w:t>学</w:t>
      </w:r>
    </w:p>
    <w:p>
      <w:r>
        <w:t>院</w:t>
      </w:r>
    </w:p>
    <w:p>
      <w:r>
        <w:t>发</w:t>
      </w:r>
    </w:p>
    <w:p>
      <w:r>
        <w:t>展</w:t>
      </w:r>
    </w:p>
    <w:p>
      <w:r>
        <w:t>素</w:t>
      </w:r>
    </w:p>
    <w:p>
      <w:r>
        <w:t>质</w:t>
      </w:r>
    </w:p>
    <w:p>
      <w:r>
        <w:t>成</w:t>
      </w:r>
    </w:p>
    <w:p>
      <w:r>
        <w:t>绩</w:t>
      </w:r>
    </w:p>
    <w:p>
      <w:r>
        <w:t>计</w:t>
      </w:r>
    </w:p>
    <w:p>
      <w:r>
        <w:t>分</w:t>
      </w:r>
    </w:p>
    <w:p>
      <w:r>
        <w:t>规</w:t>
      </w:r>
    </w:p>
    <w:p>
      <w:r>
        <w:t>则</w:t>
      </w:r>
    </w:p>
    <w:p>
      <w:r>
        <w:t>（</w:t>
      </w:r>
    </w:p>
    <w:p>
      <w:r>
        <w:t>2</w:t>
      </w:r>
    </w:p>
    <w:p>
      <w:r>
        <w:t>0</w:t>
      </w:r>
    </w:p>
    <w:p>
      <w:r>
        <w:t>2</w:t>
      </w:r>
    </w:p>
    <w:p>
      <w:r>
        <w:t>3</w:t>
      </w:r>
    </w:p>
    <w:p>
      <w:r>
        <w:t>年</w:t>
      </w:r>
    </w:p>
    <w:p>
      <w:r>
        <w:t>3</w:t>
      </w:r>
    </w:p>
    <w:p>
      <w:r>
        <w:t>月</w:t>
      </w:r>
    </w:p>
    <w:p>
      <w:r>
        <w:t>1</w:t>
      </w:r>
    </w:p>
    <w:p>
      <w:r>
        <w:t>3</w:t>
      </w:r>
    </w:p>
    <w:p>
      <w:r>
        <w:t>日</w:t>
      </w:r>
    </w:p>
    <w:p>
      <w:r>
        <w:t>音</w:t>
      </w:r>
    </w:p>
    <w:p>
      <w:r>
        <w:t>乐</w:t>
      </w:r>
    </w:p>
    <w:p>
      <w:r>
        <w:t>学</w:t>
      </w:r>
    </w:p>
    <w:p>
      <w:r>
        <w:t>院</w:t>
      </w:r>
    </w:p>
    <w:p>
      <w:r>
        <w:t>党</w:t>
      </w:r>
    </w:p>
    <w:p>
      <w:r>
        <w:t>政</w:t>
      </w:r>
    </w:p>
    <w:p>
      <w:r>
        <w:t>联</w:t>
      </w:r>
    </w:p>
    <w:p>
      <w:r>
        <w:t>席</w:t>
      </w:r>
    </w:p>
    <w:p>
      <w:r>
        <w:t>会</w:t>
      </w:r>
    </w:p>
    <w:p>
      <w:r>
        <w:t>议</w:t>
      </w:r>
    </w:p>
    <w:p>
      <w:r>
        <w:t>讨</w:t>
      </w:r>
    </w:p>
    <w:p>
      <w:r>
        <w:t>论</w:t>
      </w:r>
    </w:p>
    <w:p>
      <w:r>
        <w:t>通</w:t>
      </w:r>
    </w:p>
    <w:p>
      <w:r>
        <w:t>过</w:t>
      </w:r>
    </w:p>
    <w:p>
      <w:r>
        <w:t>）</w:t>
      </w:r>
    </w:p>
    <w:p>
      <w:r>
        <w:t>发</w:t>
      </w:r>
    </w:p>
    <w:p>
      <w:r>
        <w:t>展</w:t>
      </w:r>
    </w:p>
    <w:p>
      <w:r>
        <w:t>素</w:t>
      </w:r>
    </w:p>
    <w:p>
      <w:r>
        <w:t>质</w:t>
      </w:r>
    </w:p>
    <w:p>
      <w:r>
        <w:t>总</w:t>
      </w:r>
    </w:p>
    <w:p>
      <w:r>
        <w:t>分</w:t>
      </w:r>
    </w:p>
    <w:p>
      <w:r>
        <w:t>为</w:t>
      </w:r>
    </w:p>
    <w:p>
      <w:r>
        <w:t>1</w:t>
      </w:r>
    </w:p>
    <w:p>
      <w:r>
        <w:t>0</w:t>
      </w:r>
    </w:p>
    <w:p>
      <w:r>
        <w:t>0</w:t>
      </w:r>
    </w:p>
    <w:p>
      <w:r>
        <w:t>分</w:t>
      </w:r>
    </w:p>
    <w:p>
      <w:r>
        <w:t>，</w:t>
      </w:r>
    </w:p>
    <w:p>
      <w:r>
        <w:t>由</w:t>
      </w:r>
    </w:p>
    <w:p>
      <w:r>
        <w:t>参</w:t>
      </w:r>
    </w:p>
    <w:p>
      <w:r>
        <w:t>军</w:t>
      </w:r>
    </w:p>
    <w:p>
      <w:r>
        <w:t>入</w:t>
      </w:r>
    </w:p>
    <w:p>
      <w:r>
        <w:t>伍</w:t>
      </w:r>
    </w:p>
    <w:p>
      <w:r>
        <w:t>服</w:t>
      </w:r>
    </w:p>
    <w:p>
      <w:r>
        <w:t>兵</w:t>
      </w:r>
    </w:p>
    <w:p>
      <w:r>
        <w:t>役</w:t>
      </w:r>
    </w:p>
    <w:p>
      <w:r>
        <w:t>、</w:t>
      </w:r>
    </w:p>
    <w:p>
      <w:r>
        <w:t>参</w:t>
      </w:r>
    </w:p>
    <w:p>
      <w:r>
        <w:t>加</w:t>
      </w:r>
    </w:p>
    <w:p>
      <w:r>
        <w:t>志</w:t>
      </w:r>
    </w:p>
    <w:p>
      <w:r>
        <w:t>愿</w:t>
      </w:r>
    </w:p>
    <w:p>
      <w:r>
        <w:t>服</w:t>
      </w:r>
    </w:p>
    <w:p>
      <w:r>
        <w:t>务</w:t>
      </w:r>
    </w:p>
    <w:p>
      <w:r>
        <w:t>、</w:t>
      </w:r>
    </w:p>
    <w:p>
      <w:r>
        <w:t>到</w:t>
      </w:r>
    </w:p>
    <w:p>
      <w:r>
        <w:t>国</w:t>
      </w:r>
    </w:p>
    <w:p>
      <w:r>
        <w:t>际</w:t>
      </w:r>
    </w:p>
    <w:p>
      <w:r>
        <w:t>组</w:t>
      </w:r>
    </w:p>
    <w:p>
      <w:r>
        <w:t>织</w:t>
      </w:r>
    </w:p>
    <w:p>
      <w:r>
        <w:t>实</w:t>
      </w:r>
    </w:p>
    <w:p>
      <w:r>
        <w:t>习</w:t>
      </w:r>
    </w:p>
    <w:p>
      <w:r>
        <w:t>、</w:t>
      </w:r>
    </w:p>
    <w:p>
      <w:r>
        <w:t>科</w:t>
      </w:r>
    </w:p>
    <w:p>
      <w:r>
        <w:t>研</w:t>
      </w:r>
    </w:p>
    <w:p>
      <w:r>
        <w:t>成</w:t>
      </w:r>
    </w:p>
    <w:p>
      <w:r>
        <w:t>果</w:t>
      </w:r>
    </w:p>
    <w:p>
      <w:r>
        <w:t>、</w:t>
      </w:r>
    </w:p>
    <w:p>
      <w:r>
        <w:t>竞</w:t>
      </w:r>
    </w:p>
    <w:p>
      <w:r>
        <w:t>赛</w:t>
      </w:r>
    </w:p>
    <w:p>
      <w:r>
        <w:t>获</w:t>
      </w:r>
    </w:p>
    <w:p>
      <w:r>
        <w:t>奖</w:t>
      </w:r>
    </w:p>
    <w:p>
      <w:r>
        <w:t>等</w:t>
      </w:r>
    </w:p>
    <w:p>
      <w:r>
        <w:t>组</w:t>
      </w:r>
    </w:p>
    <w:p>
      <w:r>
        <w:t>成</w:t>
      </w:r>
    </w:p>
    <w:p>
      <w:r>
        <w:t>。</w:t>
      </w:r>
    </w:p>
    <w:p>
      <w:r>
        <w:t>具</w:t>
      </w:r>
    </w:p>
    <w:p>
      <w:r>
        <w:t>体</w:t>
      </w:r>
    </w:p>
    <w:p>
      <w:r>
        <w:t>如</w:t>
      </w:r>
    </w:p>
    <w:p>
      <w:r>
        <w:t>下</w:t>
      </w:r>
    </w:p>
    <w:p>
      <w:r>
        <w:t>：</w:t>
      </w:r>
    </w:p>
    <w:p>
      <w:r>
        <w:t>一</w:t>
      </w:r>
    </w:p>
    <w:p>
      <w:r>
        <w:t>、</w:t>
      </w:r>
    </w:p>
    <w:p>
      <w:r>
        <w:t>参</w:t>
      </w:r>
    </w:p>
    <w:p>
      <w:r>
        <w:t>军</w:t>
      </w:r>
    </w:p>
    <w:p>
      <w:r>
        <w:t>入</w:t>
      </w:r>
    </w:p>
    <w:p>
      <w:r>
        <w:t>伍</w:t>
      </w:r>
    </w:p>
    <w:p>
      <w:r>
        <w:t>服</w:t>
      </w:r>
    </w:p>
    <w:p>
      <w:r>
        <w:t>兵</w:t>
      </w:r>
    </w:p>
    <w:p>
      <w:r>
        <w:t>役</w:t>
      </w:r>
    </w:p>
    <w:p>
      <w:r>
        <w:t>（</w:t>
      </w:r>
    </w:p>
    <w:p>
      <w:r>
        <w:t>2</w:t>
      </w:r>
    </w:p>
    <w:p>
      <w:r>
        <w:t>0</w:t>
      </w:r>
    </w:p>
    <w:p>
      <w:r>
        <w:t>分</w:t>
      </w:r>
    </w:p>
    <w:p>
      <w:r>
        <w:t>）</w:t>
      </w:r>
    </w:p>
    <w:p>
      <w:r>
        <w:t>：</w:t>
      </w:r>
    </w:p>
    <w:p>
      <w:r>
        <w:t>1</w:t>
      </w:r>
    </w:p>
    <w:p>
      <w:r>
        <w:t>、</w:t>
      </w:r>
    </w:p>
    <w:p>
      <w:r>
        <w:t>参</w:t>
      </w:r>
    </w:p>
    <w:p>
      <w:r>
        <w:t>军</w:t>
      </w:r>
    </w:p>
    <w:p>
      <w:r>
        <w:t>入</w:t>
      </w:r>
    </w:p>
    <w:p>
      <w:r>
        <w:t>伍</w:t>
      </w:r>
    </w:p>
    <w:p>
      <w:r>
        <w:t>，</w:t>
      </w:r>
    </w:p>
    <w:p>
      <w:r>
        <w:t>顺</w:t>
      </w:r>
    </w:p>
    <w:p>
      <w:r>
        <w:t>利</w:t>
      </w:r>
    </w:p>
    <w:p>
      <w:r>
        <w:t>完</w:t>
      </w:r>
    </w:p>
    <w:p>
      <w:r>
        <w:t>成</w:t>
      </w:r>
    </w:p>
    <w:p>
      <w:r>
        <w:t>服</w:t>
      </w:r>
    </w:p>
    <w:p>
      <w:r>
        <w:t>役</w:t>
      </w:r>
    </w:p>
    <w:p>
      <w:r>
        <w:t>任</w:t>
      </w:r>
    </w:p>
    <w:p>
      <w:r>
        <w:t>务</w:t>
      </w:r>
    </w:p>
    <w:p>
      <w:r>
        <w:t>的</w:t>
      </w:r>
    </w:p>
    <w:p>
      <w:r>
        <w:t>，</w:t>
      </w:r>
    </w:p>
    <w:p>
      <w:r>
        <w:t>获</w:t>
      </w:r>
    </w:p>
    <w:p>
      <w:r>
        <w:t>2</w:t>
      </w:r>
    </w:p>
    <w:p>
      <w:r>
        <w:t>0</w:t>
      </w:r>
    </w:p>
    <w:p>
      <w:r>
        <w:t>分</w:t>
      </w:r>
    </w:p>
    <w:p>
      <w:r>
        <w:t>。</w:t>
      </w:r>
    </w:p>
    <w:p>
      <w:r>
        <w:t>二</w:t>
      </w:r>
    </w:p>
    <w:p>
      <w:r>
        <w:t>、</w:t>
      </w:r>
    </w:p>
    <w:p>
      <w:r>
        <w:t>参</w:t>
      </w:r>
    </w:p>
    <w:p>
      <w:r>
        <w:t>加</w:t>
      </w:r>
    </w:p>
    <w:p>
      <w:r>
        <w:t>志</w:t>
      </w:r>
    </w:p>
    <w:p>
      <w:r>
        <w:t>愿</w:t>
      </w:r>
    </w:p>
    <w:p>
      <w:r>
        <w:t>服</w:t>
      </w:r>
    </w:p>
    <w:p>
      <w:r>
        <w:t>务</w:t>
      </w:r>
    </w:p>
    <w:p>
      <w:r>
        <w:t>（</w:t>
      </w:r>
    </w:p>
    <w:p>
      <w:r>
        <w:t>1</w:t>
      </w:r>
    </w:p>
    <w:p>
      <w:r>
        <w:t>0</w:t>
      </w:r>
    </w:p>
    <w:p>
      <w:r>
        <w:t>分</w:t>
      </w:r>
    </w:p>
    <w:p>
      <w:r>
        <w:t>）</w:t>
      </w:r>
    </w:p>
    <w:p>
      <w:r>
        <w:t>1</w:t>
      </w:r>
    </w:p>
    <w:p>
      <w:r>
        <w:t>、</w:t>
      </w:r>
    </w:p>
    <w:p>
      <w:r>
        <w:t>此</w:t>
      </w:r>
    </w:p>
    <w:p>
      <w:r>
        <w:t>部</w:t>
      </w:r>
    </w:p>
    <w:p>
      <w:r>
        <w:t>分</w:t>
      </w:r>
    </w:p>
    <w:p>
      <w:r>
        <w:t>累</w:t>
      </w:r>
    </w:p>
    <w:p>
      <w:r>
        <w:t>计</w:t>
      </w:r>
    </w:p>
    <w:p>
      <w:r>
        <w:t>分</w:t>
      </w:r>
    </w:p>
    <w:p>
      <w:r>
        <w:t>值</w:t>
      </w:r>
    </w:p>
    <w:p>
      <w:r>
        <w:t>最</w:t>
      </w:r>
    </w:p>
    <w:p>
      <w:r>
        <w:t>高</w:t>
      </w:r>
    </w:p>
    <w:p>
      <w:r>
        <w:t>1</w:t>
      </w:r>
    </w:p>
    <w:p>
      <w:r>
        <w:t>0</w:t>
      </w:r>
    </w:p>
    <w:p>
      <w:r>
        <w:t>分</w:t>
      </w:r>
    </w:p>
    <w:p>
      <w:r>
        <w:t>；</w:t>
      </w:r>
    </w:p>
    <w:p>
      <w:r>
        <w:t>2</w:t>
      </w:r>
    </w:p>
    <w:p>
      <w:r>
        <w:t>、</w:t>
      </w:r>
    </w:p>
    <w:p>
      <w:r>
        <w:t>获</w:t>
      </w:r>
    </w:p>
    <w:p>
      <w:r>
        <w:t>校</w:t>
      </w:r>
    </w:p>
    <w:p>
      <w:r>
        <w:t>级</w:t>
      </w:r>
    </w:p>
    <w:p>
      <w:r>
        <w:t>及</w:t>
      </w:r>
    </w:p>
    <w:p>
      <w:r>
        <w:t>以</w:t>
      </w:r>
    </w:p>
    <w:p>
      <w:r>
        <w:t>上</w:t>
      </w:r>
    </w:p>
    <w:p>
      <w:r>
        <w:t>优</w:t>
      </w:r>
    </w:p>
    <w:p>
      <w:r>
        <w:t>秀</w:t>
      </w:r>
    </w:p>
    <w:p>
      <w:r>
        <w:t>志</w:t>
      </w:r>
    </w:p>
    <w:p>
      <w:r>
        <w:t>愿</w:t>
      </w:r>
    </w:p>
    <w:p>
      <w:r>
        <w:t>者</w:t>
      </w:r>
    </w:p>
    <w:p>
      <w:r>
        <w:t>加</w:t>
      </w:r>
    </w:p>
    <w:p>
      <w:r>
        <w:t>1</w:t>
      </w:r>
    </w:p>
    <w:p>
      <w:r>
        <w:t>分</w:t>
      </w:r>
    </w:p>
    <w:p>
      <w:r>
        <w:t>；</w:t>
      </w:r>
    </w:p>
    <w:p>
      <w:r>
        <w:t>3</w:t>
      </w:r>
    </w:p>
    <w:p>
      <w:r>
        <w:t>、</w:t>
      </w:r>
    </w:p>
    <w:p>
      <w:r>
        <w:t>省</w:t>
      </w:r>
    </w:p>
    <w:p>
      <w:r>
        <w:t>级</w:t>
      </w:r>
    </w:p>
    <w:p>
      <w:r>
        <w:t>志</w:t>
      </w:r>
    </w:p>
    <w:p>
      <w:r>
        <w:t>愿</w:t>
      </w:r>
    </w:p>
    <w:p>
      <w:r>
        <w:t>服</w:t>
      </w:r>
    </w:p>
    <w:p>
      <w:r>
        <w:t>务</w:t>
      </w:r>
    </w:p>
    <w:p>
      <w:r>
        <w:t>项</w:t>
      </w:r>
    </w:p>
    <w:p>
      <w:r>
        <w:t>目</w:t>
      </w:r>
    </w:p>
    <w:p>
      <w:r>
        <w:t>（</w:t>
      </w:r>
    </w:p>
    <w:p>
      <w:r>
        <w:t>全</w:t>
      </w:r>
    </w:p>
    <w:p>
      <w:r>
        <w:t>程</w:t>
      </w:r>
    </w:p>
    <w:p>
      <w:r>
        <w:t>参</w:t>
      </w:r>
    </w:p>
    <w:p>
      <w:r>
        <w:t>与</w:t>
      </w:r>
    </w:p>
    <w:p>
      <w:r>
        <w:t>或</w:t>
      </w:r>
    </w:p>
    <w:p>
      <w:r>
        <w:t>不</w:t>
      </w:r>
    </w:p>
    <w:p>
      <w:r>
        <w:t>少</w:t>
      </w:r>
    </w:p>
    <w:p>
      <w:r>
        <w:t>于</w:t>
      </w:r>
    </w:p>
    <w:p>
      <w:r>
        <w:t>3</w:t>
      </w:r>
    </w:p>
    <w:p>
      <w:r>
        <w:t>天</w:t>
      </w:r>
    </w:p>
    <w:p>
      <w:r>
        <w:t>且</w:t>
      </w:r>
    </w:p>
    <w:p>
      <w:r>
        <w:t>不</w:t>
      </w:r>
    </w:p>
    <w:p>
      <w:r>
        <w:t>计</w:t>
      </w:r>
    </w:p>
    <w:p>
      <w:r>
        <w:t>入</w:t>
      </w:r>
    </w:p>
    <w:p>
      <w:r>
        <w:t>累</w:t>
      </w:r>
    </w:p>
    <w:p>
      <w:r>
        <w:t>计</w:t>
      </w:r>
    </w:p>
    <w:p>
      <w:r>
        <w:t>志</w:t>
      </w:r>
    </w:p>
    <w:p>
      <w:r>
        <w:t>愿</w:t>
      </w:r>
    </w:p>
    <w:p>
      <w:r>
        <w:t>时</w:t>
      </w:r>
    </w:p>
    <w:p>
      <w:r>
        <w:t>长</w:t>
      </w:r>
    </w:p>
    <w:p>
      <w:r>
        <w:t>）</w:t>
      </w:r>
    </w:p>
    <w:p>
      <w:r>
        <w:t>加</w:t>
      </w:r>
    </w:p>
    <w:p>
      <w:r>
        <w:t>2</w:t>
      </w:r>
    </w:p>
    <w:p>
      <w:r>
        <w:t>分</w:t>
      </w:r>
    </w:p>
    <w:p>
      <w:r>
        <w:t>；</w:t>
      </w:r>
    </w:p>
    <w:p>
      <w:r>
        <w:t>4</w:t>
      </w:r>
    </w:p>
    <w:p>
      <w:r>
        <w:t>、</w:t>
      </w:r>
    </w:p>
    <w:p>
      <w:r>
        <w:t>国</w:t>
      </w:r>
    </w:p>
    <w:p>
      <w:r>
        <w:t>家</w:t>
      </w:r>
    </w:p>
    <w:p>
      <w:r>
        <w:t>级</w:t>
      </w:r>
    </w:p>
    <w:p>
      <w:r>
        <w:t>志</w:t>
      </w:r>
    </w:p>
    <w:p>
      <w:r>
        <w:t>愿</w:t>
      </w:r>
    </w:p>
    <w:p>
      <w:r>
        <w:t>服</w:t>
      </w:r>
    </w:p>
    <w:p>
      <w:r>
        <w:t>务</w:t>
      </w:r>
    </w:p>
    <w:p>
      <w:r>
        <w:t>项</w:t>
      </w:r>
    </w:p>
    <w:p>
      <w:r>
        <w:t>目</w:t>
      </w:r>
    </w:p>
    <w:p>
      <w:r>
        <w:t>（</w:t>
      </w:r>
    </w:p>
    <w:p>
      <w:r>
        <w:t>全</w:t>
      </w:r>
    </w:p>
    <w:p>
      <w:r>
        <w:t>程</w:t>
      </w:r>
    </w:p>
    <w:p>
      <w:r>
        <w:t>参</w:t>
      </w:r>
    </w:p>
    <w:p>
      <w:r>
        <w:t>与</w:t>
      </w:r>
    </w:p>
    <w:p>
      <w:r>
        <w:t>或</w:t>
      </w:r>
    </w:p>
    <w:p>
      <w:r>
        <w:t>不</w:t>
      </w:r>
    </w:p>
    <w:p>
      <w:r>
        <w:t>少</w:t>
      </w:r>
    </w:p>
    <w:p>
      <w:r>
        <w:t>于</w:t>
      </w:r>
    </w:p>
    <w:p>
      <w:r>
        <w:t>3</w:t>
      </w:r>
    </w:p>
    <w:p>
      <w:r>
        <w:t>天</w:t>
      </w:r>
    </w:p>
    <w:p>
      <w:r>
        <w:t>且</w:t>
      </w:r>
    </w:p>
    <w:p>
      <w:r>
        <w:t>不</w:t>
      </w:r>
    </w:p>
    <w:p>
      <w:r>
        <w:t>计</w:t>
      </w:r>
    </w:p>
    <w:p>
      <w:r>
        <w:t>入</w:t>
      </w:r>
    </w:p>
    <w:p>
      <w:r>
        <w:t>累</w:t>
      </w:r>
    </w:p>
    <w:p>
      <w:r>
        <w:t>计</w:t>
      </w:r>
    </w:p>
    <w:p>
      <w:r>
        <w:t>志</w:t>
      </w:r>
    </w:p>
    <w:p>
      <w:r>
        <w:t>愿</w:t>
      </w:r>
    </w:p>
    <w:p>
      <w:r>
        <w:t>时</w:t>
      </w:r>
    </w:p>
    <w:p>
      <w:r>
        <w:t>长</w:t>
      </w:r>
    </w:p>
    <w:p>
      <w:r>
        <w:t>）</w:t>
      </w:r>
    </w:p>
    <w:p>
      <w:r>
        <w:t>加</w:t>
      </w:r>
    </w:p>
    <w:p>
      <w:r>
        <w:t>4</w:t>
      </w:r>
    </w:p>
    <w:p>
      <w:r>
        <w:t>分</w:t>
      </w:r>
    </w:p>
    <w:p>
      <w:r>
        <w:t>。</w:t>
      </w:r>
    </w:p>
    <w:p>
      <w:r>
        <w:t>类</w:t>
      </w:r>
    </w:p>
    <w:p>
      <w:r>
        <w:t>别</w:t>
      </w:r>
    </w:p>
    <w:p>
      <w:r>
        <w:t>内</w:t>
      </w:r>
    </w:p>
    <w:p>
      <w:r>
        <w:t>容</w:t>
      </w:r>
    </w:p>
    <w:p>
      <w:r>
        <w:t>得</w:t>
      </w:r>
    </w:p>
    <w:p>
      <w:r>
        <w:t>分</w:t>
      </w:r>
    </w:p>
    <w:p>
      <w:r>
        <w:t>备</w:t>
      </w:r>
    </w:p>
    <w:p>
      <w:r>
        <w:t>注</w:t>
      </w:r>
    </w:p>
    <w:p>
      <w:r>
        <w:t>学</w:t>
      </w:r>
    </w:p>
    <w:p>
      <w:r>
        <w:t>生</w:t>
      </w:r>
    </w:p>
    <w:p>
      <w:r>
        <w:t>工</w:t>
      </w:r>
    </w:p>
    <w:p>
      <w:r>
        <w:t>作</w:t>
      </w:r>
    </w:p>
    <w:p>
      <w:r>
        <w:t>志</w:t>
      </w:r>
    </w:p>
    <w:p>
      <w:r>
        <w:t>愿</w:t>
      </w:r>
    </w:p>
    <w:p>
      <w:r>
        <w:t>服</w:t>
      </w:r>
    </w:p>
    <w:p>
      <w:r>
        <w:t>务</w:t>
      </w:r>
    </w:p>
    <w:p>
      <w:r>
        <w:t>校</w:t>
      </w:r>
    </w:p>
    <w:p>
      <w:r>
        <w:t>级</w:t>
      </w:r>
    </w:p>
    <w:p>
      <w:r>
        <w:t>学</w:t>
      </w:r>
    </w:p>
    <w:p>
      <w:r>
        <w:t>生</w:t>
      </w:r>
    </w:p>
    <w:p>
      <w:r>
        <w:t>组</w:t>
      </w:r>
    </w:p>
    <w:p>
      <w:r>
        <w:t>织</w:t>
      </w:r>
    </w:p>
    <w:p>
      <w:r>
        <w:t>主</w:t>
      </w:r>
    </w:p>
    <w:p>
      <w:r>
        <w:t>要</w:t>
      </w:r>
    </w:p>
    <w:p>
      <w:r>
        <w:t>负</w:t>
      </w:r>
    </w:p>
    <w:p>
      <w:r>
        <w:t>责</w:t>
      </w:r>
    </w:p>
    <w:p>
      <w:r>
        <w:t>人</w:t>
      </w:r>
    </w:p>
    <w:p>
      <w:r>
        <w:t>或</w:t>
      </w:r>
    </w:p>
    <w:p>
      <w:r>
        <w:t>校</w:t>
      </w:r>
    </w:p>
    <w:p>
      <w:r>
        <w:t>团</w:t>
      </w:r>
    </w:p>
    <w:p>
      <w:r>
        <w:t>委</w:t>
      </w:r>
    </w:p>
    <w:p>
      <w:r>
        <w:t>学</w:t>
      </w:r>
    </w:p>
    <w:p>
      <w:r>
        <w:t>生</w:t>
      </w:r>
    </w:p>
    <w:p>
      <w:r>
        <w:t>兼</w:t>
      </w:r>
    </w:p>
    <w:p>
      <w:r>
        <w:t>职</w:t>
      </w:r>
    </w:p>
    <w:p>
      <w:r>
        <w:t>副</w:t>
      </w:r>
    </w:p>
    <w:p>
      <w:r>
        <w:t>书</w:t>
      </w:r>
    </w:p>
    <w:p>
      <w:r>
        <w:t>记</w:t>
      </w:r>
    </w:p>
    <w:p>
      <w:r>
        <w:t>1</w:t>
      </w:r>
    </w:p>
    <w:p>
      <w:r>
        <w:t>0</w:t>
      </w:r>
    </w:p>
    <w:p>
      <w:r>
        <w:t>三</w:t>
      </w:r>
    </w:p>
    <w:p>
      <w:r>
        <w:t>年</w:t>
      </w:r>
    </w:p>
    <w:p>
      <w:r>
        <w:t>累</w:t>
      </w:r>
    </w:p>
    <w:p>
      <w:r>
        <w:t>计</w:t>
      </w:r>
    </w:p>
    <w:p>
      <w:r>
        <w:t>志</w:t>
      </w:r>
    </w:p>
    <w:p>
      <w:r>
        <w:t>愿</w:t>
      </w:r>
    </w:p>
    <w:p>
      <w:r>
        <w:t>服</w:t>
      </w:r>
    </w:p>
    <w:p>
      <w:r>
        <w:t>务</w:t>
      </w:r>
    </w:p>
    <w:p>
      <w:r>
        <w:t>时</w:t>
      </w:r>
    </w:p>
    <w:p>
      <w:r>
        <w:t>长</w:t>
      </w:r>
    </w:p>
    <w:p>
      <w:r>
        <w:t>中</w:t>
      </w:r>
    </w:p>
    <w:p>
      <w:r>
        <w:t>校</w:t>
      </w:r>
    </w:p>
    <w:p>
      <w:r>
        <w:t>内</w:t>
      </w:r>
    </w:p>
    <w:p>
      <w:r>
        <w:t>志</w:t>
      </w:r>
    </w:p>
    <w:p>
      <w:r>
        <w:t>愿</w:t>
      </w:r>
    </w:p>
    <w:p>
      <w:r>
        <w:t>服</w:t>
      </w:r>
    </w:p>
    <w:p>
      <w:r>
        <w:t>务</w:t>
      </w:r>
    </w:p>
    <w:p>
      <w:r>
        <w:t>时</w:t>
      </w:r>
    </w:p>
    <w:p>
      <w:r>
        <w:t>长</w:t>
      </w:r>
    </w:p>
    <w:p>
      <w:r>
        <w:t>至</w:t>
      </w:r>
    </w:p>
    <w:p>
      <w:r>
        <w:t>少</w:t>
      </w:r>
    </w:p>
    <w:p>
      <w:r>
        <w:t>达</w:t>
      </w:r>
    </w:p>
    <w:p>
      <w:r>
        <w:t>到</w:t>
      </w:r>
    </w:p>
    <w:p>
      <w:r>
        <w:t>1</w:t>
      </w:r>
    </w:p>
    <w:p>
      <w:r>
        <w:t>/</w:t>
      </w:r>
    </w:p>
    <w:p>
      <w:r>
        <w:t>2</w:t>
      </w:r>
    </w:p>
    <w:p>
      <w:r>
        <w:t>校</w:t>
      </w:r>
    </w:p>
    <w:p>
      <w:r>
        <w:t>级</w:t>
      </w:r>
    </w:p>
    <w:p>
      <w:r>
        <w:t>学</w:t>
      </w:r>
    </w:p>
    <w:p>
      <w:r>
        <w:t>生</w:t>
      </w:r>
    </w:p>
    <w:p>
      <w:r>
        <w:t>组</w:t>
      </w:r>
    </w:p>
    <w:p>
      <w:r>
        <w:t>织</w:t>
      </w:r>
    </w:p>
    <w:p>
      <w:r>
        <w:t>部</w:t>
      </w:r>
    </w:p>
    <w:p>
      <w:r>
        <w:t>门</w:t>
      </w:r>
    </w:p>
    <w:p>
      <w:r>
        <w:t>负</w:t>
      </w:r>
    </w:p>
    <w:p>
      <w:r>
        <w:t>责</w:t>
      </w:r>
    </w:p>
    <w:p>
      <w:r>
        <w:t>人</w:t>
      </w:r>
    </w:p>
    <w:p>
      <w:r>
        <w:t>、</w:t>
      </w:r>
    </w:p>
    <w:p>
      <w:r>
        <w:t>院</w:t>
      </w:r>
    </w:p>
    <w:p>
      <w:r>
        <w:t>级</w:t>
      </w:r>
    </w:p>
    <w:p>
      <w:r>
        <w:t>学</w:t>
      </w:r>
    </w:p>
    <w:p>
      <w:r>
        <w:t>生</w:t>
      </w:r>
    </w:p>
    <w:p>
      <w:r>
        <w:t>组</w:t>
      </w:r>
    </w:p>
    <w:p>
      <w:r>
        <w:t>织</w:t>
      </w:r>
    </w:p>
    <w:p>
      <w:r>
        <w:t>主</w:t>
      </w:r>
    </w:p>
    <w:p>
      <w:r>
        <w:t>要</w:t>
      </w:r>
    </w:p>
    <w:p>
      <w:r>
        <w:t>负</w:t>
      </w:r>
    </w:p>
    <w:p>
      <w:r>
        <w:t>责</w:t>
      </w:r>
    </w:p>
    <w:p>
      <w:r>
        <w:t>人</w:t>
      </w:r>
    </w:p>
    <w:p>
      <w:r>
        <w:t>或</w:t>
      </w:r>
    </w:p>
    <w:p>
      <w:r>
        <w:t>院</w:t>
      </w:r>
    </w:p>
    <w:p>
      <w:r>
        <w:t>团</w:t>
      </w:r>
    </w:p>
    <w:p>
      <w:r>
        <w:t>委</w:t>
      </w:r>
    </w:p>
    <w:p>
      <w:r>
        <w:t>学</w:t>
      </w:r>
    </w:p>
    <w:p>
      <w:r>
        <w:t>生</w:t>
      </w:r>
    </w:p>
    <w:p>
      <w:r>
        <w:t>兼</w:t>
      </w:r>
    </w:p>
    <w:p>
      <w:r>
        <w:t>职</w:t>
      </w:r>
    </w:p>
    <w:p>
      <w:r>
        <w:t>副</w:t>
      </w:r>
    </w:p>
    <w:p>
      <w:r>
        <w:t>书</w:t>
      </w:r>
    </w:p>
    <w:p>
      <w:r>
        <w:t>记</w:t>
      </w:r>
    </w:p>
    <w:p>
      <w:r>
        <w:t>8</w:t>
      </w:r>
    </w:p>
    <w:p>
      <w:r>
        <w:t>班</w:t>
      </w:r>
    </w:p>
    <w:p>
      <w:r>
        <w:t>级</w:t>
      </w:r>
    </w:p>
    <w:p>
      <w:r>
        <w:t>班</w:t>
      </w:r>
    </w:p>
    <w:p>
      <w:r>
        <w:t>长</w:t>
      </w:r>
    </w:p>
    <w:p>
      <w:r>
        <w:t>、</w:t>
      </w:r>
    </w:p>
    <w:p>
      <w:r>
        <w:t>团</w:t>
      </w:r>
    </w:p>
    <w:p>
      <w:r>
        <w:t>支</w:t>
      </w:r>
    </w:p>
    <w:p>
      <w:r>
        <w:t>书</w:t>
      </w:r>
    </w:p>
    <w:p>
      <w:r>
        <w:t>6</w:t>
      </w:r>
    </w:p>
    <w:p>
      <w:r>
        <w:t>院</w:t>
      </w:r>
    </w:p>
    <w:p>
      <w:r>
        <w:t>级</w:t>
      </w:r>
    </w:p>
    <w:p>
      <w:r>
        <w:t>学</w:t>
      </w:r>
    </w:p>
    <w:p>
      <w:r>
        <w:t>生</w:t>
      </w:r>
    </w:p>
    <w:p>
      <w:r>
        <w:t>组</w:t>
      </w:r>
    </w:p>
    <w:p>
      <w:r>
        <w:t>织</w:t>
      </w:r>
    </w:p>
    <w:p>
      <w:r>
        <w:t>部</w:t>
      </w:r>
    </w:p>
    <w:p>
      <w:r>
        <w:t>门</w:t>
      </w:r>
    </w:p>
    <w:p>
      <w:r>
        <w:t>负</w:t>
      </w:r>
    </w:p>
    <w:p>
      <w:r>
        <w:t>责</w:t>
      </w:r>
    </w:p>
    <w:p>
      <w:r>
        <w:t>人</w:t>
      </w:r>
    </w:p>
    <w:p>
      <w:r>
        <w:t>或</w:t>
      </w:r>
    </w:p>
    <w:p>
      <w:r>
        <w:t>班</w:t>
      </w:r>
    </w:p>
    <w:p>
      <w:r>
        <w:t>级</w:t>
      </w:r>
    </w:p>
    <w:p>
      <w:r>
        <w:t>其</w:t>
      </w:r>
    </w:p>
    <w:p>
      <w:r>
        <w:t>他</w:t>
      </w:r>
    </w:p>
    <w:p>
      <w:r>
        <w:t>班</w:t>
      </w:r>
    </w:p>
    <w:p>
      <w:r>
        <w:t>委</w:t>
      </w:r>
    </w:p>
    <w:p>
      <w:r>
        <w:t>2</w:t>
      </w:r>
    </w:p>
    <w:p>
      <w:r>
        <w:t>志</w:t>
      </w:r>
    </w:p>
    <w:p>
      <w:r>
        <w:t>愿</w:t>
      </w:r>
    </w:p>
    <w:p>
      <w:r>
        <w:t>服</w:t>
      </w:r>
    </w:p>
    <w:p>
      <w:r>
        <w:t>务</w:t>
      </w:r>
    </w:p>
    <w:p>
      <w:r>
        <w:t>时</w:t>
      </w:r>
    </w:p>
    <w:p>
      <w:r>
        <w:t>长</w:t>
      </w:r>
    </w:p>
    <w:p>
      <w:r>
        <w:t>时</w:t>
      </w:r>
    </w:p>
    <w:p>
      <w:r>
        <w:t>长</w:t>
      </w:r>
    </w:p>
    <w:p>
      <w:r>
        <w:t>2</w:t>
      </w:r>
    </w:p>
    <w:p>
      <w:r>
        <w:t>1</w:t>
      </w:r>
    </w:p>
    <w:p>
      <w:r>
        <w:t>6</w:t>
      </w:r>
    </w:p>
    <w:p>
      <w:r>
        <w:t>小</w:t>
      </w:r>
    </w:p>
    <w:p>
      <w:r>
        <w:t>时</w:t>
      </w:r>
    </w:p>
    <w:p>
      <w:r>
        <w:t>以</w:t>
      </w:r>
    </w:p>
    <w:p>
      <w:r>
        <w:t>上</w:t>
      </w:r>
    </w:p>
    <w:p>
      <w:r>
        <w:t>1</w:t>
      </w:r>
    </w:p>
    <w:p>
      <w:r>
        <w:t>0</w:t>
      </w:r>
    </w:p>
    <w:p>
      <w:r>
        <w:t>时</w:t>
      </w:r>
    </w:p>
    <w:p>
      <w:r>
        <w:t>长</w:t>
      </w:r>
    </w:p>
    <w:p>
      <w:r>
        <w:t>1</w:t>
      </w:r>
    </w:p>
    <w:p>
      <w:r>
        <w:t>6</w:t>
      </w:r>
    </w:p>
    <w:p>
      <w:r>
        <w:t>3</w:t>
      </w:r>
    </w:p>
    <w:p>
      <w:r>
        <w:t>-</w:t>
      </w:r>
    </w:p>
    <w:p>
      <w:r>
        <w:t>2</w:t>
      </w:r>
    </w:p>
    <w:p>
      <w:r>
        <w:t>1</w:t>
      </w:r>
    </w:p>
    <w:p>
      <w:r>
        <w:t>6</w:t>
      </w:r>
    </w:p>
    <w:p>
      <w:r>
        <w:t>小</w:t>
      </w:r>
    </w:p>
    <w:p>
      <w:r>
        <w:t>时</w:t>
      </w:r>
    </w:p>
    <w:p>
      <w:r>
        <w:t>8</w:t>
      </w:r>
    </w:p>
    <w:p>
      <w:r>
        <w:t>时</w:t>
      </w:r>
    </w:p>
    <w:p>
      <w:r>
        <w:t>长</w:t>
      </w:r>
    </w:p>
    <w:p>
      <w:r>
        <w:t>1</w:t>
      </w:r>
    </w:p>
    <w:p>
      <w:r>
        <w:t>0</w:t>
      </w:r>
    </w:p>
    <w:p>
      <w:r>
        <w:t>8</w:t>
      </w:r>
    </w:p>
    <w:p>
      <w:r>
        <w:t>-</w:t>
      </w:r>
    </w:p>
    <w:p>
      <w:r>
        <w:t>1</w:t>
      </w:r>
    </w:p>
    <w:p>
      <w:r>
        <w:t>6</w:t>
      </w:r>
    </w:p>
    <w:p>
      <w:r>
        <w:t>2</w:t>
      </w:r>
    </w:p>
    <w:p>
      <w:r>
        <w:t>小</w:t>
      </w:r>
    </w:p>
    <w:p>
      <w:r>
        <w:t>时</w:t>
      </w:r>
    </w:p>
    <w:p>
      <w:r>
        <w:t>5</w:t>
      </w:r>
    </w:p>
    <w:p>
      <w:r>
        <w:t>三</w:t>
      </w:r>
    </w:p>
    <w:p>
      <w:r>
        <w:t>、</w:t>
      </w:r>
    </w:p>
    <w:p>
      <w:r>
        <w:t>到</w:t>
      </w:r>
    </w:p>
    <w:p>
      <w:r>
        <w:t>国</w:t>
      </w:r>
    </w:p>
    <w:p>
      <w:r>
        <w:t>际</w:t>
      </w:r>
    </w:p>
    <w:p>
      <w:r>
        <w:t>组</w:t>
      </w:r>
    </w:p>
    <w:p>
      <w:r>
        <w:t>织</w:t>
      </w:r>
    </w:p>
    <w:p>
      <w:r>
        <w:t>实</w:t>
      </w:r>
    </w:p>
    <w:p>
      <w:r>
        <w:t>习</w:t>
      </w:r>
    </w:p>
    <w:p>
      <w:r>
        <w:t>（</w:t>
      </w:r>
    </w:p>
    <w:p>
      <w:r>
        <w:t>1</w:t>
      </w:r>
    </w:p>
    <w:p>
      <w:r>
        <w:t>0</w:t>
      </w:r>
    </w:p>
    <w:p>
      <w:r>
        <w:t>分</w:t>
      </w:r>
    </w:p>
    <w:p>
      <w:r>
        <w:t>）</w:t>
      </w:r>
    </w:p>
    <w:p>
      <w:r>
        <w:t>：</w:t>
      </w:r>
    </w:p>
    <w:p>
      <w:r>
        <w:t>此</w:t>
      </w:r>
    </w:p>
    <w:p>
      <w:r>
        <w:t>部</w:t>
      </w:r>
    </w:p>
    <w:p>
      <w:r>
        <w:t>分</w:t>
      </w:r>
    </w:p>
    <w:p>
      <w:r>
        <w:t>累</w:t>
      </w:r>
    </w:p>
    <w:p>
      <w:r>
        <w:t>计</w:t>
      </w:r>
    </w:p>
    <w:p>
      <w:r>
        <w:t>分</w:t>
      </w:r>
    </w:p>
    <w:p>
      <w:r>
        <w:t>值</w:t>
      </w:r>
    </w:p>
    <w:p>
      <w:r>
        <w:t>最</w:t>
      </w:r>
    </w:p>
    <w:p>
      <w:r>
        <w:t>高</w:t>
      </w:r>
    </w:p>
    <w:p>
      <w:r>
        <w:t>1</w:t>
      </w:r>
    </w:p>
    <w:p>
      <w:r>
        <w:t>0</w:t>
      </w:r>
    </w:p>
    <w:p>
      <w:r>
        <w:t>分</w:t>
      </w:r>
    </w:p>
    <w:p>
      <w:r>
        <w:t>。</w:t>
      </w:r>
    </w:p>
    <w:p>
      <w:r>
        <w:t>实</w:t>
      </w:r>
    </w:p>
    <w:p>
      <w:r>
        <w:t>习</w:t>
      </w:r>
    </w:p>
    <w:p>
      <w:r>
        <w:t>时</w:t>
      </w:r>
    </w:p>
    <w:p>
      <w:r>
        <w:t>长</w:t>
      </w:r>
    </w:p>
    <w:p>
      <w:r>
        <w:t>得</w:t>
      </w:r>
    </w:p>
    <w:p>
      <w:r>
        <w:t>分</w:t>
      </w:r>
    </w:p>
    <w:p>
      <w:r>
        <w:t>备</w:t>
      </w:r>
    </w:p>
    <w:p>
      <w:r>
        <w:t>注</w:t>
      </w:r>
    </w:p>
    <w:p>
      <w:r>
        <w:t>连</w:t>
      </w:r>
    </w:p>
    <w:p>
      <w:r>
        <w:t>续</w:t>
      </w:r>
    </w:p>
    <w:p>
      <w:r>
        <w:t>圆</w:t>
      </w:r>
    </w:p>
    <w:p>
      <w:r>
        <w:t>满</w:t>
      </w:r>
    </w:p>
    <w:p>
      <w:r>
        <w:t>完</w:t>
      </w:r>
    </w:p>
    <w:p>
      <w:r>
        <w:t>成</w:t>
      </w:r>
    </w:p>
    <w:p>
      <w:r>
        <w:t>三</w:t>
      </w:r>
    </w:p>
    <w:p>
      <w:r>
        <w:t>个</w:t>
      </w:r>
    </w:p>
    <w:p>
      <w:r>
        <w:t>月</w:t>
      </w:r>
    </w:p>
    <w:p>
      <w:r>
        <w:t>及</w:t>
      </w:r>
    </w:p>
    <w:p>
      <w:r>
        <w:t>以</w:t>
      </w:r>
    </w:p>
    <w:p>
      <w:r>
        <w:t>上</w:t>
      </w:r>
    </w:p>
    <w:p>
      <w:r>
        <w:t>1</w:t>
      </w:r>
    </w:p>
    <w:p>
      <w:r>
        <w:t>0</w:t>
      </w:r>
    </w:p>
    <w:p>
      <w:r>
        <w:t>分</w:t>
      </w:r>
    </w:p>
    <w:p>
      <w:r>
        <w:t>①</w:t>
      </w:r>
    </w:p>
    <w:p>
      <w:r>
        <w:t>到</w:t>
      </w:r>
    </w:p>
    <w:p>
      <w:r>
        <w:t>国</w:t>
      </w:r>
    </w:p>
    <w:p>
      <w:r>
        <w:t>际</w:t>
      </w:r>
    </w:p>
    <w:p>
      <w:r>
        <w:t>组</w:t>
      </w:r>
    </w:p>
    <w:p>
      <w:r>
        <w:t>织</w:t>
      </w:r>
    </w:p>
    <w:p>
      <w:r>
        <w:t>实</w:t>
      </w:r>
    </w:p>
    <w:p>
      <w:r>
        <w:t>习</w:t>
      </w:r>
    </w:p>
    <w:p>
      <w:r>
        <w:t>必</w:t>
      </w:r>
    </w:p>
    <w:p>
      <w:r>
        <w:t>须</w:t>
      </w:r>
    </w:p>
    <w:p>
      <w:r>
        <w:t>是</w:t>
      </w:r>
    </w:p>
    <w:p>
      <w:r>
        <w:t>线</w:t>
      </w:r>
    </w:p>
    <w:p>
      <w:r>
        <w:t>下</w:t>
      </w:r>
    </w:p>
    <w:p>
      <w:r>
        <w:t>实</w:t>
      </w:r>
    </w:p>
    <w:p>
      <w:r>
        <w:t>习</w:t>
      </w:r>
    </w:p>
    <w:p>
      <w:r>
        <w:t>方</w:t>
      </w:r>
    </w:p>
    <w:p>
      <w:r>
        <w:t>式</w:t>
      </w:r>
    </w:p>
    <w:p>
      <w:r>
        <w:t>；</w:t>
      </w:r>
    </w:p>
    <w:p>
      <w:r>
        <w:t>②</w:t>
      </w:r>
    </w:p>
    <w:p>
      <w:r>
        <w:t>多</w:t>
      </w:r>
    </w:p>
    <w:p>
      <w:r>
        <w:t>次</w:t>
      </w:r>
    </w:p>
    <w:p>
      <w:r>
        <w:t>实</w:t>
      </w:r>
    </w:p>
    <w:p>
      <w:r>
        <w:t>习</w:t>
      </w:r>
    </w:p>
    <w:p>
      <w:r>
        <w:t>，</w:t>
      </w:r>
    </w:p>
    <w:p>
      <w:r>
        <w:t>连</w:t>
      </w:r>
    </w:p>
    <w:p>
      <w:r>
        <w:t>续</w:t>
      </w:r>
    </w:p>
    <w:p>
      <w:r>
        <w:t>实</w:t>
      </w:r>
    </w:p>
    <w:p>
      <w:r>
        <w:t>习</w:t>
      </w:r>
    </w:p>
    <w:p>
      <w:r>
        <w:t>时</w:t>
      </w:r>
    </w:p>
    <w:p>
      <w:r>
        <w:t>长</w:t>
      </w:r>
    </w:p>
    <w:p>
      <w:r>
        <w:t>7</w:t>
      </w:r>
    </w:p>
    <w:p>
      <w:r>
        <w:t>天</w:t>
      </w:r>
    </w:p>
    <w:p>
      <w:r>
        <w:t>以</w:t>
      </w:r>
    </w:p>
    <w:p>
      <w:r>
        <w:t>上</w:t>
      </w:r>
    </w:p>
    <w:p>
      <w:r>
        <w:t>的</w:t>
      </w:r>
    </w:p>
    <w:p>
      <w:r>
        <w:t>时</w:t>
      </w:r>
    </w:p>
    <w:p>
      <w:r>
        <w:t>间</w:t>
      </w:r>
    </w:p>
    <w:p>
      <w:r>
        <w:t>可</w:t>
      </w:r>
    </w:p>
    <w:p>
      <w:r>
        <w:t>累</w:t>
      </w:r>
    </w:p>
    <w:p>
      <w:r>
        <w:t>积</w:t>
      </w:r>
    </w:p>
    <w:p>
      <w:r>
        <w:t>计</w:t>
      </w:r>
    </w:p>
    <w:p>
      <w:r>
        <w:t>算</w:t>
      </w:r>
    </w:p>
    <w:p>
      <w:r>
        <w:t>；</w:t>
      </w:r>
    </w:p>
    <w:p>
      <w:r>
        <w:t>③</w:t>
      </w:r>
    </w:p>
    <w:p>
      <w:r>
        <w:t>国</w:t>
      </w:r>
    </w:p>
    <w:p>
      <w:r>
        <w:t>际</w:t>
      </w:r>
    </w:p>
    <w:p>
      <w:r>
        <w:t>组</w:t>
      </w:r>
    </w:p>
    <w:p>
      <w:r>
        <w:t>织</w:t>
      </w:r>
    </w:p>
    <w:p>
      <w:r>
        <w:t>可</w:t>
      </w:r>
    </w:p>
    <w:p>
      <w:r>
        <w:t>参</w:t>
      </w:r>
    </w:p>
    <w:p>
      <w:r>
        <w:t>照</w:t>
      </w:r>
    </w:p>
    <w:p>
      <w:r>
        <w:t>教</w:t>
      </w:r>
    </w:p>
    <w:p>
      <w:r>
        <w:t>育</w:t>
      </w:r>
    </w:p>
    <w:p>
      <w:r>
        <w:t>部</w:t>
      </w:r>
    </w:p>
    <w:p>
      <w:r>
        <w:t>、</w:t>
      </w:r>
    </w:p>
    <w:p>
      <w:r>
        <w:t>人</w:t>
      </w:r>
    </w:p>
    <w:p>
      <w:r>
        <w:t>社</w:t>
      </w:r>
    </w:p>
    <w:p>
      <w:r>
        <w:t>部</w:t>
      </w:r>
    </w:p>
    <w:p>
      <w:r>
        <w:t>、</w:t>
      </w:r>
    </w:p>
    <w:p>
      <w:r>
        <w:t>国</w:t>
      </w:r>
    </w:p>
    <w:p>
      <w:r>
        <w:t>家</w:t>
      </w:r>
    </w:p>
    <w:p>
      <w:r>
        <w:t>留</w:t>
      </w:r>
    </w:p>
    <w:p>
      <w:r>
        <w:t>学</w:t>
      </w:r>
    </w:p>
    <w:p>
      <w:r>
        <w:t>网</w:t>
      </w:r>
    </w:p>
    <w:p>
      <w:r>
        <w:t>等</w:t>
      </w:r>
    </w:p>
    <w:p>
      <w:r>
        <w:t>官</w:t>
      </w:r>
    </w:p>
    <w:p>
      <w:r>
        <w:t>方</w:t>
      </w:r>
    </w:p>
    <w:p>
      <w:r>
        <w:t>网</w:t>
      </w:r>
    </w:p>
    <w:p>
      <w:r>
        <w:t>站</w:t>
      </w:r>
    </w:p>
    <w:p>
      <w:r>
        <w:t>（</w:t>
      </w:r>
    </w:p>
    <w:p>
      <w:r>
        <w:t>查</w:t>
      </w:r>
    </w:p>
    <w:p>
      <w:r>
        <w:t>询</w:t>
      </w:r>
    </w:p>
    <w:p>
      <w:r>
        <w:t>网</w:t>
      </w:r>
    </w:p>
    <w:p>
      <w:r>
        <w:t>址</w:t>
      </w:r>
    </w:p>
    <w:p>
      <w:r>
        <w:t>：</w:t>
      </w:r>
    </w:p>
    <w:p>
      <w:r>
        <w:t>h</w:t>
      </w:r>
    </w:p>
    <w:p>
      <w:r>
        <w:t>t</w:t>
      </w:r>
    </w:p>
    <w:p>
      <w:r>
        <w:t>t</w:t>
      </w:r>
    </w:p>
    <w:p>
      <w:r>
        <w:t>p</w:t>
      </w:r>
    </w:p>
    <w:p>
      <w:r>
        <w:t>s</w:t>
      </w:r>
    </w:p>
    <w:p>
      <w:r>
        <w:t>:</w:t>
      </w:r>
    </w:p>
    <w:p>
      <w:r>
        <w:t>/</w:t>
      </w:r>
    </w:p>
    <w:p>
      <w:r>
        <w:t>/</w:t>
      </w:r>
    </w:p>
    <w:p>
      <w:r>
        <w:t>g</w:t>
      </w:r>
    </w:p>
    <w:p>
      <w:r>
        <w:t>j</w:t>
      </w:r>
    </w:p>
    <w:p>
      <w:r>
        <w:t>.</w:t>
      </w:r>
    </w:p>
    <w:p>
      <w:r>
        <w:t>n</w:t>
      </w:r>
    </w:p>
    <w:p>
      <w:r>
        <w:t>c</w:t>
      </w:r>
    </w:p>
    <w:p>
      <w:r>
        <w:t>s</w:t>
      </w:r>
    </w:p>
    <w:p>
      <w:r>
        <w:t>s</w:t>
      </w:r>
    </w:p>
    <w:p>
      <w:r>
        <w:t>.</w:t>
      </w:r>
    </w:p>
    <w:p>
      <w:r>
        <w:t>c</w:t>
      </w:r>
    </w:p>
    <w:p>
      <w:r>
        <w:t>n</w:t>
      </w:r>
    </w:p>
    <w:p>
      <w:r>
        <w:t>/</w:t>
      </w:r>
    </w:p>
    <w:p>
      <w:r>
        <w:t>g</w:t>
      </w:r>
    </w:p>
    <w:p>
      <w:r>
        <w:t>j</w:t>
      </w:r>
    </w:p>
    <w:p>
      <w:r>
        <w:t>z</w:t>
      </w:r>
    </w:p>
    <w:p>
      <w:r>
        <w:t>z</w:t>
      </w:r>
    </w:p>
    <w:p>
      <w:r>
        <w:t>j</w:t>
      </w:r>
    </w:p>
    <w:p>
      <w:r>
        <w:t>s</w:t>
      </w:r>
    </w:p>
    <w:p>
      <w:r>
        <w:t>.</w:t>
      </w:r>
    </w:p>
    <w:p>
      <w:r>
        <w:t>h</w:t>
      </w:r>
    </w:p>
    <w:p>
      <w:r>
        <w:t>t</w:t>
      </w:r>
    </w:p>
    <w:p>
      <w:r>
        <w:t>m</w:t>
      </w:r>
    </w:p>
    <w:p>
      <w:r>
        <w:t>l</w:t>
      </w:r>
    </w:p>
    <w:p>
      <w:r>
        <w:t>“</w:t>
      </w:r>
    </w:p>
    <w:p>
      <w:r>
        <w:t>国</w:t>
      </w:r>
    </w:p>
    <w:p>
      <w:r>
        <w:t>际</w:t>
      </w:r>
    </w:p>
    <w:p>
      <w:r>
        <w:t>组</w:t>
      </w:r>
    </w:p>
    <w:p>
      <w:r>
        <w:t>织</w:t>
      </w:r>
    </w:p>
    <w:p>
      <w:r>
        <w:t>介</w:t>
      </w:r>
    </w:p>
    <w:p>
      <w:r>
        <w:t>绍</w:t>
      </w:r>
    </w:p>
    <w:p>
      <w:r>
        <w:t>板</w:t>
      </w:r>
    </w:p>
    <w:p>
      <w:r>
        <w:t>块</w:t>
      </w:r>
    </w:p>
    <w:p>
      <w:r>
        <w:t>”</w:t>
      </w:r>
    </w:p>
    <w:p>
      <w:r>
        <w:t>、</w:t>
      </w:r>
    </w:p>
    <w:p>
      <w:r>
        <w:t>w</w:t>
      </w:r>
    </w:p>
    <w:p>
      <w:r>
        <w:t>w</w:t>
      </w:r>
    </w:p>
    <w:p>
      <w:r>
        <w:t>w</w:t>
      </w:r>
    </w:p>
    <w:p>
      <w:r>
        <w:t>.</w:t>
      </w:r>
    </w:p>
    <w:p>
      <w:r>
        <w:t>m</w:t>
      </w:r>
    </w:p>
    <w:p>
      <w:r>
        <w:t>o</w:t>
      </w:r>
    </w:p>
    <w:p>
      <w:r>
        <w:t>h</w:t>
      </w:r>
    </w:p>
    <w:p>
      <w:r>
        <w:t>r</w:t>
      </w:r>
    </w:p>
    <w:p>
      <w:r>
        <w:t>s</w:t>
      </w:r>
    </w:p>
    <w:p>
      <w:r>
        <w:t>s</w:t>
      </w:r>
    </w:p>
    <w:p>
      <w:r>
        <w:t>.</w:t>
      </w:r>
    </w:p>
    <w:p>
      <w:r>
        <w:t>g</w:t>
      </w:r>
    </w:p>
    <w:p>
      <w:r>
        <w:t>o</w:t>
      </w:r>
    </w:p>
    <w:p>
      <w:r>
        <w:t>v</w:t>
      </w:r>
    </w:p>
    <w:p>
      <w:r>
        <w:t>.</w:t>
      </w:r>
    </w:p>
    <w:p>
      <w:r>
        <w:t>c</w:t>
      </w:r>
    </w:p>
    <w:p>
      <w:r>
        <w:t>n</w:t>
      </w:r>
    </w:p>
    <w:p>
      <w:r>
        <w:t>“</w:t>
      </w:r>
    </w:p>
    <w:p>
      <w:r>
        <w:t>国</w:t>
      </w:r>
    </w:p>
    <w:p>
      <w:r>
        <w:t>际</w:t>
      </w:r>
    </w:p>
    <w:p>
      <w:r>
        <w:t>组</w:t>
      </w:r>
    </w:p>
    <w:p>
      <w:r>
        <w:t>织</w:t>
      </w:r>
    </w:p>
    <w:p>
      <w:r>
        <w:t>人</w:t>
      </w:r>
    </w:p>
    <w:p>
      <w:r>
        <w:t>才</w:t>
      </w:r>
    </w:p>
    <w:p>
      <w:r>
        <w:t>信</w:t>
      </w:r>
    </w:p>
    <w:p>
      <w:r>
        <w:t>息</w:t>
      </w:r>
    </w:p>
    <w:p>
      <w:r>
        <w:t>服</w:t>
      </w:r>
    </w:p>
    <w:p>
      <w:r>
        <w:t>务</w:t>
      </w:r>
    </w:p>
    <w:p>
      <w:r>
        <w:t>网</w:t>
      </w:r>
    </w:p>
    <w:p>
      <w:r>
        <w:t>”</w:t>
      </w:r>
    </w:p>
    <w:p>
      <w:r>
        <w:t>版</w:t>
      </w:r>
    </w:p>
    <w:p>
      <w:r>
        <w:t>块</w:t>
      </w:r>
    </w:p>
    <w:p>
      <w:r>
        <w:t>；</w:t>
      </w:r>
    </w:p>
    <w:p>
      <w:r>
        <w:t>④</w:t>
      </w:r>
    </w:p>
    <w:p>
      <w:r>
        <w:t>实</w:t>
      </w:r>
    </w:p>
    <w:p>
      <w:r>
        <w:t>习</w:t>
      </w:r>
    </w:p>
    <w:p>
      <w:r>
        <w:t>者</w:t>
      </w:r>
    </w:p>
    <w:p>
      <w:r>
        <w:t>需</w:t>
      </w:r>
    </w:p>
    <w:p>
      <w:r>
        <w:t>提</w:t>
      </w:r>
    </w:p>
    <w:p>
      <w:r>
        <w:t>供</w:t>
      </w:r>
    </w:p>
    <w:p>
      <w:r>
        <w:t>实</w:t>
      </w:r>
    </w:p>
    <w:p>
      <w:r>
        <w:t>习</w:t>
      </w:r>
    </w:p>
    <w:p>
      <w:r>
        <w:t>单</w:t>
      </w:r>
    </w:p>
    <w:p>
      <w:r>
        <w:t>位</w:t>
      </w:r>
    </w:p>
    <w:p>
      <w:r>
        <w:t>出</w:t>
      </w:r>
    </w:p>
    <w:p>
      <w:r>
        <w:t>具</w:t>
      </w:r>
    </w:p>
    <w:p>
      <w:r>
        <w:t>的</w:t>
      </w:r>
    </w:p>
    <w:p>
      <w:r>
        <w:t>相</w:t>
      </w:r>
    </w:p>
    <w:p>
      <w:r>
        <w:t>关</w:t>
      </w:r>
    </w:p>
    <w:p>
      <w:r>
        <w:t>证</w:t>
      </w:r>
    </w:p>
    <w:p>
      <w:r>
        <w:t>明</w:t>
      </w:r>
    </w:p>
    <w:p>
      <w:r>
        <w:t>材</w:t>
      </w:r>
    </w:p>
    <w:p>
      <w:r>
        <w:t>料</w:t>
      </w:r>
    </w:p>
    <w:p>
      <w:r>
        <w:t>，</w:t>
      </w:r>
    </w:p>
    <w:p>
      <w:r>
        <w:t>并</w:t>
      </w:r>
    </w:p>
    <w:p>
      <w:r>
        <w:t>标</w:t>
      </w:r>
    </w:p>
    <w:p>
      <w:r>
        <w:t>注</w:t>
      </w:r>
    </w:p>
    <w:p>
      <w:r>
        <w:t>：</w:t>
      </w:r>
    </w:p>
    <w:p>
      <w:r>
        <w:t>国</w:t>
      </w:r>
    </w:p>
    <w:p>
      <w:r>
        <w:t>际</w:t>
      </w:r>
    </w:p>
    <w:p>
      <w:r>
        <w:t>组</w:t>
      </w:r>
    </w:p>
    <w:p>
      <w:r>
        <w:t>织</w:t>
      </w:r>
    </w:p>
    <w:p>
      <w:r>
        <w:t>名</w:t>
      </w:r>
    </w:p>
    <w:p>
      <w:r>
        <w:t>称</w:t>
      </w:r>
    </w:p>
    <w:p>
      <w:r>
        <w:t>、</w:t>
      </w:r>
    </w:p>
    <w:p>
      <w:r>
        <w:t>实</w:t>
      </w:r>
    </w:p>
    <w:p>
      <w:r>
        <w:t>习</w:t>
      </w:r>
    </w:p>
    <w:p>
      <w:r>
        <w:t>岗</w:t>
      </w:r>
    </w:p>
    <w:p>
      <w:r>
        <w:t>位</w:t>
      </w:r>
    </w:p>
    <w:p>
      <w:r>
        <w:t>、</w:t>
      </w:r>
    </w:p>
    <w:p>
      <w:r>
        <w:t>实</w:t>
      </w:r>
    </w:p>
    <w:p>
      <w:r>
        <w:t>习</w:t>
      </w:r>
    </w:p>
    <w:p>
      <w:r>
        <w:t>起</w:t>
      </w:r>
    </w:p>
    <w:p>
      <w:r>
        <w:t>止</w:t>
      </w:r>
    </w:p>
    <w:p>
      <w:r>
        <w:t>日</w:t>
      </w:r>
    </w:p>
    <w:p>
      <w:r>
        <w:t>期</w:t>
      </w:r>
    </w:p>
    <w:p>
      <w:r>
        <w:t>等</w:t>
      </w:r>
    </w:p>
    <w:p>
      <w:r>
        <w:t>信</w:t>
      </w:r>
    </w:p>
    <w:p>
      <w:r>
        <w:t>息</w:t>
      </w:r>
    </w:p>
    <w:p>
      <w:r>
        <w:t>。</w:t>
      </w:r>
    </w:p>
    <w:p>
      <w:r>
        <w:t>1</w:t>
      </w:r>
    </w:p>
    <w:p>
      <w:r>
        <w:t>4</w:t>
      </w:r>
    </w:p>
    <w:p>
      <w:r>
        <w:t>天</w:t>
      </w:r>
    </w:p>
    <w:p>
      <w:r>
        <w:t>至</w:t>
      </w:r>
    </w:p>
    <w:p>
      <w:r>
        <w:t>3</w:t>
      </w:r>
    </w:p>
    <w:p>
      <w:r>
        <w:t>个</w:t>
      </w:r>
    </w:p>
    <w:p>
      <w:r>
        <w:t>月</w:t>
      </w:r>
    </w:p>
    <w:p>
      <w:r>
        <w:t>以</w:t>
      </w:r>
    </w:p>
    <w:p>
      <w:r>
        <w:t>下</w:t>
      </w:r>
    </w:p>
    <w:p>
      <w:r>
        <w:t>7</w:t>
      </w:r>
    </w:p>
    <w:p>
      <w:r>
        <w:t>分</w:t>
      </w:r>
    </w:p>
    <w:p>
      <w:r>
        <w:t>7</w:t>
      </w:r>
    </w:p>
    <w:p>
      <w:r>
        <w:t>天</w:t>
      </w:r>
    </w:p>
    <w:p>
      <w:r>
        <w:t>至</w:t>
      </w:r>
    </w:p>
    <w:p>
      <w:r>
        <w:t>1</w:t>
      </w:r>
    </w:p>
    <w:p>
      <w:r>
        <w:t>4</w:t>
      </w:r>
    </w:p>
    <w:p>
      <w:r>
        <w:t>天</w:t>
      </w:r>
    </w:p>
    <w:p>
      <w:r>
        <w:t>3</w:t>
      </w:r>
    </w:p>
    <w:p>
      <w:r>
        <w:t>分</w:t>
      </w:r>
    </w:p>
    <w:p>
      <w:r>
        <w:t>7</w:t>
      </w:r>
    </w:p>
    <w:p>
      <w:r>
        <w:t>天</w:t>
      </w:r>
    </w:p>
    <w:p>
      <w:r>
        <w:t>以</w:t>
      </w:r>
    </w:p>
    <w:p>
      <w:r>
        <w:t>下</w:t>
      </w:r>
    </w:p>
    <w:p>
      <w:r>
        <w:t>不</w:t>
      </w:r>
    </w:p>
    <w:p>
      <w:r>
        <w:t>计</w:t>
      </w:r>
    </w:p>
    <w:p>
      <w:r>
        <w:t>分</w:t>
      </w:r>
    </w:p>
    <w:p>
      <w:r>
        <w:t>四、科研成果（30分）</w:t>
      </w:r>
    </w:p>
    <w:p>
      <w:r>
        <w:t>1、此部分累计分值最高30分；</w:t>
      </w:r>
    </w:p>
    <w:p>
      <w:r>
        <w:t>2、科研成果须是以苏州大学及相应的英文名称为第一署名单位的科研成果，包括科研项目、学术论文、</w:t>
      </w:r>
    </w:p>
    <w:p>
      <w:r>
        <w:t>出版专著、出版唱片、参加重大演出等内容；</w:t>
      </w:r>
    </w:p>
    <w:p>
      <w:r>
        <w:t>3、学生与直系亲属合作的科研成果仅作为参考，不纳入学生本科科研成果进行赋分，与学历、职称、职</w:t>
      </w:r>
    </w:p>
    <w:p>
      <w:r>
        <w:t>务明显高于本人者合作的科研成果，除合作者是本学院（部）指导教师外，其他学院（部）及外单位的，</w:t>
      </w:r>
    </w:p>
    <w:p>
      <w:r>
        <w:t>均不纳入学生本人科研成果。</w:t>
      </w:r>
    </w:p>
    <w:p>
      <w:r>
        <w:t>类别 内容 级别</w:t>
      </w:r>
    </w:p>
    <w:p>
      <w:r>
        <w:t>得分</w:t>
      </w:r>
    </w:p>
    <w:p>
      <w:r>
        <w:t>备注</w:t>
      </w:r>
    </w:p>
    <w:p>
      <w:r>
        <w:t>主持 参与</w:t>
      </w:r>
    </w:p>
    <w:p>
      <w:r>
        <w:t>科研</w:t>
      </w:r>
    </w:p>
    <w:p>
      <w:r>
        <w:t>项目</w:t>
      </w:r>
    </w:p>
    <w:p>
      <w:r>
        <w:t>大学生创新创业训</w:t>
      </w:r>
    </w:p>
    <w:p>
      <w:r>
        <w:t>练计划项目</w:t>
      </w:r>
    </w:p>
    <w:p>
      <w:r>
        <w:t>国家级 10 5 ①各类科研项目主持人需提供立</w:t>
      </w:r>
    </w:p>
    <w:p>
      <w:r>
        <w:t>项、中期检查或结题合格的证书或</w:t>
      </w:r>
    </w:p>
    <w:p>
      <w:r>
        <w:t>发文，立项计对应加分项的1/3，</w:t>
      </w:r>
    </w:p>
    <w:p>
      <w:r>
        <w:t>中期检查合格计对应加分项的</w:t>
      </w:r>
    </w:p>
    <w:p>
      <w:r>
        <w:t>1/2，中期检查优秀或结题计对应</w:t>
      </w:r>
    </w:p>
    <w:p>
      <w:r>
        <w:t>加分项满分；</w:t>
      </w:r>
    </w:p>
    <w:p>
      <w:r>
        <w:t>②各类科研项目参与人（只算前5</w:t>
      </w:r>
    </w:p>
    <w:p>
      <w:r>
        <w:t>人）须有学术论文或其他相应的科</w:t>
      </w:r>
    </w:p>
    <w:p>
      <w:r>
        <w:t>研成果证明（需主持人签字），方</w:t>
      </w:r>
    </w:p>
    <w:p>
      <w:r>
        <w:t>可按照对应加分项加分；</w:t>
      </w:r>
    </w:p>
    <w:p>
      <w:r>
        <w:t>③学术论文须是独立或作为第一</w:t>
      </w:r>
    </w:p>
    <w:p>
      <w:r>
        <w:t>作者完成的3000字以上的本专业</w:t>
      </w:r>
    </w:p>
    <w:p>
      <w:r>
        <w:t>论文，且可在知网、维普、万方等</w:t>
      </w:r>
    </w:p>
    <w:p>
      <w:r>
        <w:t>论文数据库中查证。核心期刊的界</w:t>
      </w:r>
    </w:p>
    <w:p>
      <w:r>
        <w:t>定以苏州大学人文社会科学处的</w:t>
      </w:r>
    </w:p>
    <w:p>
      <w:r>
        <w:t>最新版相关文件为依据。省级以上</w:t>
      </w:r>
    </w:p>
    <w:p>
      <w:r>
        <w:t>刊物指省级以上有关部门主办的</w:t>
      </w:r>
    </w:p>
    <w:p>
      <w:r>
        <w:t>公开出版的学术刊物和高等学校</w:t>
      </w:r>
    </w:p>
    <w:p>
      <w:r>
        <w:t>主办的公开出版的学报（须有ISSN</w:t>
      </w:r>
    </w:p>
    <w:p>
      <w:r>
        <w:t>或CN刊号）。非核心期刊累计分</w:t>
      </w:r>
    </w:p>
    <w:p>
      <w:r>
        <w:t>值不超过6分；</w:t>
      </w:r>
    </w:p>
    <w:p>
      <w:r>
        <w:t>④专著指有“ISBN”书号的正式出</w:t>
      </w:r>
    </w:p>
    <w:p>
      <w:r>
        <w:t>版物，并由出版社公开出版发行，</w:t>
      </w:r>
    </w:p>
    <w:p>
      <w:r>
        <w:t>且每人仅限1部；</w:t>
      </w:r>
    </w:p>
    <w:p>
      <w:r>
        <w:t>⑤唱片应有出版版号，并由唱片公</w:t>
      </w:r>
    </w:p>
    <w:p>
      <w:r>
        <w:t>司公开出版发行，且每人仅限1张；</w:t>
      </w:r>
    </w:p>
    <w:p>
      <w:r>
        <w:t>⑥国家、省级、市级艺术基金指导</w:t>
      </w:r>
    </w:p>
    <w:p>
      <w:r>
        <w:t>下的演出，高雅艺术进校园，受国</w:t>
      </w:r>
    </w:p>
    <w:p>
      <w:r>
        <w:t>内外交响乐团出具邀请函的演出</w:t>
      </w:r>
    </w:p>
    <w:p>
      <w:r>
        <w:t>等。同一演出项目，多次参演得分</w:t>
      </w:r>
    </w:p>
    <w:p>
      <w:r>
        <w:t>不累计，只按最高级别计。若为集</w:t>
      </w:r>
    </w:p>
    <w:p>
      <w:r>
        <w:t>体项目，计对应加分项的1/2，参</w:t>
      </w:r>
    </w:p>
    <w:p>
      <w:r>
        <w:t>加重大演出累计分值不超过6分。</w:t>
      </w:r>
    </w:p>
    <w:p>
      <w:r>
        <w:t>省级 7 3.5</w:t>
      </w:r>
    </w:p>
    <w:p>
      <w:r>
        <w:t>校级 4 2</w:t>
      </w:r>
    </w:p>
    <w:p>
      <w:r>
        <w:t>“莙政基金”项目 7 -</w:t>
      </w:r>
    </w:p>
    <w:p>
      <w:r>
        <w:t>大学生课外</w:t>
      </w:r>
    </w:p>
    <w:p>
      <w:r>
        <w:t>学术科研基</w:t>
      </w:r>
    </w:p>
    <w:p>
      <w:r>
        <w:t>金项目</w:t>
      </w:r>
    </w:p>
    <w:p>
      <w:r>
        <w:t>校</w:t>
      </w:r>
    </w:p>
    <w:p>
      <w:r>
        <w:t>级</w:t>
      </w:r>
    </w:p>
    <w:p>
      <w:r>
        <w:t>重大 7 3.5</w:t>
      </w:r>
    </w:p>
    <w:p>
      <w:r>
        <w:t>重点 4 2</w:t>
      </w:r>
    </w:p>
    <w:p>
      <w:r>
        <w:t>一般 2 1</w:t>
      </w:r>
    </w:p>
    <w:p>
      <w:r>
        <w:t>参与教师科研项目</w:t>
      </w:r>
    </w:p>
    <w:p>
      <w:r>
        <w:t>国家级 - 5</w:t>
      </w:r>
    </w:p>
    <w:p>
      <w:r>
        <w:t>省级 - 3.5</w:t>
      </w:r>
    </w:p>
    <w:p>
      <w:r>
        <w:t>市厅级 - 2</w:t>
      </w:r>
    </w:p>
    <w:p>
      <w:r>
        <w:t>学术</w:t>
      </w:r>
    </w:p>
    <w:p>
      <w:r>
        <w:t>论文 期刊论文</w:t>
      </w:r>
    </w:p>
    <w:p>
      <w:r>
        <w:t>核心期刊 10 0</w:t>
      </w:r>
    </w:p>
    <w:p>
      <w:r>
        <w:t>省级以上刊物 2 0</w:t>
      </w:r>
    </w:p>
    <w:p>
      <w:r>
        <w:t>出版</w:t>
      </w:r>
    </w:p>
    <w:p>
      <w:r>
        <w:t>专著 学术专著</w:t>
      </w:r>
    </w:p>
    <w:p>
      <w:r>
        <w:t>10万字及以上 10</w:t>
      </w:r>
    </w:p>
    <w:p>
      <w:r>
        <w:t>3万至10万字 2</w:t>
      </w:r>
    </w:p>
    <w:p>
      <w:r>
        <w:t>出版</w:t>
      </w:r>
    </w:p>
    <w:p>
      <w:r>
        <w:t>唱片 音乐唱片 30分钟及以上 10 2</w:t>
      </w:r>
    </w:p>
    <w:p>
      <w:r>
        <w:t>参加</w:t>
      </w:r>
    </w:p>
    <w:p>
      <w:r>
        <w:t>重大</w:t>
      </w:r>
    </w:p>
    <w:p>
      <w:r>
        <w:t>演出</w:t>
      </w:r>
    </w:p>
    <w:p>
      <w:r>
        <w:t>各类演出</w:t>
      </w:r>
    </w:p>
    <w:p>
      <w:r>
        <w:t>国家级 6</w:t>
      </w:r>
    </w:p>
    <w:p>
      <w:r>
        <w:t>省级 4</w:t>
      </w:r>
    </w:p>
    <w:p>
      <w:r>
        <w:t>市级 2</w:t>
      </w:r>
    </w:p>
    <w:p>
      <w:r>
        <w:t>五、竞赛获奖（30分）：</w:t>
      </w:r>
    </w:p>
    <w:p>
      <w:r>
        <w:t>此部分累计分值最高30分。</w:t>
      </w:r>
    </w:p>
    <w:p>
      <w:r>
        <w:t>类别 级别 等次 得</w:t>
      </w:r>
    </w:p>
    <w:p>
      <w:r>
        <w:t>分 备注</w:t>
      </w:r>
    </w:p>
    <w:p>
      <w:r>
        <w:t>学科竞赛、</w:t>
      </w:r>
    </w:p>
    <w:p>
      <w:r>
        <w:t>艺术比赛</w:t>
      </w:r>
    </w:p>
    <w:p>
      <w:r>
        <w:t>(学校认定)</w:t>
      </w:r>
    </w:p>
    <w:p>
      <w:r>
        <w:t>国家级</w:t>
      </w:r>
    </w:p>
    <w:p>
      <w:r>
        <w:t>一等奖/金奖 20 ①同一竞赛、比赛项目，多次获奖得分不累计，只</w:t>
      </w:r>
    </w:p>
    <w:p>
      <w:r>
        <w:t>按最高级别计；</w:t>
      </w:r>
    </w:p>
    <w:p>
      <w:r>
        <w:t>②根据竞赛、比赛项目级别及获奖名次进行加分；</w:t>
      </w:r>
    </w:p>
    <w:p>
      <w:r>
        <w:t>如竞赛、比赛设有特等奖，则视为一等奖，以此类</w:t>
      </w:r>
    </w:p>
    <w:p>
      <w:r>
        <w:t>推；若为集体项目，计对应加分项的1/2；</w:t>
      </w:r>
    </w:p>
    <w:p>
      <w:r>
        <w:t>③国家级学科竞赛、艺术比赛（学校认定）是指由</w:t>
      </w:r>
    </w:p>
    <w:p>
      <w:r>
        <w:t>中宣部、文化部、教育部、广电总局、教指委等单</w:t>
      </w:r>
    </w:p>
    <w:p>
      <w:r>
        <w:t>位主办的全国性各类学科竞赛或艺术比赛；或由中</w:t>
      </w:r>
    </w:p>
    <w:p>
      <w:r>
        <w:t>国文联系统，包括音乐家协会、舞蹈家协会、戏剧</w:t>
      </w:r>
    </w:p>
    <w:p>
      <w:r>
        <w:t>家协会等，以及各艺术委员会或全国一级学会（协</w:t>
      </w:r>
    </w:p>
    <w:p>
      <w:r>
        <w:t>会）等机构举办的全国性各类学科竞赛或艺术比</w:t>
      </w:r>
    </w:p>
    <w:p>
      <w:r>
        <w:t>赛，并且大赛的实际组织活动范围涉及全国或部分</w:t>
      </w:r>
    </w:p>
    <w:p>
      <w:r>
        <w:t>省、区的国家级比赛；</w:t>
      </w:r>
    </w:p>
    <w:p>
      <w:r>
        <w:t>④省级学科竞赛、艺术比赛（学校认定）是指由教</w:t>
      </w:r>
    </w:p>
    <w:p>
      <w:r>
        <w:t>育部内设司局、国家二级学会、省一级学会组织的</w:t>
      </w:r>
    </w:p>
    <w:p>
      <w:r>
        <w:t>学科竞赛；或由各省（直辖市）委宣传部、文化厅、</w:t>
      </w:r>
    </w:p>
    <w:p>
      <w:r>
        <w:t>教育厅、广电局等部门举办的全省性的各类艺术专</w:t>
      </w:r>
    </w:p>
    <w:p>
      <w:r>
        <w:t>业大赛；或由各省（直辖市）文联系统，包括音乐</w:t>
      </w:r>
    </w:p>
    <w:p>
      <w:r>
        <w:t>家协会、舞蹈家协会、戏剧家协会等及各艺术委员</w:t>
      </w:r>
    </w:p>
    <w:p>
      <w:r>
        <w:t>会或全国一级学会（协会）等机构举办的综合类或</w:t>
      </w:r>
    </w:p>
    <w:p>
      <w:r>
        <w:t>门类专业性省级比赛；</w:t>
      </w:r>
    </w:p>
    <w:p>
      <w:r>
        <w:t>⑤校级学科竞赛（学校认定）是指由学校教务处、</w:t>
      </w:r>
    </w:p>
    <w:p>
      <w:r>
        <w:t>校团委、学生工作部（处）及相关校级机关部门组</w:t>
      </w:r>
    </w:p>
    <w:p>
      <w:r>
        <w:t>织的学科竞赛；</w:t>
      </w:r>
    </w:p>
    <w:p>
      <w:r>
        <w:t>⑥学科竞赛、艺术比赛（学校认定）包括: “挑战</w:t>
      </w:r>
    </w:p>
    <w:p>
      <w:r>
        <w:t>杯”中国大学生创业计划竞赛、“挑战杯”全国大</w:t>
      </w:r>
    </w:p>
    <w:p>
      <w:r>
        <w:t>学生课外学术科技作品竞赛、中国“互联网+”大</w:t>
      </w:r>
    </w:p>
    <w:p>
      <w:r>
        <w:t>学生创新创业大赛、“创青春”全国大学生创业大</w:t>
      </w:r>
    </w:p>
    <w:p>
      <w:r>
        <w:t>赛、全国大学生艺术展演活动、江苏省大学生艺术</w:t>
      </w:r>
    </w:p>
    <w:p>
      <w:r>
        <w:t>展演活动、长江钢琴全国钢琴大赛、中宣部“五个</w:t>
      </w:r>
    </w:p>
    <w:p>
      <w:r>
        <w:t>一”工程奖、文华奖、江苏省文艺大奖、金钟奖、</w:t>
      </w:r>
    </w:p>
    <w:p>
      <w:r>
        <w:t>江苏省师范生教学基本功大赛、苏州大学师范生教</w:t>
      </w:r>
    </w:p>
    <w:p>
      <w:r>
        <w:t>学基本功大赛暨“明日之师”系列活动等；</w:t>
      </w:r>
    </w:p>
    <w:p>
      <w:r>
        <w:t>⑦国际艺术比赛（文化部）具体名单见附件3；</w:t>
      </w:r>
    </w:p>
    <w:p>
      <w:r>
        <w:t>⑧其他专业艺术赛事（学院认定）指社会及行业协</w:t>
      </w:r>
    </w:p>
    <w:p>
      <w:r>
        <w:t>会组织的专业比赛等，由专家审核小组讨论决定；</w:t>
      </w:r>
    </w:p>
    <w:p>
      <w:r>
        <w:t>非竞赛类获奖均不计算，累计分值不超过10分；</w:t>
      </w:r>
    </w:p>
    <w:p>
      <w:r>
        <w:t>⑨获奖者需提供相关奖状或证明，级别以证书盖章</w:t>
      </w:r>
    </w:p>
    <w:p>
      <w:r>
        <w:t>为准。</w:t>
      </w:r>
    </w:p>
    <w:p>
      <w:r>
        <w:t>二等奖/银奖 16</w:t>
      </w:r>
    </w:p>
    <w:p>
      <w:r>
        <w:t>三等奖/铜奖 12</w:t>
      </w:r>
    </w:p>
    <w:p>
      <w:r>
        <w:t>优胜奖 8</w:t>
      </w:r>
    </w:p>
    <w:p>
      <w:r>
        <w:t>省级</w:t>
      </w:r>
    </w:p>
    <w:p>
      <w:r>
        <w:t>一等奖/金奖 16</w:t>
      </w:r>
    </w:p>
    <w:p>
      <w:r>
        <w:t>二等奖/银奖 12</w:t>
      </w:r>
    </w:p>
    <w:p>
      <w:r>
        <w:t>三等奖/铜奖 8</w:t>
      </w:r>
    </w:p>
    <w:p>
      <w:r>
        <w:t>优胜奖 4</w:t>
      </w:r>
    </w:p>
    <w:p>
      <w:r>
        <w:t>校级</w:t>
      </w:r>
    </w:p>
    <w:p>
      <w:r>
        <w:t>一等奖 4</w:t>
      </w:r>
    </w:p>
    <w:p>
      <w:r>
        <w:t>二等奖 3</w:t>
      </w:r>
    </w:p>
    <w:p>
      <w:r>
        <w:t>三等奖 2</w:t>
      </w:r>
    </w:p>
    <w:p>
      <w:r>
        <w:t>优胜奖 1</w:t>
      </w:r>
    </w:p>
    <w:p>
      <w:r>
        <w:t>国际艺术比</w:t>
      </w:r>
    </w:p>
    <w:p>
      <w:r>
        <w:t>赛（文化部） 国家级 入围决赛 30</w:t>
      </w:r>
    </w:p>
    <w:p>
      <w:r>
        <w:t>其他专业</w:t>
      </w:r>
    </w:p>
    <w:p>
      <w:r>
        <w:t>艺术赛事</w:t>
      </w:r>
    </w:p>
    <w:p>
      <w:r>
        <w:t>(学院认定)</w:t>
      </w:r>
    </w:p>
    <w:p>
      <w:r>
        <w:t>国家级</w:t>
      </w:r>
    </w:p>
    <w:p>
      <w:r>
        <w:t>一等奖 5</w:t>
      </w:r>
    </w:p>
    <w:p>
      <w:r>
        <w:t>二等奖 4</w:t>
      </w:r>
    </w:p>
    <w:p>
      <w:r>
        <w:t>三等奖 3</w:t>
      </w:r>
    </w:p>
    <w:p>
      <w:r>
        <w:t>优胜奖 2</w:t>
      </w:r>
    </w:p>
    <w:p>
      <w:r>
        <w:t>省级</w:t>
      </w:r>
    </w:p>
    <w:p>
      <w:r>
        <w:t>一等奖/金奖 4</w:t>
      </w:r>
    </w:p>
    <w:p>
      <w:r>
        <w:t>二等奖/银奖 3</w:t>
      </w:r>
    </w:p>
    <w:p>
      <w:r>
        <w:t>三等奖/铜奖 2</w:t>
      </w:r>
    </w:p>
    <w:p>
      <w:r>
        <w:t>优胜奖 1</w:t>
      </w:r>
    </w:p>
    <w:p>
      <w:r>
        <w:t>市级</w:t>
      </w:r>
    </w:p>
    <w:p>
      <w:r>
        <w:t>一等奖 3</w:t>
      </w:r>
    </w:p>
    <w:p>
      <w:r>
        <w:t>二等奖 2</w:t>
      </w:r>
    </w:p>
    <w:p>
      <w:r>
        <w:t>三等奖 1</w:t>
      </w:r>
    </w:p>
    <w:p>
      <w:r>
        <w:t>附件 3</w:t>
      </w:r>
    </w:p>
    <w:p>
      <w:r>
        <w:t>文化部奖励的国际艺术比赛</w:t>
      </w:r>
    </w:p>
    <w:p>
      <w:r>
        <w:t>A类比赛</w:t>
      </w:r>
    </w:p>
    <w:p>
      <w:r>
        <w:t>序号 名称 国家 举办地 类型</w:t>
      </w:r>
    </w:p>
    <w:p>
      <w:r>
        <w:t>1</w:t>
      </w:r>
    </w:p>
    <w:p>
      <w:r>
        <w:t>伊丽莎白皇后国际音乐比赛</w:t>
      </w:r>
    </w:p>
    <w:p>
      <w:r>
        <w:t xml:space="preserve">比利时 布鲁塞尔 钢琴、小提琴、声乐Belgium Concours Musical International </w:t>
      </w:r>
    </w:p>
    <w:p>
      <w:r>
        <w:t>Reine Elisabeth</w:t>
      </w:r>
    </w:p>
    <w:p>
      <w:r>
        <w:t>2</w:t>
      </w:r>
    </w:p>
    <w:p>
      <w:r>
        <w:t>慕尼黑国际音乐比赛</w:t>
      </w:r>
    </w:p>
    <w:p>
      <w:r>
        <w:t>德国 慕尼黑</w:t>
      </w:r>
    </w:p>
    <w:p>
      <w:r>
        <w:t>钢琴、钢琴三重奏、双钢琴、管风琴、声乐</w:t>
      </w:r>
    </w:p>
    <w:p>
      <w:r>
        <w:t>、小提琴、中提琴、大提琴、弦乐四重奏、</w:t>
      </w:r>
    </w:p>
    <w:p>
      <w:r>
        <w:t>贝司、长笛、单簧管、双簧管、巴松、小号</w:t>
      </w:r>
    </w:p>
    <w:p>
      <w:r>
        <w:t>、圆号、长号、木管五重奏、打击乐、竖琴ARD International Music Competition</w:t>
      </w:r>
    </w:p>
    <w:p>
      <w:r>
        <w:t>3</w:t>
      </w:r>
    </w:p>
    <w:p>
      <w:r>
        <w:t>日内瓦国际音乐比赛</w:t>
      </w:r>
    </w:p>
    <w:p>
      <w:r>
        <w:t>瑞士 日内瓦</w:t>
      </w:r>
    </w:p>
    <w:p>
      <w:r>
        <w:t>作曲、指挥、钢琴、管风琴、声乐、小提琴</w:t>
      </w:r>
    </w:p>
    <w:p>
      <w:r>
        <w:t>、中提琴、大提琴、弦乐四重奏、贝司、长</w:t>
      </w:r>
    </w:p>
    <w:p>
      <w:r>
        <w:t>笛、单簧管、双簧管、巴松、小号、圆号、</w:t>
      </w:r>
    </w:p>
    <w:p>
      <w:r>
        <w:t>长号、大号、打击乐、竖琴、古典吉他Switzerland Concours de Geneve</w:t>
      </w:r>
    </w:p>
    <w:p>
      <w:r>
        <w:t>4</w:t>
      </w:r>
    </w:p>
    <w:p>
      <w:r>
        <w:t>布拉格之春国际音乐比赛</w:t>
      </w:r>
    </w:p>
    <w:p>
      <w:r>
        <w:t>捷克 布拉格</w:t>
      </w:r>
    </w:p>
    <w:p>
      <w:r>
        <w:t>小提琴、大提琴、钢琴、管风琴、古钢琴、</w:t>
      </w:r>
    </w:p>
    <w:p>
      <w:r>
        <w:t>长笛、单簧管、双簧管、巴松管、小号、长</w:t>
      </w:r>
    </w:p>
    <w:p>
      <w:r>
        <w:t xml:space="preserve">号、圆号Czech Republic Prague Spring International </w:t>
      </w:r>
    </w:p>
    <w:p>
      <w:r>
        <w:t>Music Competition</w:t>
      </w:r>
    </w:p>
    <w:p>
      <w:r>
        <w:t>5</w:t>
      </w:r>
    </w:p>
    <w:p>
      <w:r>
        <w:t>卡尔尼尔森国际音乐比赛</w:t>
      </w:r>
    </w:p>
    <w:p>
      <w:r>
        <w:t xml:space="preserve">丹麦 欧登塞 长笛、单簧管、小提琴Carl  Nielsen  International  Music </w:t>
      </w:r>
    </w:p>
    <w:p>
      <w:r>
        <w:t>Competition</w:t>
      </w:r>
    </w:p>
    <w:p>
      <w:r>
        <w:t>6</w:t>
      </w:r>
    </w:p>
    <w:p>
      <w:r>
        <w:t>肖邦国际钢琴比赛</w:t>
      </w:r>
    </w:p>
    <w:p>
      <w:r>
        <w:t xml:space="preserve">波兰 华沙 钢琴International Fryderyk Chopin Piano </w:t>
      </w:r>
    </w:p>
    <w:p>
      <w:r>
        <w:t>Competition</w:t>
      </w:r>
    </w:p>
    <w:p>
      <w:r>
        <w:t>7</w:t>
      </w:r>
    </w:p>
    <w:p>
      <w:r>
        <w:t>范·克莱本国际钢琴比赛</w:t>
      </w:r>
    </w:p>
    <w:p>
      <w:r>
        <w:t xml:space="preserve">美国 沃思堡得 钢琴Van Cliburn International Piano </w:t>
      </w:r>
    </w:p>
    <w:p>
      <w:r>
        <w:t>Competition</w:t>
      </w:r>
    </w:p>
    <w:p>
      <w:r>
        <w:t>8</w:t>
      </w:r>
    </w:p>
    <w:p>
      <w:r>
        <w:t>柴可夫斯基国际比赛</w:t>
      </w:r>
    </w:p>
    <w:p>
      <w:r>
        <w:t xml:space="preserve">俄罗斯 莫斯科 钢琴、小提琴、大提琴、声乐Russia International Tchaikovsky </w:t>
      </w:r>
    </w:p>
    <w:p>
      <w:r>
        <w:t>Competition</w:t>
      </w:r>
    </w:p>
    <w:p>
      <w:r>
        <w:t>9</w:t>
      </w:r>
    </w:p>
    <w:p>
      <w:r>
        <w:t>利兹国际钢琴比赛</w:t>
      </w:r>
    </w:p>
    <w:p>
      <w:r>
        <w:t>英国 利兹 钢琴</w:t>
      </w:r>
    </w:p>
    <w:p>
      <w:r>
        <w:t>Leeds International Pianoforte Competition</w:t>
      </w:r>
    </w:p>
    <w:p>
      <w:r>
        <w:t>10</w:t>
      </w:r>
    </w:p>
    <w:p>
      <w:r>
        <w:t>布索尼国际钢琴比赛</w:t>
      </w:r>
    </w:p>
    <w:p>
      <w:r>
        <w:t xml:space="preserve">意大利 波尔查诺 钢琴Ferruccio Busoni International Piano </w:t>
      </w:r>
    </w:p>
    <w:p>
      <w:r>
        <w:t>Competition keyboard</w:t>
      </w:r>
    </w:p>
    <w:p>
      <w:r>
        <w:t>11</w:t>
      </w:r>
    </w:p>
    <w:p>
      <w:r>
        <w:t>李斯特国际钢琴比赛</w:t>
      </w:r>
    </w:p>
    <w:p>
      <w:r>
        <w:t>荷兰 乌德勒支 钢琴</w:t>
      </w:r>
    </w:p>
    <w:p>
      <w:r>
        <w:t>International Franz Liszt Piano Competition</w:t>
      </w:r>
    </w:p>
    <w:p>
      <w:r>
        <w:t>12</w:t>
      </w:r>
    </w:p>
    <w:p>
      <w:r>
        <w:t>帕格尼尼国际小提琴比赛</w:t>
      </w:r>
    </w:p>
    <w:p>
      <w:r>
        <w:t xml:space="preserve">意大利 热那亚 小提琴International Violin Competition “Premio </w:t>
      </w:r>
    </w:p>
    <w:p>
      <w:r>
        <w:t>Paganini”</w:t>
      </w:r>
    </w:p>
    <w:p>
      <w:r>
        <w:t>13</w:t>
      </w:r>
    </w:p>
    <w:p>
      <w:r>
        <w:t>西贝柳斯国际小提琴比赛</w:t>
      </w:r>
    </w:p>
    <w:p>
      <w:r>
        <w:t xml:space="preserve">芬兰 赫尔辛基 小提琴Jean Sibelius International Violin </w:t>
      </w:r>
    </w:p>
    <w:p>
      <w:r>
        <w:t>Competition</w:t>
      </w:r>
    </w:p>
    <w:p>
      <w:r>
        <w:t>14</w:t>
      </w:r>
    </w:p>
    <w:p>
      <w:r>
        <w:t>贝桑松国际青年指挥家比赛</w:t>
      </w:r>
    </w:p>
    <w:p>
      <w:r>
        <w:t xml:space="preserve">法国 贝桑松 指挥France Concours International de Jeunes </w:t>
      </w:r>
    </w:p>
    <w:p>
      <w:r>
        <w:t>Chefs d’Orchestre</w:t>
      </w:r>
    </w:p>
    <w:p>
      <w:r>
        <w:t>15</w:t>
      </w:r>
    </w:p>
    <w:p>
      <w:r>
        <w:t>卡迪夫国际声乐比赛</w:t>
      </w:r>
    </w:p>
    <w:p>
      <w:r>
        <w:t xml:space="preserve">英国 卡迪夫 声乐BBC Cardiff Singer of the World </w:t>
      </w:r>
    </w:p>
    <w:p>
      <w:r>
        <w:t>Competition</w:t>
      </w:r>
    </w:p>
    <w:p>
      <w:r>
        <w:t>16</w:t>
      </w:r>
    </w:p>
    <w:p>
      <w:r>
        <w:t>伦敦国际弦乐四重奏比赛（原朴茨茅斯</w:t>
      </w:r>
    </w:p>
    <w:p>
      <w:r>
        <w:t xml:space="preserve">比赛） 英国 伦敦 室内乐London International String Quartet </w:t>
      </w:r>
    </w:p>
    <w:p>
      <w:r>
        <w:t>Competition</w:t>
      </w:r>
    </w:p>
    <w:p>
      <w:r>
        <w:t>17</w:t>
      </w:r>
    </w:p>
    <w:p>
      <w:r>
        <w:t>班夫国际弦乐四重奏比赛</w:t>
      </w:r>
    </w:p>
    <w:p>
      <w:r>
        <w:t xml:space="preserve">加拿大 班夫 室内乐Canada Banff International String Quartet </w:t>
      </w:r>
    </w:p>
    <w:p>
      <w:r>
        <w:t>Competition</w:t>
      </w:r>
    </w:p>
    <w:p>
      <w:r>
        <w:t>18</w:t>
      </w:r>
    </w:p>
    <w:p>
      <w:r>
        <w:t>波西亚尼国际弦乐四重奏比赛</w:t>
      </w:r>
    </w:p>
    <w:p>
      <w:r>
        <w:t>意大利 雷焦艾米</w:t>
      </w:r>
    </w:p>
    <w:p>
      <w:r>
        <w:t xml:space="preserve">利亚 室内乐International String Quartet Competition </w:t>
      </w:r>
    </w:p>
    <w:p>
      <w:r>
        <w:t>“Premio Paolo Borciani”</w:t>
      </w:r>
    </w:p>
    <w:p>
      <w:r>
        <w:t>19</w:t>
      </w:r>
    </w:p>
    <w:p>
      <w:r>
        <w:t>瓦尔纳国际芭蕾舞比赛 保加    利</w:t>
      </w:r>
    </w:p>
    <w:p>
      <w:r>
        <w:t>亚 瓦尔纳 芭蕾舞</w:t>
      </w:r>
    </w:p>
    <w:p>
      <w:r>
        <w:t>Varna International Ballet Competition</w:t>
      </w:r>
    </w:p>
    <w:p>
      <w:r>
        <w:t>20</w:t>
      </w:r>
    </w:p>
    <w:p>
      <w:r>
        <w:t>莫斯科国际芭蕾舞比赛</w:t>
      </w:r>
    </w:p>
    <w:p>
      <w:r>
        <w:t>俄罗斯 莫斯科 芭蕾舞</w:t>
      </w:r>
    </w:p>
    <w:p>
      <w:r>
        <w:t>Moscow International Ballet Competition</w:t>
      </w:r>
    </w:p>
    <w:p>
      <w:r>
        <w:t>21</w:t>
      </w:r>
    </w:p>
    <w:p>
      <w:r>
        <w:t>赫尔辛基国际芭蕾舞比赛</w:t>
      </w:r>
    </w:p>
    <w:p>
      <w:r>
        <w:t>芬兰 赫尔辛基 芭蕾舞</w:t>
      </w:r>
    </w:p>
    <w:p>
      <w:r>
        <w:t>Helsinki International Ballet Competition</w:t>
      </w:r>
    </w:p>
    <w:p>
      <w:r>
        <w:t>22</w:t>
      </w:r>
    </w:p>
    <w:p>
      <w:r>
        <w:t>美国杰克逊国际芭蕾舞比赛</w:t>
      </w:r>
    </w:p>
    <w:p>
      <w:r>
        <w:t>美国 杰克逊 芭蕾舞</w:t>
      </w:r>
    </w:p>
    <w:p>
      <w:r>
        <w:t>USA International Ballet Competition</w:t>
      </w:r>
    </w:p>
    <w:p>
      <w:r>
        <w:t>B类比赛</w:t>
      </w:r>
    </w:p>
    <w:p>
      <w:r>
        <w:t>序号 名称 国家 举办地 类型</w:t>
      </w:r>
    </w:p>
    <w:p>
      <w:r>
        <w:t>1</w:t>
      </w:r>
    </w:p>
    <w:p>
      <w:r>
        <w:t>莫扎特国际比赛</w:t>
      </w:r>
    </w:p>
    <w:p>
      <w:r>
        <w:t>奥地利 萨尔茨堡 钢琴、小提琴、弦乐四重奏、声乐</w:t>
      </w:r>
    </w:p>
    <w:p>
      <w:r>
        <w:t>International Mozart Competition</w:t>
      </w:r>
    </w:p>
    <w:p>
      <w:r>
        <w:t>2</w:t>
      </w:r>
    </w:p>
    <w:p>
      <w:r>
        <w:t>魏玛国际音乐比赛</w:t>
      </w:r>
    </w:p>
    <w:p>
      <w:r>
        <w:t>德国 魏玛 钢琴、小提琴、弦乐四重奏、弦乐三重奏、</w:t>
      </w:r>
    </w:p>
    <w:p>
      <w:r>
        <w:t>钢琴三重、钢琴四重奏、管风琴Weimar International Music Competitions</w:t>
      </w:r>
    </w:p>
    <w:p>
      <w:r>
        <w:t>3</w:t>
      </w:r>
    </w:p>
    <w:p>
      <w:r>
        <w:t>布达佩斯国际音乐比赛</w:t>
      </w:r>
    </w:p>
    <w:p>
      <w:r>
        <w:t xml:space="preserve">匈牙利 布达佩斯 钢琴、弦乐、管乐、声乐、其它Hungary Budapest International Music </w:t>
      </w:r>
    </w:p>
    <w:p>
      <w:r>
        <w:t>Competition</w:t>
      </w:r>
    </w:p>
    <w:p>
      <w:r>
        <w:t>4</w:t>
      </w:r>
    </w:p>
    <w:p>
      <w:r>
        <w:t xml:space="preserve">乔治·埃内斯库国际比赛 罗马     </w:t>
      </w:r>
    </w:p>
    <w:p>
      <w:r>
        <w:t>尼亚</w:t>
      </w:r>
    </w:p>
    <w:p>
      <w:r>
        <w:t xml:space="preserve">布加勒   </w:t>
      </w:r>
    </w:p>
    <w:p>
      <w:r>
        <w:t xml:space="preserve">斯特 钢琴、小提琴、大提琴、作曲Romania George Enescu International </w:t>
      </w:r>
    </w:p>
    <w:p>
      <w:r>
        <w:t>Competition</w:t>
      </w:r>
    </w:p>
    <w:p>
      <w:r>
        <w:t>5</w:t>
      </w:r>
    </w:p>
    <w:p>
      <w:r>
        <w:t>约翰·塞巴斯蒂安·巴赫国际比赛</w:t>
      </w:r>
    </w:p>
    <w:p>
      <w:r>
        <w:t xml:space="preserve">德国 莱比锡 键盘、弦乐、声乐International Johann Sebastian Bach </w:t>
      </w:r>
    </w:p>
    <w:p>
      <w:r>
        <w:t>Competition</w:t>
      </w:r>
    </w:p>
    <w:p>
      <w:r>
        <w:t>6</w:t>
      </w:r>
    </w:p>
    <w:p>
      <w:r>
        <w:t>北京国际音乐比赛</w:t>
      </w:r>
    </w:p>
    <w:p>
      <w:r>
        <w:t>中国 北京 歌剧、小提琴、大提琴、弦乐四重奏、长笛</w:t>
      </w:r>
    </w:p>
    <w:p>
      <w:r>
        <w:t xml:space="preserve">、单簧管China Beijing International Music </w:t>
      </w:r>
    </w:p>
    <w:p>
      <w:r>
        <w:t>Competition</w:t>
      </w:r>
    </w:p>
    <w:p>
      <w:r>
        <w:t>7</w:t>
      </w:r>
    </w:p>
    <w:p>
      <w:r>
        <w:t>科隆国际音乐比赛</w:t>
      </w:r>
    </w:p>
    <w:p>
      <w:r>
        <w:t>德国 科隆 声乐、钢琴、小提琴</w:t>
      </w:r>
    </w:p>
    <w:p>
      <w:r>
        <w:t>International Music Competitions Cologne</w:t>
      </w:r>
    </w:p>
    <w:p>
      <w:r>
        <w:t>8</w:t>
      </w:r>
    </w:p>
    <w:p>
      <w:r>
        <w:t>隆·提博（玛格丽特·隆）国际音乐比赛</w:t>
      </w:r>
    </w:p>
    <w:p>
      <w:r>
        <w:t>法国 巴黎 钢琴、小提琴、声乐</w:t>
      </w:r>
    </w:p>
    <w:p>
      <w:r>
        <w:t>Concours Long-Thibaud-Crespin</w:t>
      </w:r>
    </w:p>
    <w:p>
      <w:r>
        <w:t>9</w:t>
      </w:r>
    </w:p>
    <w:p>
      <w:r>
        <w:t>首尔国际音乐比赛</w:t>
      </w:r>
    </w:p>
    <w:p>
      <w:r>
        <w:t>韩国 首尔 钢琴、小提琴、声乐</w:t>
      </w:r>
    </w:p>
    <w:p>
      <w:r>
        <w:t>Seoul International Music Competition</w:t>
      </w:r>
    </w:p>
    <w:p>
      <w:r>
        <w:t>10</w:t>
      </w:r>
    </w:p>
    <w:p>
      <w:r>
        <w:t>尹伊桑国际音乐比赛</w:t>
      </w:r>
    </w:p>
    <w:p>
      <w:r>
        <w:t>韩国 尹伊桑 钢琴、小提琴、大提琴</w:t>
      </w:r>
    </w:p>
    <w:p>
      <w:r>
        <w:t>Isang Yun International Music Competition</w:t>
      </w:r>
    </w:p>
    <w:p>
      <w:r>
        <w:t>11</w:t>
      </w:r>
    </w:p>
    <w:p>
      <w:r>
        <w:t>仙台国际音乐比赛</w:t>
      </w:r>
    </w:p>
    <w:p>
      <w:r>
        <w:t>日本 仙台 钢琴、小提琴</w:t>
      </w:r>
    </w:p>
    <w:p>
      <w:r>
        <w:t>Sendai International Music Competition</w:t>
      </w:r>
    </w:p>
    <w:p>
      <w:r>
        <w:t>12</w:t>
      </w:r>
    </w:p>
    <w:p>
      <w:r>
        <w:t>罗伯特·舒曼国际钢琴及声乐比赛</w:t>
      </w:r>
    </w:p>
    <w:p>
      <w:r>
        <w:t xml:space="preserve">德国 茨维考 钢琴、声乐International Robert Schumann Contest for </w:t>
      </w:r>
    </w:p>
    <w:p>
      <w:r>
        <w:t>Pianists and Singers</w:t>
      </w:r>
    </w:p>
    <w:p>
      <w:r>
        <w:t>13</w:t>
      </w:r>
    </w:p>
    <w:p>
      <w:r>
        <w:t>玛丽亚·卡拉斯大奖赛</w:t>
      </w:r>
    </w:p>
    <w:p>
      <w:r>
        <w:t>希腊 雅典 键盘、声乐</w:t>
      </w:r>
    </w:p>
    <w:p>
      <w:r>
        <w:t>Greece Maria Callas Grand Prix</w:t>
      </w:r>
    </w:p>
    <w:p>
      <w:r>
        <w:t>14</w:t>
      </w:r>
    </w:p>
    <w:p>
      <w:r>
        <w:t>舒伯特国际比赛</w:t>
      </w:r>
    </w:p>
    <w:p>
      <w:r>
        <w:t>德国 多特蒙德 键盘、声乐</w:t>
      </w:r>
    </w:p>
    <w:p>
      <w:r>
        <w:t>International Schubert Competition</w:t>
      </w:r>
    </w:p>
    <w:p>
      <w:r>
        <w:t>15</w:t>
      </w:r>
    </w:p>
    <w:p>
      <w:r>
        <w:t>波恩电信贝多芬国际比赛</w:t>
      </w:r>
    </w:p>
    <w:p>
      <w:r>
        <w:t xml:space="preserve">德国 波恩 钢琴International Telekom Beethoven </w:t>
      </w:r>
    </w:p>
    <w:p>
      <w:r>
        <w:t>Competition Bonn</w:t>
      </w:r>
    </w:p>
    <w:p>
      <w:r>
        <w:t>16</w:t>
      </w:r>
    </w:p>
    <w:p>
      <w:r>
        <w:t>鲁宾斯坦国际钢琴比赛</w:t>
      </w:r>
    </w:p>
    <w:p>
      <w:r>
        <w:t>以色列 特拉维夫 钢琴The Arthur Rubinstein International</w:t>
      </w:r>
    </w:p>
    <w:p>
      <w:r>
        <w:t>Piano Master Competition</w:t>
      </w:r>
    </w:p>
    <w:p>
      <w:r>
        <w:t>17</w:t>
      </w:r>
    </w:p>
    <w:p>
      <w:r>
        <w:t>桑坦德国际钢琴比赛</w:t>
      </w:r>
    </w:p>
    <w:p>
      <w:r>
        <w:t xml:space="preserve">西班牙 桑坦德 钢琴Paloma  O ’ shea  Santander  International </w:t>
      </w:r>
    </w:p>
    <w:p>
      <w:r>
        <w:t>Piano Competition</w:t>
      </w:r>
    </w:p>
    <w:p>
      <w:r>
        <w:t>18</w:t>
      </w:r>
    </w:p>
    <w:p>
      <w:r>
        <w:t>中国国际钢琴比赛</w:t>
      </w:r>
    </w:p>
    <w:p>
      <w:r>
        <w:t xml:space="preserve">中国 厦门 钢琴China International Piano Competition – </w:t>
      </w:r>
    </w:p>
    <w:p>
      <w:r>
        <w:t>Xiamen</w:t>
      </w:r>
    </w:p>
    <w:p>
      <w:r>
        <w:t>19</w:t>
      </w:r>
    </w:p>
    <w:p>
      <w:r>
        <w:t>莫扎特国际小提琴比赛</w:t>
      </w:r>
    </w:p>
    <w:p>
      <w:r>
        <w:t xml:space="preserve">德国 奥格斯堡 小提琴Germany International Violin Competition </w:t>
      </w:r>
    </w:p>
    <w:p>
      <w:r>
        <w:t>Leopold Mozart</w:t>
      </w:r>
    </w:p>
    <w:p>
      <w:r>
        <w:t>20</w:t>
      </w:r>
    </w:p>
    <w:p>
      <w:r>
        <w:t>中国国际小提琴比赛</w:t>
      </w:r>
    </w:p>
    <w:p>
      <w:r>
        <w:t xml:space="preserve">中国 青岛 小提琴China International Violin Competition – </w:t>
      </w:r>
    </w:p>
    <w:p>
      <w:r>
        <w:t>Qingdao</w:t>
      </w:r>
    </w:p>
    <w:p>
      <w:r>
        <w:t>21</w:t>
      </w:r>
    </w:p>
    <w:p>
      <w:r>
        <w:t>汉诺威国际小提琴比赛</w:t>
      </w:r>
    </w:p>
    <w:p>
      <w:r>
        <w:t xml:space="preserve">德国 汉诺威 小提琴Hannover Joseph Joachim International </w:t>
      </w:r>
    </w:p>
    <w:p>
      <w:r>
        <w:t>Violin Competition</w:t>
      </w:r>
    </w:p>
    <w:p>
      <w:r>
        <w:t>22</w:t>
      </w:r>
    </w:p>
    <w:p>
      <w:r>
        <w:t>印第安纳波利斯国际小提琴比赛</w:t>
      </w:r>
    </w:p>
    <w:p>
      <w:r>
        <w:t xml:space="preserve">美国 小提琴International Violin Competition of </w:t>
      </w:r>
    </w:p>
    <w:p>
      <w:r>
        <w:t>Indianapolis</w:t>
      </w:r>
    </w:p>
    <w:p>
      <w:r>
        <w:t>23</w:t>
      </w:r>
    </w:p>
    <w:p>
      <w:r>
        <w:t>帕布罗·卡萨尔斯和埃曼纽·费尔曼国际大</w:t>
      </w:r>
    </w:p>
    <w:p>
      <w:r>
        <w:t xml:space="preserve">提琴比赛 德国 克龙贝格 大提琴International Cello Competitions Pablo </w:t>
      </w:r>
    </w:p>
    <w:p>
      <w:r>
        <w:t xml:space="preserve">Casals and “Grand Prix Emanuel </w:t>
      </w:r>
    </w:p>
    <w:p>
      <w:r>
        <w:t>24</w:t>
      </w:r>
    </w:p>
    <w:p>
      <w:r>
        <w:t>J.M.施佩格尔国际低音提琴比赛</w:t>
      </w:r>
    </w:p>
    <w:p>
      <w:r>
        <w:t xml:space="preserve">德国 安德尔纳 低音提琴（贝司）International  Double  Bass  Competition </w:t>
      </w:r>
    </w:p>
    <w:p>
      <w:r>
        <w:t>“Johann Matthias Sperger”</w:t>
      </w:r>
    </w:p>
    <w:p>
      <w:r>
        <w:t>25</w:t>
      </w:r>
    </w:p>
    <w:p>
      <w:r>
        <w:t>里昂国际室内乐比赛</w:t>
      </w:r>
    </w:p>
    <w:p>
      <w:r>
        <w:t>法国 里昂 弦乐四重奏、钢琴三重奏、铜管五重奏、声</w:t>
      </w:r>
    </w:p>
    <w:p>
      <w:r>
        <w:t xml:space="preserve">乐与钢琴、Concours International de Musique de </w:t>
      </w:r>
    </w:p>
    <w:p>
      <w:r>
        <w:t>Chambre—Lyon</w:t>
      </w:r>
    </w:p>
    <w:p>
      <w:r>
        <w:t>26</w:t>
      </w:r>
    </w:p>
    <w:p>
      <w:r>
        <w:t>“弗朗茨·舒伯特与现代音乐”国际比赛</w:t>
      </w:r>
    </w:p>
    <w:p>
      <w:r>
        <w:t xml:space="preserve">奥地利 格拉茨 室内乐Austria International Competition “Franz </w:t>
      </w:r>
    </w:p>
    <w:p>
      <w:r>
        <w:t>Schubert and Modern Music”</w:t>
      </w:r>
    </w:p>
    <w:p>
      <w:r>
        <w:t>27</w:t>
      </w:r>
    </w:p>
    <w:p>
      <w:r>
        <w:t xml:space="preserve">墨尔本国际室内乐比赛 澳大     </w:t>
      </w:r>
    </w:p>
    <w:p>
      <w:r>
        <w:t xml:space="preserve">利亚 墨尔本 室内乐Australia Melbourne International Chamber </w:t>
      </w:r>
    </w:p>
    <w:p>
      <w:r>
        <w:t>Music Competition</w:t>
      </w:r>
    </w:p>
    <w:p>
      <w:r>
        <w:t>28</w:t>
      </w:r>
    </w:p>
    <w:p>
      <w:r>
        <w:t>大阪国际室内乐比赛</w:t>
      </w:r>
    </w:p>
    <w:p>
      <w:r>
        <w:t xml:space="preserve">日本 大阪 室内乐Osaka International Chamber Music </w:t>
      </w:r>
    </w:p>
    <w:p>
      <w:r>
        <w:t>Competition</w:t>
      </w:r>
    </w:p>
    <w:p>
      <w:r>
        <w:t>29</w:t>
      </w:r>
    </w:p>
    <w:p>
      <w:r>
        <w:t>神户国际长笛比赛</w:t>
      </w:r>
    </w:p>
    <w:p>
      <w:r>
        <w:t>日本 神户 管乐</w:t>
      </w:r>
    </w:p>
    <w:p>
      <w:r>
        <w:t>Kobe International Flute Competition</w:t>
      </w:r>
    </w:p>
    <w:p>
      <w:r>
        <w:t>30</w:t>
      </w:r>
    </w:p>
    <w:p>
      <w:r>
        <w:t>美国吉他基金会国际音乐会艺术家比赛</w:t>
      </w:r>
    </w:p>
    <w:p>
      <w:r>
        <w:t xml:space="preserve">美国 奥斯丁 吉他GFA International Concert Artist </w:t>
      </w:r>
    </w:p>
    <w:p>
      <w:r>
        <w:t>Competition</w:t>
      </w:r>
    </w:p>
    <w:p>
      <w:r>
        <w:t>31</w:t>
      </w:r>
    </w:p>
    <w:p>
      <w:r>
        <w:t>德国新声音国际声乐比赛</w:t>
      </w:r>
    </w:p>
    <w:p>
      <w:r>
        <w:t xml:space="preserve">德国 居特斯洛 声乐Internationaler Gesangswettbewerb Neue </w:t>
      </w:r>
    </w:p>
    <w:p>
      <w:r>
        <w:t>Stimmen</w:t>
      </w:r>
    </w:p>
    <w:p>
      <w:r>
        <w:t>32</w:t>
      </w:r>
    </w:p>
    <w:p>
      <w:r>
        <w:t>宋雅皇后国际音乐比赛</w:t>
      </w:r>
    </w:p>
    <w:p>
      <w:r>
        <w:t xml:space="preserve">挪威 奥斯陆 声乐Norway The Queen Sonja International </w:t>
      </w:r>
    </w:p>
    <w:p>
      <w:r>
        <w:t>Music Competition</w:t>
      </w:r>
    </w:p>
    <w:p>
      <w:r>
        <w:t>33</w:t>
      </w:r>
    </w:p>
    <w:p>
      <w:r>
        <w:t>斯海尔托亨博斯国际声乐比赛</w:t>
      </w:r>
    </w:p>
    <w:p>
      <w:r>
        <w:t>荷兰 斯海尔托</w:t>
      </w:r>
    </w:p>
    <w:p>
      <w:r>
        <w:t>亨博斯 声乐International Vocal Competition 's-</w:t>
      </w:r>
    </w:p>
    <w:p>
      <w:r>
        <w:t>Hertogenbosch</w:t>
      </w:r>
    </w:p>
    <w:p>
      <w:r>
        <w:t>34</w:t>
      </w:r>
    </w:p>
    <w:p>
      <w:r>
        <w:t>中国国际声乐比赛</w:t>
      </w:r>
    </w:p>
    <w:p>
      <w:r>
        <w:t xml:space="preserve">中国 宁波 声乐China International Vocal Competition – </w:t>
      </w:r>
    </w:p>
    <w:p>
      <w:r>
        <w:t>Ningbo</w:t>
      </w:r>
    </w:p>
    <w:p>
      <w:r>
        <w:t>35</w:t>
      </w:r>
    </w:p>
    <w:p>
      <w:r>
        <w:t>法国巴黎国际舞蹈比赛</w:t>
      </w:r>
    </w:p>
    <w:p>
      <w:r>
        <w:t>法国 巴黎 芭蕾舞</w:t>
      </w:r>
    </w:p>
    <w:p>
      <w:r>
        <w:t>Concours International de Danse de Paris</w:t>
      </w:r>
    </w:p>
    <w:p>
      <w:r>
        <w:t>36</w:t>
      </w:r>
    </w:p>
    <w:p>
      <w:r>
        <w:t>瑞士洛桑国际芭蕾舞比赛</w:t>
      </w:r>
    </w:p>
    <w:p>
      <w:r>
        <w:t xml:space="preserve">瑞士 洛桑 芭蕾舞Prix de Lausanne, international ballet </w:t>
      </w:r>
    </w:p>
    <w:p>
      <w:r>
        <w:t>competition</w:t>
      </w:r>
    </w:p>
    <w:p>
      <w:r>
        <w:t>37</w:t>
      </w:r>
    </w:p>
    <w:p>
      <w:r>
        <w:t>纽约国际芭蕾舞比赛</w:t>
      </w:r>
    </w:p>
    <w:p>
      <w:r>
        <w:t>美国 纽约 芭蕾舞</w:t>
      </w:r>
    </w:p>
    <w:p>
      <w:r>
        <w:t>New York International Ballet Competition</w:t>
      </w:r>
    </w:p>
    <w:p>
      <w:r>
        <w:t>38</w:t>
      </w:r>
    </w:p>
    <w:p>
      <w:r>
        <w:t>日本名古屋芭蕾、现代舞比赛</w:t>
      </w:r>
    </w:p>
    <w:p>
      <w:r>
        <w:t xml:space="preserve">日本 名古屋 芭蕾舞Japan international ballet &amp; modern dance </w:t>
      </w:r>
    </w:p>
    <w:p>
      <w:r>
        <w:t>competition</w:t>
      </w:r>
    </w:p>
    <w:p>
      <w:r>
        <w:t>附件 4</w:t>
      </w:r>
    </w:p>
    <w:p>
      <w:r>
        <w:t>苏州大学音乐学院推免工作小组</w:t>
      </w:r>
    </w:p>
    <w:p>
      <w:r>
        <w:t>组长：吴磊、胡晓玲</w:t>
      </w:r>
    </w:p>
    <w:p>
      <w:r>
        <w:t>成员：魏正启、顾明高、杨燕、张红霞、唐荣、冒小瑛、胡清文、张晶、吴海娣</w:t>
      </w:r>
    </w:p>
    <w:p>
      <w:r>
        <w:t>苏州大学音乐学院专家审核小组</w:t>
      </w:r>
    </w:p>
    <w:p>
      <w:r>
        <w:t>组长：吴磊</w:t>
      </w:r>
    </w:p>
    <w:p>
      <w:r>
        <w:t>成员：魏正启、冒小瑛、胡清文、张红霞、李长松、唐荣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