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关于苏州大学音乐学院推荐优秀应届本科毕业生2023年免试攻读硕士研究生名单公示</w:t>
      </w:r>
    </w:p>
    <w:p>
      <w:r>
        <w:t>关于苏州大学音乐学院2023年推荐优秀应届本科毕业生免试攻读研究生的公示</w:t>
      </w:r>
    </w:p>
    <w:p>
      <w:r>
        <w:t>根据教育部、江苏省教育厅有关推免工作文件精神、《苏州大学推荐优秀应届本科毕业生免试攻读硕士学位研究生工作实施办法》（苏大教[2021]65号）、《苏州大学2023年推荐优秀应届本科毕业生免试攻读研究生工作方案》（教字[2022]251号）等有关文件精神，按照《苏州大学音乐学院2023年推荐优秀应届本科毕业生免试攻读研究生实施细则》的安排，经学生自愿申请，学院专家审核小组对申请人提交的材料进行审核、鉴定并打分，上报学院遴选工作领导小组讨论通过，现将拟推荐名单（含替补）公示如下：</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苏州大学音乐学院推荐优秀应届本科毕业生2023年免试攻读硕士研究生综合评价成绩表</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序号</w:t>
            </w:r>
          </w:p>
        </w:tc>
        <w:tc>
          <w:tcPr>
            <w:tcW w:type="dxa" w:w="1234"/>
          </w:tcPr>
          <w:p>
            <w:r>
              <w:t>学号</w:t>
            </w:r>
          </w:p>
        </w:tc>
        <w:tc>
          <w:tcPr>
            <w:tcW w:type="dxa" w:w="1234"/>
          </w:tcPr>
          <w:p>
            <w:r>
              <w:t>所在专业</w:t>
            </w:r>
          </w:p>
        </w:tc>
        <w:tc>
          <w:tcPr>
            <w:tcW w:type="dxa" w:w="1234"/>
          </w:tcPr>
          <w:p>
            <w:r>
              <w:t>姓名</w:t>
            </w:r>
          </w:p>
        </w:tc>
        <w:tc>
          <w:tcPr>
            <w:tcW w:type="dxa" w:w="1234"/>
          </w:tcPr>
          <w:p>
            <w:r>
              <w:t>综合评价成绩（满分500分）</w:t>
            </w:r>
          </w:p>
        </w:tc>
        <w:tc>
          <w:tcPr>
            <w:tcW w:type="dxa" w:w="1234"/>
          </w:tcPr>
          <w:p>
            <w:r>
              <w:t>按专业排名</w:t>
            </w:r>
          </w:p>
        </w:tc>
        <w:tc>
          <w:tcPr>
            <w:tcW w:type="dxa" w:w="1234"/>
          </w:tcPr>
          <w:p>
            <w:r>
              <w:t>备注</w:t>
            </w:r>
          </w:p>
        </w:tc>
      </w:tr>
      <w:tr>
        <w:tc>
          <w:tcPr>
            <w:tcW w:type="dxa" w:w="1234"/>
          </w:tcPr>
          <w:p>
            <w:r>
              <w:t>学业成绩+发展素质成绩</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1</w:t>
            </w:r>
          </w:p>
        </w:tc>
        <w:tc>
          <w:tcPr>
            <w:tcW w:type="dxa" w:w="1234"/>
          </w:tcPr>
          <w:p>
            <w:r>
              <w:t>1921402010</w:t>
            </w:r>
          </w:p>
        </w:tc>
        <w:tc>
          <w:tcPr>
            <w:tcW w:type="dxa" w:w="1234"/>
          </w:tcPr>
          <w:p>
            <w:r>
              <w:t>音乐学（师范）</w:t>
            </w:r>
          </w:p>
        </w:tc>
        <w:tc>
          <w:tcPr>
            <w:tcW w:type="dxa" w:w="1234"/>
          </w:tcPr>
          <w:p>
            <w:r>
              <w:t>李欣颍</w:t>
            </w:r>
          </w:p>
        </w:tc>
        <w:tc>
          <w:tcPr>
            <w:tcW w:type="dxa" w:w="1234"/>
          </w:tcPr>
          <w:p>
            <w:r>
              <w:t>437.9</w:t>
            </w:r>
          </w:p>
        </w:tc>
        <w:tc>
          <w:tcPr>
            <w:tcW w:type="dxa" w:w="1234"/>
          </w:tcPr>
          <w:p>
            <w:r>
              <w:t>1</w:t>
            </w:r>
          </w:p>
        </w:tc>
        <w:tc>
          <w:tcPr>
            <w:tcW w:type="dxa" w:w="1234"/>
          </w:tcPr>
          <w:p>
            <w:r>
              <w:t>拟推荐</w:t>
            </w:r>
          </w:p>
        </w:tc>
      </w:tr>
      <w:tr>
        <w:tc>
          <w:tcPr>
            <w:tcW w:type="dxa" w:w="1234"/>
          </w:tcPr>
          <w:p>
            <w:r>
              <w:t>2</w:t>
            </w:r>
          </w:p>
        </w:tc>
        <w:tc>
          <w:tcPr>
            <w:tcW w:type="dxa" w:w="1234"/>
          </w:tcPr>
          <w:p>
            <w:r>
              <w:t>1921402042</w:t>
            </w:r>
          </w:p>
        </w:tc>
        <w:tc>
          <w:tcPr>
            <w:tcW w:type="dxa" w:w="1234"/>
          </w:tcPr>
          <w:p>
            <w:r>
              <w:t>音乐学（师范）</w:t>
            </w:r>
          </w:p>
        </w:tc>
        <w:tc>
          <w:tcPr>
            <w:tcW w:type="dxa" w:w="1234"/>
          </w:tcPr>
          <w:p>
            <w:r>
              <w:t>王婧源</w:t>
            </w:r>
          </w:p>
        </w:tc>
        <w:tc>
          <w:tcPr>
            <w:tcW w:type="dxa" w:w="1234"/>
          </w:tcPr>
          <w:p>
            <w:r>
              <w:t>436.9</w:t>
            </w:r>
          </w:p>
        </w:tc>
        <w:tc>
          <w:tcPr>
            <w:tcW w:type="dxa" w:w="1234"/>
          </w:tcPr>
          <w:p>
            <w:r>
              <w:t>2</w:t>
            </w:r>
          </w:p>
        </w:tc>
        <w:tc>
          <w:tcPr>
            <w:tcW w:type="dxa" w:w="1234"/>
          </w:tcPr>
          <w:p>
            <w:r>
              <w:t>拟推荐</w:t>
            </w:r>
          </w:p>
        </w:tc>
      </w:tr>
      <w:tr>
        <w:tc>
          <w:tcPr>
            <w:tcW w:type="dxa" w:w="1234"/>
          </w:tcPr>
          <w:p>
            <w:r>
              <w:t>3</w:t>
            </w:r>
          </w:p>
        </w:tc>
        <w:tc>
          <w:tcPr>
            <w:tcW w:type="dxa" w:w="1234"/>
          </w:tcPr>
          <w:p>
            <w:r>
              <w:t>1921401010</w:t>
            </w:r>
          </w:p>
        </w:tc>
        <w:tc>
          <w:tcPr>
            <w:tcW w:type="dxa" w:w="1234"/>
          </w:tcPr>
          <w:p>
            <w:r>
              <w:t>音乐学（师范）</w:t>
            </w:r>
          </w:p>
        </w:tc>
        <w:tc>
          <w:tcPr>
            <w:tcW w:type="dxa" w:w="1234"/>
          </w:tcPr>
          <w:p>
            <w:r>
              <w:t>高雪</w:t>
            </w:r>
          </w:p>
        </w:tc>
        <w:tc>
          <w:tcPr>
            <w:tcW w:type="dxa" w:w="1234"/>
          </w:tcPr>
          <w:p>
            <w:r>
              <w:t>431.79</w:t>
            </w:r>
          </w:p>
        </w:tc>
        <w:tc>
          <w:tcPr>
            <w:tcW w:type="dxa" w:w="1234"/>
          </w:tcPr>
          <w:p>
            <w:r>
              <w:t>3</w:t>
            </w:r>
          </w:p>
        </w:tc>
        <w:tc>
          <w:tcPr>
            <w:tcW w:type="dxa" w:w="1234"/>
          </w:tcPr>
          <w:p>
            <w:r>
              <w:t>拟推荐</w:t>
            </w:r>
          </w:p>
        </w:tc>
      </w:tr>
      <w:tr>
        <w:tc>
          <w:tcPr>
            <w:tcW w:type="dxa" w:w="1234"/>
          </w:tcPr>
          <w:p>
            <w:r>
              <w:t>4</w:t>
            </w:r>
          </w:p>
        </w:tc>
        <w:tc>
          <w:tcPr>
            <w:tcW w:type="dxa" w:w="1234"/>
          </w:tcPr>
          <w:p>
            <w:r>
              <w:t>1921402014</w:t>
            </w:r>
          </w:p>
        </w:tc>
        <w:tc>
          <w:tcPr>
            <w:tcW w:type="dxa" w:w="1234"/>
          </w:tcPr>
          <w:p>
            <w:r>
              <w:t>音乐学（师范）</w:t>
            </w:r>
          </w:p>
        </w:tc>
        <w:tc>
          <w:tcPr>
            <w:tcW w:type="dxa" w:w="1234"/>
          </w:tcPr>
          <w:p>
            <w:r>
              <w:t>王含秋</w:t>
            </w:r>
          </w:p>
        </w:tc>
        <w:tc>
          <w:tcPr>
            <w:tcW w:type="dxa" w:w="1234"/>
          </w:tcPr>
          <w:p>
            <w:r>
              <w:t>418.3</w:t>
            </w:r>
          </w:p>
        </w:tc>
        <w:tc>
          <w:tcPr>
            <w:tcW w:type="dxa" w:w="1234"/>
          </w:tcPr>
          <w:p>
            <w:r>
              <w:t>4</w:t>
            </w:r>
          </w:p>
        </w:tc>
        <w:tc>
          <w:tcPr>
            <w:tcW w:type="dxa" w:w="1234"/>
          </w:tcPr>
          <w:p>
            <w:r>
              <w:t>拟推荐</w:t>
            </w:r>
          </w:p>
        </w:tc>
      </w:tr>
      <w:tr>
        <w:tc>
          <w:tcPr>
            <w:tcW w:type="dxa" w:w="1234"/>
          </w:tcPr>
          <w:p>
            <w:r>
              <w:t>5</w:t>
            </w:r>
          </w:p>
        </w:tc>
        <w:tc>
          <w:tcPr>
            <w:tcW w:type="dxa" w:w="1234"/>
          </w:tcPr>
          <w:p>
            <w:r>
              <w:t>1921402031</w:t>
            </w:r>
          </w:p>
        </w:tc>
        <w:tc>
          <w:tcPr>
            <w:tcW w:type="dxa" w:w="1234"/>
          </w:tcPr>
          <w:p>
            <w:r>
              <w:t>音乐学（师范）</w:t>
            </w:r>
          </w:p>
        </w:tc>
        <w:tc>
          <w:tcPr>
            <w:tcW w:type="dxa" w:w="1234"/>
          </w:tcPr>
          <w:p>
            <w:r>
              <w:t>宋宸男</w:t>
            </w:r>
          </w:p>
        </w:tc>
        <w:tc>
          <w:tcPr>
            <w:tcW w:type="dxa" w:w="1234"/>
          </w:tcPr>
          <w:p>
            <w:r>
              <w:t>407.73</w:t>
            </w:r>
          </w:p>
        </w:tc>
        <w:tc>
          <w:tcPr>
            <w:tcW w:type="dxa" w:w="1234"/>
          </w:tcPr>
          <w:p>
            <w:r>
              <w:t>5</w:t>
            </w:r>
          </w:p>
        </w:tc>
        <w:tc>
          <w:tcPr>
            <w:tcW w:type="dxa" w:w="1234"/>
          </w:tcPr>
          <w:p>
            <w:r>
              <w:t>拟推荐</w:t>
            </w:r>
          </w:p>
        </w:tc>
      </w:tr>
      <w:tr>
        <w:tc>
          <w:tcPr>
            <w:tcW w:type="dxa" w:w="1234"/>
          </w:tcPr>
          <w:p>
            <w:r>
              <w:t>6</w:t>
            </w:r>
          </w:p>
        </w:tc>
        <w:tc>
          <w:tcPr>
            <w:tcW w:type="dxa" w:w="1234"/>
          </w:tcPr>
          <w:p>
            <w:r>
              <w:t>1921402004</w:t>
            </w:r>
          </w:p>
        </w:tc>
        <w:tc>
          <w:tcPr>
            <w:tcW w:type="dxa" w:w="1234"/>
          </w:tcPr>
          <w:p>
            <w:r>
              <w:t>音乐学（师范）</w:t>
            </w:r>
          </w:p>
        </w:tc>
        <w:tc>
          <w:tcPr>
            <w:tcW w:type="dxa" w:w="1234"/>
          </w:tcPr>
          <w:p>
            <w:r>
              <w:t>王秋语</w:t>
            </w:r>
          </w:p>
        </w:tc>
        <w:tc>
          <w:tcPr>
            <w:tcW w:type="dxa" w:w="1234"/>
          </w:tcPr>
          <w:p>
            <w:r>
              <w:t>379.93</w:t>
            </w:r>
          </w:p>
        </w:tc>
        <w:tc>
          <w:tcPr>
            <w:tcW w:type="dxa" w:w="1234"/>
          </w:tcPr>
          <w:p>
            <w:r>
              <w:t>6</w:t>
            </w:r>
          </w:p>
        </w:tc>
        <w:tc>
          <w:tcPr>
            <w:tcW w:type="dxa" w:w="1234"/>
          </w:tcPr>
          <w:p>
            <w:r>
              <w:t>拟推荐</w:t>
            </w:r>
          </w:p>
        </w:tc>
      </w:tr>
      <w:tr>
        <w:tc>
          <w:tcPr>
            <w:tcW w:type="dxa" w:w="1234"/>
          </w:tcPr>
          <w:p>
            <w:r>
              <w:t>7</w:t>
            </w:r>
          </w:p>
        </w:tc>
        <w:tc>
          <w:tcPr>
            <w:tcW w:type="dxa" w:w="1234"/>
          </w:tcPr>
          <w:p>
            <w:r>
              <w:t>1921401034</w:t>
            </w:r>
          </w:p>
        </w:tc>
        <w:tc>
          <w:tcPr>
            <w:tcW w:type="dxa" w:w="1234"/>
          </w:tcPr>
          <w:p>
            <w:r>
              <w:t>音乐表演</w:t>
            </w:r>
          </w:p>
        </w:tc>
        <w:tc>
          <w:tcPr>
            <w:tcW w:type="dxa" w:w="1234"/>
          </w:tcPr>
          <w:p>
            <w:r>
              <w:t>曹雨泓</w:t>
            </w:r>
          </w:p>
        </w:tc>
        <w:tc>
          <w:tcPr>
            <w:tcW w:type="dxa" w:w="1234"/>
          </w:tcPr>
          <w:p>
            <w:r>
              <w:t>429.51</w:t>
            </w:r>
          </w:p>
        </w:tc>
        <w:tc>
          <w:tcPr>
            <w:tcW w:type="dxa" w:w="1234"/>
          </w:tcPr>
          <w:p>
            <w:r>
              <w:t>1</w:t>
            </w:r>
          </w:p>
        </w:tc>
        <w:tc>
          <w:tcPr>
            <w:tcW w:type="dxa" w:w="1234"/>
          </w:tcPr>
          <w:p>
            <w:r>
              <w:t>拟推荐</w:t>
            </w:r>
          </w:p>
        </w:tc>
      </w:tr>
      <w:tr>
        <w:tc>
          <w:tcPr>
            <w:tcW w:type="dxa" w:w="1234"/>
          </w:tcPr>
          <w:p>
            <w:r>
              <w:t>8</w:t>
            </w:r>
          </w:p>
        </w:tc>
        <w:tc>
          <w:tcPr>
            <w:tcW w:type="dxa" w:w="1234"/>
          </w:tcPr>
          <w:p>
            <w:r>
              <w:t>1921401026</w:t>
            </w:r>
          </w:p>
        </w:tc>
        <w:tc>
          <w:tcPr>
            <w:tcW w:type="dxa" w:w="1234"/>
          </w:tcPr>
          <w:p>
            <w:r>
              <w:t>音乐表演</w:t>
            </w:r>
          </w:p>
        </w:tc>
        <w:tc>
          <w:tcPr>
            <w:tcW w:type="dxa" w:w="1234"/>
          </w:tcPr>
          <w:p>
            <w:r>
              <w:t>曲健宁</w:t>
            </w:r>
          </w:p>
        </w:tc>
        <w:tc>
          <w:tcPr>
            <w:tcW w:type="dxa" w:w="1234"/>
          </w:tcPr>
          <w:p>
            <w:r>
              <w:t>425.67</w:t>
            </w:r>
          </w:p>
        </w:tc>
        <w:tc>
          <w:tcPr>
            <w:tcW w:type="dxa" w:w="1234"/>
          </w:tcPr>
          <w:p>
            <w:r>
              <w:t>2</w:t>
            </w:r>
          </w:p>
        </w:tc>
        <w:tc>
          <w:tcPr>
            <w:tcW w:type="dxa" w:w="1234"/>
          </w:tcPr>
          <w:p>
            <w:r>
              <w:t>拟推荐</w:t>
            </w:r>
          </w:p>
        </w:tc>
      </w:tr>
      <w:tr>
        <w:tc>
          <w:tcPr>
            <w:tcW w:type="dxa" w:w="1234"/>
          </w:tcPr>
          <w:p>
            <w:r>
              <w:t>9</w:t>
            </w:r>
          </w:p>
        </w:tc>
        <w:tc>
          <w:tcPr>
            <w:tcW w:type="dxa" w:w="1234"/>
          </w:tcPr>
          <w:p>
            <w:r>
              <w:t>1921401012</w:t>
            </w:r>
          </w:p>
        </w:tc>
        <w:tc>
          <w:tcPr>
            <w:tcW w:type="dxa" w:w="1234"/>
          </w:tcPr>
          <w:p>
            <w:r>
              <w:t>音乐表演</w:t>
            </w:r>
          </w:p>
        </w:tc>
        <w:tc>
          <w:tcPr>
            <w:tcW w:type="dxa" w:w="1234"/>
          </w:tcPr>
          <w:p>
            <w:r>
              <w:t>曹恬宁</w:t>
            </w:r>
          </w:p>
        </w:tc>
        <w:tc>
          <w:tcPr>
            <w:tcW w:type="dxa" w:w="1234"/>
          </w:tcPr>
          <w:p>
            <w:r>
              <w:t>424.26</w:t>
            </w:r>
          </w:p>
        </w:tc>
        <w:tc>
          <w:tcPr>
            <w:tcW w:type="dxa" w:w="1234"/>
          </w:tcPr>
          <w:p>
            <w:r>
              <w:t>3</w:t>
            </w:r>
          </w:p>
        </w:tc>
        <w:tc>
          <w:tcPr>
            <w:tcW w:type="dxa" w:w="1234"/>
          </w:tcPr>
          <w:p>
            <w:r>
              <w:t>拟推荐</w:t>
            </w:r>
          </w:p>
        </w:tc>
      </w:tr>
      <w:tr>
        <w:tc>
          <w:tcPr>
            <w:tcW w:type="dxa" w:w="1234"/>
          </w:tcPr>
          <w:p>
            <w:r>
              <w:t>10</w:t>
            </w:r>
          </w:p>
        </w:tc>
        <w:tc>
          <w:tcPr>
            <w:tcW w:type="dxa" w:w="1234"/>
          </w:tcPr>
          <w:p>
            <w:r>
              <w:t>1921401028</w:t>
            </w:r>
          </w:p>
        </w:tc>
        <w:tc>
          <w:tcPr>
            <w:tcW w:type="dxa" w:w="1234"/>
          </w:tcPr>
          <w:p>
            <w:r>
              <w:t>音乐表演</w:t>
            </w:r>
          </w:p>
        </w:tc>
        <w:tc>
          <w:tcPr>
            <w:tcW w:type="dxa" w:w="1234"/>
          </w:tcPr>
          <w:p>
            <w:r>
              <w:t>王思瑶</w:t>
            </w:r>
          </w:p>
        </w:tc>
        <w:tc>
          <w:tcPr>
            <w:tcW w:type="dxa" w:w="1234"/>
          </w:tcPr>
          <w:p>
            <w:r>
              <w:t>412.84</w:t>
            </w:r>
          </w:p>
        </w:tc>
        <w:tc>
          <w:tcPr>
            <w:tcW w:type="dxa" w:w="1234"/>
          </w:tcPr>
          <w:p>
            <w:r>
              <w:t>4</w:t>
            </w:r>
          </w:p>
        </w:tc>
        <w:tc>
          <w:tcPr>
            <w:tcW w:type="dxa" w:w="1234"/>
          </w:tcPr>
          <w:p>
            <w:r>
              <w:t>拟推荐</w:t>
            </w:r>
          </w:p>
        </w:tc>
      </w:tr>
      <w:tr>
        <w:tc>
          <w:tcPr>
            <w:tcW w:type="dxa" w:w="1234"/>
          </w:tcPr>
          <w:p>
            <w:r>
              <w:t>11</w:t>
            </w:r>
          </w:p>
        </w:tc>
        <w:tc>
          <w:tcPr>
            <w:tcW w:type="dxa" w:w="1234"/>
          </w:tcPr>
          <w:p>
            <w:r>
              <w:t>1921401002</w:t>
            </w:r>
          </w:p>
        </w:tc>
        <w:tc>
          <w:tcPr>
            <w:tcW w:type="dxa" w:w="1234"/>
          </w:tcPr>
          <w:p>
            <w:r>
              <w:t>音乐表演</w:t>
            </w:r>
          </w:p>
        </w:tc>
        <w:tc>
          <w:tcPr>
            <w:tcW w:type="dxa" w:w="1234"/>
          </w:tcPr>
          <w:p>
            <w:r>
              <w:t>王思文</w:t>
            </w:r>
          </w:p>
        </w:tc>
        <w:tc>
          <w:tcPr>
            <w:tcW w:type="dxa" w:w="1234"/>
          </w:tcPr>
          <w:p>
            <w:r>
              <w:t>409.42</w:t>
            </w:r>
          </w:p>
        </w:tc>
        <w:tc>
          <w:tcPr>
            <w:tcW w:type="dxa" w:w="1234"/>
          </w:tcPr>
          <w:p>
            <w:r>
              <w:t>5</w:t>
            </w:r>
          </w:p>
        </w:tc>
        <w:tc>
          <w:tcPr>
            <w:tcW w:type="dxa" w:w="1234"/>
          </w:tcPr>
          <w:p>
            <w:r>
              <w:t>拟推荐</w:t>
            </w:r>
          </w:p>
        </w:tc>
      </w:tr>
      <w:tr>
        <w:tc>
          <w:tcPr>
            <w:tcW w:type="dxa" w:w="1234"/>
          </w:tcPr>
          <w:p>
            <w:r>
              <w:t>12</w:t>
            </w:r>
          </w:p>
        </w:tc>
        <w:tc>
          <w:tcPr>
            <w:tcW w:type="dxa" w:w="1234"/>
          </w:tcPr>
          <w:p>
            <w:r>
              <w:t>1921401022</w:t>
            </w:r>
          </w:p>
        </w:tc>
        <w:tc>
          <w:tcPr>
            <w:tcW w:type="dxa" w:w="1234"/>
          </w:tcPr>
          <w:p>
            <w:r>
              <w:t>音乐表演</w:t>
            </w:r>
          </w:p>
        </w:tc>
        <w:tc>
          <w:tcPr>
            <w:tcW w:type="dxa" w:w="1234"/>
          </w:tcPr>
          <w:p>
            <w:r>
              <w:t>汪鑫磊</w:t>
            </w:r>
          </w:p>
        </w:tc>
        <w:tc>
          <w:tcPr>
            <w:tcW w:type="dxa" w:w="1234"/>
          </w:tcPr>
          <w:p>
            <w:r>
              <w:t>406.22</w:t>
            </w:r>
          </w:p>
        </w:tc>
        <w:tc>
          <w:tcPr>
            <w:tcW w:type="dxa" w:w="1234"/>
          </w:tcPr>
          <w:p>
            <w:r>
              <w:t>6</w:t>
            </w:r>
          </w:p>
        </w:tc>
        <w:tc>
          <w:tcPr>
            <w:tcW w:type="dxa" w:w="1234"/>
          </w:tcPr>
          <w:p>
            <w:r>
              <w:t>候补1</w:t>
            </w:r>
          </w:p>
        </w:tc>
      </w:tr>
    </w:tbl>
    <w:p>
      <w:r>
        <w:t>上述拟推荐人员如未达到相关要求或公示期有经查实的其他问题，则取消其入选资格，顺序递补。如对遴选结果存在异议，请在公示10个工作日内以书面形式与音乐学院推免生遴选工作小组联系（学院联系电话：0512-6588 3512，电子邮箱：wuhaidi @suda.edu.cn）提出，并提供必要的证明材料。为便于核实查证，确保客观公正处理异议，提出异议的单位或者个人应当表明真实身份，并提供有效联系方式。凡匿名、冒名或超出期限的异议不予受理。学生对学院解释仍存异议的，可向学校教务部信箱实名申诉（教务部联系电话：0512-67163652，电子邮箱：pumanli@suda.edu.cn）。</w:t>
      </w:r>
    </w:p>
    <w:p>
      <w:r>
        <w:t>苏州大学音乐学院</w:t>
      </w:r>
    </w:p>
    <w:p>
      <w:r>
        <w:t>20 2 2年9月18日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