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音乐学院推荐 2027 届优秀应届本科毕业生免试攻读 研究生工作实施细则</w:t>
      </w:r>
    </w:p>
    <w:p>
      <w:r>
        <w:t>推荐优秀应届本科毕业生免试攻读研究生（以下简称“推免”）是研究生多元招生体系的重要组成部分，是加强拔尖创新人才选拔，提高研究生招生质量的重要举措。为进一步加强和规范我院推免工作，根据教育部推免工作规定（教学厅〔2026〕1号）、《苏州大学推荐优秀应届本科毕业生攻读研究生工作实施办法》（苏大教〔2025〕50号）和学校2027届推免工作通知、指标分配方案等相关文件要求，并结合我院学科专业情况，现特制订本实施细则。</w:t>
      </w:r>
    </w:p>
    <w:p>
      <w:r>
        <w:t>一、组织机构</w:t>
      </w:r>
    </w:p>
    <w:p>
      <w:r>
        <w:t>（一）推免工作小组</w:t>
      </w:r>
    </w:p>
    <w:p>
      <w:r>
        <w:t>学院成立推免工作小组，由党政主要负责人，分管本科教学工作、研究生招生与培养工作、学生工作领导，纪检委员，专家教授代表（副教授及以上职称，不少于三人），本科教务秘书及辅导员等，具体实施本学院的推免生工作。推免工作小组负责制定本单位推免工作细则和组织开展具体工作，含解读推免政策、成立材料审核专家组、开展综合评价与遴选、调查处理异议反馈等。推免相关重要事项须推免工作小组集体决策，并由学院党政联席会议进行审定。</w:t>
      </w:r>
    </w:p>
    <w:p>
      <w:r>
        <w:t>（二）材料审核专家组</w:t>
      </w:r>
    </w:p>
    <w:p>
      <w:r>
        <w:t>学院成立材料审核专家组（副教授及以上职称，不少于五人）对学生提交的科研成果、创新成果、竞赛获奖等真实性进行审核鉴定。材料审核专家组根据材料审核鉴定、学生公开答辩等情况进行审核评价，聚焦其个人实际贡献和创新质量，排除抄袭、造假、冒名、有名无实等情况，给出明确审核意见并签字存档。材料审核过程应规范、审慎，答辩全程录音录像，相关记录、审核意见、录音录像等交由学院教务办公室集中保管，任何人不得改动，并按本通知第五部分的要求归档。</w:t>
      </w:r>
    </w:p>
    <w:p>
      <w:r>
        <w:t>二、申请对象及条件</w:t>
      </w:r>
    </w:p>
    <w:p>
      <w:r>
        <w:t>（一）推荐对象</w:t>
      </w:r>
    </w:p>
    <w:p>
      <w:r>
        <w:t>1.2023级四年制专业在读，且预计能于2027年6月正常毕业并获得学士学位的学生；</w:t>
      </w:r>
    </w:p>
    <w:p>
      <w:r>
        <w:t>2.在校期间曾因休学而延长学年，将于2027年6月首次进入毕业环节，且预计能正常毕业并获得学士学位的学生。</w:t>
      </w:r>
    </w:p>
    <w:p>
      <w:r>
        <w:t>特别提醒：上述第2类学生应由本人于9月8日上午10:00前，向学院教务办公室提出拟参加此次推免的申请，经学院查实学籍异动记录等信息，确认符合条件后，由学院于9月8日下午14:00前将相应名单报至教务处学籍管理科（邮件发送至wbo @ suda . edu . cn）。教务处完成信息复核后，再由学生本人于推免申请时间截止（9月9日下午17:00）前登录申请系统完成自主申请。</w:t>
      </w:r>
    </w:p>
    <w:p>
      <w:r>
        <w:t>（二）基本条件</w:t>
      </w:r>
    </w:p>
    <w:p>
      <w:r>
        <w:t>推免生从我院纳入国家普通本科招生计划录取的应届毕业生（不含第二学士学位）中择优遴选。参加遴选的学生须符合以下基本条件：</w:t>
      </w:r>
    </w:p>
    <w:p>
      <w:r>
        <w:t>1.拥护党的领导，坚定社会主义信念，具有高尚的爱国主义情操和集体主义精神，社会责任感强，遵纪守法，积极向上，身心健康；品行表现优良，无任何违法违纪受处分记录；诚实守信，学风端正，无任何剽窃他人学术成果等学术不端记录。</w:t>
      </w:r>
    </w:p>
    <w:p>
      <w:r>
        <w:t>2.纳入国家普通本科招生计划录取，未曾计入历年应届本科毕业生范围、未曾参与过推免环节的应届本科毕业生（不含第二学士学位学生）；不属于委托培养、定向生、免费医学生等招生时即明确不得报考研究生的情形。</w:t>
      </w:r>
    </w:p>
    <w:p>
      <w:r>
        <w:t>3.具有学术研究的兴趣和潜力，学习刻苦、勤奋，且成绩优秀。已修课程成绩全部合格（含重修合格），即记录百分制的课程成绩达60分及以上、记录等级的课程成绩达D及以上等级（体育保健班学生体育课程标注为“保健”）；取得毕业要求总学分的四分之三及以上学分；须完成修读前三学年所属专业指导性教学计划中规定的所有必修类课程（因学校课程安排等造成的客观原因除外）；课程平均学分绩点（GPA）在本专业名列前茅，外语水平优秀。</w:t>
      </w:r>
    </w:p>
    <w:p>
      <w:r>
        <w:t>4.为保护广大毕业生的利益，特别强调：已被接收为推免生的学生，不得再申请出国（境）留学、参加就业派遣等，否则违约责任自负。教务处将不为这类学生的出国（境）申请出具成绩单及学籍学历学位证明。招生就业处将不再发放这类学生的毕业生就业协议书，同时关闭智慧就业平台网签权限。</w:t>
      </w:r>
    </w:p>
    <w:p>
      <w:r>
        <w:t>三、工作流程</w:t>
      </w:r>
    </w:p>
    <w:p>
      <w:r>
        <w:t>（一）动员和公告。学院在应届本科毕业生中进行动员，宣传上级主管部门及学校各项推免政策、条件及学院的推免工作程序，公布学院推免工作实施细则，开展政策宣讲。</w:t>
      </w:r>
    </w:p>
    <w:p>
      <w:r>
        <w:t>（二）申请</w:t>
      </w:r>
    </w:p>
    <w:p>
      <w:r>
        <w:t>1.此次申请的学生应在推免申请系统中选择“普通计划”类型。为保障公平公正，保护广大毕业生的权益，学生须打印《苏州大学本科毕业生推荐免试攻读研究生申请承诺书》（附件2），本人手写签名（不得使用电子签名）后，拍照上传申请系统。9月7日（周一）上午10:00至9月9日（周三）下午17:00，符合推免申请条件的学生自愿登录“苏州大学本科生推免申请系统”（网址：http :// tmsq . jwb . su da . edu . cn，外网需先登录学校VPN），提交“推免申请”。申请人务必认真阅读页面内的告知事项，申请提交后，不可再修改或撤销。“申请查询”栏目中最终状态显示为“申请成功”即为完成推免报名。学生只需要在系统中完成申请报名，相关证明材料按要求线下提交至学院。</w:t>
      </w:r>
    </w:p>
    <w:p>
      <w:r>
        <w:t>2.《苏州大学本科毕业生推荐免试攻读研究生申请承诺书》原件、成绩单原件、《2027届推免综合评价（学生自评填报）》及发展素质相关证明材料原件和复印件（一式三份按序排列）于9月9日（周二）下午17:00交至505- 5118办公室。</w:t>
      </w:r>
    </w:p>
    <w:p>
      <w:r>
        <w:t>3.此次申请的学生应在推免申请系统中选择“普通计划”类型；申请参加“研究生支教团”计划的学生按校团委相关工作通知执行。</w:t>
      </w:r>
    </w:p>
    <w:p>
      <w:r>
        <w:t>4.其他说明</w:t>
      </w:r>
    </w:p>
    <w:p>
      <w:r>
        <w:t>（1）学生成绩单</w:t>
      </w:r>
    </w:p>
    <w:p>
      <w:r>
        <w:t>教务处将于缓考成绩录入完成后，于9月10日晚统一刷新推免申请系统中的成绩及排名等信息，即为用于此次推免工作综合评价及遴选的学生成绩。学生提交推免申请时网页界面显示的GPA及排名仅供参考。</w:t>
      </w:r>
    </w:p>
    <w:p>
      <w:r>
        <w:t>（2）推免工作包括推荐和接收两个环节，涉及三个系统，请申请同学务必注意甄别，认真阅读相关工作通知，按要求登录填报：</w:t>
      </w:r>
    </w:p>
    <w:p>
      <w:r>
        <w:t>一是苏州大学教务处“苏州大学本科生推免申请系统”（http :// tmsq . jwb . su da . edu . cn），即此次申请校内推免资格的唯一网站,每位申请推免的学生必须登录此网站，进行申请和提交材料（参与校内推荐环节必需步骤）；</w:t>
      </w:r>
    </w:p>
    <w:p>
      <w:r>
        <w:t>二是苏州大学研究生院进行接收录取工作的“苏州大</w:t>
      </w:r>
    </w:p>
    <w:p>
      <w:r>
        <w:t>学研究生报考服务系统”</w:t>
      </w:r>
    </w:p>
    <w:p>
      <w:r>
        <w:t>（http :// gsas . yjs . suda . edu . cn），拟将苏州大学作为推免接收单位的学生，还须关注苏州大学研究生院发布的接收推免生的相关通知，并按要求登录该网站进行相应操作；</w:t>
      </w:r>
    </w:p>
    <w:p>
      <w:r>
        <w:t>三是教育部“全国推荐免试攻读研究生信息公开管理服务系统”（https :// yz . chsi . com . cn / tm，以下简称“教育部推免管理服务系统”），申请学生若获得我校的推免资格，须按照教育部的要求，登录该系统进行相应操作。</w:t>
      </w:r>
    </w:p>
    <w:p>
      <w:r>
        <w:t>特别提醒：请务必注意区分教务处推荐环节的“苏州大学本科生推免申请系统”和研究生院录取环节的“苏州大学研究生报考服务系统”，不要混淆！</w:t>
      </w:r>
    </w:p>
    <w:p>
      <w:r>
        <w:t>（三）申请资格审核。推免申请期间，学院可随时登录“苏州大学本科生推免申请系统”（网址：</w:t>
      </w:r>
    </w:p>
    <w:p>
      <w:r>
        <w:t>http :// tmsq . jwb . su da . edu . cn，外网需先登学校VPN），对照推免申请条件，审看学生的资格（与缓考成绩相关的条件须待9月10日之后成绩数据稳定后方可审核），并于9月11日（周五）上午8:00至下午16:00前在系统之中完成最终资格的审批。9月12日起，学生可在推免申请系统中查询本人申请资格审核结果。</w:t>
      </w:r>
    </w:p>
    <w:p>
      <w:r>
        <w:t>四、名额分配</w:t>
      </w:r>
    </w:p>
    <w:p>
      <w:r>
        <w:t>根据学校教务处下达的推免生名额及要求，指标分配如下：音乐学（师范）专业7人，音乐表演专业6人。</w:t>
      </w:r>
    </w:p>
    <w:p>
      <w:r>
        <w:t>五、综合评价及遴选办法</w:t>
      </w:r>
    </w:p>
    <w:p>
      <w:r>
        <w:t>1.符合申请条件的申请者须参加学院的综合评价及遴选。学院在充分研究、集体决策的基础上，按照相关规定制定推免工作实施细则，完善科学、全面、严谨的推免生综合评价体系。</w:t>
      </w:r>
    </w:p>
    <w:p>
      <w:r>
        <w:t>2.综合评价体系构成及评分标准应保持科学性、合理性以及严肃性，须坚持德智体美劳全面衡量，以德为先，把学生思想品德考核作为推免生遴选的重要内容和重要依据，思想政治考核不合格者不予推荐；</w:t>
      </w:r>
    </w:p>
    <w:p>
      <w:r>
        <w:t>3.本年度仍然以学生本科阶段学业综合成绩作为最基础的遴选指标，成绩组成与以往一致，即综合评价成绩（满分500分）=学业成绩（GPA *100）+发展素质成绩（满分100分）。学业成绩按入学后前三学年（四年制专业）全部课程、首次修读成绩计算，其中，发展素质成绩按以下五项计分：参军入伍服兵役（最高20分）、有组织的志愿服务（最高10分）、有组织的国际组织实习（最高10分）、科研成果（最高30分）、竞赛获奖（最高30分）。学生在某一加分指标中有多项加分情况时，只取一项。不得为仅符合单一或部分遴选指标的学生单列计划或破格推荐。（GPA保留至小数点后两位，若综合评价成绩出现同分，则GPA保留至小数点后三位，以此类推，直至决出位次。）</w:t>
      </w:r>
    </w:p>
    <w:p>
      <w:r>
        <w:t>4.学院有关发展素质成绩的具体计算方法，详见《音乐学院发展素质成绩计分规则》（附件3）。学院严格对申请推免资格学生的科研创新成果、论文、精神获奖奖项及内容进行审核鉴定，严禁抄袭、造假、冒名及有名无实等情况。</w:t>
      </w:r>
    </w:p>
    <w:p>
      <w:r>
        <w:t>5.申请者与指导教师联合发表论文或参赛的，应由指导教师本人撰写并署名的推荐信，客观陈述学生在联合成果中所做的实际贡献等。成果及获奖项目审核鉴定过程中，学院可在一定范围内组织答辩，答辩全程要录音录像，审核专家小组根据提交的材料、答辩等情况，给出明确的审核认定意见，并签字存档。</w:t>
      </w:r>
    </w:p>
    <w:p>
      <w:r>
        <w:t>6. 9月12日起，针对通过资格审核的学生，学院整理汇总其学业成绩、发展素质成绩结果，根据已公布的推免实施细则，生成综合评价最终结果，并确定初选及候补学生名单。学院可候补1-2人，各个专业，根据学生综合评价成绩，依次按顺序候补。初选及候补名单须经学院推免工作小组集体决定，并报党政联席会议审议通过。</w:t>
      </w:r>
    </w:p>
    <w:p>
      <w:r>
        <w:t>六、工作纪律、回避报备与材料归档</w:t>
      </w:r>
    </w:p>
    <w:p>
      <w:r>
        <w:t>（一）回避与报备。建立健全回避制度，推免遴选相关工作人员，如有直系亲属或其他利益相关者报名参加本校推免，应主动向所在学院报备并全程回避；如有非直系亲属等报名参加本校推免，应主动向所在学院报备。相关学生申请参加推免遴选时也应主动报备。本校中层及以上领导干部，若子女在本校参加推免，应主动向子女所在学院报备并全程回避。</w:t>
      </w:r>
    </w:p>
    <w:p>
      <w:r>
        <w:t>（二）加分指标认定审核</w:t>
      </w:r>
    </w:p>
    <w:p>
      <w:r>
        <w:t>1.认定主体。参军入伍服兵役、有组织志愿服务、有组织国际组织实习，由学院推免工作小组结合对应归口材料予以审核认定；科研成果、创新成果、学科竞赛获奖，由学院材料审核小组专项审核鉴定、出具审核意见，报学院推免工作小组终审确认。</w:t>
      </w:r>
    </w:p>
    <w:p>
      <w:r>
        <w:t>2.证明材料。学生须在学院规定申报时限内提交佐证材料：参军入伍服兵役提交入伍批准书、退出现役证复印件；有组织的志愿服务提交活动备案材料、主办单位出具的志愿服务证明、可核验的服务时长记录；有组织的国际组织实习提交选派文件、实习聘用证明、实习鉴定材料；科研成果提交论文、专利、立项或结题证明、成果检索收录证明；学科竞赛获奖提交获奖证书、赛事官方文件或获奖公示。所有复印件须本人签字注明“与原件核对无误”，外文材料须附中文译本。逾期未提交材料，视为自动放弃该项加分。</w:t>
      </w:r>
    </w:p>
    <w:p>
      <w:r>
        <w:t>3.审核流程。加分审核执行“学生申报-材料审核小组初审-学院推免工作领导小组终审”流程。学生提交加分申请表及佐证材料；材料审核小组对材料完整性进行初审；由学院推免工作领导小组做最终复核。任一环节审核不予通过的，该项目不予计分。</w:t>
      </w:r>
    </w:p>
    <w:p>
      <w:r>
        <w:t>4.公示、异议与申诉。拟加分情况（含学生姓名、加分项目、认定依据、分值、认定部门）在学院范围内公示，公示期不少于5个工作日，一并公布咨询及异议受理方式。公示期内接受实名异议，由学院推免工作领导小组组织核查并予以反馈；核查后需要调整加分的，更新结果后再次公示。学生如对学院核查结论有异议，可按学校推免相关管理规定，向学校推免主管部门提出申诉。</w:t>
      </w:r>
    </w:p>
    <w:p>
      <w:r>
        <w:t>（三）材料归档</w:t>
      </w:r>
    </w:p>
    <w:p>
      <w:r>
        <w:t>学院须完整保存当届推免工作全过程材料，所有纸质材料均须进行电子扫描保存。归档范围包括：学生报名申请材料及资格审核记录，加分项目原始证明材料及认定审核、赋分依据，学业成绩与综合评价成绩合成、排序底稿，答辩评分记录和录音录像，推免工作小组会议记录，公示文档及异议、申诉受理与处理记录，回避报备记录等。保存年限按教育部规定的下限执行：所有纸质材料均须进行电子扫描保存，其中，纸质材料保留不少于1年，电子扫描版和录音录像等电子材料保留不少于5年；涉及在办信访、举报或诉讼事项的，保存期延长至事项办结后2年。学院应确定专人负责归档，按届别建立归档台账，材料清单报教务处备案。</w:t>
      </w:r>
    </w:p>
    <w:p>
      <w:r>
        <w:t>七、咨询及申诉渠道</w:t>
      </w:r>
    </w:p>
    <w:p>
      <w:r>
        <w:t>对推免过程或结果有异议的，学生可以在推免工作期间，联系学院推免工作小组；对学院回复或处理意见仍有异议的，可向教务处学籍管理科申诉。为便于核实查证，确保客观公正处理异议，提出异议的单位或者个人应当表明真实身份，并提供有效联系方式。凡匿名、冒名或超出期限的异议不予受理。</w:t>
      </w:r>
    </w:p>
    <w:p>
      <w:r>
        <w:t>申诉联系方式：</w:t>
      </w:r>
    </w:p>
    <w:p>
      <w:r>
        <w:t>学院电话：0512-65883512</w:t>
      </w:r>
    </w:p>
    <w:p>
      <w:r>
        <w:t>学院申诉邮箱：wuhaidi @ suda . edu . cn</w:t>
      </w:r>
    </w:p>
    <w:p>
      <w:r>
        <w:t>学校教务处联系人：胡老师，电话：0512-67163652</w:t>
      </w:r>
    </w:p>
    <w:p>
      <w:r>
        <w:t>学校教务处申诉邮箱：xlhu @ suda . edu . cn。</w:t>
      </w:r>
    </w:p>
    <w:p>
      <w:r>
        <w:t>八、其他事项说明</w:t>
      </w:r>
    </w:p>
    <w:p>
      <w:r>
        <w:t>（一）获得推免资格的学生应自行及时登录教育部推免管理服务系统，查询相关工作信息及安排，并按要求完成相关操作，错过或错误操作者，责任自负。有关操作指南说明请及时关注教育部网站，有关网上填报问题请及时与拟申请单位的研究生招生工作管理部门联系咨询。</w:t>
      </w:r>
    </w:p>
    <w:p>
      <w:r>
        <w:t>（二）已获得推免资格的学生出现下列情形之一的，学校将取消其推免资格：</w:t>
      </w:r>
    </w:p>
    <w:p>
      <w:r>
        <w:t>1.在申请推免过程中发现有弄虚作假或学术不端行为的。</w:t>
      </w:r>
    </w:p>
    <w:p>
      <w:r>
        <w:t>2.获得推免资格后违反校纪校规，受到学校纪律处分，或被追究法律责任的。</w:t>
      </w:r>
    </w:p>
    <w:p>
      <w:r>
        <w:t>3.本科毕业时不能获得学士学位的。</w:t>
      </w:r>
    </w:p>
    <w:p>
      <w:r>
        <w:t>4.未按规定报备声明回避关系，且影响推免过程和结果公平公正的。</w:t>
      </w:r>
    </w:p>
    <w:p>
      <w:r>
        <w:t>5.存在其他严重影响推免过程和结果公平公正的行为，并经学校推免生遴选工作领导小组认定属实的。</w:t>
      </w:r>
    </w:p>
    <w:p>
      <w:r>
        <w:t>（三）推免工作实行回避制度。推免相关工作人员有直系亲属或利益相关人员（如收费辅导教学等）报名参加本单位推免招生的须主动申请回避，有非直系亲属等报名参加推免招生的要主动报备。相关学生申请推免资格时也应主动报备声明。各单位回避报备情况须报教务处备案，对未按规定报备声明回避关系的推免相关工作人员，学校将依规依纪严肃处理；对未按规定报备声明回避关系且影响推免过程和结果公平公正的学生，学校将取消其推免资格。</w:t>
      </w:r>
    </w:p>
    <w:p>
      <w:r>
        <w:t>九、附则</w:t>
      </w:r>
    </w:p>
    <w:p>
      <w:r>
        <w:t>本办法从发布之日起实行。具体事宜由学院推免工作小组负责解释。</w:t>
      </w:r>
    </w:p>
    <w:p>
      <w:r>
        <w:t>苏州大学音乐学院</w:t>
      </w:r>
    </w:p>
    <w:p>
      <w:r>
        <w:t>2026年9月4日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