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金属材料与先进制造学院推荐2027届优秀应届本科毕业生免试攻读研究生工作实施细则</w:t>
      </w:r>
    </w:p>
    <w:p>
      <w:r>
        <w:t>为促进我院推荐优秀应届本科毕业生免试攻读研究生（以下简称“推免生”）工作的健康发展，进一步提高研究生招生工作质量，根据教育部推免工作规定（教学厅〔2026〕1号）、《苏州大学推荐优秀应届本科毕业生免试攻读研究生实施办法》（苏大教〔2025〕50号）和学校2027届推免工作通知、指标分配方案等有关文件精神，并结合我院的实际情况，特制定本办法。</w:t>
      </w:r>
    </w:p>
    <w:p>
      <w:r>
        <w:t>一、组织机构</w:t>
      </w:r>
    </w:p>
    <w:p>
      <w:r>
        <w:t>（一）推免工作小组</w:t>
      </w:r>
    </w:p>
    <w:p>
      <w:r>
        <w:t>成立金属材料与先进制造学院推免生遴选工作小组。</w:t>
      </w:r>
    </w:p>
    <w:p>
      <w:r>
        <w:t>推免工作小组负责制定本单位推免工作细则，并组织与实施具体工作，含解读推免政策、成立材料审核专家组、开展综合评价与遴选、调查处理异议反馈等。推免相关重要事项须学院（部）推免工作小组集体决策，并由党政联席会议进行审定。</w:t>
      </w:r>
    </w:p>
    <w:p>
      <w:r>
        <w:t>（二）材料审核专家组</w:t>
      </w:r>
    </w:p>
    <w:p>
      <w:r>
        <w:t>材料审核专家组负责对申请推免学生的科研成果、竞赛获奖、国际组织实习等的真实性、原创性进行审核鉴定，并对申报科研成果、竞赛获奖、国际组织实习等加分项目的学生组织公开答辩。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材料审核过程应规范、审慎，答辩全程录音录像，相关记录、审核意见、录音录像等交由学院教务办公室集中保管，任何人不得改动。</w:t>
      </w:r>
    </w:p>
    <w:p>
      <w:r>
        <w:t>二、申请对象及条件</w:t>
      </w:r>
    </w:p>
    <w:p>
      <w:r>
        <w:t>推免生从我院纳入国家普通本科招生计划录取的应届毕业生中择优遴选。参加遴选的学生须符合以下基本条件：</w:t>
      </w:r>
    </w:p>
    <w:p>
      <w:r>
        <w:t>1、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纳入国家普通本科招生计划录取，未曾计入历年应届本科毕业生范围、未曾参与过推免环节的应届本科毕业生（不含第二学士学位学生）；不属于委托培养、定向生、免费医学生等招生时即明确不得报考研究生的情形。</w:t>
      </w:r>
    </w:p>
    <w:p>
      <w:r>
        <w:t>3、具有学术研究的兴趣和潜力，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平均学分绩点（GPA）在本专业名列前茅，外语水平优秀。</w:t>
      </w:r>
    </w:p>
    <w:p>
      <w:r>
        <w:t>4、特别强调：已被接收为推免生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三、工作流程</w:t>
      </w:r>
    </w:p>
    <w:p>
      <w:r>
        <w:t>1、申请安排：符合推免申请条件的2027届预毕业本科生，于9月7日（周一）上午10:00至9月9日（周三）下午17:00，登录“苏州大学本科生推免申请系统”（网址：http://tmsq.jwb.suda.edu.cn，外网需先登学校VPN），提交“推免申请”。申请时请务必认真阅读页面内的全部提示内容；申请提交后，不可再修改或撤销。“申请查询”栏目中最终状态显示为“申请成功”即为完成推免报名。</w:t>
      </w:r>
    </w:p>
    <w:p>
      <w:r>
        <w:t>2、申请材料报送：学生在推免系统中提交申请后，将中文成绩单（可自行在教务处在线预约系统下载打印,选择用于推免的学习过程成绩单。本学期有缓考安排的同学请在缓考成绩录入完成，总成绩刷新后再下载打印）、推免申请承诺书（http://file.suda.edu.cn/defaultroot/gov/info_view_my.jsp?whir_new_verifyCode=1&amp;editId=40589755见通知中附件3），连同本人发展素质相关的佐证材料（含参军入伍服兵役、参加志愿服务、到国际组织实习、科研成果、竞赛获奖等），于申请时间截止前一并打包扫描件发邮件至178772031@qq.com，纸质版交至学院教务办公室（冶金楼4015）。</w:t>
      </w:r>
    </w:p>
    <w:p>
      <w:r>
        <w:t>3、学院审核：9月11日（周五）上午8:00至下午16:00前，由教务秘书在“苏州大学本科生推免申请系统”完成学生申请资格的在线审核操作。9月12日起，学生可在推免申请系统中查询本人申请资格审核结果。</w:t>
      </w:r>
    </w:p>
    <w:p>
      <w:r>
        <w:t>4、综合测评及遴选：学院于9月12日前严格按《苏州大学推荐优秀应届本科毕业生免试攻读研究生工作实施办法（2025年修订）》、学院实施细则等，对符合申请资格的学生展开综合测评，在学校下达的限额内，根据申请者综合评价成绩，按专业排序确定拟推荐学生初选名单，并经学院党政联席会议审议通过后，于9月13日前报学校教务处。</w:t>
      </w:r>
    </w:p>
    <w:p>
      <w:r>
        <w:t>5、学业成绩的计算及缓考成绩处理：学业成绩为前三学年所修课程的首修成绩平均学分绩点（取小数点后两位的GPA）。若申请人参加了本学期的缓考，则以缓考成绩录入完成后的最终成绩为准。</w:t>
      </w:r>
    </w:p>
    <w:p>
      <w:r>
        <w:t>四、名额分配</w:t>
      </w:r>
    </w:p>
    <w:p>
      <w:r>
        <w:t>冶金工程：9人，金属材料工程：9人。</w:t>
      </w:r>
    </w:p>
    <w:p>
      <w:r>
        <w:t>五、综合评价及遴选办法</w:t>
      </w:r>
    </w:p>
    <w:p>
      <w:r>
        <w:t>1、综合评价成绩（满分500分）＝学业成绩（GPA*100）+发展素质成绩（满分100分），其中，学业成绩为首次修读成绩，计算与记载方式按照我校学籍管理办法执行；发展素质成绩按以下五项打分：完成义务兵役（20分）、参加志愿服务（最高10分）、到国际组织实习（最高10分）、科研成果（最高30分）、竞赛获奖（最高30分）。综合评价成绩分数相同时，以学业成绩（GPA*100）排序；若学业成绩（GPA*100）仍然相同，则GPA成绩取小数点后三位进行排序。学生在某一方面中有多项加分情况时，原则上只取一项，不得为仅符合单一或部分遴选指标的学生单列计划或破格推荐。各单项指标的具体说明及上限分值，如下所述：</w:t>
      </w:r>
    </w:p>
    <w:p>
      <w:r>
        <w:t>1）参加志愿服务各项评分如表1。</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表1:志愿服务评分表</w:t>
            </w:r>
          </w:p>
        </w:tc>
        <w:tc>
          <w:tcPr>
            <w:tcW w:type="dxa" w:w="1728"/>
          </w:tcPr>
          <w:p/>
        </w:tc>
        <w:tc>
          <w:tcPr>
            <w:tcW w:type="dxa" w:w="1728"/>
          </w:tcPr>
          <w:p/>
        </w:tc>
        <w:tc>
          <w:tcPr>
            <w:tcW w:type="dxa" w:w="1728"/>
          </w:tcPr>
          <w:p/>
        </w:tc>
        <w:tc>
          <w:tcPr>
            <w:tcW w:type="dxa" w:w="1728"/>
          </w:tcPr>
          <w:p/>
        </w:tc>
      </w:tr>
      <w:tr>
        <w:tc>
          <w:tcPr>
            <w:tcW w:type="dxa" w:w="1728"/>
          </w:tcPr>
          <w:p>
            <w:r>
              <w:t>项目类别</w:t>
            </w:r>
          </w:p>
        </w:tc>
        <w:tc>
          <w:tcPr>
            <w:tcW w:type="dxa" w:w="1728"/>
          </w:tcPr>
          <w:p>
            <w:r>
              <w:t>项目名称</w:t>
            </w:r>
          </w:p>
        </w:tc>
        <w:tc>
          <w:tcPr>
            <w:tcW w:type="dxa" w:w="1728"/>
          </w:tcPr>
          <w:p>
            <w:r>
              <w:t>负责人</w:t>
            </w:r>
          </w:p>
        </w:tc>
        <w:tc>
          <w:tcPr>
            <w:tcW w:type="dxa" w:w="1728"/>
          </w:tcPr>
          <w:p>
            <w:r>
              <w:t>分值</w:t>
            </w:r>
          </w:p>
        </w:tc>
        <w:tc>
          <w:tcPr>
            <w:tcW w:type="dxa" w:w="1728"/>
          </w:tcPr>
          <w:p>
            <w:r>
              <w:t>备注</w:t>
            </w:r>
          </w:p>
        </w:tc>
      </w:tr>
      <w:tr>
        <w:tc>
          <w:tcPr>
            <w:tcW w:type="dxa" w:w="1728"/>
          </w:tcPr>
          <w:p>
            <w:r>
              <w:t>学生工作（至少任职满一年）</w:t>
            </w:r>
          </w:p>
        </w:tc>
        <w:tc>
          <w:tcPr>
            <w:tcW w:type="dxa" w:w="1728"/>
          </w:tcPr>
          <w:p>
            <w:r>
              <w:t>校、院级学生组织</w:t>
            </w:r>
          </w:p>
        </w:tc>
        <w:tc>
          <w:tcPr>
            <w:tcW w:type="dxa" w:w="1728"/>
          </w:tcPr>
          <w:p>
            <w:r>
              <w:t>学生组织负责人或校院团委学生兼职副书记</w:t>
            </w:r>
          </w:p>
        </w:tc>
        <w:tc>
          <w:tcPr>
            <w:tcW w:type="dxa" w:w="1728"/>
          </w:tcPr>
          <w:p>
            <w:r>
              <w:t>10</w:t>
            </w:r>
          </w:p>
        </w:tc>
        <w:tc>
          <w:tcPr>
            <w:tcW w:type="dxa" w:w="1728"/>
          </w:tcPr>
          <w:p>
            <w:r>
              <w:t>10分封顶</w:t>
            </w:r>
          </w:p>
        </w:tc>
      </w:tr>
      <w:tr>
        <w:tc>
          <w:tcPr>
            <w:tcW w:type="dxa" w:w="1728"/>
          </w:tcPr>
          <w:p>
            <w:r>
              <w:t>院团委委员</w:t>
            </w:r>
          </w:p>
        </w:tc>
        <w:tc>
          <w:tcPr>
            <w:tcW w:type="dxa" w:w="1728"/>
          </w:tcPr>
          <w:p>
            <w:r>
              <w:t>9</w:t>
            </w:r>
          </w:p>
        </w:tc>
        <w:tc>
          <w:tcPr>
            <w:tcW w:type="dxa" w:w="1728"/>
          </w:tcPr>
          <w:p/>
        </w:tc>
        <w:tc>
          <w:tcPr>
            <w:tcW w:type="dxa" w:w="1728"/>
          </w:tcPr>
          <w:p/>
        </w:tc>
        <w:tc>
          <w:tcPr>
            <w:tcW w:type="dxa" w:w="1728"/>
          </w:tcPr>
          <w:p/>
        </w:tc>
      </w:tr>
      <w:tr>
        <w:tc>
          <w:tcPr>
            <w:tcW w:type="dxa" w:w="1728"/>
          </w:tcPr>
          <w:p>
            <w:r>
              <w:t>部长、副部长</w:t>
            </w:r>
          </w:p>
        </w:tc>
        <w:tc>
          <w:tcPr>
            <w:tcW w:type="dxa" w:w="1728"/>
          </w:tcPr>
          <w:p>
            <w:r>
              <w:t>8</w:t>
            </w:r>
          </w:p>
        </w:tc>
        <w:tc>
          <w:tcPr>
            <w:tcW w:type="dxa" w:w="1728"/>
          </w:tcPr>
          <w:p/>
        </w:tc>
        <w:tc>
          <w:tcPr>
            <w:tcW w:type="dxa" w:w="1728"/>
          </w:tcPr>
          <w:p/>
        </w:tc>
        <w:tc>
          <w:tcPr>
            <w:tcW w:type="dxa" w:w="1728"/>
          </w:tcPr>
          <w:p/>
        </w:tc>
      </w:tr>
      <w:tr>
        <w:tc>
          <w:tcPr>
            <w:tcW w:type="dxa" w:w="1728"/>
          </w:tcPr>
          <w:p>
            <w:r>
              <w:t>学生社团</w:t>
            </w:r>
          </w:p>
        </w:tc>
        <w:tc>
          <w:tcPr>
            <w:tcW w:type="dxa" w:w="1728"/>
          </w:tcPr>
          <w:p>
            <w:r>
              <w:t>负责人</w:t>
            </w:r>
          </w:p>
        </w:tc>
        <w:tc>
          <w:tcPr>
            <w:tcW w:type="dxa" w:w="1728"/>
          </w:tcPr>
          <w:p>
            <w:r>
              <w:t>8</w:t>
            </w:r>
          </w:p>
        </w:tc>
        <w:tc>
          <w:tcPr>
            <w:tcW w:type="dxa" w:w="1728"/>
          </w:tcPr>
          <w:p/>
        </w:tc>
        <w:tc>
          <w:tcPr>
            <w:tcW w:type="dxa" w:w="1728"/>
          </w:tcPr>
          <w:p/>
        </w:tc>
      </w:tr>
      <w:tr>
        <w:tc>
          <w:tcPr>
            <w:tcW w:type="dxa" w:w="1728"/>
          </w:tcPr>
          <w:p>
            <w:r>
              <w:t>班级</w:t>
            </w:r>
          </w:p>
        </w:tc>
        <w:tc>
          <w:tcPr>
            <w:tcW w:type="dxa" w:w="1728"/>
          </w:tcPr>
          <w:p>
            <w:r>
              <w:t>班长、团支书</w:t>
            </w:r>
          </w:p>
        </w:tc>
        <w:tc>
          <w:tcPr>
            <w:tcW w:type="dxa" w:w="1728"/>
          </w:tcPr>
          <w:p>
            <w:r>
              <w:t>10</w:t>
            </w:r>
          </w:p>
        </w:tc>
        <w:tc>
          <w:tcPr>
            <w:tcW w:type="dxa" w:w="1728"/>
          </w:tcPr>
          <w:p/>
        </w:tc>
        <w:tc>
          <w:tcPr>
            <w:tcW w:type="dxa" w:w="1728"/>
          </w:tcPr>
          <w:p/>
        </w:tc>
      </w:tr>
      <w:tr>
        <w:tc>
          <w:tcPr>
            <w:tcW w:type="dxa" w:w="1728"/>
          </w:tcPr>
          <w:p>
            <w:r>
              <w:t>班委、团支部委员</w:t>
            </w:r>
          </w:p>
        </w:tc>
        <w:tc>
          <w:tcPr>
            <w:tcW w:type="dxa" w:w="1728"/>
          </w:tcPr>
          <w:p>
            <w:r>
              <w:t>7</w:t>
            </w:r>
          </w:p>
        </w:tc>
        <w:tc>
          <w:tcPr>
            <w:tcW w:type="dxa" w:w="1728"/>
          </w:tcPr>
          <w:p/>
        </w:tc>
        <w:tc>
          <w:tcPr>
            <w:tcW w:type="dxa" w:w="1728"/>
          </w:tcPr>
          <w:p/>
        </w:tc>
        <w:tc>
          <w:tcPr>
            <w:tcW w:type="dxa" w:w="1728"/>
          </w:tcPr>
          <w:p/>
        </w:tc>
      </w:tr>
      <w:tr>
        <w:tc>
          <w:tcPr>
            <w:tcW w:type="dxa" w:w="1728"/>
          </w:tcPr>
          <w:p>
            <w:r>
              <w:t>宿舍长</w:t>
            </w:r>
          </w:p>
        </w:tc>
        <w:tc>
          <w:tcPr>
            <w:tcW w:type="dxa" w:w="1728"/>
          </w:tcPr>
          <w:p>
            <w:r>
              <w:t>5</w:t>
            </w:r>
          </w:p>
        </w:tc>
        <w:tc>
          <w:tcPr>
            <w:tcW w:type="dxa" w:w="1728"/>
          </w:tcPr>
          <w:p/>
        </w:tc>
        <w:tc>
          <w:tcPr>
            <w:tcW w:type="dxa" w:w="1728"/>
          </w:tcPr>
          <w:p/>
        </w:tc>
        <w:tc>
          <w:tcPr>
            <w:tcW w:type="dxa" w:w="1728"/>
          </w:tcPr>
          <w:p/>
        </w:tc>
      </w:tr>
      <w:tr>
        <w:tc>
          <w:tcPr>
            <w:tcW w:type="dxa" w:w="1728"/>
          </w:tcPr>
          <w:p>
            <w:r>
              <w:t>学生党支部</w:t>
            </w:r>
          </w:p>
        </w:tc>
        <w:tc>
          <w:tcPr>
            <w:tcW w:type="dxa" w:w="1728"/>
          </w:tcPr>
          <w:p>
            <w:r>
              <w:t>支部副书记</w:t>
            </w:r>
          </w:p>
        </w:tc>
        <w:tc>
          <w:tcPr>
            <w:tcW w:type="dxa" w:w="1728"/>
          </w:tcPr>
          <w:p>
            <w:r>
              <w:t>10</w:t>
            </w:r>
          </w:p>
        </w:tc>
        <w:tc>
          <w:tcPr>
            <w:tcW w:type="dxa" w:w="1728"/>
          </w:tcPr>
          <w:p/>
        </w:tc>
        <w:tc>
          <w:tcPr>
            <w:tcW w:type="dxa" w:w="1728"/>
          </w:tcPr>
          <w:p/>
        </w:tc>
      </w:tr>
      <w:tr>
        <w:tc>
          <w:tcPr>
            <w:tcW w:type="dxa" w:w="1728"/>
          </w:tcPr>
          <w:p>
            <w:r>
              <w:t>支部委员</w:t>
            </w:r>
          </w:p>
        </w:tc>
        <w:tc>
          <w:tcPr>
            <w:tcW w:type="dxa" w:w="1728"/>
          </w:tcPr>
          <w:p>
            <w:r>
              <w:t>8</w:t>
            </w:r>
          </w:p>
        </w:tc>
        <w:tc>
          <w:tcPr>
            <w:tcW w:type="dxa" w:w="1728"/>
          </w:tcPr>
          <w:p/>
        </w:tc>
        <w:tc>
          <w:tcPr>
            <w:tcW w:type="dxa" w:w="1728"/>
          </w:tcPr>
          <w:p/>
        </w:tc>
        <w:tc>
          <w:tcPr>
            <w:tcW w:type="dxa" w:w="1728"/>
          </w:tcPr>
          <w:p/>
        </w:tc>
      </w:tr>
      <w:tr>
        <w:tc>
          <w:tcPr>
            <w:tcW w:type="dxa" w:w="1728"/>
          </w:tcPr>
          <w:p>
            <w:r>
              <w:t>志愿服务时长（单位：小时）</w:t>
            </w:r>
          </w:p>
        </w:tc>
        <w:tc>
          <w:tcPr>
            <w:tcW w:type="dxa" w:w="1728"/>
          </w:tcPr>
          <w:p>
            <w:r>
              <w:t>216以上</w:t>
            </w:r>
          </w:p>
        </w:tc>
        <w:tc>
          <w:tcPr>
            <w:tcW w:type="dxa" w:w="1728"/>
          </w:tcPr>
          <w:p>
            <w:r/>
          </w:p>
        </w:tc>
        <w:tc>
          <w:tcPr>
            <w:tcW w:type="dxa" w:w="1728"/>
          </w:tcPr>
          <w:p>
            <w:r>
              <w:t>10</w:t>
            </w:r>
          </w:p>
        </w:tc>
        <w:tc>
          <w:tcPr>
            <w:tcW w:type="dxa" w:w="1728"/>
          </w:tcPr>
          <w:p>
            <w:r>
              <w:t>与学生工作分值不累加，服务时长为三年累计。10分封顶。</w:t>
            </w:r>
          </w:p>
        </w:tc>
      </w:tr>
      <w:tr>
        <w:tc>
          <w:tcPr>
            <w:tcW w:type="dxa" w:w="1728"/>
          </w:tcPr>
          <w:p>
            <w:r>
              <w:t>180-216</w:t>
            </w:r>
          </w:p>
        </w:tc>
        <w:tc>
          <w:tcPr>
            <w:tcW w:type="dxa" w:w="1728"/>
          </w:tcPr>
          <w:p>
            <w:r/>
          </w:p>
        </w:tc>
        <w:tc>
          <w:tcPr>
            <w:tcW w:type="dxa" w:w="1728"/>
          </w:tcPr>
          <w:p>
            <w:r>
              <w:t>8</w:t>
            </w:r>
          </w:p>
        </w:tc>
        <w:tc>
          <w:tcPr>
            <w:tcW w:type="dxa" w:w="1728"/>
          </w:tcPr>
          <w:p/>
        </w:tc>
        <w:tc>
          <w:tcPr>
            <w:tcW w:type="dxa" w:w="1728"/>
          </w:tcPr>
          <w:p/>
        </w:tc>
      </w:tr>
      <w:tr>
        <w:tc>
          <w:tcPr>
            <w:tcW w:type="dxa" w:w="1728"/>
          </w:tcPr>
          <w:p>
            <w:r>
              <w:t>144-180</w:t>
            </w:r>
          </w:p>
        </w:tc>
        <w:tc>
          <w:tcPr>
            <w:tcW w:type="dxa" w:w="1728"/>
          </w:tcPr>
          <w:p>
            <w:r/>
          </w:p>
        </w:tc>
        <w:tc>
          <w:tcPr>
            <w:tcW w:type="dxa" w:w="1728"/>
          </w:tcPr>
          <w:p>
            <w:r>
              <w:t>6</w:t>
            </w:r>
          </w:p>
        </w:tc>
        <w:tc>
          <w:tcPr>
            <w:tcW w:type="dxa" w:w="1728"/>
          </w:tcPr>
          <w:p/>
        </w:tc>
        <w:tc>
          <w:tcPr>
            <w:tcW w:type="dxa" w:w="1728"/>
          </w:tcPr>
          <w:p/>
        </w:tc>
      </w:tr>
      <w:tr>
        <w:tc>
          <w:tcPr>
            <w:tcW w:type="dxa" w:w="1728"/>
          </w:tcPr>
          <w:p>
            <w:r>
              <w:t>108-144</w:t>
            </w:r>
          </w:p>
        </w:tc>
        <w:tc>
          <w:tcPr>
            <w:tcW w:type="dxa" w:w="1728"/>
          </w:tcPr>
          <w:p>
            <w:r/>
          </w:p>
        </w:tc>
        <w:tc>
          <w:tcPr>
            <w:tcW w:type="dxa" w:w="1728"/>
          </w:tcPr>
          <w:p>
            <w:r>
              <w:t>4</w:t>
            </w:r>
          </w:p>
        </w:tc>
        <w:tc>
          <w:tcPr>
            <w:tcW w:type="dxa" w:w="1728"/>
          </w:tcPr>
          <w:p/>
        </w:tc>
        <w:tc>
          <w:tcPr>
            <w:tcW w:type="dxa" w:w="1728"/>
          </w:tcPr>
          <w:p/>
        </w:tc>
      </w:tr>
      <w:tr>
        <w:tc>
          <w:tcPr>
            <w:tcW w:type="dxa" w:w="1728"/>
          </w:tcPr>
          <w:p>
            <w:r>
              <w:t>72-108</w:t>
            </w:r>
          </w:p>
        </w:tc>
        <w:tc>
          <w:tcPr>
            <w:tcW w:type="dxa" w:w="1728"/>
          </w:tcPr>
          <w:p>
            <w:r/>
          </w:p>
        </w:tc>
        <w:tc>
          <w:tcPr>
            <w:tcW w:type="dxa" w:w="1728"/>
          </w:tcPr>
          <w:p>
            <w:r>
              <w:t>2</w:t>
            </w:r>
          </w:p>
        </w:tc>
        <w:tc>
          <w:tcPr>
            <w:tcW w:type="dxa" w:w="1728"/>
          </w:tcPr>
          <w:p/>
        </w:tc>
        <w:tc>
          <w:tcPr>
            <w:tcW w:type="dxa" w:w="1728"/>
          </w:tcPr>
          <w:p/>
        </w:tc>
      </w:tr>
      <w:tr>
        <w:tc>
          <w:tcPr>
            <w:tcW w:type="dxa" w:w="1728"/>
          </w:tcPr>
          <w:p>
            <w:r>
              <w:t>72小时以下</w:t>
            </w:r>
          </w:p>
        </w:tc>
        <w:tc>
          <w:tcPr>
            <w:tcW w:type="dxa" w:w="1728"/>
          </w:tcPr>
          <w:p>
            <w:r/>
          </w:p>
        </w:tc>
        <w:tc>
          <w:tcPr>
            <w:tcW w:type="dxa" w:w="1728"/>
          </w:tcPr>
          <w:p>
            <w:r>
              <w:t>0</w:t>
            </w:r>
          </w:p>
        </w:tc>
        <w:tc>
          <w:tcPr>
            <w:tcW w:type="dxa" w:w="1728"/>
          </w:tcPr>
          <w:p/>
        </w:tc>
        <w:tc>
          <w:tcPr>
            <w:tcW w:type="dxa" w:w="1728"/>
          </w:tcPr>
          <w:p/>
        </w:tc>
      </w:tr>
    </w:tbl>
    <w:p>
      <w:r>
        <w:t>2）关于国际组织的认定，可参阅人力资源和社会保障部国际组织人才服务信息网的“了解国际组织”栏目，网站链接：（http://io.mohrss.gov.cn/col/1002/index.html）</w:t>
      </w:r>
    </w:p>
    <w:p>
      <w:r>
        <w:t>需出具相关国际组织的证明文件、证书、联系方式、出入境记录等证明文件及本人提供的相关组织实习情况说明及成果，国际组织评分由本人现场汇报，学院组织专家组进行考核认定具体赋分值，最高不超过10分。</w:t>
      </w:r>
    </w:p>
    <w:p>
      <w:r>
        <w:t>3）表2《科研成果评分表》，各项得分不可累计，取最高分计入。</w:t>
      </w:r>
    </w:p>
    <w:p>
      <w:r>
        <w:t>表2：科研成果评分表</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项目类别</w:t>
            </w:r>
          </w:p>
        </w:tc>
        <w:tc>
          <w:tcPr>
            <w:tcW w:type="dxa" w:w="1234"/>
          </w:tcPr>
          <w:p>
            <w:r>
              <w:t>名称</w:t>
            </w:r>
          </w:p>
        </w:tc>
        <w:tc>
          <w:tcPr>
            <w:tcW w:type="dxa" w:w="1234"/>
          </w:tcPr>
          <w:p>
            <w:r>
              <w:t>分值</w:t>
            </w:r>
          </w:p>
        </w:tc>
        <w:tc>
          <w:tcPr>
            <w:tcW w:type="dxa" w:w="1234"/>
          </w:tcPr>
          <w:p>
            <w:r>
              <w:t>备注</w:t>
            </w:r>
          </w:p>
        </w:tc>
        <w:tc>
          <w:tcPr>
            <w:tcW w:type="dxa" w:w="1234"/>
          </w:tcPr>
          <w:p>
            <w:r/>
          </w:p>
        </w:tc>
        <w:tc>
          <w:tcPr>
            <w:tcW w:type="dxa" w:w="1234"/>
          </w:tcPr>
          <w:p/>
        </w:tc>
        <w:tc>
          <w:tcPr>
            <w:tcW w:type="dxa" w:w="1234"/>
          </w:tcPr>
          <w:p/>
        </w:tc>
      </w:tr>
      <w:tr>
        <w:tc>
          <w:tcPr>
            <w:tcW w:type="dxa" w:w="1234"/>
          </w:tcPr>
          <w:p>
            <w:r>
              <w:t>学术论文</w:t>
            </w:r>
          </w:p>
        </w:tc>
        <w:tc>
          <w:tcPr>
            <w:tcW w:type="dxa" w:w="1234"/>
          </w:tcPr>
          <w:p>
            <w:r>
              <w:t>发表SCI期刊论文第一作者</w:t>
            </w:r>
          </w:p>
        </w:tc>
        <w:tc>
          <w:tcPr>
            <w:tcW w:type="dxa" w:w="1234"/>
          </w:tcPr>
          <w:p>
            <w:r>
              <w:t>一、二区</w:t>
            </w:r>
          </w:p>
        </w:tc>
        <w:tc>
          <w:tcPr>
            <w:tcW w:type="dxa" w:w="1234"/>
          </w:tcPr>
          <w:p>
            <w:r>
              <w:t>30</w:t>
            </w:r>
          </w:p>
        </w:tc>
        <w:tc>
          <w:tcPr>
            <w:tcW w:type="dxa" w:w="1234"/>
          </w:tcPr>
          <w:p>
            <w:r>
              <w:t>所有发表期刊需有收录证明，第二作者按第一作者分值的30%计算（指导导师第一，学生第二作者按50%计算），共同第一作者的分数按共同一作人数平均计分，其他作者均按第一作者10%计算。</w:t>
            </w:r>
          </w:p>
        </w:tc>
        <w:tc>
          <w:tcPr>
            <w:tcW w:type="dxa" w:w="1234"/>
          </w:tcPr>
          <w:p>
            <w:r/>
          </w:p>
        </w:tc>
        <w:tc>
          <w:tcPr>
            <w:tcW w:type="dxa" w:w="1234"/>
          </w:tcPr>
          <w:p/>
        </w:tc>
      </w:tr>
      <w:tr>
        <w:tc>
          <w:tcPr>
            <w:tcW w:type="dxa" w:w="1234"/>
          </w:tcPr>
          <w:p>
            <w:r>
              <w:t>三、四区</w:t>
            </w:r>
          </w:p>
        </w:tc>
        <w:tc>
          <w:tcPr>
            <w:tcW w:type="dxa" w:w="1234"/>
          </w:tcPr>
          <w:p>
            <w:r>
              <w:t>25</w:t>
            </w:r>
          </w:p>
        </w:tc>
        <w:tc>
          <w:tcPr>
            <w:tcW w:type="dxa" w:w="1234"/>
          </w:tcPr>
          <w:p>
            <w:r/>
          </w:p>
        </w:tc>
        <w:tc>
          <w:tcPr>
            <w:tcW w:type="dxa" w:w="1234"/>
          </w:tcPr>
          <w:p/>
        </w:tc>
        <w:tc>
          <w:tcPr>
            <w:tcW w:type="dxa" w:w="1234"/>
          </w:tcPr>
          <w:p/>
        </w:tc>
        <w:tc>
          <w:tcPr>
            <w:tcW w:type="dxa" w:w="1234"/>
          </w:tcPr>
          <w:p/>
        </w:tc>
        <w:tc>
          <w:tcPr>
            <w:tcW w:type="dxa" w:w="1234"/>
          </w:tcPr>
          <w:p/>
        </w:tc>
      </w:tr>
      <w:tr>
        <w:tc>
          <w:tcPr>
            <w:tcW w:type="dxa" w:w="1234"/>
          </w:tcPr>
          <w:p>
            <w:r/>
          </w:p>
        </w:tc>
        <w:tc>
          <w:tcPr>
            <w:tcW w:type="dxa" w:w="1234"/>
          </w:tcP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发表EI期刊论文第一作者</w:t>
            </w:r>
          </w:p>
        </w:tc>
        <w:tc>
          <w:tcPr>
            <w:tcW w:type="dxa" w:w="1234"/>
          </w:tcPr>
          <w:p>
            <w:r>
              <w:t>20</w:t>
            </w:r>
          </w:p>
        </w:tc>
        <w:tc>
          <w:tcPr>
            <w:tcW w:type="dxa" w:w="1234"/>
          </w:tcPr>
          <w:p>
            <w:r/>
          </w:p>
        </w:tc>
        <w:tc>
          <w:tcPr>
            <w:tcW w:type="dxa" w:w="1234"/>
          </w:tcPr>
          <w:p/>
        </w:tc>
        <w:tc>
          <w:tcPr>
            <w:tcW w:type="dxa" w:w="1234"/>
          </w:tcPr>
          <w:p/>
        </w:tc>
        <w:tc>
          <w:tcPr>
            <w:tcW w:type="dxa" w:w="1234"/>
          </w:tcPr>
          <w:p/>
        </w:tc>
        <w:tc>
          <w:tcPr>
            <w:tcW w:type="dxa" w:w="1234"/>
          </w:tcPr>
          <w:p/>
        </w:tc>
      </w:tr>
      <w:tr>
        <w:tc>
          <w:tcPr>
            <w:tcW w:type="dxa" w:w="1234"/>
          </w:tcPr>
          <w:p>
            <w:r>
              <w:t>发表EI会议论文第一作者</w:t>
            </w:r>
          </w:p>
        </w:tc>
        <w:tc>
          <w:tcPr>
            <w:tcW w:type="dxa" w:w="1234"/>
          </w:tcPr>
          <w:p>
            <w:r>
              <w:t>15</w:t>
            </w:r>
          </w:p>
        </w:tc>
        <w:tc>
          <w:tcPr>
            <w:tcW w:type="dxa" w:w="1234"/>
          </w:tcPr>
          <w:p>
            <w:r/>
          </w:p>
        </w:tc>
        <w:tc>
          <w:tcPr>
            <w:tcW w:type="dxa" w:w="1234"/>
          </w:tcPr>
          <w:p/>
        </w:tc>
        <w:tc>
          <w:tcPr>
            <w:tcW w:type="dxa" w:w="1234"/>
          </w:tcPr>
          <w:p/>
        </w:tc>
        <w:tc>
          <w:tcPr>
            <w:tcW w:type="dxa" w:w="1234"/>
          </w:tcPr>
          <w:p/>
        </w:tc>
        <w:tc>
          <w:tcPr>
            <w:tcW w:type="dxa" w:w="1234"/>
          </w:tcPr>
          <w:p/>
        </w:tc>
      </w:tr>
      <w:tr>
        <w:tc>
          <w:tcPr>
            <w:tcW w:type="dxa" w:w="1234"/>
          </w:tcPr>
          <w:p>
            <w:r>
              <w:t>发表中文核心期刊论文第一作者</w:t>
            </w:r>
          </w:p>
        </w:tc>
        <w:tc>
          <w:tcPr>
            <w:tcW w:type="dxa" w:w="1234"/>
          </w:tcPr>
          <w:p>
            <w:r>
              <w:t>10</w:t>
            </w:r>
          </w:p>
        </w:tc>
        <w:tc>
          <w:tcPr>
            <w:tcW w:type="dxa" w:w="1234"/>
          </w:tcPr>
          <w:p>
            <w:r/>
          </w:p>
        </w:tc>
        <w:tc>
          <w:tcPr>
            <w:tcW w:type="dxa" w:w="1234"/>
          </w:tcPr>
          <w:p/>
        </w:tc>
        <w:tc>
          <w:tcPr>
            <w:tcW w:type="dxa" w:w="1234"/>
          </w:tcPr>
          <w:p/>
        </w:tc>
        <w:tc>
          <w:tcPr>
            <w:tcW w:type="dxa" w:w="1234"/>
          </w:tcPr>
          <w:p/>
        </w:tc>
        <w:tc>
          <w:tcPr>
            <w:tcW w:type="dxa" w:w="1234"/>
          </w:tcPr>
          <w:p/>
        </w:tc>
      </w:tr>
      <w:tr>
        <w:tc>
          <w:tcPr>
            <w:tcW w:type="dxa" w:w="1234"/>
          </w:tcPr>
          <w:p>
            <w:r>
              <w:t>发表公开刊物论文第一作者</w:t>
            </w:r>
          </w:p>
        </w:tc>
        <w:tc>
          <w:tcPr>
            <w:tcW w:type="dxa" w:w="1234"/>
          </w:tcPr>
          <w:p>
            <w:r>
              <w:t>5</w:t>
            </w:r>
          </w:p>
        </w:tc>
        <w:tc>
          <w:tcPr>
            <w:tcW w:type="dxa" w:w="1234"/>
          </w:tcPr>
          <w:p>
            <w:r/>
          </w:p>
        </w:tc>
        <w:tc>
          <w:tcPr>
            <w:tcW w:type="dxa" w:w="1234"/>
          </w:tcPr>
          <w:p/>
        </w:tc>
        <w:tc>
          <w:tcPr>
            <w:tcW w:type="dxa" w:w="1234"/>
          </w:tcPr>
          <w:p/>
        </w:tc>
        <w:tc>
          <w:tcPr>
            <w:tcW w:type="dxa" w:w="1234"/>
          </w:tcPr>
          <w:p/>
        </w:tc>
        <w:tc>
          <w:tcPr>
            <w:tcW w:type="dxa" w:w="1234"/>
          </w:tcPr>
          <w:p/>
        </w:tc>
      </w:tr>
      <w:tr>
        <w:tc>
          <w:tcPr>
            <w:tcW w:type="dxa" w:w="1234"/>
          </w:tcPr>
          <w:p>
            <w:r>
              <w:t>发明创新</w:t>
            </w:r>
          </w:p>
        </w:tc>
        <w:tc>
          <w:tcPr>
            <w:tcW w:type="dxa" w:w="1234"/>
          </w:tcPr>
          <w:p>
            <w:r>
              <w:t>获国家发明专利授权第一发明人</w:t>
            </w:r>
          </w:p>
        </w:tc>
        <w:tc>
          <w:tcPr>
            <w:tcW w:type="dxa" w:w="1234"/>
          </w:tcPr>
          <w:p>
            <w:r>
              <w:t>30</w:t>
            </w:r>
          </w:p>
        </w:tc>
        <w:tc>
          <w:tcPr>
            <w:tcW w:type="dxa" w:w="1234"/>
          </w:tcPr>
          <w:p>
            <w:r>
              <w:t>第二发明人按第一发明人分值的30%计算（指导导师第一，学生第二按50%计算），其他发明人均按第一发明人分值10%计算（申请有公开号但未授权的按50%计算）。</w:t>
            </w:r>
          </w:p>
        </w:tc>
        <w:tc>
          <w:tcPr>
            <w:tcW w:type="dxa" w:w="1234"/>
          </w:tcPr>
          <w:p>
            <w:r/>
          </w:p>
        </w:tc>
        <w:tc>
          <w:tcPr>
            <w:tcW w:type="dxa" w:w="1234"/>
          </w:tcPr>
          <w:p/>
        </w:tc>
        <w:tc>
          <w:tcPr>
            <w:tcW w:type="dxa" w:w="1234"/>
          </w:tcPr>
          <w:p/>
        </w:tc>
      </w:tr>
      <w:tr>
        <w:tc>
          <w:tcPr>
            <w:tcW w:type="dxa" w:w="1234"/>
          </w:tcPr>
          <w:p>
            <w:r>
              <w:t>获实用新型专利授权第一发明人</w:t>
            </w:r>
          </w:p>
        </w:tc>
        <w:tc>
          <w:tcPr>
            <w:tcW w:type="dxa" w:w="1234"/>
          </w:tcPr>
          <w:p>
            <w:r>
              <w:t>10</w:t>
            </w:r>
          </w:p>
        </w:tc>
        <w:tc>
          <w:tcPr>
            <w:tcW w:type="dxa" w:w="1234"/>
          </w:tcPr>
          <w:p>
            <w:r/>
          </w:p>
        </w:tc>
        <w:tc>
          <w:tcPr>
            <w:tcW w:type="dxa" w:w="1234"/>
          </w:tcPr>
          <w:p/>
        </w:tc>
        <w:tc>
          <w:tcPr>
            <w:tcW w:type="dxa" w:w="1234"/>
          </w:tcPr>
          <w:p/>
        </w:tc>
        <w:tc>
          <w:tcPr>
            <w:tcW w:type="dxa" w:w="1234"/>
          </w:tcPr>
          <w:p/>
        </w:tc>
        <w:tc>
          <w:tcPr>
            <w:tcW w:type="dxa" w:w="1234"/>
          </w:tcPr>
          <w:p/>
        </w:tc>
      </w:tr>
      <w:tr>
        <w:tc>
          <w:tcPr>
            <w:tcW w:type="dxa" w:w="1234"/>
          </w:tcPr>
          <w:p>
            <w:r>
              <w:t>获国家外观专利授权第一发明人</w:t>
            </w:r>
          </w:p>
        </w:tc>
        <w:tc>
          <w:tcPr>
            <w:tcW w:type="dxa" w:w="1234"/>
          </w:tcPr>
          <w:p>
            <w:r>
              <w:t>10</w:t>
            </w:r>
          </w:p>
        </w:tc>
        <w:tc>
          <w:tcPr>
            <w:tcW w:type="dxa" w:w="1234"/>
          </w:tcPr>
          <w:p>
            <w:r/>
          </w:p>
        </w:tc>
        <w:tc>
          <w:tcPr>
            <w:tcW w:type="dxa" w:w="1234"/>
          </w:tcPr>
          <w:p/>
        </w:tc>
        <w:tc>
          <w:tcPr>
            <w:tcW w:type="dxa" w:w="1234"/>
          </w:tcPr>
          <w:p/>
        </w:tc>
        <w:tc>
          <w:tcPr>
            <w:tcW w:type="dxa" w:w="1234"/>
          </w:tcPr>
          <w:p/>
        </w:tc>
        <w:tc>
          <w:tcPr>
            <w:tcW w:type="dxa" w:w="1234"/>
          </w:tcPr>
          <w:p/>
        </w:tc>
      </w:tr>
      <w:tr>
        <w:tc>
          <w:tcPr>
            <w:tcW w:type="dxa" w:w="1234"/>
          </w:tcPr>
          <w:p>
            <w:r>
              <w:t>获软件著作权第一发明人</w:t>
            </w:r>
          </w:p>
        </w:tc>
        <w:tc>
          <w:tcPr>
            <w:tcW w:type="dxa" w:w="1234"/>
          </w:tcPr>
          <w:p>
            <w:r>
              <w:t>10</w:t>
            </w:r>
          </w:p>
        </w:tc>
        <w:tc>
          <w:tcPr>
            <w:tcW w:type="dxa" w:w="1234"/>
          </w:tcPr>
          <w:p>
            <w:r/>
          </w:p>
        </w:tc>
        <w:tc>
          <w:tcPr>
            <w:tcW w:type="dxa" w:w="1234"/>
          </w:tcPr>
          <w:p/>
        </w:tc>
        <w:tc>
          <w:tcPr>
            <w:tcW w:type="dxa" w:w="1234"/>
          </w:tcPr>
          <w:p/>
        </w:tc>
        <w:tc>
          <w:tcPr>
            <w:tcW w:type="dxa" w:w="1234"/>
          </w:tcPr>
          <w:p/>
        </w:tc>
        <w:tc>
          <w:tcPr>
            <w:tcW w:type="dxa" w:w="1234"/>
          </w:tcPr>
          <w:p/>
        </w:tc>
      </w:tr>
      <w:tr>
        <w:tc>
          <w:tcPr>
            <w:tcW w:type="dxa" w:w="1234"/>
          </w:tcPr>
          <w:p>
            <w:r>
              <w:t>大学生课外科研项目</w:t>
            </w:r>
          </w:p>
        </w:tc>
        <w:tc>
          <w:tcPr>
            <w:tcW w:type="dxa" w:w="1234"/>
          </w:tcPr>
          <w:p>
            <w:r>
              <w:t>国家级</w:t>
            </w:r>
          </w:p>
        </w:tc>
        <w:tc>
          <w:tcPr>
            <w:tcW w:type="dxa" w:w="1234"/>
          </w:tcPr>
          <w:p>
            <w:r>
              <w:t>结题或中期检查优秀</w:t>
            </w:r>
          </w:p>
        </w:tc>
        <w:tc>
          <w:tcPr>
            <w:tcW w:type="dxa" w:w="1234"/>
          </w:tcPr>
          <w:p>
            <w:r>
              <w:t>30</w:t>
            </w:r>
          </w:p>
        </w:tc>
        <w:tc>
          <w:tcPr>
            <w:tcW w:type="dxa" w:w="1234"/>
          </w:tcPr>
          <w:p>
            <w:r>
              <w:t>1、项目其他成员＝2；排名第1：60%排名第2：40% 2、项目其他成员≥ 3；排名第1：50%排名第2：30%排名第3：20%</w:t>
            </w:r>
          </w:p>
        </w:tc>
        <w:tc>
          <w:tcPr>
            <w:tcW w:type="dxa" w:w="1234"/>
          </w:tcPr>
          <w:p>
            <w:r/>
          </w:p>
        </w:tc>
        <w:tc>
          <w:tcPr>
            <w:tcW w:type="dxa" w:w="1234"/>
          </w:tcPr>
          <w:p/>
        </w:tc>
      </w:tr>
      <w:tr>
        <w:tc>
          <w:tcPr>
            <w:tcW w:type="dxa" w:w="1234"/>
          </w:tcPr>
          <w:p>
            <w:r>
              <w:t>结题或中期检查合格</w:t>
            </w:r>
          </w:p>
        </w:tc>
        <w:tc>
          <w:tcPr>
            <w:tcW w:type="dxa" w:w="1234"/>
          </w:tcPr>
          <w:p>
            <w:r>
              <w:t>20</w:t>
            </w:r>
          </w:p>
        </w:tc>
        <w:tc>
          <w:tcPr>
            <w:tcW w:type="dxa" w:w="1234"/>
          </w:tcPr>
          <w:p>
            <w:r/>
          </w:p>
        </w:tc>
        <w:tc>
          <w:tcPr>
            <w:tcW w:type="dxa" w:w="1234"/>
          </w:tcPr>
          <w:p/>
        </w:tc>
        <w:tc>
          <w:tcPr>
            <w:tcW w:type="dxa" w:w="1234"/>
          </w:tcPr>
          <w:p/>
        </w:tc>
        <w:tc>
          <w:tcPr>
            <w:tcW w:type="dxa" w:w="1234"/>
          </w:tcPr>
          <w:p/>
        </w:tc>
        <w:tc>
          <w:tcPr>
            <w:tcW w:type="dxa" w:w="1234"/>
          </w:tcPr>
          <w:p/>
        </w:tc>
      </w:tr>
      <w:tr>
        <w:tc>
          <w:tcPr>
            <w:tcW w:type="dxa" w:w="1234"/>
          </w:tcPr>
          <w:p>
            <w:r>
              <w:t>莙政基金</w:t>
            </w:r>
          </w:p>
        </w:tc>
        <w:tc>
          <w:tcPr>
            <w:tcW w:type="dxa" w:w="1234"/>
          </w:tcPr>
          <w:p>
            <w:r>
              <w:t>结题或中期检查优秀</w:t>
            </w:r>
          </w:p>
        </w:tc>
        <w:tc>
          <w:tcPr>
            <w:tcW w:type="dxa" w:w="1234"/>
          </w:tcPr>
          <w:p>
            <w:r>
              <w:t>30</w:t>
            </w:r>
          </w:p>
        </w:tc>
        <w:tc>
          <w:tcPr>
            <w:tcW w:type="dxa" w:w="1234"/>
          </w:tcPr>
          <w:p>
            <w:r/>
          </w:p>
        </w:tc>
        <w:tc>
          <w:tcPr>
            <w:tcW w:type="dxa" w:w="1234"/>
          </w:tcPr>
          <w:p/>
        </w:tc>
        <w:tc>
          <w:tcPr>
            <w:tcW w:type="dxa" w:w="1234"/>
          </w:tcPr>
          <w:p/>
        </w:tc>
        <w:tc>
          <w:tcPr>
            <w:tcW w:type="dxa" w:w="1234"/>
          </w:tcPr>
          <w:p/>
        </w:tc>
      </w:tr>
      <w:tr>
        <w:tc>
          <w:tcPr>
            <w:tcW w:type="dxa" w:w="1234"/>
          </w:tcPr>
          <w:p>
            <w:r>
              <w:t>结题或中期检查合格</w:t>
            </w:r>
          </w:p>
        </w:tc>
        <w:tc>
          <w:tcPr>
            <w:tcW w:type="dxa" w:w="1234"/>
          </w:tcPr>
          <w:p>
            <w:r>
              <w:t>20</w:t>
            </w:r>
          </w:p>
        </w:tc>
        <w:tc>
          <w:tcPr>
            <w:tcW w:type="dxa" w:w="1234"/>
          </w:tcPr>
          <w:p>
            <w:r/>
          </w:p>
        </w:tc>
        <w:tc>
          <w:tcPr>
            <w:tcW w:type="dxa" w:w="1234"/>
          </w:tcPr>
          <w:p/>
        </w:tc>
        <w:tc>
          <w:tcPr>
            <w:tcW w:type="dxa" w:w="1234"/>
          </w:tcPr>
          <w:p/>
        </w:tc>
        <w:tc>
          <w:tcPr>
            <w:tcW w:type="dxa" w:w="1234"/>
          </w:tcPr>
          <w:p/>
        </w:tc>
        <w:tc>
          <w:tcPr>
            <w:tcW w:type="dxa" w:w="1234"/>
          </w:tcPr>
          <w:p/>
        </w:tc>
      </w:tr>
      <w:tr>
        <w:tc>
          <w:tcPr>
            <w:tcW w:type="dxa" w:w="1234"/>
          </w:tcPr>
          <w:p>
            <w:r>
              <w:t>省部级项目</w:t>
            </w:r>
          </w:p>
        </w:tc>
        <w:tc>
          <w:tcPr>
            <w:tcW w:type="dxa" w:w="1234"/>
          </w:tcPr>
          <w:p>
            <w:r>
              <w:t>结题或中期检查优秀</w:t>
            </w:r>
          </w:p>
        </w:tc>
        <w:tc>
          <w:tcPr>
            <w:tcW w:type="dxa" w:w="1234"/>
          </w:tcPr>
          <w:p>
            <w:r>
              <w:t>15</w:t>
            </w:r>
          </w:p>
        </w:tc>
        <w:tc>
          <w:tcPr>
            <w:tcW w:type="dxa" w:w="1234"/>
          </w:tcPr>
          <w:p>
            <w:r/>
          </w:p>
        </w:tc>
        <w:tc>
          <w:tcPr>
            <w:tcW w:type="dxa" w:w="1234"/>
          </w:tcPr>
          <w:p/>
        </w:tc>
        <w:tc>
          <w:tcPr>
            <w:tcW w:type="dxa" w:w="1234"/>
          </w:tcPr>
          <w:p/>
        </w:tc>
        <w:tc>
          <w:tcPr>
            <w:tcW w:type="dxa" w:w="1234"/>
          </w:tcPr>
          <w:p/>
        </w:tc>
      </w:tr>
      <w:tr>
        <w:tc>
          <w:tcPr>
            <w:tcW w:type="dxa" w:w="1234"/>
          </w:tcPr>
          <w:p>
            <w:r>
              <w:t>结题或中期检查合格</w:t>
            </w:r>
          </w:p>
        </w:tc>
        <w:tc>
          <w:tcPr>
            <w:tcW w:type="dxa" w:w="1234"/>
          </w:tcPr>
          <w:p>
            <w:r>
              <w:t>10</w:t>
            </w:r>
          </w:p>
        </w:tc>
        <w:tc>
          <w:tcPr>
            <w:tcW w:type="dxa" w:w="1234"/>
          </w:tcPr>
          <w:p>
            <w:r/>
          </w:p>
        </w:tc>
        <w:tc>
          <w:tcPr>
            <w:tcW w:type="dxa" w:w="1234"/>
          </w:tcPr>
          <w:p/>
        </w:tc>
        <w:tc>
          <w:tcPr>
            <w:tcW w:type="dxa" w:w="1234"/>
          </w:tcPr>
          <w:p/>
        </w:tc>
        <w:tc>
          <w:tcPr>
            <w:tcW w:type="dxa" w:w="1234"/>
          </w:tcPr>
          <w:p/>
        </w:tc>
        <w:tc>
          <w:tcPr>
            <w:tcW w:type="dxa" w:w="1234"/>
          </w:tcPr>
          <w:p/>
        </w:tc>
      </w:tr>
      <w:tr>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bl>
    <w:p>
      <w:r>
        <w:t>说明：1.所发表论文作者单位需将苏州大学排为第一，所获奖励（专利）均需在大学在读期间获得，截止日期为《推荐免试研究生考生登记表》填表日期；2.所涉刊物等级以苏州大学科技部认定刊物等级为准；3.一项成果多次获奖以最高分者计；4.大学生课外科研项目提供结题证明。</w:t>
      </w:r>
    </w:p>
    <w:p>
      <w:r>
        <w:t>4）表3：《竞赛获奖评分表》，各项得分不可累计，取最高分计入。</w:t>
      </w:r>
    </w:p>
    <w:p>
      <w:r>
        <w:t>表3：竞赛获奖评分表</w:t>
      </w:r>
    </w:p>
    <w:tbl>
      <w:tblPr>
        <w:tblStyle w:val="TableGrid"/>
        <w:tblW w:type="auto" w:w="0"/>
        <w:tblLook w:firstColumn="1" w:firstRow="1" w:lastColumn="0" w:lastRow="0" w:noHBand="0" w:noVBand="1" w:val="04A0"/>
      </w:tblPr>
      <w:tblGrid>
        <w:gridCol w:w="2880"/>
        <w:gridCol w:w="2880"/>
        <w:gridCol w:w="2880"/>
      </w:tblGrid>
      <w:tr>
        <w:tc>
          <w:tcPr>
            <w:tcW w:type="dxa" w:w="2880"/>
          </w:tcPr>
          <w:p>
            <w:r>
              <w:t>项目名称</w:t>
            </w:r>
          </w:p>
        </w:tc>
        <w:tc>
          <w:tcPr>
            <w:tcW w:type="dxa" w:w="2880"/>
          </w:tcPr>
          <w:p>
            <w:r>
              <w:t>分值</w:t>
            </w:r>
          </w:p>
        </w:tc>
        <w:tc>
          <w:tcPr>
            <w:tcW w:type="dxa" w:w="2880"/>
          </w:tcPr>
          <w:p/>
        </w:tc>
      </w:tr>
      <w:tr>
        <w:tc>
          <w:tcPr>
            <w:tcW w:type="dxa" w:w="2880"/>
          </w:tcPr>
          <w:p>
            <w:r>
              <w:t>“三大赛”金奖</w:t>
            </w:r>
          </w:p>
        </w:tc>
        <w:tc>
          <w:tcPr>
            <w:tcW w:type="dxa" w:w="2880"/>
          </w:tcPr>
          <w:p>
            <w:r>
              <w:t>30</w:t>
            </w:r>
          </w:p>
        </w:tc>
        <w:tc>
          <w:tcPr>
            <w:tcW w:type="dxa" w:w="2880"/>
          </w:tcPr>
          <w:p/>
        </w:tc>
      </w:tr>
      <w:tr>
        <w:tc>
          <w:tcPr>
            <w:tcW w:type="dxa" w:w="2880"/>
          </w:tcPr>
          <w:p>
            <w:r>
              <w:t>“三大赛”银奖</w:t>
            </w:r>
          </w:p>
        </w:tc>
        <w:tc>
          <w:tcPr>
            <w:tcW w:type="dxa" w:w="2880"/>
          </w:tcPr>
          <w:p>
            <w:r>
              <w:t>25</w:t>
            </w:r>
          </w:p>
        </w:tc>
        <w:tc>
          <w:tcPr>
            <w:tcW w:type="dxa" w:w="2880"/>
          </w:tcPr>
          <w:p/>
        </w:tc>
      </w:tr>
      <w:tr>
        <w:tc>
          <w:tcPr>
            <w:tcW w:type="dxa" w:w="2880"/>
          </w:tcPr>
          <w:p>
            <w:r>
              <w:t>“三大赛”铜奖</w:t>
            </w:r>
          </w:p>
        </w:tc>
        <w:tc>
          <w:tcPr>
            <w:tcW w:type="dxa" w:w="2880"/>
          </w:tcPr>
          <w:p>
            <w:r>
              <w:t>20</w:t>
            </w:r>
          </w:p>
        </w:tc>
        <w:tc>
          <w:tcPr>
            <w:tcW w:type="dxa" w:w="2880"/>
          </w:tcPr>
          <w:p/>
        </w:tc>
      </w:tr>
      <w:tr>
        <w:tc>
          <w:tcPr>
            <w:tcW w:type="dxa" w:w="2880"/>
          </w:tcPr>
          <w:p>
            <w:r>
              <w:t>“三大赛”省级一等奖</w:t>
            </w:r>
          </w:p>
        </w:tc>
        <w:tc>
          <w:tcPr>
            <w:tcW w:type="dxa" w:w="2880"/>
          </w:tcPr>
          <w:p>
            <w:r>
              <w:t>15</w:t>
            </w:r>
          </w:p>
        </w:tc>
        <w:tc>
          <w:tcPr>
            <w:tcW w:type="dxa" w:w="2880"/>
          </w:tcPr>
          <w:p/>
        </w:tc>
      </w:tr>
      <w:tr>
        <w:tc>
          <w:tcPr>
            <w:tcW w:type="dxa" w:w="2880"/>
          </w:tcPr>
          <w:p>
            <w:r>
              <w:t>“三大赛”省级二等奖</w:t>
            </w:r>
          </w:p>
        </w:tc>
        <w:tc>
          <w:tcPr>
            <w:tcW w:type="dxa" w:w="2880"/>
          </w:tcPr>
          <w:p>
            <w:r>
              <w:t>13</w:t>
            </w:r>
          </w:p>
        </w:tc>
        <w:tc>
          <w:tcPr>
            <w:tcW w:type="dxa" w:w="2880"/>
          </w:tcPr>
          <w:p/>
        </w:tc>
      </w:tr>
      <w:tr>
        <w:tc>
          <w:tcPr>
            <w:tcW w:type="dxa" w:w="2880"/>
          </w:tcPr>
          <w:p>
            <w:r>
              <w:t>“三大赛”省级三等奖</w:t>
            </w:r>
          </w:p>
        </w:tc>
        <w:tc>
          <w:tcPr>
            <w:tcW w:type="dxa" w:w="2880"/>
          </w:tcPr>
          <w:p>
            <w:r>
              <w:t>10</w:t>
            </w:r>
          </w:p>
        </w:tc>
        <w:tc>
          <w:tcPr>
            <w:tcW w:type="dxa" w:w="2880"/>
          </w:tcPr>
          <w:p/>
        </w:tc>
      </w:tr>
      <w:tr>
        <w:tc>
          <w:tcPr>
            <w:tcW w:type="dxa" w:w="2880"/>
          </w:tcPr>
          <w:p>
            <w:r>
              <w:t>国家级</w:t>
            </w:r>
          </w:p>
        </w:tc>
        <w:tc>
          <w:tcPr>
            <w:tcW w:type="dxa" w:w="2880"/>
          </w:tcPr>
          <w:p>
            <w:r>
              <w:t>特等奖</w:t>
            </w:r>
          </w:p>
        </w:tc>
        <w:tc>
          <w:tcPr>
            <w:tcW w:type="dxa" w:w="2880"/>
          </w:tcPr>
          <w:p>
            <w:r>
              <w:t>15</w:t>
            </w:r>
          </w:p>
        </w:tc>
      </w:tr>
      <w:tr>
        <w:tc>
          <w:tcPr>
            <w:tcW w:type="dxa" w:w="2880"/>
          </w:tcPr>
          <w:p>
            <w:r>
              <w:t>一等奖</w:t>
            </w:r>
          </w:p>
        </w:tc>
        <w:tc>
          <w:tcPr>
            <w:tcW w:type="dxa" w:w="2880"/>
          </w:tcPr>
          <w:p>
            <w:r>
              <w:t>13</w:t>
            </w:r>
          </w:p>
        </w:tc>
        <w:tc>
          <w:tcPr>
            <w:tcW w:type="dxa" w:w="2880"/>
          </w:tcPr>
          <w:p/>
        </w:tc>
      </w:tr>
      <w:tr>
        <w:tc>
          <w:tcPr>
            <w:tcW w:type="dxa" w:w="2880"/>
          </w:tcPr>
          <w:p>
            <w:r>
              <w:t>二等奖</w:t>
            </w:r>
          </w:p>
        </w:tc>
        <w:tc>
          <w:tcPr>
            <w:tcW w:type="dxa" w:w="2880"/>
          </w:tcPr>
          <w:p>
            <w:r>
              <w:t>10</w:t>
            </w:r>
          </w:p>
        </w:tc>
        <w:tc>
          <w:tcPr>
            <w:tcW w:type="dxa" w:w="2880"/>
          </w:tcPr>
          <w:p/>
        </w:tc>
      </w:tr>
      <w:tr>
        <w:tc>
          <w:tcPr>
            <w:tcW w:type="dxa" w:w="2880"/>
          </w:tcPr>
          <w:p>
            <w:r>
              <w:t>三等奖</w:t>
            </w:r>
          </w:p>
        </w:tc>
        <w:tc>
          <w:tcPr>
            <w:tcW w:type="dxa" w:w="2880"/>
          </w:tcPr>
          <w:p>
            <w:r>
              <w:t>8</w:t>
            </w:r>
          </w:p>
        </w:tc>
        <w:tc>
          <w:tcPr>
            <w:tcW w:type="dxa" w:w="2880"/>
          </w:tcPr>
          <w:p/>
        </w:tc>
      </w:tr>
      <w:tr>
        <w:tc>
          <w:tcPr>
            <w:tcW w:type="dxa" w:w="2880"/>
          </w:tcPr>
          <w:p>
            <w:r>
              <w:t>省部级</w:t>
            </w:r>
          </w:p>
        </w:tc>
        <w:tc>
          <w:tcPr>
            <w:tcW w:type="dxa" w:w="2880"/>
          </w:tcPr>
          <w:p>
            <w:r>
              <w:t>特等奖</w:t>
            </w:r>
          </w:p>
        </w:tc>
        <w:tc>
          <w:tcPr>
            <w:tcW w:type="dxa" w:w="2880"/>
          </w:tcPr>
          <w:p>
            <w:r>
              <w:t>10</w:t>
            </w:r>
          </w:p>
        </w:tc>
      </w:tr>
      <w:tr>
        <w:tc>
          <w:tcPr>
            <w:tcW w:type="dxa" w:w="2880"/>
          </w:tcPr>
          <w:p>
            <w:r>
              <w:t>一等奖</w:t>
            </w:r>
          </w:p>
        </w:tc>
        <w:tc>
          <w:tcPr>
            <w:tcW w:type="dxa" w:w="2880"/>
          </w:tcPr>
          <w:p>
            <w:r>
              <w:t>8</w:t>
            </w:r>
          </w:p>
        </w:tc>
        <w:tc>
          <w:tcPr>
            <w:tcW w:type="dxa" w:w="2880"/>
          </w:tcPr>
          <w:p/>
        </w:tc>
      </w:tr>
      <w:tr>
        <w:tc>
          <w:tcPr>
            <w:tcW w:type="dxa" w:w="2880"/>
          </w:tcPr>
          <w:p>
            <w:r>
              <w:t>二等奖</w:t>
            </w:r>
          </w:p>
        </w:tc>
        <w:tc>
          <w:tcPr>
            <w:tcW w:type="dxa" w:w="2880"/>
          </w:tcPr>
          <w:p>
            <w:r>
              <w:t>5</w:t>
            </w:r>
          </w:p>
        </w:tc>
        <w:tc>
          <w:tcPr>
            <w:tcW w:type="dxa" w:w="2880"/>
          </w:tcPr>
          <w:p/>
        </w:tc>
      </w:tr>
      <w:tr>
        <w:tc>
          <w:tcPr>
            <w:tcW w:type="dxa" w:w="2880"/>
          </w:tcPr>
          <w:p>
            <w:r>
              <w:t>三等奖</w:t>
            </w:r>
          </w:p>
        </w:tc>
        <w:tc>
          <w:tcPr>
            <w:tcW w:type="dxa" w:w="2880"/>
          </w:tcPr>
          <w:p>
            <w:r>
              <w:t>3</w:t>
            </w:r>
          </w:p>
        </w:tc>
        <w:tc>
          <w:tcPr>
            <w:tcW w:type="dxa" w:w="2880"/>
          </w:tcPr>
          <w:p/>
        </w:tc>
      </w:tr>
      <w:tr>
        <w:tc>
          <w:tcPr>
            <w:tcW w:type="dxa" w:w="2880"/>
          </w:tcPr>
          <w:p>
            <w:r>
              <w:t>市厅级</w:t>
            </w:r>
          </w:p>
        </w:tc>
        <w:tc>
          <w:tcPr>
            <w:tcW w:type="dxa" w:w="2880"/>
          </w:tcPr>
          <w:p>
            <w:r>
              <w:t>特等奖</w:t>
            </w:r>
          </w:p>
        </w:tc>
        <w:tc>
          <w:tcPr>
            <w:tcW w:type="dxa" w:w="2880"/>
          </w:tcPr>
          <w:p>
            <w:r>
              <w:t>4</w:t>
            </w:r>
          </w:p>
        </w:tc>
      </w:tr>
      <w:tr>
        <w:tc>
          <w:tcPr>
            <w:tcW w:type="dxa" w:w="2880"/>
          </w:tcPr>
          <w:p>
            <w:r>
              <w:t>一等奖</w:t>
            </w:r>
          </w:p>
        </w:tc>
        <w:tc>
          <w:tcPr>
            <w:tcW w:type="dxa" w:w="2880"/>
          </w:tcPr>
          <w:p>
            <w:r>
              <w:t>3</w:t>
            </w:r>
          </w:p>
        </w:tc>
        <w:tc>
          <w:tcPr>
            <w:tcW w:type="dxa" w:w="2880"/>
          </w:tcPr>
          <w:p/>
        </w:tc>
      </w:tr>
      <w:tr>
        <w:tc>
          <w:tcPr>
            <w:tcW w:type="dxa" w:w="2880"/>
          </w:tcPr>
          <w:p>
            <w:r>
              <w:t>二等奖</w:t>
            </w:r>
          </w:p>
        </w:tc>
        <w:tc>
          <w:tcPr>
            <w:tcW w:type="dxa" w:w="2880"/>
          </w:tcPr>
          <w:p>
            <w:r>
              <w:t>2</w:t>
            </w:r>
          </w:p>
        </w:tc>
        <w:tc>
          <w:tcPr>
            <w:tcW w:type="dxa" w:w="2880"/>
          </w:tcPr>
          <w:p/>
        </w:tc>
      </w:tr>
      <w:tr>
        <w:tc>
          <w:tcPr>
            <w:tcW w:type="dxa" w:w="2880"/>
          </w:tcPr>
          <w:p>
            <w:r>
              <w:t>三等奖</w:t>
            </w:r>
          </w:p>
        </w:tc>
        <w:tc>
          <w:tcPr>
            <w:tcW w:type="dxa" w:w="2880"/>
          </w:tcPr>
          <w:p>
            <w:r>
              <w:t>1</w:t>
            </w:r>
          </w:p>
        </w:tc>
        <w:tc>
          <w:tcPr>
            <w:tcW w:type="dxa" w:w="2880"/>
          </w:tcPr>
          <w:p/>
        </w:tc>
      </w:tr>
    </w:tbl>
    <w:p>
      <w:r>
        <w:t>说明：1.“三大赛”是指参加“互联网+”大学生创新创业大赛、“挑战杯”全国大学生课外学术科技作品竞赛（简称大挑）、“挑战杯”中国大学生创业计划竞赛（简称小挑）; 2.参加“三大赛”，排名前三按100%赋分，排名第四位到第八位，赋分按50%计算，其他成员按10%计算；除“三大赛”外其他比赛，排名第一按100%赋分，排名第二按50%赋分，排名第三按20%赋分，其他成员按5%赋分。</w:t>
      </w:r>
    </w:p>
    <w:p>
      <w:r>
        <w:t>2、候补名单的确定：在拟推荐初选名单外，其余所有参与综合测评的申请人（不分专业）按综合评价成绩由高到底，前两名按序进入候补名单。候补名单同样经学院党政联席会议审议通过后，与拟推荐初选名单一并报学校教务处。</w:t>
      </w:r>
    </w:p>
    <w:p>
      <w:r>
        <w:t>六、工作纪律、回避报备与材料归档</w:t>
      </w:r>
    </w:p>
    <w:p>
      <w:r>
        <w:t>（一）回避与报备</w:t>
      </w:r>
    </w:p>
    <w:p>
      <w:r>
        <w:t>学院中层及以上领导干部、推免工作小组成员及工作人员，如有直系亲属或其他利益相关者报名参加本年度推免，应主动向本单位报备并全程回避，不得参与相关的资格审核、材料认定、评分评议、排序和名单审定等环节；如有非直系亲属等报名参加本单位推免，应主动向本单位报备，并在综合考核中加强监督和管理。相关学生申请推免资格时也应主动报备声明。相关报备材料请于9月6日前提交至学院教务办公室，由学院存档备查并报教务处备案。</w:t>
      </w:r>
    </w:p>
    <w:p>
      <w:r>
        <w:t>对未按规定报备声明回避关系的推免相关工作人员，学校将依规依纪严肃处理；对未按规定报备声明回避关系且影响推免过程和结果公平公正的学生，学校将取消其推免资格。</w:t>
      </w:r>
    </w:p>
    <w:p>
      <w:r>
        <w:t>（二）加分指标认定审核</w:t>
      </w:r>
    </w:p>
    <w:p>
      <w:r>
        <w:t>各加分项目由学院根据学生提供的相应证明材料逐项认定审核。其中，科研成果、竞赛获奖、国际组织实习等加分项由材料审核专家组根据材料审核鉴定、学生公开答辩等情况进行审核评价。未通过认定审核的加分项目，一律不得计分。</w:t>
      </w:r>
    </w:p>
    <w:p>
      <w:r>
        <w:t>（三）材料归档</w:t>
      </w:r>
    </w:p>
    <w:p>
      <w:r>
        <w:t>学院教务办公室完整保存当届推免工作全过程材料。纸质材料保留不少于1年，电子扫描版和录音录像等电子材料保留不少于5年，涉及在办信访、举报或诉讼事项的延长至事项办结后2年；所有纸质材料均须电子扫描保存，按届别建立归档台账，并将材料清单报教务处备案。</w:t>
      </w:r>
    </w:p>
    <w:p>
      <w:r>
        <w:t>七、咨询及申诉渠道</w:t>
      </w:r>
    </w:p>
    <w:p>
      <w:r>
        <w:t>评定结果在学校范围内进行不少于7天的公示。对研究生推免评审过程和结果有异议的学生及相关人员，可在公示阶段实名向学院推免领导小组提出申诉，申诉电话：0512-67165806，邮箱：xuhaiyang@suda.edu.cn，联系人：徐老师，学院推免工作小组将及时研究并予以答复。如仍存异议，可实名向学校教务处申诉，申诉电话：0512-67163652，邮箱：xlhu@suda.edu.cn，联系人：胡老师。</w:t>
      </w:r>
    </w:p>
    <w:p>
      <w:r>
        <w:t>八、其他事项说明</w:t>
      </w:r>
    </w:p>
    <w:p>
      <w:r>
        <w:t>有关考核信息请查询金属材料与先进制造学院网站。上述推免办法解释权属金属材料与先进制造学院推免生遴选工作小组，若与学校的文件和规定冲突，以学校文件和规定为准。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