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沙钢钢铁学院推荐优秀应届本科毕业生 2023年免试攻读研究生实施细则</w:t>
      </w:r>
    </w:p>
    <w:p>
      <w:r>
        <w:t>为促进我院推荐优秀应届本科毕业生免试攻读学位研究生（以下简称“推免生”）工作的健康发展，进一步提高研究生招生工作质量，根据苏州大学有关文件精神，并结合我院的实际情况，特制定本办法。</w:t>
      </w:r>
    </w:p>
    <w:p>
      <w:r>
        <w:t>一、推免工作的组织管理</w:t>
      </w:r>
    </w:p>
    <w:p>
      <w:r>
        <w:t>成立沙钢钢铁学院推免生遴选工作小组</w:t>
      </w:r>
    </w:p>
    <w:p>
      <w:r>
        <w:t>组长：院长、党委书记</w:t>
      </w:r>
    </w:p>
    <w:p>
      <w:r>
        <w:t>成员：院教学副院长、院科研副院长、党委副书记、党委纪检委员、院各系主任、院本科毕业年级辅导员等</w:t>
      </w:r>
    </w:p>
    <w:p>
      <w:r>
        <w:t>二、推荐对象和基本条件</w:t>
      </w:r>
    </w:p>
    <w:p>
      <w:r>
        <w:t>推免生从我院纳入国家普通本科招生计划录取的应届毕业生中择优遴选。参加遴选的学生须符合以下基本条件：</w:t>
      </w:r>
    </w:p>
    <w:p>
      <w:r>
        <w:t>1、拥护党的领导，坚定社会主义信念，具有高尚的爱国主义情操和集体主义精神，社会责任感强，遵纪守法，积极向上，身心健康；品行表现优良，无任何违法违纪受处分记录或受处分记录解除后品德表现优良；诚实守信，学风端正，无任何剽窃他人学术成果等学术不端记录。</w:t>
      </w:r>
    </w:p>
    <w:p>
      <w:r>
        <w:t>2、纳入国家普通本科招生计划录取的应届本科毕业生（不含第二学士学位专业学生）。</w:t>
      </w:r>
    </w:p>
    <w:p>
      <w:r>
        <w:t>3、具有学术研究的兴趣和潜力，学习刻苦、勤奋，且成绩优秀。已修课程成绩全部合格，即记录百分制的课程学分绩点达1.0及以上、记录等级的课程成绩达D及以上等级（体育保健班学生体育课程标注为“保健”）；取得毕业要求总学分的四分之三以上（含四分之三）学分；课程平均学分绩点（GPA）在本专业名列前茅,外语水平优秀；申请时必修课程无“弃考”记录。</w:t>
      </w:r>
    </w:p>
    <w:p>
      <w:r>
        <w:t>三、综合评价方案及遴选办法</w:t>
      </w:r>
    </w:p>
    <w:p>
      <w:r>
        <w:t>1、按照《苏州大学推荐优秀应届本科毕业生免试攻读研究生工作实施办法（2021年修订）》第十三条规定的应回避和应报备的推免工作人员，应于9月9日（周五）前，向学院进行回避申请或报备登记。工作人员回避申请或报备、学生报备书等材料，由学院存档备查。</w:t>
      </w:r>
    </w:p>
    <w:p>
      <w:r>
        <w:t>2、综合评价成绩（满分500分）＝学业成绩（GPA*100）+发展素质成绩（满分100分），其中，发展素质成绩按以下五项打分：参加入伍服兵役（最高20分）、参加志愿服务（最高10分）、到国际组织实习（最高10分）、科研成果（最高30分）、竞赛获奖（最高30分）。综合评价成绩分数相同时，以学业成绩（GPA*100）排序；若学业成绩（GPA*100）仍然相同，则GPA成绩取小数点后两位进行排序。学生在某一方面中有多项加分情况时，原则上只取一项，不得为仅符合单一或部分遴选指标的学生单列计划或破格推荐。各单项指标的具体说明及上限分值，如下所述：</w:t>
      </w:r>
    </w:p>
    <w:p>
      <w:r>
        <w:t>1）参加志愿服务年时长达36小时计10分，每少一小时扣一分，扣完为止。</w:t>
      </w:r>
    </w:p>
    <w:p>
      <w:r>
        <w:t>2）关于国际组织的认定，可参阅人力资源和社会保障部国际组织人才服务信息网的“了解国际组织”栏目，网站链接：（http://io.mohrss.gov.cn/col/1002/index.html）</w:t>
      </w:r>
    </w:p>
    <w:p>
      <w:r>
        <w:t>3）表1《科研成果评分表》，各项得分不可累计，取最高分计入。</w:t>
      </w:r>
    </w:p>
    <w:p>
      <w:r>
        <w:t>表1：科研成果评分表</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项目类别</w:t>
            </w:r>
          </w:p>
        </w:tc>
        <w:tc>
          <w:tcPr>
            <w:tcW w:type="dxa" w:w="1728"/>
          </w:tcPr>
          <w:p>
            <w:r>
              <w:t>项目名称</w:t>
            </w:r>
          </w:p>
        </w:tc>
        <w:tc>
          <w:tcPr>
            <w:tcW w:type="dxa" w:w="1728"/>
          </w:tcPr>
          <w:p>
            <w:r>
              <w:t>分值</w:t>
            </w:r>
          </w:p>
        </w:tc>
        <w:tc>
          <w:tcPr>
            <w:tcW w:type="dxa" w:w="1728"/>
          </w:tcPr>
          <w:p>
            <w:r>
              <w:t>备注</w:t>
            </w:r>
          </w:p>
        </w:tc>
        <w:tc>
          <w:tcPr>
            <w:tcW w:type="dxa" w:w="1728"/>
          </w:tcPr>
          <w:p/>
        </w:tc>
      </w:tr>
      <w:tr>
        <w:tc>
          <w:tcPr>
            <w:tcW w:type="dxa" w:w="1728"/>
          </w:tcPr>
          <w:p>
            <w:r>
              <w:t>学术论文</w:t>
            </w:r>
          </w:p>
        </w:tc>
        <w:tc>
          <w:tcPr>
            <w:tcW w:type="dxa" w:w="1728"/>
          </w:tcPr>
          <w:p>
            <w:r>
              <w:t>发表SCI期刊论文第一作者</w:t>
            </w:r>
          </w:p>
        </w:tc>
        <w:tc>
          <w:tcPr>
            <w:tcW w:type="dxa" w:w="1728"/>
          </w:tcPr>
          <w:p>
            <w:r>
              <w:t>30</w:t>
            </w:r>
          </w:p>
        </w:tc>
        <w:tc>
          <w:tcPr>
            <w:tcW w:type="dxa" w:w="1728"/>
          </w:tcPr>
          <w:p>
            <w:r>
              <w:t>SCI、EI、ISTP需有收录证明，第二作者按第一作者分值的30%计算(指导老师第一，学生第二作者按50%计算)，其他作者按第一作者分值的10%计算</w:t>
            </w:r>
          </w:p>
        </w:tc>
        <w:tc>
          <w:tcPr>
            <w:tcW w:type="dxa" w:w="1728"/>
          </w:tcPr>
          <w:p/>
        </w:tc>
      </w:tr>
      <w:tr>
        <w:tc>
          <w:tcPr>
            <w:tcW w:type="dxa" w:w="1728"/>
          </w:tcPr>
          <w:p>
            <w:r>
              <w:t>发表EI期刊论文第一作者</w:t>
            </w:r>
          </w:p>
        </w:tc>
        <w:tc>
          <w:tcPr>
            <w:tcW w:type="dxa" w:w="1728"/>
          </w:tcPr>
          <w:p>
            <w:r>
              <w:t>25</w:t>
            </w:r>
          </w:p>
        </w:tc>
        <w:tc>
          <w:tcPr>
            <w:tcW w:type="dxa" w:w="1728"/>
          </w:tcPr>
          <w:p/>
        </w:tc>
        <w:tc>
          <w:tcPr>
            <w:tcW w:type="dxa" w:w="1728"/>
          </w:tcPr>
          <w:p/>
        </w:tc>
        <w:tc>
          <w:tcPr>
            <w:tcW w:type="dxa" w:w="1728"/>
          </w:tcPr>
          <w:p/>
        </w:tc>
      </w:tr>
      <w:tr>
        <w:tc>
          <w:tcPr>
            <w:tcW w:type="dxa" w:w="1728"/>
          </w:tcPr>
          <w:p>
            <w:r>
              <w:t>发表EI、ISTP会议论文第一作者</w:t>
            </w:r>
          </w:p>
        </w:tc>
        <w:tc>
          <w:tcPr>
            <w:tcW w:type="dxa" w:w="1728"/>
          </w:tcPr>
          <w:p>
            <w:r>
              <w:t>20</w:t>
            </w:r>
          </w:p>
        </w:tc>
        <w:tc>
          <w:tcPr>
            <w:tcW w:type="dxa" w:w="1728"/>
          </w:tcPr>
          <w:p/>
        </w:tc>
        <w:tc>
          <w:tcPr>
            <w:tcW w:type="dxa" w:w="1728"/>
          </w:tcPr>
          <w:p/>
        </w:tc>
        <w:tc>
          <w:tcPr>
            <w:tcW w:type="dxa" w:w="1728"/>
          </w:tcPr>
          <w:p/>
        </w:tc>
      </w:tr>
      <w:tr>
        <w:tc>
          <w:tcPr>
            <w:tcW w:type="dxa" w:w="1728"/>
          </w:tcPr>
          <w:p>
            <w:r>
              <w:t>发表中文核心期刊论文第一作者</w:t>
            </w:r>
          </w:p>
        </w:tc>
        <w:tc>
          <w:tcPr>
            <w:tcW w:type="dxa" w:w="1728"/>
          </w:tcPr>
          <w:p>
            <w:r>
              <w:t>20</w:t>
            </w:r>
          </w:p>
        </w:tc>
        <w:tc>
          <w:tcPr>
            <w:tcW w:type="dxa" w:w="1728"/>
          </w:tcPr>
          <w:p/>
        </w:tc>
        <w:tc>
          <w:tcPr>
            <w:tcW w:type="dxa" w:w="1728"/>
          </w:tcPr>
          <w:p/>
        </w:tc>
        <w:tc>
          <w:tcPr>
            <w:tcW w:type="dxa" w:w="1728"/>
          </w:tcPr>
          <w:p/>
        </w:tc>
      </w:tr>
      <w:tr>
        <w:tc>
          <w:tcPr>
            <w:tcW w:type="dxa" w:w="1728"/>
          </w:tcPr>
          <w:p>
            <w:r>
              <w:t>发表公开刊物论文第一作者</w:t>
            </w:r>
          </w:p>
        </w:tc>
        <w:tc>
          <w:tcPr>
            <w:tcW w:type="dxa" w:w="1728"/>
          </w:tcPr>
          <w:p>
            <w:r>
              <w:t>10</w:t>
            </w:r>
          </w:p>
        </w:tc>
        <w:tc>
          <w:tcPr>
            <w:tcW w:type="dxa" w:w="1728"/>
          </w:tcPr>
          <w:p/>
        </w:tc>
        <w:tc>
          <w:tcPr>
            <w:tcW w:type="dxa" w:w="1728"/>
          </w:tcPr>
          <w:p/>
        </w:tc>
        <w:tc>
          <w:tcPr>
            <w:tcW w:type="dxa" w:w="1728"/>
          </w:tcPr>
          <w:p/>
        </w:tc>
      </w:tr>
      <w:tr>
        <w:tc>
          <w:tcPr>
            <w:tcW w:type="dxa" w:w="1728"/>
          </w:tcPr>
          <w:p>
            <w:r>
              <w:t>发明创新</w:t>
            </w:r>
          </w:p>
        </w:tc>
        <w:tc>
          <w:tcPr>
            <w:tcW w:type="dxa" w:w="1728"/>
          </w:tcPr>
          <w:p>
            <w:r>
              <w:t>获国家发明专利授权第一发明人</w:t>
            </w:r>
          </w:p>
        </w:tc>
        <w:tc>
          <w:tcPr>
            <w:tcW w:type="dxa" w:w="1728"/>
          </w:tcPr>
          <w:p>
            <w:r>
              <w:t>30</w:t>
            </w:r>
          </w:p>
        </w:tc>
        <w:tc>
          <w:tcPr>
            <w:tcW w:type="dxa" w:w="1728"/>
          </w:tcPr>
          <w:p>
            <w:r>
              <w:t>第二发明人按第一发明人分值30%计算(指导老师第一，学生第二作者按50%计算)，其他发明人按第一发明人分值10%计算(申请有公开号但未授权按50%计算)</w:t>
            </w:r>
          </w:p>
        </w:tc>
        <w:tc>
          <w:tcPr>
            <w:tcW w:type="dxa" w:w="1728"/>
          </w:tcPr>
          <w:p/>
        </w:tc>
      </w:tr>
      <w:tr>
        <w:tc>
          <w:tcPr>
            <w:tcW w:type="dxa" w:w="1728"/>
          </w:tcPr>
          <w:p>
            <w:r>
              <w:t>获国家实用新型专利授权第一发明人</w:t>
            </w:r>
          </w:p>
        </w:tc>
        <w:tc>
          <w:tcPr>
            <w:tcW w:type="dxa" w:w="1728"/>
          </w:tcPr>
          <w:p>
            <w:r>
              <w:t>10</w:t>
            </w:r>
          </w:p>
        </w:tc>
        <w:tc>
          <w:tcPr>
            <w:tcW w:type="dxa" w:w="1728"/>
          </w:tcPr>
          <w:p/>
        </w:tc>
        <w:tc>
          <w:tcPr>
            <w:tcW w:type="dxa" w:w="1728"/>
          </w:tcPr>
          <w:p/>
        </w:tc>
        <w:tc>
          <w:tcPr>
            <w:tcW w:type="dxa" w:w="1728"/>
          </w:tcPr>
          <w:p/>
        </w:tc>
      </w:tr>
      <w:tr>
        <w:tc>
          <w:tcPr>
            <w:tcW w:type="dxa" w:w="1728"/>
          </w:tcPr>
          <w:p>
            <w:r>
              <w:t>获国家软件著作权第一发明人</w:t>
            </w:r>
          </w:p>
        </w:tc>
        <w:tc>
          <w:tcPr>
            <w:tcW w:type="dxa" w:w="1728"/>
          </w:tcPr>
          <w:p>
            <w:r>
              <w:t>10</w:t>
            </w:r>
          </w:p>
        </w:tc>
        <w:tc>
          <w:tcPr>
            <w:tcW w:type="dxa" w:w="1728"/>
          </w:tcPr>
          <w:p/>
        </w:tc>
        <w:tc>
          <w:tcPr>
            <w:tcW w:type="dxa" w:w="1728"/>
          </w:tcPr>
          <w:p/>
        </w:tc>
        <w:tc>
          <w:tcPr>
            <w:tcW w:type="dxa" w:w="1728"/>
          </w:tcPr>
          <w:p/>
        </w:tc>
      </w:tr>
      <w:tr>
        <w:tc>
          <w:tcPr>
            <w:tcW w:type="dxa" w:w="1728"/>
          </w:tcPr>
          <w:p>
            <w:r>
              <w:t>获国家外观专利授权第一发明人</w:t>
            </w:r>
          </w:p>
        </w:tc>
        <w:tc>
          <w:tcPr>
            <w:tcW w:type="dxa" w:w="1728"/>
          </w:tcPr>
          <w:p>
            <w:r>
              <w:t>10</w:t>
            </w:r>
          </w:p>
        </w:tc>
        <w:tc>
          <w:tcPr>
            <w:tcW w:type="dxa" w:w="1728"/>
          </w:tcPr>
          <w:p/>
        </w:tc>
        <w:tc>
          <w:tcPr>
            <w:tcW w:type="dxa" w:w="1728"/>
          </w:tcPr>
          <w:p/>
        </w:tc>
        <w:tc>
          <w:tcPr>
            <w:tcW w:type="dxa" w:w="1728"/>
          </w:tcPr>
          <w:p/>
        </w:tc>
      </w:tr>
      <w:tr>
        <w:tc>
          <w:tcPr>
            <w:tcW w:type="dxa" w:w="1728"/>
          </w:tcPr>
          <w:p>
            <w:r>
              <w:t>大学生课外科研项目</w:t>
            </w:r>
          </w:p>
        </w:tc>
        <w:tc>
          <w:tcPr>
            <w:tcW w:type="dxa" w:w="1728"/>
          </w:tcPr>
          <w:p>
            <w:r>
              <w:t>国家级</w:t>
            </w:r>
          </w:p>
        </w:tc>
        <w:tc>
          <w:tcPr>
            <w:tcW w:type="dxa" w:w="1728"/>
          </w:tcPr>
          <w:p>
            <w:r>
              <w:t>项目主持人</w:t>
            </w:r>
          </w:p>
        </w:tc>
        <w:tc>
          <w:tcPr>
            <w:tcW w:type="dxa" w:w="1728"/>
          </w:tcPr>
          <w:p>
            <w:r>
              <w:t>30</w:t>
            </w:r>
          </w:p>
        </w:tc>
        <w:tc>
          <w:tcPr>
            <w:tcW w:type="dxa" w:w="1728"/>
          </w:tcPr>
          <w:p>
            <w:r>
              <w:t>团队其他成员6分</w:t>
            </w:r>
          </w:p>
        </w:tc>
      </w:tr>
      <w:tr>
        <w:tc>
          <w:tcPr>
            <w:tcW w:type="dxa" w:w="1728"/>
          </w:tcPr>
          <w:p>
            <w:r>
              <w:t>莙政基金</w:t>
            </w:r>
          </w:p>
        </w:tc>
        <w:tc>
          <w:tcPr>
            <w:tcW w:type="dxa" w:w="1728"/>
          </w:tcPr>
          <w:p>
            <w:r>
              <w:t>项目主持人</w:t>
            </w:r>
          </w:p>
        </w:tc>
        <w:tc>
          <w:tcPr>
            <w:tcW w:type="dxa" w:w="1728"/>
          </w:tcPr>
          <w:p>
            <w:r>
              <w:t>30</w:t>
            </w:r>
          </w:p>
        </w:tc>
        <w:tc>
          <w:tcPr>
            <w:tcW w:type="dxa" w:w="1728"/>
          </w:tcPr>
          <w:p>
            <w:r/>
          </w:p>
        </w:tc>
        <w:tc>
          <w:tcPr>
            <w:tcW w:type="dxa" w:w="1728"/>
          </w:tcPr>
          <w:p/>
        </w:tc>
      </w:tr>
      <w:tr>
        <w:tc>
          <w:tcPr>
            <w:tcW w:type="dxa" w:w="1728"/>
          </w:tcPr>
          <w:p>
            <w:r>
              <w:t>省部级项目</w:t>
            </w:r>
          </w:p>
        </w:tc>
        <w:tc>
          <w:tcPr>
            <w:tcW w:type="dxa" w:w="1728"/>
          </w:tcPr>
          <w:p>
            <w:r>
              <w:t>项目主持人</w:t>
            </w:r>
          </w:p>
        </w:tc>
        <w:tc>
          <w:tcPr>
            <w:tcW w:type="dxa" w:w="1728"/>
          </w:tcPr>
          <w:p>
            <w:r>
              <w:t>15</w:t>
            </w:r>
          </w:p>
        </w:tc>
        <w:tc>
          <w:tcPr>
            <w:tcW w:type="dxa" w:w="1728"/>
          </w:tcPr>
          <w:p>
            <w:r>
              <w:t>团队其他成员5分</w:t>
            </w:r>
          </w:p>
        </w:tc>
        <w:tc>
          <w:tcPr>
            <w:tcW w:type="dxa" w:w="1728"/>
          </w:tcPr>
          <w:p/>
        </w:tc>
      </w:tr>
      <w:tr>
        <w:tc>
          <w:tcPr>
            <w:tcW w:type="dxa" w:w="1728"/>
          </w:tcPr>
          <w:p>
            <w:r>
              <w:t>校级重点项目</w:t>
            </w:r>
          </w:p>
        </w:tc>
        <w:tc>
          <w:tcPr>
            <w:tcW w:type="dxa" w:w="1728"/>
          </w:tcPr>
          <w:p>
            <w:r>
              <w:t>项目主持人</w:t>
            </w:r>
          </w:p>
        </w:tc>
        <w:tc>
          <w:tcPr>
            <w:tcW w:type="dxa" w:w="1728"/>
          </w:tcPr>
          <w:p>
            <w:r>
              <w:t>10</w:t>
            </w:r>
          </w:p>
        </w:tc>
        <w:tc>
          <w:tcPr>
            <w:tcW w:type="dxa" w:w="1728"/>
          </w:tcPr>
          <w:p>
            <w:r>
              <w:t>团队其他成员4.5分</w:t>
            </w:r>
          </w:p>
        </w:tc>
        <w:tc>
          <w:tcPr>
            <w:tcW w:type="dxa" w:w="1728"/>
          </w:tcPr>
          <w:p/>
        </w:tc>
      </w:tr>
      <w:tr>
        <w:tc>
          <w:tcPr>
            <w:tcW w:type="dxa" w:w="1728"/>
          </w:tcPr>
          <w:p>
            <w:r>
              <w:t>校级一般项目</w:t>
            </w:r>
          </w:p>
        </w:tc>
        <w:tc>
          <w:tcPr>
            <w:tcW w:type="dxa" w:w="1728"/>
          </w:tcPr>
          <w:p>
            <w:r>
              <w:t>项目主持人</w:t>
            </w:r>
          </w:p>
        </w:tc>
        <w:tc>
          <w:tcPr>
            <w:tcW w:type="dxa" w:w="1728"/>
          </w:tcPr>
          <w:p>
            <w:r>
              <w:t>8</w:t>
            </w:r>
          </w:p>
        </w:tc>
        <w:tc>
          <w:tcPr>
            <w:tcW w:type="dxa" w:w="1728"/>
          </w:tcPr>
          <w:p>
            <w:r>
              <w:t>团队其他成员4分</w:t>
            </w:r>
          </w:p>
        </w:tc>
        <w:tc>
          <w:tcPr>
            <w:tcW w:type="dxa" w:w="1728"/>
          </w:tcPr>
          <w:p/>
        </w:tc>
      </w:tr>
    </w:tbl>
    <w:p>
      <w:r>
        <w:t>说明：1.所发表论文作者单位需将苏州大学排为第一，所获奖励（专利）均需在大学在读期间获得，截止日期为《推荐免试研究生考生登记表》填表日期；2.所涉刊物等级以苏州大学科技部认定刊物等级为准；3.一项成果多次获奖以最高分者计；4.大学生课外科研项目提供结题证明。</w:t>
      </w:r>
    </w:p>
    <w:p>
      <w:r>
        <w:t>4）表２：《竞赛获奖评分表》，各项得分不可累计，取最高分计入。</w:t>
      </w:r>
    </w:p>
    <w:p>
      <w:r>
        <w:t>表2：竞赛获奖评分表</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科技/学科竞赛</w:t>
            </w:r>
          </w:p>
        </w:tc>
        <w:tc>
          <w:tcPr>
            <w:tcW w:type="dxa" w:w="1440"/>
          </w:tcPr>
          <w:p>
            <w:r>
              <w:t>国家级</w:t>
            </w:r>
          </w:p>
        </w:tc>
        <w:tc>
          <w:tcPr>
            <w:tcW w:type="dxa" w:w="1440"/>
          </w:tcPr>
          <w:p>
            <w:r>
              <w:t>个人（团体排名前三）特等奖</w:t>
            </w:r>
          </w:p>
        </w:tc>
        <w:tc>
          <w:tcPr>
            <w:tcW w:type="dxa" w:w="1440"/>
          </w:tcPr>
          <w:p>
            <w:r>
              <w:t>30</w:t>
            </w:r>
          </w:p>
        </w:tc>
        <w:tc>
          <w:tcPr>
            <w:tcW w:type="dxa" w:w="1440"/>
          </w:tcPr>
          <w:p>
            <w:r>
              <w:t>30</w:t>
            </w:r>
          </w:p>
        </w:tc>
        <w:tc>
          <w:tcPr>
            <w:tcW w:type="dxa" w:w="1440"/>
          </w:tcPr>
          <w:p>
            <w:r>
              <w:t>团队其他成员11分</w:t>
            </w:r>
          </w:p>
        </w:tc>
      </w:tr>
      <w:tr>
        <w:tc>
          <w:tcPr>
            <w:tcW w:type="dxa" w:w="1440"/>
          </w:tcPr>
          <w:p>
            <w:r>
              <w:t>个人（团体排名前三）一等奖</w:t>
            </w:r>
          </w:p>
        </w:tc>
        <w:tc>
          <w:tcPr>
            <w:tcW w:type="dxa" w:w="1440"/>
          </w:tcPr>
          <w:p>
            <w:r>
              <w:t>25</w:t>
            </w:r>
          </w:p>
        </w:tc>
        <w:tc>
          <w:tcPr>
            <w:tcW w:type="dxa" w:w="1440"/>
          </w:tcPr>
          <w:p>
            <w:r>
              <w:t>团队其他成员9分</w:t>
            </w:r>
          </w:p>
        </w:tc>
        <w:tc>
          <w:tcPr>
            <w:tcW w:type="dxa" w:w="1440"/>
          </w:tcPr>
          <w:p/>
        </w:tc>
        <w:tc>
          <w:tcPr>
            <w:tcW w:type="dxa" w:w="1440"/>
          </w:tcPr>
          <w:p/>
        </w:tc>
        <w:tc>
          <w:tcPr>
            <w:tcW w:type="dxa" w:w="1440"/>
          </w:tcPr>
          <w:p/>
        </w:tc>
      </w:tr>
      <w:tr>
        <w:tc>
          <w:tcPr>
            <w:tcW w:type="dxa" w:w="1440"/>
          </w:tcPr>
          <w:p>
            <w:r>
              <w:t>个人（团体排名前三）二等奖</w:t>
            </w:r>
          </w:p>
        </w:tc>
        <w:tc>
          <w:tcPr>
            <w:tcW w:type="dxa" w:w="1440"/>
          </w:tcPr>
          <w:p>
            <w:r>
              <w:t>20</w:t>
            </w:r>
          </w:p>
        </w:tc>
        <w:tc>
          <w:tcPr>
            <w:tcW w:type="dxa" w:w="1440"/>
          </w:tcPr>
          <w:p>
            <w:r>
              <w:t>团队其他成员8分</w:t>
            </w:r>
          </w:p>
        </w:tc>
        <w:tc>
          <w:tcPr>
            <w:tcW w:type="dxa" w:w="1440"/>
          </w:tcPr>
          <w:p/>
        </w:tc>
        <w:tc>
          <w:tcPr>
            <w:tcW w:type="dxa" w:w="1440"/>
          </w:tcPr>
          <w:p/>
        </w:tc>
        <w:tc>
          <w:tcPr>
            <w:tcW w:type="dxa" w:w="1440"/>
          </w:tcPr>
          <w:p/>
        </w:tc>
      </w:tr>
      <w:tr>
        <w:tc>
          <w:tcPr>
            <w:tcW w:type="dxa" w:w="1440"/>
          </w:tcPr>
          <w:p>
            <w:r>
              <w:t>个人（团体排名前二）三等奖</w:t>
            </w:r>
          </w:p>
        </w:tc>
        <w:tc>
          <w:tcPr>
            <w:tcW w:type="dxa" w:w="1440"/>
          </w:tcPr>
          <w:p>
            <w:r>
              <w:t>15</w:t>
            </w:r>
          </w:p>
        </w:tc>
        <w:tc>
          <w:tcPr>
            <w:tcW w:type="dxa" w:w="1440"/>
          </w:tcPr>
          <w:p>
            <w:r>
              <w:t>团队其他成员7分</w:t>
            </w:r>
          </w:p>
        </w:tc>
        <w:tc>
          <w:tcPr>
            <w:tcW w:type="dxa" w:w="1440"/>
          </w:tcPr>
          <w:p/>
        </w:tc>
        <w:tc>
          <w:tcPr>
            <w:tcW w:type="dxa" w:w="1440"/>
          </w:tcPr>
          <w:p/>
        </w:tc>
        <w:tc>
          <w:tcPr>
            <w:tcW w:type="dxa" w:w="1440"/>
          </w:tcPr>
          <w:p/>
        </w:tc>
      </w:tr>
      <w:tr>
        <w:tc>
          <w:tcPr>
            <w:tcW w:type="dxa" w:w="1440"/>
          </w:tcPr>
          <w:p>
            <w:r>
              <w:t>省部级</w:t>
            </w:r>
          </w:p>
        </w:tc>
        <w:tc>
          <w:tcPr>
            <w:tcW w:type="dxa" w:w="1440"/>
          </w:tcPr>
          <w:p>
            <w:r>
              <w:t>个人（团体排名前三）特等奖</w:t>
            </w:r>
          </w:p>
        </w:tc>
        <w:tc>
          <w:tcPr>
            <w:tcW w:type="dxa" w:w="1440"/>
          </w:tcPr>
          <w:p>
            <w:r>
              <w:t>20</w:t>
            </w:r>
          </w:p>
        </w:tc>
        <w:tc>
          <w:tcPr>
            <w:tcW w:type="dxa" w:w="1440"/>
          </w:tcPr>
          <w:p>
            <w:r>
              <w:t>20</w:t>
            </w:r>
          </w:p>
        </w:tc>
        <w:tc>
          <w:tcPr>
            <w:tcW w:type="dxa" w:w="1440"/>
          </w:tcPr>
          <w:p>
            <w:r>
              <w:t>团队其他成员8分</w:t>
            </w:r>
          </w:p>
        </w:tc>
        <w:tc>
          <w:tcPr>
            <w:tcW w:type="dxa" w:w="1440"/>
          </w:tcPr>
          <w:p/>
        </w:tc>
      </w:tr>
      <w:tr>
        <w:tc>
          <w:tcPr>
            <w:tcW w:type="dxa" w:w="1440"/>
          </w:tcPr>
          <w:p>
            <w:r>
              <w:t>个人（团体排名前三）一等奖</w:t>
            </w:r>
          </w:p>
        </w:tc>
        <w:tc>
          <w:tcPr>
            <w:tcW w:type="dxa" w:w="1440"/>
          </w:tcPr>
          <w:p>
            <w:r>
              <w:t>18</w:t>
            </w:r>
          </w:p>
        </w:tc>
        <w:tc>
          <w:tcPr>
            <w:tcW w:type="dxa" w:w="1440"/>
          </w:tcPr>
          <w:p>
            <w:r>
              <w:t>团队其他成员7分</w:t>
            </w:r>
          </w:p>
        </w:tc>
        <w:tc>
          <w:tcPr>
            <w:tcW w:type="dxa" w:w="1440"/>
          </w:tcPr>
          <w:p/>
        </w:tc>
        <w:tc>
          <w:tcPr>
            <w:tcW w:type="dxa" w:w="1440"/>
          </w:tcPr>
          <w:p/>
        </w:tc>
        <w:tc>
          <w:tcPr>
            <w:tcW w:type="dxa" w:w="1440"/>
          </w:tcPr>
          <w:p/>
        </w:tc>
      </w:tr>
      <w:tr>
        <w:tc>
          <w:tcPr>
            <w:tcW w:type="dxa" w:w="1440"/>
          </w:tcPr>
          <w:p>
            <w:r>
              <w:t>个人（团体排名前二）二等奖</w:t>
            </w:r>
          </w:p>
        </w:tc>
        <w:tc>
          <w:tcPr>
            <w:tcW w:type="dxa" w:w="1440"/>
          </w:tcPr>
          <w:p>
            <w:r>
              <w:t>15</w:t>
            </w:r>
          </w:p>
        </w:tc>
        <w:tc>
          <w:tcPr>
            <w:tcW w:type="dxa" w:w="1440"/>
          </w:tcPr>
          <w:p>
            <w:r>
              <w:t>团队其他成员6分</w:t>
            </w:r>
          </w:p>
        </w:tc>
        <w:tc>
          <w:tcPr>
            <w:tcW w:type="dxa" w:w="1440"/>
          </w:tcPr>
          <w:p/>
        </w:tc>
        <w:tc>
          <w:tcPr>
            <w:tcW w:type="dxa" w:w="1440"/>
          </w:tcPr>
          <w:p/>
        </w:tc>
        <w:tc>
          <w:tcPr>
            <w:tcW w:type="dxa" w:w="1440"/>
          </w:tcPr>
          <w:p/>
        </w:tc>
      </w:tr>
      <w:tr>
        <w:tc>
          <w:tcPr>
            <w:tcW w:type="dxa" w:w="1440"/>
          </w:tcPr>
          <w:p>
            <w:r>
              <w:t>个人（团体排名前二）三等奖</w:t>
            </w:r>
          </w:p>
        </w:tc>
        <w:tc>
          <w:tcPr>
            <w:tcW w:type="dxa" w:w="1440"/>
          </w:tcPr>
          <w:p>
            <w:r>
              <w:t>13</w:t>
            </w:r>
          </w:p>
        </w:tc>
        <w:tc>
          <w:tcPr>
            <w:tcW w:type="dxa" w:w="1440"/>
          </w:tcPr>
          <w:p>
            <w:r>
              <w:t>团队其他成员5分</w:t>
            </w:r>
          </w:p>
        </w:tc>
        <w:tc>
          <w:tcPr>
            <w:tcW w:type="dxa" w:w="1440"/>
          </w:tcPr>
          <w:p/>
        </w:tc>
        <w:tc>
          <w:tcPr>
            <w:tcW w:type="dxa" w:w="1440"/>
          </w:tcPr>
          <w:p/>
        </w:tc>
        <w:tc>
          <w:tcPr>
            <w:tcW w:type="dxa" w:w="1440"/>
          </w:tcPr>
          <w:p/>
        </w:tc>
      </w:tr>
      <w:tr>
        <w:tc>
          <w:tcPr>
            <w:tcW w:type="dxa" w:w="1440"/>
          </w:tcPr>
          <w:p>
            <w:r>
              <w:t>市厅级校级</w:t>
            </w:r>
          </w:p>
        </w:tc>
        <w:tc>
          <w:tcPr>
            <w:tcW w:type="dxa" w:w="1440"/>
          </w:tcPr>
          <w:p>
            <w:r>
              <w:t>个人（团体排名前二）一等奖</w:t>
            </w:r>
          </w:p>
        </w:tc>
        <w:tc>
          <w:tcPr>
            <w:tcW w:type="dxa" w:w="1440"/>
          </w:tcPr>
          <w:p>
            <w:r>
              <w:t>13</w:t>
            </w:r>
          </w:p>
        </w:tc>
        <w:tc>
          <w:tcPr>
            <w:tcW w:type="dxa" w:w="1440"/>
          </w:tcPr>
          <w:p>
            <w:r>
              <w:t>13</w:t>
            </w:r>
          </w:p>
        </w:tc>
        <w:tc>
          <w:tcPr>
            <w:tcW w:type="dxa" w:w="1440"/>
          </w:tcPr>
          <w:p>
            <w:r>
              <w:t>团队其他成员6分</w:t>
            </w:r>
          </w:p>
        </w:tc>
        <w:tc>
          <w:tcPr>
            <w:tcW w:type="dxa" w:w="1440"/>
          </w:tcPr>
          <w:p/>
        </w:tc>
      </w:tr>
      <w:tr>
        <w:tc>
          <w:tcPr>
            <w:tcW w:type="dxa" w:w="1440"/>
          </w:tcPr>
          <w:p>
            <w:r>
              <w:t>个人（团体排名前二）二等奖</w:t>
            </w:r>
          </w:p>
        </w:tc>
        <w:tc>
          <w:tcPr>
            <w:tcW w:type="dxa" w:w="1440"/>
          </w:tcPr>
          <w:p>
            <w:r>
              <w:t>10</w:t>
            </w:r>
          </w:p>
        </w:tc>
        <w:tc>
          <w:tcPr>
            <w:tcW w:type="dxa" w:w="1440"/>
          </w:tcPr>
          <w:p>
            <w:r>
              <w:t>团队其他成员5分</w:t>
            </w:r>
          </w:p>
        </w:tc>
        <w:tc>
          <w:tcPr>
            <w:tcW w:type="dxa" w:w="1440"/>
          </w:tcPr>
          <w:p/>
        </w:tc>
        <w:tc>
          <w:tcPr>
            <w:tcW w:type="dxa" w:w="1440"/>
          </w:tcPr>
          <w:p/>
        </w:tc>
        <w:tc>
          <w:tcPr>
            <w:tcW w:type="dxa" w:w="1440"/>
          </w:tcPr>
          <w:p/>
        </w:tc>
      </w:tr>
      <w:tr>
        <w:tc>
          <w:tcPr>
            <w:tcW w:type="dxa" w:w="1440"/>
          </w:tcPr>
          <w:p>
            <w:r>
              <w:t>个人（团体排名前一）三等奖</w:t>
            </w:r>
          </w:p>
        </w:tc>
        <w:tc>
          <w:tcPr>
            <w:tcW w:type="dxa" w:w="1440"/>
          </w:tcPr>
          <w:p>
            <w:r>
              <w:t>8</w:t>
            </w:r>
          </w:p>
        </w:tc>
        <w:tc>
          <w:tcPr>
            <w:tcW w:type="dxa" w:w="1440"/>
          </w:tcPr>
          <w:p>
            <w:r>
              <w:t>团队其他成员4分</w:t>
            </w:r>
          </w:p>
        </w:tc>
        <w:tc>
          <w:tcPr>
            <w:tcW w:type="dxa" w:w="1440"/>
          </w:tcPr>
          <w:p/>
        </w:tc>
        <w:tc>
          <w:tcPr>
            <w:tcW w:type="dxa" w:w="1440"/>
          </w:tcPr>
          <w:p/>
        </w:tc>
        <w:tc>
          <w:tcPr>
            <w:tcW w:type="dxa" w:w="1440"/>
          </w:tcPr>
          <w:p/>
        </w:tc>
      </w:tr>
    </w:tbl>
    <w:p>
      <w:r>
        <w:t>四、名额分配与时间安排</w:t>
      </w:r>
    </w:p>
    <w:p>
      <w:r>
        <w:t>1、名额分配：冶金工程专业：6人，金属材料工程专业：7人。</w:t>
      </w:r>
    </w:p>
    <w:p>
      <w:r>
        <w:t>2、申请安排：符合推免申请条件的2023届预毕业本科生，于9月5日10：00-8日23：00，登录“苏州大学本科生推免申请系统”（网址：http://tmsq.jwb.suda.edu.cn/，外网需先登学校VPN），点击“推免申请”自愿申请并上传相关证明材料电子稿。申请时请务必认真阅读页面内的全部提示内容；申请时间截止，系统自动关闭，学生不能再补申请。</w:t>
      </w:r>
    </w:p>
    <w:p>
      <w:r>
        <w:t>3、申请材料报送：学生在推免系统中提交申请后，即在“申请查询”里下载并打印推免申请表（签名）、中文成绩单（可自行在教务处在线预约系统下载打印），连同本人发展素质相关的佐证材料（含参军入伍服兵役、参加志愿服务、到国际组织实习、科研成果、竞赛获奖等），于申请时间截止前一并打包证明扫描件发邮件至656394865@qq.com。</w:t>
      </w:r>
    </w:p>
    <w:p>
      <w:r>
        <w:t>4、9月13日（周二）12:00前。由教务秘书在“苏州大学本科生推免申请系统”完成学生申请资格的在线审核操作。</w:t>
      </w:r>
    </w:p>
    <w:p>
      <w:r>
        <w:t>5、综合测评及遴选：学院于9月18日前严格按《苏州大学推荐优秀应届本科毕业生免试攻读研究生工作实施办法（2021年修订）》、学院实施细则等，对符合申请资格的学生展开综合测评，并在学校下达的限额内，根据申请者综合评价成绩，按专业排序确定拟推荐学生初选名单后，于9月19日前报学校教务处。</w:t>
      </w:r>
    </w:p>
    <w:p>
      <w:r>
        <w:t>五、其它事宜</w:t>
      </w:r>
    </w:p>
    <w:p>
      <w:r>
        <w:t>有关考核信息请查询沙钢钢铁学院网站。上述推免办法解释权属沙钢钢铁学院硕士研究生推免领导小组，若与学校的文件和规定冲突，以学校文件和规定为准。评定结果在学校范围内进行不少于10个工作日的公示。对研究生推免评审过程和结果有异议的学生及相关人员，可在公示阶段实名向学院推免领导小组提出申诉，申诉电话：0512-69590019，邮箱：xuhaiyang@suda.edu.cn，联系人：徐老师，学院推免领导小组及时研究并予以答复。如仍存异议，可实名向学校教务处申诉，申诉电话：0512-67163652，邮箱：pumanli@suda.edu.cn联系人：教务处学籍科。</w:t>
      </w:r>
    </w:p>
    <w:p>
      <w:r>
        <w:t>沙钢钢铁学院</w:t>
      </w:r>
    </w:p>
    <w:p>
      <w:r>
        <w:t>二〇二二年九月五日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