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沙钢钢铁学院推荐优秀应届本科毕业生2020年免试攻读硕士研究生实施细则</w:t>
      </w:r>
    </w:p>
    <w:p>
      <w:r>
        <w:t>为促进我院推荐优秀应届本科毕业生免试攻读硕士学位研究生（以下简称“推免生”）工作的健康发展，进一步提高研究生招生工作质量，根据苏州大学有关文件精神，并结合我院的实际情况，特制定本办法。</w:t>
      </w:r>
    </w:p>
    <w:p>
      <w:r>
        <w:t>一、推免的组织管理工作</w:t>
      </w:r>
    </w:p>
    <w:p>
      <w:r>
        <w:t>1、成立沙钢钢铁学院推免生遴选工作领导小组</w:t>
      </w:r>
    </w:p>
    <w:p>
      <w:r>
        <w:t>二、推免条件</w:t>
      </w:r>
    </w:p>
    <w:p>
      <w:r>
        <w:t>推免生从我院纳入国家普通本科招生计划录取的应届毕业生中择优遴选。参加遴选的学生须符合以下基本条件：</w:t>
      </w:r>
    </w:p>
    <w:p>
      <w:r>
        <w:t>1.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2.具有学术研究的兴趣和潜力，学习刻苦、勤奋，且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3.对有特殊学术专长或具有突出培养潜质者（以下简称“学术特长生”），经三名以上本校本专业教授联名推荐，经学院推免生遴选工作小组严格审查，学校推免生遴选工作领导小组复审，可不受上述“ 2 ”的限制。学院推免生遴选工作小组是“学术特长生”审查的第一责任主体。“学术特长生”的具体条件按《关于教授联名推荐“学术特长生”免试攻读硕士学位研究生的有关说明》执行。</w:t>
      </w:r>
    </w:p>
    <w:p>
      <w:r>
        <w:t>三、综合面试方式及内容</w:t>
      </w:r>
    </w:p>
    <w:p>
      <w:r>
        <w:t>1、成立沙钢钢铁学院推免生遴选工作小组</w:t>
      </w:r>
    </w:p>
    <w:p>
      <w:r>
        <w:t>2、名额分配：冶金专业：4人，金属专业：4人。</w:t>
      </w:r>
    </w:p>
    <w:p>
      <w:r>
        <w:t>3、学院组织专家组负责对列入初选名单的申请者进行综合考核，旨在考察申请人的本科学习基础，以及是否具有进入硕士阶段学习的素养、潜能等综合能力。重点考核申请人的综合英语，沟通表达与逻辑思维，专业素养、科研与创新等方面的综合能力。本院规定推免生的综合英语能力满分为50分，主要通过对考生进行英语听力、口语测试，一档为3-5分；沟通表达与逻辑思维能力满分为60分，一档为3-5分；思想品德、专业素养满分60分，档为3-5分，对考生思想品德考核作为推免生遴选的重要内容和录取重要依据，对思想品德考核不合格者不予推荐录取，重点考察申请人的本科学习基础，通过主要专业课程进行综合面试；科研与创新能力满分为30分（见表1《科研与创新能力评分表》，各项得分可累加，但最高分不得超过30分）。</w:t>
      </w:r>
    </w:p>
    <w:p>
      <w:r>
        <w:t>表1.科研与创新能力评分表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项目类别</w:t>
            </w:r>
          </w:p>
        </w:tc>
        <w:tc>
          <w:tcPr>
            <w:tcW w:type="dxa" w:w="1440"/>
          </w:tcPr>
          <w:p>
            <w:r>
              <w:t>项目名称</w:t>
            </w:r>
          </w:p>
        </w:tc>
        <w:tc>
          <w:tcPr>
            <w:tcW w:type="dxa" w:w="1440"/>
          </w:tcPr>
          <w:p>
            <w:r>
              <w:t>总分</w:t>
            </w:r>
          </w:p>
        </w:tc>
        <w:tc>
          <w:tcPr>
            <w:tcW w:type="dxa" w:w="1440"/>
          </w:tcPr>
          <w:p>
            <w:r>
              <w:t>分值</w:t>
            </w:r>
          </w:p>
        </w:tc>
        <w:tc>
          <w:tcPr>
            <w:tcW w:type="dxa" w:w="1440"/>
          </w:tcPr>
          <w:p>
            <w:r>
              <w:t>备注</w:t>
            </w:r>
          </w:p>
        </w:tc>
        <w:tc>
          <w:tcPr>
            <w:tcW w:type="dxa" w:w="1440"/>
          </w:tcPr>
          <w:p/>
        </w:tc>
      </w:tr>
      <w:tr>
        <w:tc>
          <w:tcPr>
            <w:tcW w:type="dxa" w:w="1440"/>
          </w:tcPr>
          <w:p>
            <w:r>
              <w:t>学术论文</w:t>
            </w:r>
          </w:p>
        </w:tc>
        <w:tc>
          <w:tcPr>
            <w:tcW w:type="dxa" w:w="1440"/>
          </w:tcPr>
          <w:p>
            <w:r>
              <w:t>发表SCI期刊论文第一作者</w:t>
            </w:r>
          </w:p>
        </w:tc>
        <w:tc>
          <w:tcPr>
            <w:tcW w:type="dxa" w:w="1440"/>
          </w:tcPr>
          <w:p>
            <w:r>
              <w:t>20</w:t>
            </w:r>
          </w:p>
        </w:tc>
        <w:tc>
          <w:tcPr>
            <w:tcW w:type="dxa" w:w="1440"/>
          </w:tcPr>
          <w:p>
            <w:r>
              <w:t>20</w:t>
            </w:r>
          </w:p>
        </w:tc>
        <w:tc>
          <w:tcPr>
            <w:tcW w:type="dxa" w:w="1440"/>
          </w:tcPr>
          <w:p>
            <w:r>
              <w:t>SCI、EI、ISTP需有收录证明，第二作者按第一作者分值的30%计算(指导老师第一，学生第二作者按50%计算)，其他作者按第一作者分值的10%计算</w:t>
            </w:r>
          </w:p>
        </w:tc>
        <w:tc>
          <w:tcPr>
            <w:tcW w:type="dxa" w:w="1440"/>
          </w:tcPr>
          <w:p/>
        </w:tc>
      </w:tr>
      <w:tr>
        <w:tc>
          <w:tcPr>
            <w:tcW w:type="dxa" w:w="1440"/>
          </w:tcPr>
          <w:p>
            <w:r>
              <w:t>发表EI期刊论文第一作者</w:t>
            </w:r>
          </w:p>
        </w:tc>
        <w:tc>
          <w:tcPr>
            <w:tcW w:type="dxa" w:w="1440"/>
          </w:tcPr>
          <w:p>
            <w:r>
              <w:t>15</w:t>
            </w:r>
          </w:p>
        </w:tc>
        <w:tc>
          <w:tcPr>
            <w:tcW w:type="dxa" w:w="1440"/>
          </w:tcPr>
          <w:p>
            <w:r>
              <w:t>15</w:t>
            </w:r>
          </w:p>
        </w:tc>
        <w:tc>
          <w:tcPr>
            <w:tcW w:type="dxa" w:w="1440"/>
          </w:tcPr>
          <w:p/>
        </w:tc>
        <w:tc>
          <w:tcPr>
            <w:tcW w:type="dxa" w:w="1440"/>
          </w:tcPr>
          <w:p/>
        </w:tc>
        <w:tc>
          <w:tcPr>
            <w:tcW w:type="dxa" w:w="1440"/>
          </w:tcPr>
          <w:p/>
        </w:tc>
      </w:tr>
      <w:tr>
        <w:tc>
          <w:tcPr>
            <w:tcW w:type="dxa" w:w="1440"/>
          </w:tcPr>
          <w:p>
            <w:r>
              <w:t>发表EI、ISTP会议论文第一作者</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发表中文核心期刊论文第一作者</w:t>
            </w:r>
          </w:p>
        </w:tc>
        <w:tc>
          <w:tcPr>
            <w:tcW w:type="dxa" w:w="1440"/>
          </w:tcPr>
          <w:p>
            <w:r>
              <w:t>10</w:t>
            </w:r>
          </w:p>
        </w:tc>
        <w:tc>
          <w:tcPr>
            <w:tcW w:type="dxa" w:w="1440"/>
          </w:tcPr>
          <w:p>
            <w:r>
              <w:t>10</w:t>
            </w:r>
          </w:p>
        </w:tc>
        <w:tc>
          <w:tcPr>
            <w:tcW w:type="dxa" w:w="1440"/>
          </w:tcPr>
          <w:p/>
        </w:tc>
        <w:tc>
          <w:tcPr>
            <w:tcW w:type="dxa" w:w="1440"/>
          </w:tcPr>
          <w:p/>
        </w:tc>
        <w:tc>
          <w:tcPr>
            <w:tcW w:type="dxa" w:w="1440"/>
          </w:tcPr>
          <w:p/>
        </w:tc>
      </w:tr>
      <w:tr>
        <w:tc>
          <w:tcPr>
            <w:tcW w:type="dxa" w:w="1440"/>
          </w:tcPr>
          <w:p>
            <w:r>
              <w:t>发表公开刊物论文第一作者</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发明创新</w:t>
            </w:r>
          </w:p>
        </w:tc>
        <w:tc>
          <w:tcPr>
            <w:tcW w:type="dxa" w:w="1440"/>
          </w:tcPr>
          <w:p>
            <w:r>
              <w:t>获国家发明专利授权第一发明人</w:t>
            </w:r>
          </w:p>
        </w:tc>
        <w:tc>
          <w:tcPr>
            <w:tcW w:type="dxa" w:w="1440"/>
          </w:tcPr>
          <w:p>
            <w:r>
              <w:t>25</w:t>
            </w:r>
          </w:p>
        </w:tc>
        <w:tc>
          <w:tcPr>
            <w:tcW w:type="dxa" w:w="1440"/>
          </w:tcPr>
          <w:p>
            <w:r>
              <w:t>25</w:t>
            </w:r>
          </w:p>
        </w:tc>
        <w:tc>
          <w:tcPr>
            <w:tcW w:type="dxa" w:w="1440"/>
          </w:tcPr>
          <w:p>
            <w:r>
              <w:t>第二发明人按第一发明人分值30%计算(指导老师第一，学生第二作者按50%计算)，其他发明人按第一发明人分值10%计算(申请有公开号但未授权按50%计算)</w:t>
            </w:r>
          </w:p>
        </w:tc>
        <w:tc>
          <w:tcPr>
            <w:tcW w:type="dxa" w:w="1440"/>
          </w:tcPr>
          <w:p/>
        </w:tc>
      </w:tr>
      <w:tr>
        <w:tc>
          <w:tcPr>
            <w:tcW w:type="dxa" w:w="1440"/>
          </w:tcPr>
          <w:p>
            <w:r>
              <w:t>获国家实用新型专利授权第一发明人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获国家软件著作权第一发明人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获国家外观专利授权第一发明人</w:t>
            </w:r>
          </w:p>
        </w:tc>
        <w:tc>
          <w:tcPr>
            <w:tcW w:type="dxa" w:w="1440"/>
          </w:tcPr>
          <w:p>
            <w:r>
              <w:t>5</w:t>
            </w:r>
          </w:p>
        </w:tc>
        <w:tc>
          <w:tcPr>
            <w:tcW w:type="dxa" w:w="1440"/>
          </w:tcPr>
          <w:p>
            <w:r>
              <w:t>5</w:t>
            </w:r>
          </w:p>
        </w:tc>
        <w:tc>
          <w:tcPr>
            <w:tcW w:type="dxa" w:w="1440"/>
          </w:tcPr>
          <w:p/>
        </w:tc>
        <w:tc>
          <w:tcPr>
            <w:tcW w:type="dxa" w:w="1440"/>
          </w:tcPr>
          <w:p/>
        </w:tc>
        <w:tc>
          <w:tcPr>
            <w:tcW w:type="dxa" w:w="1440"/>
          </w:tcPr>
          <w:p/>
        </w:tc>
      </w:tr>
      <w:tr>
        <w:tc>
          <w:tcPr>
            <w:tcW w:type="dxa" w:w="1440"/>
          </w:tcPr>
          <w:p>
            <w:r>
              <w:t>科技/学科竞赛</w:t>
            </w:r>
          </w:p>
        </w:tc>
        <w:tc>
          <w:tcPr>
            <w:tcW w:type="dxa" w:w="1440"/>
          </w:tcPr>
          <w:p>
            <w:r>
              <w:t>国家级</w:t>
            </w:r>
          </w:p>
        </w:tc>
        <w:tc>
          <w:tcPr>
            <w:tcW w:type="dxa" w:w="1440"/>
          </w:tcPr>
          <w:p>
            <w:r>
              <w:t>个人（团体排名前三）特等奖</w:t>
            </w:r>
          </w:p>
        </w:tc>
        <w:tc>
          <w:tcPr>
            <w:tcW w:type="dxa" w:w="1440"/>
          </w:tcPr>
          <w:p>
            <w:r>
              <w:t>25</w:t>
            </w:r>
          </w:p>
        </w:tc>
        <w:tc>
          <w:tcPr>
            <w:tcW w:type="dxa" w:w="1440"/>
          </w:tcPr>
          <w:p>
            <w:r>
              <w:t>25</w:t>
            </w:r>
          </w:p>
        </w:tc>
        <w:tc>
          <w:tcPr>
            <w:tcW w:type="dxa" w:w="1440"/>
          </w:tcPr>
          <w:p>
            <w:r>
              <w:t>团队其他成员8分</w:t>
            </w:r>
          </w:p>
        </w:tc>
      </w:tr>
      <w:tr>
        <w:tc>
          <w:tcPr>
            <w:tcW w:type="dxa" w:w="1440"/>
          </w:tcPr>
          <w:p>
            <w:r>
              <w:t>个人（团体排名前三）一等奖</w:t>
            </w:r>
          </w:p>
        </w:tc>
        <w:tc>
          <w:tcPr>
            <w:tcW w:type="dxa" w:w="1440"/>
          </w:tcPr>
          <w:p>
            <w:r>
              <w:t>20</w:t>
            </w:r>
          </w:p>
        </w:tc>
        <w:tc>
          <w:tcPr>
            <w:tcW w:type="dxa" w:w="1440"/>
          </w:tcPr>
          <w:p>
            <w:r>
              <w:t>团队其他成员6分</w:t>
            </w:r>
          </w:p>
        </w:tc>
        <w:tc>
          <w:tcPr>
            <w:tcW w:type="dxa" w:w="1440"/>
          </w:tcPr>
          <w:p/>
        </w:tc>
        <w:tc>
          <w:tcPr>
            <w:tcW w:type="dxa" w:w="1440"/>
          </w:tcPr>
          <w:p/>
        </w:tc>
        <w:tc>
          <w:tcPr>
            <w:tcW w:type="dxa" w:w="1440"/>
          </w:tcPr>
          <w:p/>
        </w:tc>
      </w:tr>
      <w:tr>
        <w:tc>
          <w:tcPr>
            <w:tcW w:type="dxa" w:w="1440"/>
          </w:tcPr>
          <w:p>
            <w:r>
              <w:t>个人（团体排名前三）二等奖</w:t>
            </w:r>
          </w:p>
        </w:tc>
        <w:tc>
          <w:tcPr>
            <w:tcW w:type="dxa" w:w="1440"/>
          </w:tcPr>
          <w:p>
            <w:r>
              <w:t>15</w:t>
            </w:r>
          </w:p>
        </w:tc>
        <w:tc>
          <w:tcPr>
            <w:tcW w:type="dxa" w:w="1440"/>
          </w:tcPr>
          <w:p>
            <w:r>
              <w:t>团队其他成员5分</w:t>
            </w:r>
          </w:p>
        </w:tc>
        <w:tc>
          <w:tcPr>
            <w:tcW w:type="dxa" w:w="1440"/>
          </w:tcPr>
          <w:p/>
        </w:tc>
        <w:tc>
          <w:tcPr>
            <w:tcW w:type="dxa" w:w="1440"/>
          </w:tcPr>
          <w:p/>
        </w:tc>
        <w:tc>
          <w:tcPr>
            <w:tcW w:type="dxa" w:w="1440"/>
          </w:tcPr>
          <w:p/>
        </w:tc>
      </w:tr>
      <w:tr>
        <w:tc>
          <w:tcPr>
            <w:tcW w:type="dxa" w:w="1440"/>
          </w:tcPr>
          <w:p>
            <w:r>
              <w:t>个人（团体排名前二）三等奖</w:t>
            </w:r>
          </w:p>
        </w:tc>
        <w:tc>
          <w:tcPr>
            <w:tcW w:type="dxa" w:w="1440"/>
          </w:tcPr>
          <w:p>
            <w:r>
              <w:t>10</w:t>
            </w:r>
          </w:p>
        </w:tc>
        <w:tc>
          <w:tcPr>
            <w:tcW w:type="dxa" w:w="1440"/>
          </w:tcPr>
          <w:p>
            <w:r>
              <w:t>团队其他成员4分</w:t>
            </w:r>
          </w:p>
        </w:tc>
        <w:tc>
          <w:tcPr>
            <w:tcW w:type="dxa" w:w="1440"/>
          </w:tcPr>
          <w:p/>
        </w:tc>
        <w:tc>
          <w:tcPr>
            <w:tcW w:type="dxa" w:w="1440"/>
          </w:tcPr>
          <w:p/>
        </w:tc>
        <w:tc>
          <w:tcPr>
            <w:tcW w:type="dxa" w:w="1440"/>
          </w:tcPr>
          <w:p/>
        </w:tc>
      </w:tr>
      <w:tr>
        <w:tc>
          <w:tcPr>
            <w:tcW w:type="dxa" w:w="1440"/>
          </w:tcPr>
          <w:p>
            <w:r>
              <w:t>省部级</w:t>
            </w:r>
          </w:p>
        </w:tc>
        <w:tc>
          <w:tcPr>
            <w:tcW w:type="dxa" w:w="1440"/>
          </w:tcPr>
          <w:p>
            <w:r>
              <w:t>个人（团体排名前三）特等奖</w:t>
            </w:r>
          </w:p>
        </w:tc>
        <w:tc>
          <w:tcPr>
            <w:tcW w:type="dxa" w:w="1440"/>
          </w:tcPr>
          <w:p>
            <w:r>
              <w:t>15</w:t>
            </w:r>
          </w:p>
        </w:tc>
        <w:tc>
          <w:tcPr>
            <w:tcW w:type="dxa" w:w="1440"/>
          </w:tcPr>
          <w:p>
            <w:r>
              <w:t>15</w:t>
            </w:r>
          </w:p>
        </w:tc>
        <w:tc>
          <w:tcPr>
            <w:tcW w:type="dxa" w:w="1440"/>
          </w:tcPr>
          <w:p>
            <w:r>
              <w:t>团队其他成员5分</w:t>
            </w:r>
          </w:p>
        </w:tc>
        <w:tc>
          <w:tcPr>
            <w:tcW w:type="dxa" w:w="1440"/>
          </w:tcPr>
          <w:p/>
        </w:tc>
      </w:tr>
      <w:tr>
        <w:tc>
          <w:tcPr>
            <w:tcW w:type="dxa" w:w="1440"/>
          </w:tcPr>
          <w:p>
            <w:r>
              <w:t>个人（团体排名前三）一等奖</w:t>
            </w:r>
          </w:p>
        </w:tc>
        <w:tc>
          <w:tcPr>
            <w:tcW w:type="dxa" w:w="1440"/>
          </w:tcPr>
          <w:p>
            <w:r>
              <w:t>10</w:t>
            </w:r>
          </w:p>
        </w:tc>
        <w:tc>
          <w:tcPr>
            <w:tcW w:type="dxa" w:w="1440"/>
          </w:tcPr>
          <w:p>
            <w:r>
              <w:t>团队其他成员4分</w:t>
            </w:r>
          </w:p>
        </w:tc>
        <w:tc>
          <w:tcPr>
            <w:tcW w:type="dxa" w:w="1440"/>
          </w:tcPr>
          <w:p/>
        </w:tc>
        <w:tc>
          <w:tcPr>
            <w:tcW w:type="dxa" w:w="1440"/>
          </w:tcPr>
          <w:p/>
        </w:tc>
        <w:tc>
          <w:tcPr>
            <w:tcW w:type="dxa" w:w="1440"/>
          </w:tcPr>
          <w:p/>
        </w:tc>
      </w:tr>
      <w:tr>
        <w:tc>
          <w:tcPr>
            <w:tcW w:type="dxa" w:w="1440"/>
          </w:tcPr>
          <w:p>
            <w:r>
              <w:t>个人（团体排名前二）二等奖</w:t>
            </w:r>
          </w:p>
        </w:tc>
        <w:tc>
          <w:tcPr>
            <w:tcW w:type="dxa" w:w="1440"/>
          </w:tcPr>
          <w:p>
            <w:r>
              <w:t>10</w:t>
            </w:r>
          </w:p>
        </w:tc>
        <w:tc>
          <w:tcPr>
            <w:tcW w:type="dxa" w:w="1440"/>
          </w:tcPr>
          <w:p>
            <w:r>
              <w:t>团队其他成员3分</w:t>
            </w:r>
          </w:p>
        </w:tc>
        <w:tc>
          <w:tcPr>
            <w:tcW w:type="dxa" w:w="1440"/>
          </w:tcPr>
          <w:p/>
        </w:tc>
        <w:tc>
          <w:tcPr>
            <w:tcW w:type="dxa" w:w="1440"/>
          </w:tcPr>
          <w:p/>
        </w:tc>
        <w:tc>
          <w:tcPr>
            <w:tcW w:type="dxa" w:w="1440"/>
          </w:tcPr>
          <w:p/>
        </w:tc>
      </w:tr>
      <w:tr>
        <w:tc>
          <w:tcPr>
            <w:tcW w:type="dxa" w:w="1440"/>
          </w:tcPr>
          <w:p>
            <w:r>
              <w:t>个人（团体排名前二）三等奖</w:t>
            </w:r>
          </w:p>
        </w:tc>
        <w:tc>
          <w:tcPr>
            <w:tcW w:type="dxa" w:w="1440"/>
          </w:tcPr>
          <w:p>
            <w:r>
              <w:t>5</w:t>
            </w:r>
          </w:p>
        </w:tc>
        <w:tc>
          <w:tcPr>
            <w:tcW w:type="dxa" w:w="1440"/>
          </w:tcPr>
          <w:p>
            <w:r>
              <w:t>团队其他成员2分</w:t>
            </w:r>
          </w:p>
        </w:tc>
        <w:tc>
          <w:tcPr>
            <w:tcW w:type="dxa" w:w="1440"/>
          </w:tcPr>
          <w:p/>
        </w:tc>
        <w:tc>
          <w:tcPr>
            <w:tcW w:type="dxa" w:w="1440"/>
          </w:tcPr>
          <w:p/>
        </w:tc>
        <w:tc>
          <w:tcPr>
            <w:tcW w:type="dxa" w:w="1440"/>
          </w:tcPr>
          <w:p/>
        </w:tc>
      </w:tr>
      <w:tr>
        <w:tc>
          <w:tcPr>
            <w:tcW w:type="dxa" w:w="1440"/>
          </w:tcPr>
          <w:p>
            <w:r>
              <w:t>市厅级校级</w:t>
            </w:r>
          </w:p>
        </w:tc>
        <w:tc>
          <w:tcPr>
            <w:tcW w:type="dxa" w:w="1440"/>
          </w:tcPr>
          <w:p>
            <w:r>
              <w:t>个人（团体排名前二）一等奖</w:t>
            </w:r>
          </w:p>
        </w:tc>
        <w:tc>
          <w:tcPr>
            <w:tcW w:type="dxa" w:w="1440"/>
          </w:tcPr>
          <w:p>
            <w:r>
              <w:t>8</w:t>
            </w:r>
          </w:p>
        </w:tc>
        <w:tc>
          <w:tcPr>
            <w:tcW w:type="dxa" w:w="1440"/>
          </w:tcPr>
          <w:p>
            <w:r>
              <w:t>8</w:t>
            </w:r>
          </w:p>
        </w:tc>
        <w:tc>
          <w:tcPr>
            <w:tcW w:type="dxa" w:w="1440"/>
          </w:tcPr>
          <w:p>
            <w:r>
              <w:t>团队其他成员3分</w:t>
            </w:r>
          </w:p>
        </w:tc>
        <w:tc>
          <w:tcPr>
            <w:tcW w:type="dxa" w:w="1440"/>
          </w:tcPr>
          <w:p/>
        </w:tc>
      </w:tr>
      <w:tr>
        <w:tc>
          <w:tcPr>
            <w:tcW w:type="dxa" w:w="1440"/>
          </w:tcPr>
          <w:p>
            <w:r>
              <w:t>个人（团体排名前二）二等奖</w:t>
            </w:r>
          </w:p>
        </w:tc>
        <w:tc>
          <w:tcPr>
            <w:tcW w:type="dxa" w:w="1440"/>
          </w:tcPr>
          <w:p>
            <w:r>
              <w:t>5</w:t>
            </w:r>
          </w:p>
        </w:tc>
        <w:tc>
          <w:tcPr>
            <w:tcW w:type="dxa" w:w="1440"/>
          </w:tcPr>
          <w:p>
            <w:r>
              <w:t>团队其他成员2分</w:t>
            </w:r>
          </w:p>
        </w:tc>
        <w:tc>
          <w:tcPr>
            <w:tcW w:type="dxa" w:w="1440"/>
          </w:tcPr>
          <w:p/>
        </w:tc>
        <w:tc>
          <w:tcPr>
            <w:tcW w:type="dxa" w:w="1440"/>
          </w:tcPr>
          <w:p/>
        </w:tc>
        <w:tc>
          <w:tcPr>
            <w:tcW w:type="dxa" w:w="1440"/>
          </w:tcPr>
          <w:p/>
        </w:tc>
      </w:tr>
      <w:tr>
        <w:tc>
          <w:tcPr>
            <w:tcW w:type="dxa" w:w="1440"/>
          </w:tcPr>
          <w:p>
            <w:r>
              <w:t>个人（团体排名前一）三等奖</w:t>
            </w:r>
          </w:p>
        </w:tc>
        <w:tc>
          <w:tcPr>
            <w:tcW w:type="dxa" w:w="1440"/>
          </w:tcPr>
          <w:p>
            <w:r>
              <w:t>3</w:t>
            </w:r>
          </w:p>
        </w:tc>
        <w:tc>
          <w:tcPr>
            <w:tcW w:type="dxa" w:w="1440"/>
          </w:tcPr>
          <w:p>
            <w:r>
              <w:t>团队其他成员1分</w:t>
            </w:r>
          </w:p>
        </w:tc>
        <w:tc>
          <w:tcPr>
            <w:tcW w:type="dxa" w:w="1440"/>
          </w:tcPr>
          <w:p/>
        </w:tc>
        <w:tc>
          <w:tcPr>
            <w:tcW w:type="dxa" w:w="1440"/>
          </w:tcPr>
          <w:p/>
        </w:tc>
        <w:tc>
          <w:tcPr>
            <w:tcW w:type="dxa" w:w="1440"/>
          </w:tcPr>
          <w:p/>
        </w:tc>
      </w:tr>
      <w:tr>
        <w:tc>
          <w:tcPr>
            <w:tcW w:type="dxa" w:w="1440"/>
          </w:tcPr>
          <w:p>
            <w:r>
              <w:t>大学生课外科研项目</w:t>
            </w:r>
          </w:p>
        </w:tc>
        <w:tc>
          <w:tcPr>
            <w:tcW w:type="dxa" w:w="1440"/>
          </w:tcPr>
          <w:p>
            <w:r>
              <w:t>国家级</w:t>
            </w:r>
          </w:p>
        </w:tc>
        <w:tc>
          <w:tcPr>
            <w:tcW w:type="dxa" w:w="1440"/>
          </w:tcPr>
          <w:p>
            <w:r>
              <w:t>项目主持人</w:t>
            </w:r>
          </w:p>
        </w:tc>
        <w:tc>
          <w:tcPr>
            <w:tcW w:type="dxa" w:w="1440"/>
          </w:tcPr>
          <w:p>
            <w:r>
              <w:t>20</w:t>
            </w:r>
          </w:p>
        </w:tc>
        <w:tc>
          <w:tcPr>
            <w:tcW w:type="dxa" w:w="1440"/>
          </w:tcPr>
          <w:p>
            <w:r>
              <w:t>20</w:t>
            </w:r>
          </w:p>
        </w:tc>
        <w:tc>
          <w:tcPr>
            <w:tcW w:type="dxa" w:w="1440"/>
          </w:tcPr>
          <w:p>
            <w:r>
              <w:t>团队其他成员3分</w:t>
            </w:r>
          </w:p>
        </w:tc>
      </w:tr>
      <w:tr>
        <w:tc>
          <w:tcPr>
            <w:tcW w:type="dxa" w:w="1440"/>
          </w:tcPr>
          <w:p>
            <w:r>
              <w:t>莙政基金</w:t>
            </w:r>
          </w:p>
        </w:tc>
        <w:tc>
          <w:tcPr>
            <w:tcW w:type="dxa" w:w="1440"/>
          </w:tcPr>
          <w:p>
            <w:r>
              <w:t>项目主持人</w:t>
            </w:r>
          </w:p>
        </w:tc>
        <w:tc>
          <w:tcPr>
            <w:tcW w:type="dxa" w:w="1440"/>
          </w:tcPr>
          <w:p>
            <w:r>
              <w:t>20</w:t>
            </w:r>
          </w:p>
        </w:tc>
        <w:tc>
          <w:tcPr>
            <w:tcW w:type="dxa" w:w="1440"/>
          </w:tcPr>
          <w:p>
            <w:r>
              <w:t>20</w:t>
            </w:r>
          </w:p>
        </w:tc>
        <w:tc>
          <w:tcPr>
            <w:tcW w:type="dxa" w:w="1440"/>
          </w:tcPr>
          <w:p>
            <w:r/>
          </w:p>
        </w:tc>
        <w:tc>
          <w:tcPr>
            <w:tcW w:type="dxa" w:w="1440"/>
          </w:tcPr>
          <w:p/>
        </w:tc>
      </w:tr>
      <w:tr>
        <w:tc>
          <w:tcPr>
            <w:tcW w:type="dxa" w:w="1440"/>
          </w:tcPr>
          <w:p>
            <w:r>
              <w:t>省部级项目</w:t>
            </w:r>
          </w:p>
        </w:tc>
        <w:tc>
          <w:tcPr>
            <w:tcW w:type="dxa" w:w="1440"/>
          </w:tcPr>
          <w:p>
            <w:r>
              <w:t>项目主持人</w:t>
            </w:r>
          </w:p>
        </w:tc>
        <w:tc>
          <w:tcPr>
            <w:tcW w:type="dxa" w:w="1440"/>
          </w:tcPr>
          <w:p>
            <w:r>
              <w:t>10</w:t>
            </w:r>
          </w:p>
        </w:tc>
        <w:tc>
          <w:tcPr>
            <w:tcW w:type="dxa" w:w="1440"/>
          </w:tcPr>
          <w:p>
            <w:r>
              <w:t>10</w:t>
            </w:r>
          </w:p>
        </w:tc>
        <w:tc>
          <w:tcPr>
            <w:tcW w:type="dxa" w:w="1440"/>
          </w:tcPr>
          <w:p>
            <w:r>
              <w:t>团队其他成员2分</w:t>
            </w:r>
          </w:p>
        </w:tc>
        <w:tc>
          <w:tcPr>
            <w:tcW w:type="dxa" w:w="1440"/>
          </w:tcPr>
          <w:p/>
        </w:tc>
      </w:tr>
      <w:tr>
        <w:tc>
          <w:tcPr>
            <w:tcW w:type="dxa" w:w="1440"/>
          </w:tcPr>
          <w:p>
            <w:r>
              <w:t>校级重点项目</w:t>
            </w:r>
          </w:p>
        </w:tc>
        <w:tc>
          <w:tcPr>
            <w:tcW w:type="dxa" w:w="1440"/>
          </w:tcPr>
          <w:p>
            <w:r>
              <w:t>项目主持人</w:t>
            </w:r>
          </w:p>
        </w:tc>
        <w:tc>
          <w:tcPr>
            <w:tcW w:type="dxa" w:w="1440"/>
          </w:tcPr>
          <w:p>
            <w:r>
              <w:t>5</w:t>
            </w:r>
          </w:p>
        </w:tc>
        <w:tc>
          <w:tcPr>
            <w:tcW w:type="dxa" w:w="1440"/>
          </w:tcPr>
          <w:p>
            <w:r>
              <w:t>5</w:t>
            </w:r>
          </w:p>
        </w:tc>
        <w:tc>
          <w:tcPr>
            <w:tcW w:type="dxa" w:w="1440"/>
          </w:tcPr>
          <w:p>
            <w:r>
              <w:t>团队其他成员1.5分</w:t>
            </w:r>
          </w:p>
        </w:tc>
        <w:tc>
          <w:tcPr>
            <w:tcW w:type="dxa" w:w="1440"/>
          </w:tcPr>
          <w:p/>
        </w:tc>
      </w:tr>
      <w:tr>
        <w:tc>
          <w:tcPr>
            <w:tcW w:type="dxa" w:w="1440"/>
          </w:tcPr>
          <w:p>
            <w:r>
              <w:t>校级一般项目</w:t>
            </w:r>
          </w:p>
        </w:tc>
        <w:tc>
          <w:tcPr>
            <w:tcW w:type="dxa" w:w="1440"/>
          </w:tcPr>
          <w:p>
            <w:r>
              <w:t>项目主持人</w:t>
            </w:r>
          </w:p>
        </w:tc>
        <w:tc>
          <w:tcPr>
            <w:tcW w:type="dxa" w:w="1440"/>
          </w:tcPr>
          <w:p>
            <w:r>
              <w:t>3</w:t>
            </w:r>
          </w:p>
        </w:tc>
        <w:tc>
          <w:tcPr>
            <w:tcW w:type="dxa" w:w="1440"/>
          </w:tcPr>
          <w:p>
            <w:r>
              <w:t>3</w:t>
            </w:r>
          </w:p>
        </w:tc>
        <w:tc>
          <w:tcPr>
            <w:tcW w:type="dxa" w:w="1440"/>
          </w:tcPr>
          <w:p>
            <w:r>
              <w:t>团队其他成员1分</w:t>
            </w:r>
          </w:p>
        </w:tc>
        <w:tc>
          <w:tcPr>
            <w:tcW w:type="dxa" w:w="1440"/>
          </w:tcP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4.团体赛奖励分，各项得分不得累加，以最高分计。</w:t>
      </w:r>
    </w:p>
    <w:p>
      <w:r>
        <w:t>4、推免生的“考核总成绩”计算办法如下：考核总成绩=（GPA×100）+综合考核成绩，其中，综合考核成绩需≥120分（满分为200分）。申请教授联名推荐的特长生，其成果及科研能力等计入综合考核成绩内。综合考核应形成详细记录留存。</w:t>
      </w:r>
    </w:p>
    <w:p>
      <w:r>
        <w:t>四、时间安排</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日期</w:t>
            </w:r>
          </w:p>
        </w:tc>
        <w:tc>
          <w:tcPr>
            <w:tcW w:type="dxa" w:w="1728"/>
          </w:tcPr>
          <w:p>
            <w:r>
              <w:t>内容</w:t>
            </w:r>
          </w:p>
        </w:tc>
        <w:tc>
          <w:tcPr>
            <w:tcW w:type="dxa" w:w="1728"/>
          </w:tcPr>
          <w:p>
            <w:r>
              <w:t>时间</w:t>
            </w:r>
          </w:p>
        </w:tc>
        <w:tc>
          <w:tcPr>
            <w:tcW w:type="dxa" w:w="1728"/>
          </w:tcPr>
          <w:p>
            <w:r>
              <w:t>地点</w:t>
            </w:r>
          </w:p>
        </w:tc>
        <w:tc>
          <w:tcPr>
            <w:tcW w:type="dxa" w:w="1728"/>
          </w:tcPr>
          <w:p>
            <w:r>
              <w:t>联系人/电话</w:t>
            </w:r>
          </w:p>
        </w:tc>
      </w:tr>
      <w:tr>
        <w:tc>
          <w:tcPr>
            <w:tcW w:type="dxa" w:w="1728"/>
          </w:tcPr>
          <w:p>
            <w:r>
              <w:t>9月10日</w:t>
            </w:r>
          </w:p>
        </w:tc>
        <w:tc>
          <w:tcPr>
            <w:tcW w:type="dxa" w:w="1728"/>
          </w:tcPr>
          <w:p>
            <w:r>
              <w:t>提交材料</w:t>
            </w:r>
          </w:p>
        </w:tc>
        <w:tc>
          <w:tcPr>
            <w:tcW w:type="dxa" w:w="1728"/>
          </w:tcPr>
          <w:p>
            <w:r>
              <w:t>17:00</w:t>
            </w:r>
          </w:p>
        </w:tc>
        <w:tc>
          <w:tcPr>
            <w:tcW w:type="dxa" w:w="1728"/>
          </w:tcPr>
          <w:p>
            <w:r>
              <w:t>冶金楼4015</w:t>
            </w:r>
          </w:p>
        </w:tc>
        <w:tc>
          <w:tcPr>
            <w:tcW w:type="dxa" w:w="1728"/>
          </w:tcPr>
          <w:p>
            <w:r>
              <w:t>蔡老师/67165485</w:t>
            </w:r>
          </w:p>
        </w:tc>
      </w:tr>
      <w:tr>
        <w:tc>
          <w:tcPr>
            <w:tcW w:type="dxa" w:w="1728"/>
          </w:tcPr>
          <w:p>
            <w:r>
              <w:t>9月12日</w:t>
            </w:r>
          </w:p>
        </w:tc>
        <w:tc>
          <w:tcPr>
            <w:tcW w:type="dxa" w:w="1728"/>
          </w:tcPr>
          <w:p>
            <w:r>
              <w:t>综合面试</w:t>
            </w:r>
          </w:p>
        </w:tc>
        <w:tc>
          <w:tcPr>
            <w:tcW w:type="dxa" w:w="1728"/>
          </w:tcPr>
          <w:p>
            <w:r>
              <w:t>13:30</w:t>
            </w:r>
          </w:p>
        </w:tc>
        <w:tc>
          <w:tcPr>
            <w:tcW w:type="dxa" w:w="1728"/>
          </w:tcPr>
          <w:p>
            <w:r>
              <w:t>冶金楼4004</w:t>
            </w:r>
          </w:p>
        </w:tc>
        <w:tc>
          <w:tcPr>
            <w:tcW w:type="dxa" w:w="1728"/>
          </w:tcPr>
          <w:p>
            <w:r>
              <w:t>蔡老师/67165485</w:t>
            </w:r>
          </w:p>
        </w:tc>
      </w:tr>
    </w:tbl>
    <w:p>
      <w:r>
        <w:t>五、其它事宜</w:t>
      </w:r>
    </w:p>
    <w:p>
      <w:r>
        <w:t>有关考核信息请查询沙钢钢铁学院网页学院招生就业栏。上述推免办法解释权属沙钢钢铁学院硕士研究生推免领导小组，若与学校的文件和规定冲突，以学校文件和规定为准。评定结果在学校范围内进行不少于10个工作日的公示。对研究生推免评审过程和结果有异议的学生及相关人员，可在公示阶段向学院推免领导小组提出申诉，学院推免领导小组及时研究并予以答复。如仍存异议，可向学校有关管理部门投诉。</w:t>
      </w:r>
    </w:p>
    <w:p>
      <w:r>
        <w:t>备注：综合面试内容：冶金工程专业《钢铁冶金学》；金属材料工程专业《材料科学基础》、《金属塑性成形工艺》</w:t>
      </w:r>
    </w:p>
    <w:p>
      <w:r>
        <w:t>沙钢钢铁学院</w:t>
      </w:r>
    </w:p>
    <w:p>
      <w:r>
        <w:t>2019年9月6日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