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金属材料与先进制造学院2027年接收推荐免试研究生面试考核名单（第二批）</w:t>
      </w:r>
    </w:p>
    <w:p>
      <w:r>
        <w:t>金属材料与先进制造学院2027年接收推荐免试研究生面试考核名单（第二批）已经确定，现公布如下：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20273313266</w:t>
            </w:r>
          </w:p>
        </w:tc>
        <w:tc>
          <w:tcPr>
            <w:tcW w:type="dxa" w:w="2160"/>
          </w:tcPr>
          <w:p>
            <w:r>
              <w:t>陈柯羽</w:t>
            </w:r>
          </w:p>
        </w:tc>
        <w:tc>
          <w:tcPr>
            <w:tcW w:type="dxa" w:w="2160"/>
          </w:tcPr>
          <w:p>
            <w:r>
              <w:t>20273343970</w:t>
            </w:r>
          </w:p>
        </w:tc>
        <w:tc>
          <w:tcPr>
            <w:tcW w:type="dxa" w:w="2160"/>
          </w:tcPr>
          <w:p>
            <w:r>
              <w:t>陈品赫</w:t>
            </w:r>
          </w:p>
        </w:tc>
      </w:tr>
      <w:tr>
        <w:tc>
          <w:tcPr>
            <w:tcW w:type="dxa" w:w="2160"/>
          </w:tcPr>
          <w:p>
            <w:r>
              <w:t>20273320430</w:t>
            </w:r>
          </w:p>
        </w:tc>
        <w:tc>
          <w:tcPr>
            <w:tcW w:type="dxa" w:w="2160"/>
          </w:tcPr>
          <w:p>
            <w:r>
              <w:t>李馨茗</w:t>
            </w:r>
          </w:p>
        </w:tc>
        <w:tc>
          <w:tcPr>
            <w:tcW w:type="dxa" w:w="2160"/>
          </w:tcPr>
          <w:p>
            <w:r>
              <w:t>20273344461</w:t>
            </w:r>
          </w:p>
        </w:tc>
        <w:tc>
          <w:tcPr>
            <w:tcW w:type="dxa" w:w="2160"/>
          </w:tcPr>
          <w:p>
            <w:r>
              <w:t>邓语婷</w:t>
            </w:r>
          </w:p>
        </w:tc>
      </w:tr>
      <w:tr>
        <w:tc>
          <w:tcPr>
            <w:tcW w:type="dxa" w:w="2160"/>
          </w:tcPr>
          <w:p>
            <w:r>
              <w:t>20273326306</w:t>
            </w:r>
          </w:p>
        </w:tc>
        <w:tc>
          <w:tcPr>
            <w:tcW w:type="dxa" w:w="2160"/>
          </w:tcPr>
          <w:p>
            <w:r>
              <w:t>张峻豪</w:t>
            </w:r>
          </w:p>
        </w:tc>
        <w:tc>
          <w:tcPr>
            <w:tcW w:type="dxa" w:w="2160"/>
          </w:tcPr>
          <w:p>
            <w:r>
              <w:t>20273344631</w:t>
            </w:r>
          </w:p>
        </w:tc>
        <w:tc>
          <w:tcPr>
            <w:tcW w:type="dxa" w:w="2160"/>
          </w:tcPr>
          <w:p>
            <w:r>
              <w:t>吴焱</w:t>
            </w:r>
          </w:p>
        </w:tc>
      </w:tr>
      <w:tr>
        <w:tc>
          <w:tcPr>
            <w:tcW w:type="dxa" w:w="2160"/>
          </w:tcPr>
          <w:p>
            <w:r>
              <w:t>20273327709</w:t>
            </w:r>
          </w:p>
        </w:tc>
        <w:tc>
          <w:tcPr>
            <w:tcW w:type="dxa" w:w="2160"/>
          </w:tcPr>
          <w:p>
            <w:r>
              <w:t>韦新</w:t>
            </w:r>
          </w:p>
        </w:tc>
        <w:tc>
          <w:tcPr>
            <w:tcW w:type="dxa" w:w="2160"/>
          </w:tcPr>
          <w:p>
            <w:r>
              <w:t>20273344802</w:t>
            </w:r>
          </w:p>
        </w:tc>
        <w:tc>
          <w:tcPr>
            <w:tcW w:type="dxa" w:w="2160"/>
          </w:tcPr>
          <w:p>
            <w:r>
              <w:t>王佳慧</w:t>
            </w:r>
          </w:p>
        </w:tc>
      </w:tr>
      <w:tr>
        <w:tc>
          <w:tcPr>
            <w:tcW w:type="dxa" w:w="2160"/>
          </w:tcPr>
          <w:p>
            <w:r>
              <w:t>20273330739</w:t>
            </w:r>
          </w:p>
        </w:tc>
        <w:tc>
          <w:tcPr>
            <w:tcW w:type="dxa" w:w="2160"/>
          </w:tcPr>
          <w:p>
            <w:r>
              <w:t>胡月</w:t>
            </w:r>
          </w:p>
        </w:tc>
        <w:tc>
          <w:tcPr>
            <w:tcW w:type="dxa" w:w="2160"/>
          </w:tcPr>
          <w:p>
            <w:r>
              <w:t>20273345111</w:t>
            </w:r>
          </w:p>
        </w:tc>
        <w:tc>
          <w:tcPr>
            <w:tcW w:type="dxa" w:w="2160"/>
          </w:tcPr>
          <w:p>
            <w:r>
              <w:t>焦静哲</w:t>
            </w:r>
          </w:p>
        </w:tc>
      </w:tr>
      <w:tr>
        <w:tc>
          <w:tcPr>
            <w:tcW w:type="dxa" w:w="2160"/>
          </w:tcPr>
          <w:p>
            <w:r>
              <w:t>20273331572</w:t>
            </w:r>
          </w:p>
        </w:tc>
        <w:tc>
          <w:tcPr>
            <w:tcW w:type="dxa" w:w="2160"/>
          </w:tcPr>
          <w:p>
            <w:r>
              <w:t>潘莹莹</w:t>
            </w:r>
          </w:p>
        </w:tc>
        <w:tc>
          <w:tcPr>
            <w:tcW w:type="dxa" w:w="2160"/>
          </w:tcPr>
          <w:p>
            <w:r>
              <w:t>20273345239</w:t>
            </w:r>
          </w:p>
        </w:tc>
        <w:tc>
          <w:tcPr>
            <w:tcW w:type="dxa" w:w="2160"/>
          </w:tcPr>
          <w:p>
            <w:r>
              <w:t>李琪</w:t>
            </w:r>
          </w:p>
        </w:tc>
      </w:tr>
      <w:tr>
        <w:tc>
          <w:tcPr>
            <w:tcW w:type="dxa" w:w="2160"/>
          </w:tcPr>
          <w:p>
            <w:r>
              <w:t>20273331843</w:t>
            </w:r>
          </w:p>
        </w:tc>
        <w:tc>
          <w:tcPr>
            <w:tcW w:type="dxa" w:w="2160"/>
          </w:tcPr>
          <w:p>
            <w:r>
              <w:t>郭嘉明</w:t>
            </w:r>
          </w:p>
        </w:tc>
        <w:tc>
          <w:tcPr>
            <w:tcW w:type="dxa" w:w="2160"/>
          </w:tcPr>
          <w:p>
            <w:r>
              <w:t>20273345413</w:t>
            </w:r>
          </w:p>
        </w:tc>
        <w:tc>
          <w:tcPr>
            <w:tcW w:type="dxa" w:w="2160"/>
          </w:tcPr>
          <w:p>
            <w:r>
              <w:t>刘金</w:t>
            </w:r>
          </w:p>
        </w:tc>
      </w:tr>
      <w:tr>
        <w:tc>
          <w:tcPr>
            <w:tcW w:type="dxa" w:w="2160"/>
          </w:tcPr>
          <w:p>
            <w:r>
              <w:t>20273332135</w:t>
            </w:r>
          </w:p>
        </w:tc>
        <w:tc>
          <w:tcPr>
            <w:tcW w:type="dxa" w:w="2160"/>
          </w:tcPr>
          <w:p>
            <w:r>
              <w:t>于凡</w:t>
            </w:r>
          </w:p>
        </w:tc>
        <w:tc>
          <w:tcPr>
            <w:tcW w:type="dxa" w:w="2160"/>
          </w:tcPr>
          <w:p>
            <w:r>
              <w:t>20273345492</w:t>
            </w:r>
          </w:p>
        </w:tc>
        <w:tc>
          <w:tcPr>
            <w:tcW w:type="dxa" w:w="2160"/>
          </w:tcPr>
          <w:p>
            <w:r>
              <w:t>陈笑晴</w:t>
            </w:r>
          </w:p>
        </w:tc>
      </w:tr>
      <w:tr>
        <w:tc>
          <w:tcPr>
            <w:tcW w:type="dxa" w:w="2160"/>
          </w:tcPr>
          <w:p>
            <w:r>
              <w:t>20273332812</w:t>
            </w:r>
          </w:p>
        </w:tc>
        <w:tc>
          <w:tcPr>
            <w:tcW w:type="dxa" w:w="2160"/>
          </w:tcPr>
          <w:p>
            <w:r>
              <w:t>赵宽巍</w:t>
            </w:r>
          </w:p>
        </w:tc>
        <w:tc>
          <w:tcPr>
            <w:tcW w:type="dxa" w:w="2160"/>
          </w:tcPr>
          <w:p>
            <w:r>
              <w:t>20273345539</w:t>
            </w:r>
          </w:p>
        </w:tc>
        <w:tc>
          <w:tcPr>
            <w:tcW w:type="dxa" w:w="2160"/>
          </w:tcPr>
          <w:p>
            <w:r>
              <w:t>袁博</w:t>
            </w:r>
          </w:p>
        </w:tc>
      </w:tr>
      <w:tr>
        <w:tc>
          <w:tcPr>
            <w:tcW w:type="dxa" w:w="2160"/>
          </w:tcPr>
          <w:p>
            <w:r>
              <w:t>20273335514</w:t>
            </w:r>
          </w:p>
        </w:tc>
        <w:tc>
          <w:tcPr>
            <w:tcW w:type="dxa" w:w="2160"/>
          </w:tcPr>
          <w:p>
            <w:r>
              <w:t>丁怡林</w:t>
            </w:r>
          </w:p>
        </w:tc>
        <w:tc>
          <w:tcPr>
            <w:tcW w:type="dxa" w:w="2160"/>
          </w:tcPr>
          <w:p>
            <w:r>
              <w:t>20273345616</w:t>
            </w:r>
          </w:p>
        </w:tc>
        <w:tc>
          <w:tcPr>
            <w:tcW w:type="dxa" w:w="2160"/>
          </w:tcPr>
          <w:p>
            <w:r>
              <w:t>陈仔悦</w:t>
            </w:r>
          </w:p>
        </w:tc>
      </w:tr>
      <w:tr>
        <w:tc>
          <w:tcPr>
            <w:tcW w:type="dxa" w:w="2160"/>
          </w:tcPr>
          <w:p>
            <w:r>
              <w:t>20273338241</w:t>
            </w:r>
          </w:p>
        </w:tc>
        <w:tc>
          <w:tcPr>
            <w:tcW w:type="dxa" w:w="2160"/>
          </w:tcPr>
          <w:p>
            <w:r>
              <w:t>侯诗琪</w:t>
            </w:r>
          </w:p>
        </w:tc>
        <w:tc>
          <w:tcPr>
            <w:tcW w:type="dxa" w:w="2160"/>
          </w:tcPr>
          <w:p>
            <w:r>
              <w:t>20273347167</w:t>
            </w:r>
          </w:p>
        </w:tc>
        <w:tc>
          <w:tcPr>
            <w:tcW w:type="dxa" w:w="2160"/>
          </w:tcPr>
          <w:p>
            <w:r>
              <w:t>姚辰鸿</w:t>
            </w:r>
          </w:p>
        </w:tc>
      </w:tr>
      <w:tr>
        <w:tc>
          <w:tcPr>
            <w:tcW w:type="dxa" w:w="2160"/>
          </w:tcPr>
          <w:p>
            <w:r>
              <w:t>20273338517</w:t>
            </w:r>
          </w:p>
        </w:tc>
        <w:tc>
          <w:tcPr>
            <w:tcW w:type="dxa" w:w="2160"/>
          </w:tcPr>
          <w:p>
            <w:r>
              <w:t>郭芮伊</w:t>
            </w:r>
          </w:p>
        </w:tc>
        <w:tc>
          <w:tcPr>
            <w:tcW w:type="dxa" w:w="2160"/>
          </w:tcPr>
          <w:p>
            <w:r>
              <w:t>20273347267</w:t>
            </w:r>
          </w:p>
        </w:tc>
        <w:tc>
          <w:tcPr>
            <w:tcW w:type="dxa" w:w="2160"/>
          </w:tcPr>
          <w:p>
            <w:r>
              <w:t>李德新</w:t>
            </w:r>
          </w:p>
        </w:tc>
      </w:tr>
      <w:tr>
        <w:tc>
          <w:tcPr>
            <w:tcW w:type="dxa" w:w="2160"/>
          </w:tcPr>
          <w:p>
            <w:r>
              <w:t>20273339894</w:t>
            </w:r>
          </w:p>
        </w:tc>
        <w:tc>
          <w:tcPr>
            <w:tcW w:type="dxa" w:w="2160"/>
          </w:tcPr>
          <w:p>
            <w:r>
              <w:t>郝馨</w:t>
            </w:r>
          </w:p>
        </w:tc>
        <w:tc>
          <w:tcPr>
            <w:tcW w:type="dxa" w:w="2160"/>
          </w:tcPr>
          <w:p>
            <w:r>
              <w:t>20273347319</w:t>
            </w:r>
          </w:p>
        </w:tc>
        <w:tc>
          <w:tcPr>
            <w:tcW w:type="dxa" w:w="2160"/>
          </w:tcPr>
          <w:p>
            <w:r>
              <w:t>张鹏龙</w:t>
            </w:r>
          </w:p>
        </w:tc>
      </w:tr>
      <w:tr>
        <w:tc>
          <w:tcPr>
            <w:tcW w:type="dxa" w:w="2160"/>
          </w:tcPr>
          <w:p>
            <w:r>
              <w:t>20273339921</w:t>
            </w:r>
          </w:p>
        </w:tc>
        <w:tc>
          <w:tcPr>
            <w:tcW w:type="dxa" w:w="2160"/>
          </w:tcPr>
          <w:p>
            <w:r>
              <w:t>刘馨冉</w:t>
            </w:r>
          </w:p>
        </w:tc>
        <w:tc>
          <w:tcPr>
            <w:tcW w:type="dxa" w:w="2160"/>
          </w:tcPr>
          <w:p>
            <w:r>
              <w:t>20273348282</w:t>
            </w:r>
          </w:p>
        </w:tc>
        <w:tc>
          <w:tcPr>
            <w:tcW w:type="dxa" w:w="2160"/>
          </w:tcPr>
          <w:p>
            <w:r>
              <w:t>王顺</w:t>
            </w:r>
          </w:p>
        </w:tc>
      </w:tr>
      <w:tr>
        <w:tc>
          <w:tcPr>
            <w:tcW w:type="dxa" w:w="2160"/>
          </w:tcPr>
          <w:p>
            <w:r>
              <w:t>20273339963</w:t>
            </w:r>
          </w:p>
        </w:tc>
        <w:tc>
          <w:tcPr>
            <w:tcW w:type="dxa" w:w="2160"/>
          </w:tcPr>
          <w:p>
            <w:r>
              <w:t>罗雨萌</w:t>
            </w:r>
          </w:p>
        </w:tc>
        <w:tc>
          <w:tcPr>
            <w:tcW w:type="dxa" w:w="2160"/>
          </w:tcPr>
          <w:p>
            <w:r>
              <w:t>20273348317</w:t>
            </w:r>
          </w:p>
        </w:tc>
        <w:tc>
          <w:tcPr>
            <w:tcW w:type="dxa" w:w="2160"/>
          </w:tcPr>
          <w:p>
            <w:r>
              <w:t>钟龙坤</w:t>
            </w:r>
          </w:p>
        </w:tc>
      </w:tr>
      <w:tr>
        <w:tc>
          <w:tcPr>
            <w:tcW w:type="dxa" w:w="2160"/>
          </w:tcPr>
          <w:p>
            <w:r>
              <w:t>20273339976</w:t>
            </w:r>
          </w:p>
        </w:tc>
        <w:tc>
          <w:tcPr>
            <w:tcW w:type="dxa" w:w="2160"/>
          </w:tcPr>
          <w:p>
            <w:r>
              <w:t>朱智商</w:t>
            </w:r>
          </w:p>
        </w:tc>
        <w:tc>
          <w:tcPr>
            <w:tcW w:type="dxa" w:w="2160"/>
          </w:tcPr>
          <w:p>
            <w:r>
              <w:t>20273348432</w:t>
            </w:r>
          </w:p>
        </w:tc>
        <w:tc>
          <w:tcPr>
            <w:tcW w:type="dxa" w:w="2160"/>
          </w:tcPr>
          <w:p>
            <w:r>
              <w:t>陈欢</w:t>
            </w:r>
          </w:p>
        </w:tc>
      </w:tr>
      <w:tr>
        <w:tc>
          <w:tcPr>
            <w:tcW w:type="dxa" w:w="2160"/>
          </w:tcPr>
          <w:p>
            <w:r>
              <w:t>20273340824</w:t>
            </w:r>
          </w:p>
        </w:tc>
        <w:tc>
          <w:tcPr>
            <w:tcW w:type="dxa" w:w="2160"/>
          </w:tcPr>
          <w:p>
            <w:r>
              <w:t>赵晨</w:t>
            </w:r>
          </w:p>
        </w:tc>
        <w:tc>
          <w:tcPr>
            <w:tcW w:type="dxa" w:w="2160"/>
          </w:tcPr>
          <w:p>
            <w:r>
              <w:t>20273348546</w:t>
            </w:r>
          </w:p>
        </w:tc>
        <w:tc>
          <w:tcPr>
            <w:tcW w:type="dxa" w:w="2160"/>
          </w:tcPr>
          <w:p>
            <w:r>
              <w:t>周春宇</w:t>
            </w:r>
          </w:p>
        </w:tc>
      </w:tr>
      <w:tr>
        <w:tc>
          <w:tcPr>
            <w:tcW w:type="dxa" w:w="2160"/>
          </w:tcPr>
          <w:p>
            <w:r>
              <w:t>20273341013</w:t>
            </w:r>
          </w:p>
        </w:tc>
        <w:tc>
          <w:tcPr>
            <w:tcW w:type="dxa" w:w="2160"/>
          </w:tcPr>
          <w:p>
            <w:r>
              <w:t>王逸飞</w:t>
            </w:r>
          </w:p>
        </w:tc>
        <w:tc>
          <w:tcPr>
            <w:tcW w:type="dxa" w:w="2160"/>
          </w:tcPr>
          <w:p>
            <w:r>
              <w:t>20273348652</w:t>
            </w:r>
          </w:p>
        </w:tc>
        <w:tc>
          <w:tcPr>
            <w:tcW w:type="dxa" w:w="2160"/>
          </w:tcPr>
          <w:p>
            <w:r>
              <w:t>张皓宇</w:t>
            </w:r>
          </w:p>
        </w:tc>
      </w:tr>
      <w:tr>
        <w:tc>
          <w:tcPr>
            <w:tcW w:type="dxa" w:w="2160"/>
          </w:tcPr>
          <w:p>
            <w:r>
              <w:t>20273341230</w:t>
            </w:r>
          </w:p>
        </w:tc>
        <w:tc>
          <w:tcPr>
            <w:tcW w:type="dxa" w:w="2160"/>
          </w:tcPr>
          <w:p>
            <w:r>
              <w:t>王佩</w:t>
            </w:r>
          </w:p>
        </w:tc>
        <w:tc>
          <w:tcPr>
            <w:tcW w:type="dxa" w:w="2160"/>
          </w:tcPr>
          <w:p>
            <w:r>
              <w:t>20273350597</w:t>
            </w:r>
          </w:p>
        </w:tc>
        <w:tc>
          <w:tcPr>
            <w:tcW w:type="dxa" w:w="2160"/>
          </w:tcPr>
          <w:p>
            <w:r>
              <w:t>章兴宇</w:t>
            </w:r>
          </w:p>
        </w:tc>
      </w:tr>
      <w:tr>
        <w:tc>
          <w:tcPr>
            <w:tcW w:type="dxa" w:w="2160"/>
          </w:tcPr>
          <w:p>
            <w:r>
              <w:t>20273342134</w:t>
            </w:r>
          </w:p>
        </w:tc>
        <w:tc>
          <w:tcPr>
            <w:tcW w:type="dxa" w:w="2160"/>
          </w:tcPr>
          <w:p>
            <w:r>
              <w:t>李梦璐</w:t>
            </w:r>
          </w:p>
        </w:tc>
        <w:tc>
          <w:tcPr>
            <w:tcW w:type="dxa" w:w="2160"/>
          </w:tcPr>
          <w:p>
            <w:r>
              <w:t>20273350676</w:t>
            </w:r>
          </w:p>
        </w:tc>
        <w:tc>
          <w:tcPr>
            <w:tcW w:type="dxa" w:w="2160"/>
          </w:tcPr>
          <w:p>
            <w:r>
              <w:t>张雄</w:t>
            </w:r>
          </w:p>
        </w:tc>
      </w:tr>
      <w:tr>
        <w:tc>
          <w:tcPr>
            <w:tcW w:type="dxa" w:w="2160"/>
          </w:tcPr>
          <w:p>
            <w:r>
              <w:t>20273343915</w:t>
            </w:r>
          </w:p>
        </w:tc>
        <w:tc>
          <w:tcPr>
            <w:tcW w:type="dxa" w:w="2160"/>
          </w:tcPr>
          <w:p>
            <w:r>
              <w:t>贺肖硕</w:t>
            </w:r>
          </w:p>
        </w:tc>
        <w:tc>
          <w:tcPr>
            <w:tcW w:type="dxa" w:w="2160"/>
          </w:tcPr>
          <w:p>
            <w:r>
              <w:t>20273352143</w:t>
            </w:r>
          </w:p>
        </w:tc>
        <w:tc>
          <w:tcPr>
            <w:tcW w:type="dxa" w:w="2160"/>
          </w:tcPr>
          <w:p>
            <w:r>
              <w:t>陈颖琪</w:t>
            </w:r>
          </w:p>
        </w:tc>
      </w:tr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20273353214</w:t>
            </w:r>
          </w:p>
        </w:tc>
        <w:tc>
          <w:tcPr>
            <w:tcW w:type="dxa" w:w="2160"/>
          </w:tcPr>
          <w:p>
            <w:r>
              <w:t>周文娜</w:t>
            </w:r>
          </w:p>
        </w:tc>
        <w:tc>
          <w:tcPr>
            <w:tcW w:type="dxa" w:w="2160"/>
          </w:tcPr>
          <w:p>
            <w:r>
              <w:t>20273325203</w:t>
            </w:r>
          </w:p>
        </w:tc>
        <w:tc>
          <w:tcPr>
            <w:tcW w:type="dxa" w:w="2160"/>
          </w:tcPr>
          <w:p>
            <w:r>
              <w:t>符佳玲</w:t>
            </w:r>
          </w:p>
        </w:tc>
      </w:tr>
      <w:tr>
        <w:tc>
          <w:tcPr>
            <w:tcW w:type="dxa" w:w="2160"/>
          </w:tcPr>
          <w:p>
            <w:r>
              <w:t>20273353411</w:t>
            </w:r>
          </w:p>
        </w:tc>
        <w:tc>
          <w:tcPr>
            <w:tcW w:type="dxa" w:w="2160"/>
          </w:tcPr>
          <w:p>
            <w:r>
              <w:t>管何汇</w:t>
            </w:r>
          </w:p>
        </w:tc>
        <w:tc>
          <w:tcPr>
            <w:tcW w:type="dxa" w:w="2160"/>
          </w:tcPr>
          <w:p>
            <w:r>
              <w:t>20273339098</w:t>
            </w:r>
          </w:p>
        </w:tc>
        <w:tc>
          <w:tcPr>
            <w:tcW w:type="dxa" w:w="2160"/>
          </w:tcPr>
          <w:p>
            <w:r>
              <w:t>王未硕</w:t>
            </w:r>
          </w:p>
        </w:tc>
      </w:tr>
      <w:tr>
        <w:tc>
          <w:tcPr>
            <w:tcW w:type="dxa" w:w="2160"/>
          </w:tcPr>
          <w:p>
            <w:r>
              <w:t>20273353971</w:t>
            </w:r>
          </w:p>
        </w:tc>
        <w:tc>
          <w:tcPr>
            <w:tcW w:type="dxa" w:w="2160"/>
          </w:tcPr>
          <w:p>
            <w:r>
              <w:t>张雪婷</w:t>
            </w:r>
          </w:p>
        </w:tc>
        <w:tc>
          <w:tcPr>
            <w:tcW w:type="dxa" w:w="2160"/>
          </w:tcPr>
          <w:p>
            <w:r>
              <w:t>20273306016</w:t>
            </w:r>
          </w:p>
        </w:tc>
        <w:tc>
          <w:tcPr>
            <w:tcW w:type="dxa" w:w="2160"/>
          </w:tcPr>
          <w:p>
            <w:r>
              <w:t>张炜杰</w:t>
            </w:r>
          </w:p>
        </w:tc>
      </w:tr>
      <w:tr>
        <w:tc>
          <w:tcPr>
            <w:tcW w:type="dxa" w:w="2160"/>
          </w:tcPr>
          <w:p>
            <w:r>
              <w:t>20273354122</w:t>
            </w:r>
          </w:p>
        </w:tc>
        <w:tc>
          <w:tcPr>
            <w:tcW w:type="dxa" w:w="2160"/>
          </w:tcPr>
          <w:p>
            <w:r>
              <w:t>叶雯君</w:t>
            </w:r>
          </w:p>
        </w:tc>
        <w:tc>
          <w:tcPr>
            <w:tcW w:type="dxa" w:w="2160"/>
          </w:tcPr>
          <w:p>
            <w:r>
              <w:t>20273324189</w:t>
            </w:r>
          </w:p>
        </w:tc>
        <w:tc>
          <w:tcPr>
            <w:tcW w:type="dxa" w:w="2160"/>
          </w:tcPr>
          <w:p>
            <w:r>
              <w:t>胡杰</w:t>
            </w:r>
          </w:p>
        </w:tc>
      </w:tr>
      <w:tr>
        <w:tc>
          <w:tcPr>
            <w:tcW w:type="dxa" w:w="2160"/>
          </w:tcPr>
          <w:p>
            <w:r>
              <w:t>20273355717</w:t>
            </w:r>
          </w:p>
        </w:tc>
        <w:tc>
          <w:tcPr>
            <w:tcW w:type="dxa" w:w="2160"/>
          </w:tcPr>
          <w:p>
            <w:r>
              <w:t>周业淳</w:t>
            </w:r>
          </w:p>
        </w:tc>
        <w:tc>
          <w:tcPr>
            <w:tcW w:type="dxa" w:w="2160"/>
          </w:tcPr>
          <w:p>
            <w:r>
              <w:t>20273340484</w:t>
            </w:r>
          </w:p>
        </w:tc>
        <w:tc>
          <w:tcPr>
            <w:tcW w:type="dxa" w:w="2160"/>
          </w:tcPr>
          <w:p>
            <w:r>
              <w:t>冯伟</w:t>
            </w:r>
          </w:p>
        </w:tc>
      </w:tr>
      <w:tr>
        <w:tc>
          <w:tcPr>
            <w:tcW w:type="dxa" w:w="2160"/>
          </w:tcPr>
          <w:p>
            <w:r>
              <w:t>20273356009</w:t>
            </w:r>
          </w:p>
        </w:tc>
        <w:tc>
          <w:tcPr>
            <w:tcW w:type="dxa" w:w="2160"/>
          </w:tcPr>
          <w:p>
            <w:r>
              <w:t>秦敏杰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20273356059</w:t>
            </w:r>
          </w:p>
        </w:tc>
        <w:tc>
          <w:tcPr>
            <w:tcW w:type="dxa" w:w="2160"/>
          </w:tcPr>
          <w:p>
            <w:r>
              <w:t>张欣婷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20273357823</w:t>
            </w:r>
          </w:p>
        </w:tc>
        <w:tc>
          <w:tcPr>
            <w:tcW w:type="dxa" w:w="2160"/>
          </w:tcPr>
          <w:p>
            <w:r>
              <w:t>苏心怡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20273358048</w:t>
            </w:r>
          </w:p>
        </w:tc>
        <w:tc>
          <w:tcPr>
            <w:tcW w:type="dxa" w:w="2160"/>
          </w:tcPr>
          <w:p>
            <w:r>
              <w:t>高小冉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20273358632</w:t>
            </w:r>
          </w:p>
        </w:tc>
        <w:tc>
          <w:tcPr>
            <w:tcW w:type="dxa" w:w="2160"/>
          </w:tcPr>
          <w:p>
            <w:r>
              <w:t>朱明贵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20273358690</w:t>
            </w:r>
          </w:p>
        </w:tc>
        <w:tc>
          <w:tcPr>
            <w:tcW w:type="dxa" w:w="2160"/>
          </w:tcPr>
          <w:p>
            <w:r>
              <w:t>王浩源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20273359173</w:t>
            </w:r>
          </w:p>
        </w:tc>
        <w:tc>
          <w:tcPr>
            <w:tcW w:type="dxa" w:w="2160"/>
          </w:tcPr>
          <w:p>
            <w:r>
              <w:t>李梦阳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20273361662</w:t>
            </w:r>
          </w:p>
        </w:tc>
        <w:tc>
          <w:tcPr>
            <w:tcW w:type="dxa" w:w="2160"/>
          </w:tcPr>
          <w:p>
            <w:r>
              <w:t>徐焱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20273361900</w:t>
            </w:r>
          </w:p>
        </w:tc>
        <w:tc>
          <w:tcPr>
            <w:tcW w:type="dxa" w:w="2160"/>
          </w:tcPr>
          <w:p>
            <w:r>
              <w:t>王思雨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20273358139</w:t>
            </w:r>
          </w:p>
        </w:tc>
        <w:tc>
          <w:tcPr>
            <w:tcW w:type="dxa" w:w="2160"/>
          </w:tcPr>
          <w:p>
            <w:r>
              <w:t>刘昊洋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20273359389</w:t>
            </w:r>
          </w:p>
        </w:tc>
        <w:tc>
          <w:tcPr>
            <w:tcW w:type="dxa" w:w="2160"/>
          </w:tcPr>
          <w:p>
            <w:r>
              <w:t>黄浙凯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20273361914</w:t>
            </w:r>
          </w:p>
        </w:tc>
        <w:tc>
          <w:tcPr>
            <w:tcW w:type="dxa" w:w="2160"/>
          </w:tcPr>
          <w:p>
            <w:r>
              <w:t>高静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20273362303</w:t>
            </w:r>
          </w:p>
        </w:tc>
        <w:tc>
          <w:tcPr>
            <w:tcW w:type="dxa" w:w="2160"/>
          </w:tcPr>
          <w:p>
            <w:r>
              <w:t>刘济仁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20273362401</w:t>
            </w:r>
          </w:p>
        </w:tc>
        <w:tc>
          <w:tcPr>
            <w:tcW w:type="dxa" w:w="2160"/>
          </w:tcPr>
          <w:p>
            <w:r>
              <w:t>何淑雅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20273362427</w:t>
            </w:r>
          </w:p>
        </w:tc>
        <w:tc>
          <w:tcPr>
            <w:tcW w:type="dxa" w:w="2160"/>
          </w:tcPr>
          <w:p>
            <w:r>
              <w:t>代晨欣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20273362473</w:t>
            </w:r>
          </w:p>
        </w:tc>
        <w:tc>
          <w:tcPr>
            <w:tcW w:type="dxa" w:w="2160"/>
          </w:tcPr>
          <w:p>
            <w:r>
              <w:t>王若彤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20273356846</w:t>
            </w:r>
          </w:p>
        </w:tc>
        <w:tc>
          <w:tcPr>
            <w:tcW w:type="dxa" w:w="2160"/>
          </w:tcPr>
          <w:p>
            <w:r>
              <w:t>江畅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20273333899</w:t>
            </w:r>
          </w:p>
        </w:tc>
        <w:tc>
          <w:tcPr>
            <w:tcW w:type="dxa" w:w="2160"/>
          </w:tcPr>
          <w:p>
            <w:r>
              <w:t>顾安琪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20273317092</w:t>
            </w:r>
          </w:p>
        </w:tc>
        <w:tc>
          <w:tcPr>
            <w:tcW w:type="dxa" w:w="2160"/>
          </w:tcPr>
          <w:p>
            <w:r>
              <w:t>刘玉成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20273329062</w:t>
            </w:r>
          </w:p>
        </w:tc>
        <w:tc>
          <w:tcPr>
            <w:tcW w:type="dxa" w:w="2160"/>
          </w:tcPr>
          <w:p>
            <w:r>
              <w:t>太万刚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20273338132</w:t>
            </w:r>
          </w:p>
        </w:tc>
        <w:tc>
          <w:tcPr>
            <w:tcW w:type="dxa" w:w="2160"/>
          </w:tcPr>
          <w:p>
            <w:r>
              <w:t>陈博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20273329871</w:t>
            </w:r>
          </w:p>
        </w:tc>
        <w:tc>
          <w:tcPr>
            <w:tcW w:type="dxa" w:w="2160"/>
          </w:tcPr>
          <w:p>
            <w:r>
              <w:t>卢紫秀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20273338929</w:t>
            </w:r>
          </w:p>
        </w:tc>
        <w:tc>
          <w:tcPr>
            <w:tcW w:type="dxa" w:w="2160"/>
          </w:tcPr>
          <w:p>
            <w:r>
              <w:t>毛海洋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20273322371</w:t>
            </w:r>
          </w:p>
        </w:tc>
        <w:tc>
          <w:tcPr>
            <w:tcW w:type="dxa" w:w="2160"/>
          </w:tcPr>
          <w:p>
            <w:r>
              <w:t>贾振兴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