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金属材料与先进制造学院2027年接收推荐免试研究生面试考核名单（第一批）</w:t>
      </w:r>
    </w:p>
    <w:p>
      <w:r>
        <w:t>金属材料与先进制造学院2027年接收推荐免试研究生面试考核名单（第一批）已经确定，现公布如下：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报名号</w:t>
            </w:r>
          </w:p>
        </w:tc>
        <w:tc>
          <w:tcPr>
            <w:tcW w:type="dxa" w:w="2160"/>
          </w:tcPr>
          <w:p>
            <w:r>
              <w:t>姓名</w:t>
            </w:r>
          </w:p>
        </w:tc>
        <w:tc>
          <w:tcPr>
            <w:tcW w:type="dxa" w:w="2160"/>
          </w:tcPr>
          <w:p>
            <w:r>
              <w:t>报名号</w:t>
            </w:r>
          </w:p>
        </w:tc>
        <w:tc>
          <w:tcPr>
            <w:tcW w:type="dxa" w:w="2160"/>
          </w:tcPr>
          <w:p>
            <w:r>
              <w:t>姓名</w:t>
            </w:r>
          </w:p>
        </w:tc>
      </w:tr>
      <w:tr>
        <w:tc>
          <w:tcPr>
            <w:tcW w:type="dxa" w:w="2160"/>
          </w:tcPr>
          <w:p>
            <w:r>
              <w:t>20273300127</w:t>
            </w:r>
          </w:p>
        </w:tc>
        <w:tc>
          <w:tcPr>
            <w:tcW w:type="dxa" w:w="2160"/>
          </w:tcPr>
          <w:p>
            <w:r>
              <w:t>刘一帆</w:t>
            </w:r>
          </w:p>
        </w:tc>
        <w:tc>
          <w:tcPr>
            <w:tcW w:type="dxa" w:w="2160"/>
          </w:tcPr>
          <w:p>
            <w:r>
              <w:t>20273313919</w:t>
            </w:r>
          </w:p>
        </w:tc>
        <w:tc>
          <w:tcPr>
            <w:tcW w:type="dxa" w:w="2160"/>
          </w:tcPr>
          <w:p>
            <w:r>
              <w:t>李佳南</w:t>
            </w:r>
          </w:p>
        </w:tc>
      </w:tr>
      <w:tr>
        <w:tc>
          <w:tcPr>
            <w:tcW w:type="dxa" w:w="2160"/>
          </w:tcPr>
          <w:p>
            <w:r>
              <w:t>20273300499</w:t>
            </w:r>
          </w:p>
        </w:tc>
        <w:tc>
          <w:tcPr>
            <w:tcW w:type="dxa" w:w="2160"/>
          </w:tcPr>
          <w:p>
            <w:r>
              <w:t>张祖嘉</w:t>
            </w:r>
          </w:p>
        </w:tc>
        <w:tc>
          <w:tcPr>
            <w:tcW w:type="dxa" w:w="2160"/>
          </w:tcPr>
          <w:p>
            <w:r>
              <w:t>20273314568</w:t>
            </w:r>
          </w:p>
        </w:tc>
        <w:tc>
          <w:tcPr>
            <w:tcW w:type="dxa" w:w="2160"/>
          </w:tcPr>
          <w:p>
            <w:r>
              <w:t>许可</w:t>
            </w:r>
          </w:p>
        </w:tc>
      </w:tr>
      <w:tr>
        <w:tc>
          <w:tcPr>
            <w:tcW w:type="dxa" w:w="2160"/>
          </w:tcPr>
          <w:p>
            <w:r>
              <w:t>20273300643</w:t>
            </w:r>
          </w:p>
        </w:tc>
        <w:tc>
          <w:tcPr>
            <w:tcW w:type="dxa" w:w="2160"/>
          </w:tcPr>
          <w:p>
            <w:r>
              <w:t>钟富贵</w:t>
            </w:r>
          </w:p>
        </w:tc>
        <w:tc>
          <w:tcPr>
            <w:tcW w:type="dxa" w:w="2160"/>
          </w:tcPr>
          <w:p>
            <w:r>
              <w:t>20273315392</w:t>
            </w:r>
          </w:p>
        </w:tc>
        <w:tc>
          <w:tcPr>
            <w:tcW w:type="dxa" w:w="2160"/>
          </w:tcPr>
          <w:p>
            <w:r>
              <w:t>朱怡晓</w:t>
            </w:r>
          </w:p>
        </w:tc>
      </w:tr>
      <w:tr>
        <w:tc>
          <w:tcPr>
            <w:tcW w:type="dxa" w:w="2160"/>
          </w:tcPr>
          <w:p>
            <w:r>
              <w:t>20273300977</w:t>
            </w:r>
          </w:p>
        </w:tc>
        <w:tc>
          <w:tcPr>
            <w:tcW w:type="dxa" w:w="2160"/>
          </w:tcPr>
          <w:p>
            <w:r>
              <w:t>叶雷</w:t>
            </w:r>
          </w:p>
        </w:tc>
        <w:tc>
          <w:tcPr>
            <w:tcW w:type="dxa" w:w="2160"/>
          </w:tcPr>
          <w:p>
            <w:r>
              <w:t>20273315851</w:t>
            </w:r>
          </w:p>
        </w:tc>
        <w:tc>
          <w:tcPr>
            <w:tcW w:type="dxa" w:w="2160"/>
          </w:tcPr>
          <w:p>
            <w:r>
              <w:t>武展翔</w:t>
            </w:r>
          </w:p>
        </w:tc>
      </w:tr>
      <w:tr>
        <w:tc>
          <w:tcPr>
            <w:tcW w:type="dxa" w:w="2160"/>
          </w:tcPr>
          <w:p>
            <w:r>
              <w:t>20273302186</w:t>
            </w:r>
          </w:p>
        </w:tc>
        <w:tc>
          <w:tcPr>
            <w:tcW w:type="dxa" w:w="2160"/>
          </w:tcPr>
          <w:p>
            <w:r>
              <w:t>刘昱</w:t>
            </w:r>
          </w:p>
        </w:tc>
        <w:tc>
          <w:tcPr>
            <w:tcW w:type="dxa" w:w="2160"/>
          </w:tcPr>
          <w:p>
            <w:r>
              <w:t>20273316093</w:t>
            </w:r>
          </w:p>
        </w:tc>
        <w:tc>
          <w:tcPr>
            <w:tcW w:type="dxa" w:w="2160"/>
          </w:tcPr>
          <w:p>
            <w:r>
              <w:t>杜炳汪</w:t>
            </w:r>
          </w:p>
        </w:tc>
      </w:tr>
      <w:tr>
        <w:tc>
          <w:tcPr>
            <w:tcW w:type="dxa" w:w="2160"/>
          </w:tcPr>
          <w:p>
            <w:r>
              <w:t>20273302436</w:t>
            </w:r>
          </w:p>
        </w:tc>
        <w:tc>
          <w:tcPr>
            <w:tcW w:type="dxa" w:w="2160"/>
          </w:tcPr>
          <w:p>
            <w:r>
              <w:t>孙响</w:t>
            </w:r>
          </w:p>
        </w:tc>
        <w:tc>
          <w:tcPr>
            <w:tcW w:type="dxa" w:w="2160"/>
          </w:tcPr>
          <w:p>
            <w:r>
              <w:t>20273316403</w:t>
            </w:r>
          </w:p>
        </w:tc>
        <w:tc>
          <w:tcPr>
            <w:tcW w:type="dxa" w:w="2160"/>
          </w:tcPr>
          <w:p>
            <w:r>
              <w:t>杜京京</w:t>
            </w:r>
          </w:p>
        </w:tc>
      </w:tr>
      <w:tr>
        <w:tc>
          <w:tcPr>
            <w:tcW w:type="dxa" w:w="2160"/>
          </w:tcPr>
          <w:p>
            <w:r>
              <w:t>20273302995</w:t>
            </w:r>
          </w:p>
        </w:tc>
        <w:tc>
          <w:tcPr>
            <w:tcW w:type="dxa" w:w="2160"/>
          </w:tcPr>
          <w:p>
            <w:r>
              <w:t>万艺斐</w:t>
            </w:r>
          </w:p>
        </w:tc>
        <w:tc>
          <w:tcPr>
            <w:tcW w:type="dxa" w:w="2160"/>
          </w:tcPr>
          <w:p>
            <w:r>
              <w:t>20273317399</w:t>
            </w:r>
          </w:p>
        </w:tc>
        <w:tc>
          <w:tcPr>
            <w:tcW w:type="dxa" w:w="2160"/>
          </w:tcPr>
          <w:p>
            <w:r>
              <w:t>米妍霏</w:t>
            </w:r>
          </w:p>
        </w:tc>
      </w:tr>
      <w:tr>
        <w:tc>
          <w:tcPr>
            <w:tcW w:type="dxa" w:w="2160"/>
          </w:tcPr>
          <w:p>
            <w:r>
              <w:t>20273304821</w:t>
            </w:r>
          </w:p>
        </w:tc>
        <w:tc>
          <w:tcPr>
            <w:tcW w:type="dxa" w:w="2160"/>
          </w:tcPr>
          <w:p>
            <w:r>
              <w:t>何静怡</w:t>
            </w:r>
          </w:p>
        </w:tc>
        <w:tc>
          <w:tcPr>
            <w:tcW w:type="dxa" w:w="2160"/>
          </w:tcPr>
          <w:p>
            <w:r>
              <w:t>20273317413</w:t>
            </w:r>
          </w:p>
        </w:tc>
        <w:tc>
          <w:tcPr>
            <w:tcW w:type="dxa" w:w="2160"/>
          </w:tcPr>
          <w:p>
            <w:r>
              <w:t>徐霁月</w:t>
            </w:r>
          </w:p>
        </w:tc>
      </w:tr>
      <w:tr>
        <w:tc>
          <w:tcPr>
            <w:tcW w:type="dxa" w:w="2160"/>
          </w:tcPr>
          <w:p>
            <w:r>
              <w:t>20273305891</w:t>
            </w:r>
          </w:p>
        </w:tc>
        <w:tc>
          <w:tcPr>
            <w:tcW w:type="dxa" w:w="2160"/>
          </w:tcPr>
          <w:p>
            <w:r>
              <w:t>殷一修</w:t>
            </w:r>
          </w:p>
        </w:tc>
        <w:tc>
          <w:tcPr>
            <w:tcW w:type="dxa" w:w="2160"/>
          </w:tcPr>
          <w:p>
            <w:r>
              <w:t>20273318394</w:t>
            </w:r>
          </w:p>
        </w:tc>
        <w:tc>
          <w:tcPr>
            <w:tcW w:type="dxa" w:w="2160"/>
          </w:tcPr>
          <w:p>
            <w:r>
              <w:t>石煜杰</w:t>
            </w:r>
          </w:p>
        </w:tc>
      </w:tr>
      <w:tr>
        <w:tc>
          <w:tcPr>
            <w:tcW w:type="dxa" w:w="2160"/>
          </w:tcPr>
          <w:p>
            <w:r>
              <w:t>20273306048</w:t>
            </w:r>
          </w:p>
        </w:tc>
        <w:tc>
          <w:tcPr>
            <w:tcW w:type="dxa" w:w="2160"/>
          </w:tcPr>
          <w:p>
            <w:r>
              <w:t>廖逸</w:t>
            </w:r>
          </w:p>
        </w:tc>
        <w:tc>
          <w:tcPr>
            <w:tcW w:type="dxa" w:w="2160"/>
          </w:tcPr>
          <w:p>
            <w:r>
              <w:t>20273319029</w:t>
            </w:r>
          </w:p>
        </w:tc>
        <w:tc>
          <w:tcPr>
            <w:tcW w:type="dxa" w:w="2160"/>
          </w:tcPr>
          <w:p>
            <w:r>
              <w:t>王新茹</w:t>
            </w:r>
          </w:p>
        </w:tc>
      </w:tr>
      <w:tr>
        <w:tc>
          <w:tcPr>
            <w:tcW w:type="dxa" w:w="2160"/>
          </w:tcPr>
          <w:p>
            <w:r>
              <w:t>20273306059</w:t>
            </w:r>
          </w:p>
        </w:tc>
        <w:tc>
          <w:tcPr>
            <w:tcW w:type="dxa" w:w="2160"/>
          </w:tcPr>
          <w:p>
            <w:r>
              <w:t>王文君</w:t>
            </w:r>
          </w:p>
        </w:tc>
        <w:tc>
          <w:tcPr>
            <w:tcW w:type="dxa" w:w="2160"/>
          </w:tcPr>
          <w:p>
            <w:r>
              <w:t>20273319107</w:t>
            </w:r>
          </w:p>
        </w:tc>
        <w:tc>
          <w:tcPr>
            <w:tcW w:type="dxa" w:w="2160"/>
          </w:tcPr>
          <w:p>
            <w:r>
              <w:t>廖纤</w:t>
            </w:r>
          </w:p>
        </w:tc>
      </w:tr>
      <w:tr>
        <w:tc>
          <w:tcPr>
            <w:tcW w:type="dxa" w:w="2160"/>
          </w:tcPr>
          <w:p>
            <w:r>
              <w:t>20273307053</w:t>
            </w:r>
          </w:p>
        </w:tc>
        <w:tc>
          <w:tcPr>
            <w:tcW w:type="dxa" w:w="2160"/>
          </w:tcPr>
          <w:p>
            <w:r>
              <w:t>葛惠灵</w:t>
            </w:r>
          </w:p>
        </w:tc>
        <w:tc>
          <w:tcPr>
            <w:tcW w:type="dxa" w:w="2160"/>
          </w:tcPr>
          <w:p>
            <w:r>
              <w:t>20273319194</w:t>
            </w:r>
          </w:p>
        </w:tc>
        <w:tc>
          <w:tcPr>
            <w:tcW w:type="dxa" w:w="2160"/>
          </w:tcPr>
          <w:p>
            <w:r>
              <w:t>强王春</w:t>
            </w:r>
          </w:p>
        </w:tc>
      </w:tr>
      <w:tr>
        <w:tc>
          <w:tcPr>
            <w:tcW w:type="dxa" w:w="2160"/>
          </w:tcPr>
          <w:p>
            <w:r>
              <w:t>20273307410</w:t>
            </w:r>
          </w:p>
        </w:tc>
        <w:tc>
          <w:tcPr>
            <w:tcW w:type="dxa" w:w="2160"/>
          </w:tcPr>
          <w:p>
            <w:r>
              <w:t>陈瑞芬</w:t>
            </w:r>
          </w:p>
        </w:tc>
        <w:tc>
          <w:tcPr>
            <w:tcW w:type="dxa" w:w="2160"/>
          </w:tcPr>
          <w:p>
            <w:r>
              <w:t>20273319839</w:t>
            </w:r>
          </w:p>
        </w:tc>
        <w:tc>
          <w:tcPr>
            <w:tcW w:type="dxa" w:w="2160"/>
          </w:tcPr>
          <w:p>
            <w:r>
              <w:t>黄亮达</w:t>
            </w:r>
          </w:p>
        </w:tc>
      </w:tr>
      <w:tr>
        <w:tc>
          <w:tcPr>
            <w:tcW w:type="dxa" w:w="2160"/>
          </w:tcPr>
          <w:p>
            <w:r>
              <w:t>20273309548</w:t>
            </w:r>
          </w:p>
        </w:tc>
        <w:tc>
          <w:tcPr>
            <w:tcW w:type="dxa" w:w="2160"/>
          </w:tcPr>
          <w:p>
            <w:r>
              <w:t>罗明婷</w:t>
            </w:r>
          </w:p>
        </w:tc>
        <w:tc>
          <w:tcPr>
            <w:tcW w:type="dxa" w:w="2160"/>
          </w:tcPr>
          <w:p>
            <w:r>
              <w:t>20273319985</w:t>
            </w:r>
          </w:p>
        </w:tc>
        <w:tc>
          <w:tcPr>
            <w:tcW w:type="dxa" w:w="2160"/>
          </w:tcPr>
          <w:p>
            <w:r>
              <w:t>谢林伶</w:t>
            </w:r>
          </w:p>
        </w:tc>
      </w:tr>
      <w:tr>
        <w:tc>
          <w:tcPr>
            <w:tcW w:type="dxa" w:w="2160"/>
          </w:tcPr>
          <w:p>
            <w:r>
              <w:t>20273309993</w:t>
            </w:r>
          </w:p>
        </w:tc>
        <w:tc>
          <w:tcPr>
            <w:tcW w:type="dxa" w:w="2160"/>
          </w:tcPr>
          <w:p>
            <w:r>
              <w:t>段雨萌</w:t>
            </w:r>
          </w:p>
        </w:tc>
        <w:tc>
          <w:tcPr>
            <w:tcW w:type="dxa" w:w="2160"/>
          </w:tcPr>
          <w:p>
            <w:r>
              <w:t>20273320113</w:t>
            </w:r>
          </w:p>
        </w:tc>
        <w:tc>
          <w:tcPr>
            <w:tcW w:type="dxa" w:w="2160"/>
          </w:tcPr>
          <w:p>
            <w:r>
              <w:t>李日进</w:t>
            </w:r>
          </w:p>
        </w:tc>
      </w:tr>
      <w:tr>
        <w:tc>
          <w:tcPr>
            <w:tcW w:type="dxa" w:w="2160"/>
          </w:tcPr>
          <w:p>
            <w:r>
              <w:t>20273310011</w:t>
            </w:r>
          </w:p>
        </w:tc>
        <w:tc>
          <w:tcPr>
            <w:tcW w:type="dxa" w:w="2160"/>
          </w:tcPr>
          <w:p>
            <w:r>
              <w:t>郁书润</w:t>
            </w:r>
          </w:p>
        </w:tc>
        <w:tc>
          <w:tcPr>
            <w:tcW w:type="dxa" w:w="2160"/>
          </w:tcPr>
          <w:p>
            <w:r>
              <w:t>20273320541</w:t>
            </w:r>
          </w:p>
        </w:tc>
        <w:tc>
          <w:tcPr>
            <w:tcW w:type="dxa" w:w="2160"/>
          </w:tcPr>
          <w:p>
            <w:r>
              <w:t>康搏</w:t>
            </w:r>
          </w:p>
        </w:tc>
      </w:tr>
      <w:tr>
        <w:tc>
          <w:tcPr>
            <w:tcW w:type="dxa" w:w="2160"/>
          </w:tcPr>
          <w:p>
            <w:r>
              <w:t>20273311137</w:t>
            </w:r>
          </w:p>
        </w:tc>
        <w:tc>
          <w:tcPr>
            <w:tcW w:type="dxa" w:w="2160"/>
          </w:tcPr>
          <w:p>
            <w:r>
              <w:t>张先豪</w:t>
            </w:r>
          </w:p>
        </w:tc>
        <w:tc>
          <w:tcPr>
            <w:tcW w:type="dxa" w:w="2160"/>
          </w:tcPr>
          <w:p>
            <w:r>
              <w:t>20273320573</w:t>
            </w:r>
          </w:p>
        </w:tc>
        <w:tc>
          <w:tcPr>
            <w:tcW w:type="dxa" w:w="2160"/>
          </w:tcPr>
          <w:p>
            <w:r>
              <w:t>段浩冉</w:t>
            </w:r>
          </w:p>
        </w:tc>
      </w:tr>
      <w:tr>
        <w:tc>
          <w:tcPr>
            <w:tcW w:type="dxa" w:w="2160"/>
          </w:tcPr>
          <w:p>
            <w:r>
              <w:t>20273311157</w:t>
            </w:r>
          </w:p>
        </w:tc>
        <w:tc>
          <w:tcPr>
            <w:tcW w:type="dxa" w:w="2160"/>
          </w:tcPr>
          <w:p>
            <w:r>
              <w:t>叶桐</w:t>
            </w:r>
          </w:p>
        </w:tc>
        <w:tc>
          <w:tcPr>
            <w:tcW w:type="dxa" w:w="2160"/>
          </w:tcPr>
          <w:p>
            <w:r>
              <w:t>20273320630</w:t>
            </w:r>
          </w:p>
        </w:tc>
        <w:tc>
          <w:tcPr>
            <w:tcW w:type="dxa" w:w="2160"/>
          </w:tcPr>
          <w:p>
            <w:r>
              <w:t>晏子轶</w:t>
            </w:r>
          </w:p>
        </w:tc>
      </w:tr>
      <w:tr>
        <w:tc>
          <w:tcPr>
            <w:tcW w:type="dxa" w:w="2160"/>
          </w:tcPr>
          <w:p>
            <w:r>
              <w:t>20273311184</w:t>
            </w:r>
          </w:p>
        </w:tc>
        <w:tc>
          <w:tcPr>
            <w:tcW w:type="dxa" w:w="2160"/>
          </w:tcPr>
          <w:p>
            <w:r>
              <w:t>吴庆余</w:t>
            </w:r>
          </w:p>
        </w:tc>
        <w:tc>
          <w:tcPr>
            <w:tcW w:type="dxa" w:w="2160"/>
          </w:tcPr>
          <w:p>
            <w:r>
              <w:t>20273321676</w:t>
            </w:r>
          </w:p>
        </w:tc>
        <w:tc>
          <w:tcPr>
            <w:tcW w:type="dxa" w:w="2160"/>
          </w:tcPr>
          <w:p>
            <w:r>
              <w:t>程俊</w:t>
            </w:r>
          </w:p>
        </w:tc>
      </w:tr>
      <w:tr>
        <w:tc>
          <w:tcPr>
            <w:tcW w:type="dxa" w:w="2160"/>
          </w:tcPr>
          <w:p>
            <w:r>
              <w:t>20273311379</w:t>
            </w:r>
          </w:p>
        </w:tc>
        <w:tc>
          <w:tcPr>
            <w:tcW w:type="dxa" w:w="2160"/>
          </w:tcPr>
          <w:p>
            <w:r>
              <w:t>陈旭</w:t>
            </w:r>
          </w:p>
        </w:tc>
        <w:tc>
          <w:tcPr>
            <w:tcW w:type="dxa" w:w="2160"/>
          </w:tcPr>
          <w:p>
            <w:r>
              <w:t>20273322107</w:t>
            </w:r>
          </w:p>
        </w:tc>
        <w:tc>
          <w:tcPr>
            <w:tcW w:type="dxa" w:w="2160"/>
          </w:tcPr>
          <w:p>
            <w:r>
              <w:t>沈乔羽</w:t>
            </w:r>
          </w:p>
        </w:tc>
      </w:tr>
      <w:tr>
        <w:tc>
          <w:tcPr>
            <w:tcW w:type="dxa" w:w="2160"/>
          </w:tcPr>
          <w:p>
            <w:r>
              <w:t>20273313587</w:t>
            </w:r>
          </w:p>
        </w:tc>
        <w:tc>
          <w:tcPr>
            <w:tcW w:type="dxa" w:w="2160"/>
          </w:tcPr>
          <w:p>
            <w:r>
              <w:t>詹欣怡</w:t>
            </w:r>
          </w:p>
        </w:tc>
        <w:tc>
          <w:tcPr>
            <w:tcW w:type="dxa" w:w="2160"/>
          </w:tcPr>
          <w:p>
            <w:r>
              <w:t>20273322448</w:t>
            </w:r>
          </w:p>
        </w:tc>
        <w:tc>
          <w:tcPr>
            <w:tcW w:type="dxa" w:w="2160"/>
          </w:tcPr>
          <w:p>
            <w:r>
              <w:t>黄子耿</w:t>
            </w:r>
          </w:p>
        </w:tc>
      </w:tr>
      <w:tr>
        <w:tc>
          <w:tcPr>
            <w:tcW w:type="dxa" w:w="2160"/>
          </w:tcPr>
          <w:p>
            <w:r>
              <w:t>报名号</w:t>
            </w:r>
          </w:p>
        </w:tc>
        <w:tc>
          <w:tcPr>
            <w:tcW w:type="dxa" w:w="2160"/>
          </w:tcPr>
          <w:p>
            <w:r>
              <w:t>姓名</w:t>
            </w:r>
          </w:p>
        </w:tc>
        <w:tc>
          <w:tcPr>
            <w:tcW w:type="dxa" w:w="2160"/>
          </w:tcPr>
          <w:p>
            <w:r>
              <w:t>报名号</w:t>
            </w:r>
          </w:p>
        </w:tc>
        <w:tc>
          <w:tcPr>
            <w:tcW w:type="dxa" w:w="2160"/>
          </w:tcPr>
          <w:p>
            <w:r>
              <w:t>姓名</w:t>
            </w:r>
          </w:p>
        </w:tc>
      </w:tr>
      <w:tr>
        <w:tc>
          <w:tcPr>
            <w:tcW w:type="dxa" w:w="2160"/>
          </w:tcPr>
          <w:p>
            <w:r>
              <w:t>20273322601</w:t>
            </w:r>
          </w:p>
        </w:tc>
        <w:tc>
          <w:tcPr>
            <w:tcW w:type="dxa" w:w="2160"/>
          </w:tcPr>
          <w:p>
            <w:r>
              <w:t>郭佳一</w:t>
            </w:r>
          </w:p>
        </w:tc>
        <w:tc>
          <w:tcPr>
            <w:tcW w:type="dxa" w:w="2160"/>
          </w:tcPr>
          <w:p>
            <w:r>
              <w:t>20273329422</w:t>
            </w:r>
          </w:p>
        </w:tc>
        <w:tc>
          <w:tcPr>
            <w:tcW w:type="dxa" w:w="2160"/>
          </w:tcPr>
          <w:p>
            <w:r>
              <w:t>丁美慧</w:t>
            </w:r>
          </w:p>
        </w:tc>
      </w:tr>
      <w:tr>
        <w:tc>
          <w:tcPr>
            <w:tcW w:type="dxa" w:w="2160"/>
          </w:tcPr>
          <w:p>
            <w:r>
              <w:t>20273322803</w:t>
            </w:r>
          </w:p>
        </w:tc>
        <w:tc>
          <w:tcPr>
            <w:tcW w:type="dxa" w:w="2160"/>
          </w:tcPr>
          <w:p>
            <w:r>
              <w:t>王文博</w:t>
            </w:r>
          </w:p>
        </w:tc>
        <w:tc>
          <w:tcPr>
            <w:tcW w:type="dxa" w:w="2160"/>
          </w:tcPr>
          <w:p>
            <w:r>
              <w:t>20273329997</w:t>
            </w:r>
          </w:p>
        </w:tc>
        <w:tc>
          <w:tcPr>
            <w:tcW w:type="dxa" w:w="2160"/>
          </w:tcPr>
          <w:p>
            <w:r>
              <w:t>于思辰</w:t>
            </w:r>
          </w:p>
        </w:tc>
      </w:tr>
      <w:tr>
        <w:tc>
          <w:tcPr>
            <w:tcW w:type="dxa" w:w="2160"/>
          </w:tcPr>
          <w:p>
            <w:r>
              <w:t>20273323019</w:t>
            </w:r>
          </w:p>
        </w:tc>
        <w:tc>
          <w:tcPr>
            <w:tcW w:type="dxa" w:w="2160"/>
          </w:tcPr>
          <w:p>
            <w:r>
              <w:t>周宜燊</w:t>
            </w:r>
          </w:p>
        </w:tc>
        <w:tc>
          <w:tcPr>
            <w:tcW w:type="dxa" w:w="2160"/>
          </w:tcPr>
          <w:p>
            <w:r>
              <w:t>20273330021</w:t>
            </w:r>
          </w:p>
        </w:tc>
        <w:tc>
          <w:tcPr>
            <w:tcW w:type="dxa" w:w="2160"/>
          </w:tcPr>
          <w:p>
            <w:r>
              <w:t>洪博</w:t>
            </w:r>
          </w:p>
        </w:tc>
      </w:tr>
      <w:tr>
        <w:tc>
          <w:tcPr>
            <w:tcW w:type="dxa" w:w="2160"/>
          </w:tcPr>
          <w:p>
            <w:r>
              <w:t>20273324119</w:t>
            </w:r>
          </w:p>
        </w:tc>
        <w:tc>
          <w:tcPr>
            <w:tcW w:type="dxa" w:w="2160"/>
          </w:tcPr>
          <w:p>
            <w:r>
              <w:t>曾涵</w:t>
            </w:r>
          </w:p>
        </w:tc>
        <w:tc>
          <w:tcPr>
            <w:tcW w:type="dxa" w:w="2160"/>
          </w:tcPr>
          <w:p>
            <w:r>
              <w:t>20273332309</w:t>
            </w:r>
          </w:p>
        </w:tc>
        <w:tc>
          <w:tcPr>
            <w:tcW w:type="dxa" w:w="2160"/>
          </w:tcPr>
          <w:p>
            <w:r>
              <w:t>王广越</w:t>
            </w:r>
          </w:p>
        </w:tc>
      </w:tr>
      <w:tr>
        <w:tc>
          <w:tcPr>
            <w:tcW w:type="dxa" w:w="2160"/>
          </w:tcPr>
          <w:p>
            <w:r>
              <w:t>20273325212</w:t>
            </w:r>
          </w:p>
        </w:tc>
        <w:tc>
          <w:tcPr>
            <w:tcW w:type="dxa" w:w="2160"/>
          </w:tcPr>
          <w:p>
            <w:r>
              <w:t>王唯亦</w:t>
            </w:r>
          </w:p>
        </w:tc>
        <w:tc>
          <w:tcPr>
            <w:tcW w:type="dxa" w:w="2160"/>
          </w:tcPr>
          <w:p>
            <w:r>
              <w:t>20273332311</w:t>
            </w:r>
          </w:p>
        </w:tc>
        <w:tc>
          <w:tcPr>
            <w:tcW w:type="dxa" w:w="2160"/>
          </w:tcPr>
          <w:p>
            <w:r>
              <w:t>董珈琪</w:t>
            </w:r>
          </w:p>
        </w:tc>
      </w:tr>
      <w:tr>
        <w:tc>
          <w:tcPr>
            <w:tcW w:type="dxa" w:w="2160"/>
          </w:tcPr>
          <w:p>
            <w:r>
              <w:t>20273325400</w:t>
            </w:r>
          </w:p>
        </w:tc>
        <w:tc>
          <w:tcPr>
            <w:tcW w:type="dxa" w:w="2160"/>
          </w:tcPr>
          <w:p>
            <w:r>
              <w:t>徐庆华</w:t>
            </w:r>
          </w:p>
        </w:tc>
        <w:tc>
          <w:tcPr>
            <w:tcW w:type="dxa" w:w="2160"/>
          </w:tcPr>
          <w:p>
            <w:r>
              <w:t>20273332517</w:t>
            </w:r>
          </w:p>
        </w:tc>
        <w:tc>
          <w:tcPr>
            <w:tcW w:type="dxa" w:w="2160"/>
          </w:tcPr>
          <w:p>
            <w:r>
              <w:t>李艳萍</w:t>
            </w:r>
          </w:p>
        </w:tc>
      </w:tr>
      <w:tr>
        <w:tc>
          <w:tcPr>
            <w:tcW w:type="dxa" w:w="2160"/>
          </w:tcPr>
          <w:p>
            <w:r>
              <w:t>20273325472</w:t>
            </w:r>
          </w:p>
        </w:tc>
        <w:tc>
          <w:tcPr>
            <w:tcW w:type="dxa" w:w="2160"/>
          </w:tcPr>
          <w:p>
            <w:r>
              <w:t>胡万叶</w:t>
            </w:r>
          </w:p>
        </w:tc>
        <w:tc>
          <w:tcPr>
            <w:tcW w:type="dxa" w:w="2160"/>
          </w:tcPr>
          <w:p>
            <w:r>
              <w:t>20273332675</w:t>
            </w:r>
          </w:p>
        </w:tc>
        <w:tc>
          <w:tcPr>
            <w:tcW w:type="dxa" w:w="2160"/>
          </w:tcPr>
          <w:p>
            <w:r>
              <w:t>叶俊豪</w:t>
            </w:r>
          </w:p>
        </w:tc>
      </w:tr>
      <w:tr>
        <w:tc>
          <w:tcPr>
            <w:tcW w:type="dxa" w:w="2160"/>
          </w:tcPr>
          <w:p>
            <w:r>
              <w:t>20273325637</w:t>
            </w:r>
          </w:p>
        </w:tc>
        <w:tc>
          <w:tcPr>
            <w:tcW w:type="dxa" w:w="2160"/>
          </w:tcPr>
          <w:p>
            <w:r>
              <w:t>韩乐乐</w:t>
            </w:r>
          </w:p>
        </w:tc>
        <w:tc>
          <w:tcPr>
            <w:tcW w:type="dxa" w:w="2160"/>
          </w:tcPr>
          <w:p>
            <w:r>
              <w:t>20273332713</w:t>
            </w:r>
          </w:p>
        </w:tc>
        <w:tc>
          <w:tcPr>
            <w:tcW w:type="dxa" w:w="2160"/>
          </w:tcPr>
          <w:p>
            <w:r>
              <w:t>路庆烨</w:t>
            </w:r>
          </w:p>
        </w:tc>
      </w:tr>
      <w:tr>
        <w:tc>
          <w:tcPr>
            <w:tcW w:type="dxa" w:w="2160"/>
          </w:tcPr>
          <w:p>
            <w:r>
              <w:t>20273325741</w:t>
            </w:r>
          </w:p>
        </w:tc>
        <w:tc>
          <w:tcPr>
            <w:tcW w:type="dxa" w:w="2160"/>
          </w:tcPr>
          <w:p>
            <w:r>
              <w:t>丁海康</w:t>
            </w:r>
          </w:p>
        </w:tc>
        <w:tc>
          <w:tcPr>
            <w:tcW w:type="dxa" w:w="2160"/>
          </w:tcPr>
          <w:p>
            <w:r>
              <w:t>20273332899</w:t>
            </w:r>
          </w:p>
        </w:tc>
        <w:tc>
          <w:tcPr>
            <w:tcW w:type="dxa" w:w="2160"/>
          </w:tcPr>
          <w:p>
            <w:r>
              <w:t>杨洁</w:t>
            </w:r>
          </w:p>
        </w:tc>
      </w:tr>
      <w:tr>
        <w:tc>
          <w:tcPr>
            <w:tcW w:type="dxa" w:w="2160"/>
          </w:tcPr>
          <w:p>
            <w:r>
              <w:t>20273326113</w:t>
            </w:r>
          </w:p>
        </w:tc>
        <w:tc>
          <w:tcPr>
            <w:tcW w:type="dxa" w:w="2160"/>
          </w:tcPr>
          <w:p>
            <w:r>
              <w:t>豆志阳</w:t>
            </w:r>
          </w:p>
        </w:tc>
        <w:tc>
          <w:tcPr>
            <w:tcW w:type="dxa" w:w="2160"/>
          </w:tcPr>
          <w:p>
            <w:r>
              <w:t>20273333131</w:t>
            </w:r>
          </w:p>
        </w:tc>
        <w:tc>
          <w:tcPr>
            <w:tcW w:type="dxa" w:w="2160"/>
          </w:tcPr>
          <w:p>
            <w:r>
              <w:t>杨昕恺</w:t>
            </w:r>
          </w:p>
        </w:tc>
      </w:tr>
      <w:tr>
        <w:tc>
          <w:tcPr>
            <w:tcW w:type="dxa" w:w="2160"/>
          </w:tcPr>
          <w:p>
            <w:r>
              <w:t>20273326125</w:t>
            </w:r>
          </w:p>
        </w:tc>
        <w:tc>
          <w:tcPr>
            <w:tcW w:type="dxa" w:w="2160"/>
          </w:tcPr>
          <w:p>
            <w:r>
              <w:t>黄建轩</w:t>
            </w:r>
          </w:p>
        </w:tc>
        <w:tc>
          <w:tcPr>
            <w:tcW w:type="dxa" w:w="2160"/>
          </w:tcPr>
          <w:p>
            <w:r>
              <w:t>20273333163</w:t>
            </w:r>
          </w:p>
        </w:tc>
        <w:tc>
          <w:tcPr>
            <w:tcW w:type="dxa" w:w="2160"/>
          </w:tcPr>
          <w:p>
            <w:r>
              <w:t>陈沁怡</w:t>
            </w:r>
          </w:p>
        </w:tc>
      </w:tr>
      <w:tr>
        <w:tc>
          <w:tcPr>
            <w:tcW w:type="dxa" w:w="2160"/>
          </w:tcPr>
          <w:p>
            <w:r>
              <w:t>20273326607</w:t>
            </w:r>
          </w:p>
        </w:tc>
        <w:tc>
          <w:tcPr>
            <w:tcW w:type="dxa" w:w="2160"/>
          </w:tcPr>
          <w:p>
            <w:r>
              <w:t>韩露</w:t>
            </w:r>
          </w:p>
        </w:tc>
        <w:tc>
          <w:tcPr>
            <w:tcW w:type="dxa" w:w="2160"/>
          </w:tcPr>
          <w:p>
            <w:r>
              <w:t>20273333289</w:t>
            </w:r>
          </w:p>
        </w:tc>
        <w:tc>
          <w:tcPr>
            <w:tcW w:type="dxa" w:w="2160"/>
          </w:tcPr>
          <w:p>
            <w:r>
              <w:t>陈红艳</w:t>
            </w:r>
          </w:p>
        </w:tc>
      </w:tr>
      <w:tr>
        <w:tc>
          <w:tcPr>
            <w:tcW w:type="dxa" w:w="2160"/>
          </w:tcPr>
          <w:p>
            <w:r>
              <w:t>20273326612</w:t>
            </w:r>
          </w:p>
        </w:tc>
        <w:tc>
          <w:tcPr>
            <w:tcW w:type="dxa" w:w="2160"/>
          </w:tcPr>
          <w:p>
            <w:r>
              <w:t>刘利康</w:t>
            </w:r>
          </w:p>
        </w:tc>
        <w:tc>
          <w:tcPr>
            <w:tcW w:type="dxa" w:w="2160"/>
          </w:tcPr>
          <w:p>
            <w:r>
              <w:t>20273333535</w:t>
            </w:r>
          </w:p>
        </w:tc>
        <w:tc>
          <w:tcPr>
            <w:tcW w:type="dxa" w:w="2160"/>
          </w:tcPr>
          <w:p>
            <w:r>
              <w:t>高鹏冉</w:t>
            </w:r>
          </w:p>
        </w:tc>
      </w:tr>
      <w:tr>
        <w:tc>
          <w:tcPr>
            <w:tcW w:type="dxa" w:w="2160"/>
          </w:tcPr>
          <w:p>
            <w:r>
              <w:t>20273326708</w:t>
            </w:r>
          </w:p>
        </w:tc>
        <w:tc>
          <w:tcPr>
            <w:tcW w:type="dxa" w:w="2160"/>
          </w:tcPr>
          <w:p>
            <w:r>
              <w:t>宋佳琪</w:t>
            </w:r>
          </w:p>
        </w:tc>
        <w:tc>
          <w:tcPr>
            <w:tcW w:type="dxa" w:w="2160"/>
          </w:tcPr>
          <w:p>
            <w:r>
              <w:t>20273333553</w:t>
            </w:r>
          </w:p>
        </w:tc>
        <w:tc>
          <w:tcPr>
            <w:tcW w:type="dxa" w:w="2160"/>
          </w:tcPr>
          <w:p>
            <w:r>
              <w:t>吴雨辰</w:t>
            </w:r>
          </w:p>
        </w:tc>
      </w:tr>
      <w:tr>
        <w:tc>
          <w:tcPr>
            <w:tcW w:type="dxa" w:w="2160"/>
          </w:tcPr>
          <w:p>
            <w:r>
              <w:t>20273327010</w:t>
            </w:r>
          </w:p>
        </w:tc>
        <w:tc>
          <w:tcPr>
            <w:tcW w:type="dxa" w:w="2160"/>
          </w:tcPr>
          <w:p>
            <w:r>
              <w:t>黎旺奇</w:t>
            </w:r>
          </w:p>
        </w:tc>
        <w:tc>
          <w:tcPr>
            <w:tcW w:type="dxa" w:w="2160"/>
          </w:tcPr>
          <w:p>
            <w:r>
              <w:t>20273333635</w:t>
            </w:r>
          </w:p>
        </w:tc>
        <w:tc>
          <w:tcPr>
            <w:tcW w:type="dxa" w:w="2160"/>
          </w:tcPr>
          <w:p>
            <w:r>
              <w:t>洪博翱</w:t>
            </w:r>
          </w:p>
        </w:tc>
      </w:tr>
      <w:tr>
        <w:tc>
          <w:tcPr>
            <w:tcW w:type="dxa" w:w="2160"/>
          </w:tcPr>
          <w:p>
            <w:r>
              <w:t>20273327026</w:t>
            </w:r>
          </w:p>
        </w:tc>
        <w:tc>
          <w:tcPr>
            <w:tcW w:type="dxa" w:w="2160"/>
          </w:tcPr>
          <w:p>
            <w:r>
              <w:t>文诗云</w:t>
            </w:r>
          </w:p>
        </w:tc>
        <w:tc>
          <w:tcPr>
            <w:tcW w:type="dxa" w:w="2160"/>
          </w:tcPr>
          <w:p>
            <w:r>
              <w:t>20273333666</w:t>
            </w:r>
          </w:p>
        </w:tc>
        <w:tc>
          <w:tcPr>
            <w:tcW w:type="dxa" w:w="2160"/>
          </w:tcPr>
          <w:p>
            <w:r>
              <w:t>陈莹</w:t>
            </w:r>
          </w:p>
        </w:tc>
      </w:tr>
      <w:tr>
        <w:tc>
          <w:tcPr>
            <w:tcW w:type="dxa" w:w="2160"/>
          </w:tcPr>
          <w:p>
            <w:r>
              <w:t>20273327352</w:t>
            </w:r>
          </w:p>
        </w:tc>
        <w:tc>
          <w:tcPr>
            <w:tcW w:type="dxa" w:w="2160"/>
          </w:tcPr>
          <w:p>
            <w:r>
              <w:t>范映宇</w:t>
            </w:r>
          </w:p>
        </w:tc>
        <w:tc>
          <w:tcPr>
            <w:tcW w:type="dxa" w:w="2160"/>
          </w:tcPr>
          <w:p>
            <w:r>
              <w:t>20273333853</w:t>
            </w:r>
          </w:p>
        </w:tc>
        <w:tc>
          <w:tcPr>
            <w:tcW w:type="dxa" w:w="2160"/>
          </w:tcPr>
          <w:p>
            <w:r>
              <w:t>彭昱玮</w:t>
            </w:r>
          </w:p>
        </w:tc>
      </w:tr>
      <w:tr>
        <w:tc>
          <w:tcPr>
            <w:tcW w:type="dxa" w:w="2160"/>
          </w:tcPr>
          <w:p>
            <w:r>
              <w:t>20273327861</w:t>
            </w:r>
          </w:p>
        </w:tc>
        <w:tc>
          <w:tcPr>
            <w:tcW w:type="dxa" w:w="2160"/>
          </w:tcPr>
          <w:p>
            <w:r>
              <w:t>陈浩楠</w:t>
            </w:r>
          </w:p>
        </w:tc>
        <w:tc>
          <w:tcPr>
            <w:tcW w:type="dxa" w:w="2160"/>
          </w:tcPr>
          <w:p>
            <w:r>
              <w:t>20273334946</w:t>
            </w:r>
          </w:p>
        </w:tc>
        <w:tc>
          <w:tcPr>
            <w:tcW w:type="dxa" w:w="2160"/>
          </w:tcPr>
          <w:p>
            <w:r>
              <w:t>曹昊洋</w:t>
            </w:r>
          </w:p>
        </w:tc>
      </w:tr>
      <w:tr>
        <w:tc>
          <w:tcPr>
            <w:tcW w:type="dxa" w:w="2160"/>
          </w:tcPr>
          <w:p>
            <w:r>
              <w:t>20273327953</w:t>
            </w:r>
          </w:p>
        </w:tc>
        <w:tc>
          <w:tcPr>
            <w:tcW w:type="dxa" w:w="2160"/>
          </w:tcPr>
          <w:p>
            <w:r>
              <w:t>居赞</w:t>
            </w:r>
          </w:p>
        </w:tc>
        <w:tc>
          <w:tcPr>
            <w:tcW w:type="dxa" w:w="2160"/>
          </w:tcPr>
          <w:p>
            <w:r>
              <w:t>20273335039</w:t>
            </w:r>
          </w:p>
        </w:tc>
        <w:tc>
          <w:tcPr>
            <w:tcW w:type="dxa" w:w="2160"/>
          </w:tcPr>
          <w:p>
            <w:r>
              <w:t>王乐萍</w:t>
            </w:r>
          </w:p>
        </w:tc>
      </w:tr>
      <w:tr>
        <w:tc>
          <w:tcPr>
            <w:tcW w:type="dxa" w:w="2160"/>
          </w:tcPr>
          <w:p>
            <w:r>
              <w:t>20273328036</w:t>
            </w:r>
          </w:p>
        </w:tc>
        <w:tc>
          <w:tcPr>
            <w:tcW w:type="dxa" w:w="2160"/>
          </w:tcPr>
          <w:p>
            <w:r>
              <w:t>方宇阳</w:t>
            </w:r>
          </w:p>
        </w:tc>
        <w:tc>
          <w:tcPr>
            <w:tcW w:type="dxa" w:w="2160"/>
          </w:tcPr>
          <w:p>
            <w:r>
              <w:t>20273335302</w:t>
            </w:r>
          </w:p>
        </w:tc>
        <w:tc>
          <w:tcPr>
            <w:tcW w:type="dxa" w:w="2160"/>
          </w:tcPr>
          <w:p>
            <w:r>
              <w:t>李冬至</w:t>
            </w:r>
          </w:p>
        </w:tc>
      </w:tr>
      <w:tr>
        <w:tc>
          <w:tcPr>
            <w:tcW w:type="dxa" w:w="2160"/>
          </w:tcPr>
          <w:p>
            <w:r>
              <w:t>20273328060</w:t>
            </w:r>
          </w:p>
        </w:tc>
        <w:tc>
          <w:tcPr>
            <w:tcW w:type="dxa" w:w="2160"/>
          </w:tcPr>
          <w:p>
            <w:r>
              <w:t>乔昌昊</w:t>
            </w:r>
          </w:p>
        </w:tc>
        <w:tc>
          <w:tcPr>
            <w:tcW w:type="dxa" w:w="2160"/>
          </w:tcPr>
          <w:p>
            <w:r>
              <w:t>20273335678</w:t>
            </w:r>
          </w:p>
        </w:tc>
        <w:tc>
          <w:tcPr>
            <w:tcW w:type="dxa" w:w="2160"/>
          </w:tcPr>
          <w:p>
            <w:r>
              <w:t>马康飞</w:t>
            </w:r>
          </w:p>
        </w:tc>
      </w:tr>
      <w:tr>
        <w:tc>
          <w:tcPr>
            <w:tcW w:type="dxa" w:w="2160"/>
          </w:tcPr>
          <w:p>
            <w:r>
              <w:t>20273328166</w:t>
            </w:r>
          </w:p>
        </w:tc>
        <w:tc>
          <w:tcPr>
            <w:tcW w:type="dxa" w:w="2160"/>
          </w:tcPr>
          <w:p>
            <w:r>
              <w:t>张宇</w:t>
            </w:r>
          </w:p>
        </w:tc>
        <w:tc>
          <w:tcPr>
            <w:tcW w:type="dxa" w:w="2160"/>
          </w:tcPr>
          <w:p>
            <w:r>
              <w:t>20273336109</w:t>
            </w:r>
          </w:p>
        </w:tc>
        <w:tc>
          <w:tcPr>
            <w:tcW w:type="dxa" w:w="2160"/>
          </w:tcPr>
          <w:p>
            <w:r>
              <w:t>于梦冉</w:t>
            </w:r>
          </w:p>
        </w:tc>
      </w:tr>
      <w:tr>
        <w:tc>
          <w:tcPr>
            <w:tcW w:type="dxa" w:w="2160"/>
          </w:tcPr>
          <w:p>
            <w:r>
              <w:t>20273328836</w:t>
            </w:r>
          </w:p>
        </w:tc>
        <w:tc>
          <w:tcPr>
            <w:tcW w:type="dxa" w:w="2160"/>
          </w:tcPr>
          <w:p>
            <w:r>
              <w:t>张扬</w:t>
            </w:r>
          </w:p>
        </w:tc>
        <w:tc>
          <w:tcPr>
            <w:tcW w:type="dxa" w:w="2160"/>
          </w:tcPr>
          <w:p>
            <w:r>
              <w:t>20273336155</w:t>
            </w:r>
          </w:p>
        </w:tc>
        <w:tc>
          <w:tcPr>
            <w:tcW w:type="dxa" w:w="2160"/>
          </w:tcPr>
          <w:p>
            <w:r>
              <w:t>李雨恒</w:t>
            </w:r>
          </w:p>
        </w:tc>
      </w:tr>
      <w:tr>
        <w:tc>
          <w:tcPr>
            <w:tcW w:type="dxa" w:w="2160"/>
          </w:tcPr>
          <w:p>
            <w:r>
              <w:t>20273328932</w:t>
            </w:r>
          </w:p>
        </w:tc>
        <w:tc>
          <w:tcPr>
            <w:tcW w:type="dxa" w:w="2160"/>
          </w:tcPr>
          <w:p>
            <w:r>
              <w:t>胡峻宁</w:t>
            </w:r>
          </w:p>
        </w:tc>
        <w:tc>
          <w:tcPr>
            <w:tcW w:type="dxa" w:w="2160"/>
          </w:tcPr>
          <w:p>
            <w:r>
              <w:t>20273336191</w:t>
            </w:r>
          </w:p>
        </w:tc>
        <w:tc>
          <w:tcPr>
            <w:tcW w:type="dxa" w:w="2160"/>
          </w:tcPr>
          <w:p>
            <w:r>
              <w:t>苑雨晨</w:t>
            </w:r>
          </w:p>
        </w:tc>
      </w:tr>
      <w:tr>
        <w:tc>
          <w:tcPr>
            <w:tcW w:type="dxa" w:w="2160"/>
          </w:tcPr>
          <w:p>
            <w:r>
              <w:t>20273328950</w:t>
            </w:r>
          </w:p>
        </w:tc>
        <w:tc>
          <w:tcPr>
            <w:tcW w:type="dxa" w:w="2160"/>
          </w:tcPr>
          <w:p>
            <w:r>
              <w:t>陈乐华</w:t>
            </w:r>
          </w:p>
        </w:tc>
        <w:tc>
          <w:tcPr>
            <w:tcW w:type="dxa" w:w="2160"/>
          </w:tcPr>
          <w:p>
            <w:r>
              <w:t>20273336612</w:t>
            </w:r>
          </w:p>
        </w:tc>
        <w:tc>
          <w:tcPr>
            <w:tcW w:type="dxa" w:w="2160"/>
          </w:tcPr>
          <w:p>
            <w:r>
              <w:t>蔡畅敏</w:t>
            </w:r>
          </w:p>
        </w:tc>
      </w:tr>
      <w:tr>
        <w:tc>
          <w:tcPr>
            <w:tcW w:type="dxa" w:w="2160"/>
          </w:tcPr>
          <w:p>
            <w:r>
              <w:t>20273328984</w:t>
            </w:r>
          </w:p>
        </w:tc>
        <w:tc>
          <w:tcPr>
            <w:tcW w:type="dxa" w:w="2160"/>
          </w:tcPr>
          <w:p>
            <w:r>
              <w:t>张新孟</w:t>
            </w:r>
          </w:p>
        </w:tc>
        <w:tc>
          <w:tcPr>
            <w:tcW w:type="dxa" w:w="2160"/>
          </w:tcPr>
          <w:p>
            <w:r>
              <w:t>20273337042</w:t>
            </w:r>
          </w:p>
        </w:tc>
        <w:tc>
          <w:tcPr>
            <w:tcW w:type="dxa" w:w="2160"/>
          </w:tcPr>
          <w:p>
            <w:r>
              <w:t>吕淑婕</w:t>
            </w:r>
          </w:p>
        </w:tc>
      </w:tr>
      <w:tr>
        <w:tc>
          <w:tcPr>
            <w:tcW w:type="dxa" w:w="2160"/>
          </w:tcPr>
          <w:p>
            <w:r>
              <w:t>20273328988</w:t>
            </w:r>
          </w:p>
        </w:tc>
        <w:tc>
          <w:tcPr>
            <w:tcW w:type="dxa" w:w="2160"/>
          </w:tcPr>
          <w:p>
            <w:r>
              <w:t>陈钰同</w:t>
            </w:r>
          </w:p>
        </w:tc>
        <w:tc>
          <w:tcPr>
            <w:tcW w:type="dxa" w:w="2160"/>
          </w:tcPr>
          <w:p>
            <w:r>
              <w:t>20273337509</w:t>
            </w:r>
          </w:p>
        </w:tc>
        <w:tc>
          <w:tcPr>
            <w:tcW w:type="dxa" w:w="2160"/>
          </w:tcPr>
          <w:p>
            <w:r>
              <w:t>陈钊</w:t>
            </w:r>
          </w:p>
        </w:tc>
      </w:tr>
      <w:tr>
        <w:tc>
          <w:tcPr>
            <w:tcW w:type="dxa" w:w="2160"/>
          </w:tcPr>
          <w:p>
            <w:r>
              <w:t>20273329192</w:t>
            </w:r>
          </w:p>
        </w:tc>
        <w:tc>
          <w:tcPr>
            <w:tcW w:type="dxa" w:w="2160"/>
          </w:tcPr>
          <w:p>
            <w:r>
              <w:t>姜海</w:t>
            </w:r>
          </w:p>
        </w:tc>
        <w:tc>
          <w:tcPr>
            <w:tcW w:type="dxa" w:w="2160"/>
          </w:tcPr>
          <w:p>
            <w:r>
              <w:t>20273339221</w:t>
            </w:r>
          </w:p>
        </w:tc>
        <w:tc>
          <w:tcPr>
            <w:tcW w:type="dxa" w:w="2160"/>
          </w:tcPr>
          <w:p>
            <w:r>
              <w:t>张鹏</w:t>
            </w:r>
          </w:p>
        </w:tc>
      </w:tr>
      <w:tr>
        <w:tc>
          <w:tcPr>
            <w:tcW w:type="dxa" w:w="2160"/>
          </w:tcPr>
          <w:p>
            <w:r>
              <w:t>20273329266</w:t>
            </w:r>
          </w:p>
        </w:tc>
        <w:tc>
          <w:tcPr>
            <w:tcW w:type="dxa" w:w="2160"/>
          </w:tcPr>
          <w:p>
            <w:r>
              <w:t>蔡志娟</w:t>
            </w:r>
          </w:p>
        </w:tc>
        <w:tc>
          <w:tcPr>
            <w:tcW w:type="dxa" w:w="2160"/>
          </w:tcPr>
          <w:p>
            <w:r>
              <w:t>20273339269</w:t>
            </w:r>
          </w:p>
        </w:tc>
        <w:tc>
          <w:tcPr>
            <w:tcW w:type="dxa" w:w="2160"/>
          </w:tcPr>
          <w:p>
            <w:r>
              <w:t>赖仪芳</w:t>
            </w:r>
          </w:p>
        </w:tc>
      </w:tr>
      <w:tr>
        <w:tc>
          <w:tcPr>
            <w:tcW w:type="dxa" w:w="2160"/>
          </w:tcPr>
          <w:p>
            <w:r>
              <w:t>报名号</w:t>
            </w:r>
          </w:p>
        </w:tc>
        <w:tc>
          <w:tcPr>
            <w:tcW w:type="dxa" w:w="2160"/>
          </w:tcPr>
          <w:p>
            <w:r>
              <w:t>姓名</w:t>
            </w:r>
          </w:p>
        </w:tc>
        <w:tc>
          <w:tcPr>
            <w:tcW w:type="dxa" w:w="2160"/>
          </w:tcPr>
          <w:p>
            <w:r>
              <w:t>报名号</w:t>
            </w:r>
          </w:p>
        </w:tc>
        <w:tc>
          <w:tcPr>
            <w:tcW w:type="dxa" w:w="2160"/>
          </w:tcPr>
          <w:p>
            <w:r>
              <w:t>姓名</w:t>
            </w:r>
          </w:p>
        </w:tc>
      </w:tr>
      <w:tr>
        <w:tc>
          <w:tcPr>
            <w:tcW w:type="dxa" w:w="2160"/>
          </w:tcPr>
          <w:p>
            <w:r>
              <w:t>20273339542</w:t>
            </w:r>
          </w:p>
        </w:tc>
        <w:tc>
          <w:tcPr>
            <w:tcW w:type="dxa" w:w="2160"/>
          </w:tcPr>
          <w:p>
            <w:r>
              <w:t>黄瑞杰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20273303682</w:t>
            </w:r>
          </w:p>
        </w:tc>
        <w:tc>
          <w:tcPr>
            <w:tcW w:type="dxa" w:w="2160"/>
          </w:tcPr>
          <w:p>
            <w:r>
              <w:t>李敏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20273317638</w:t>
            </w:r>
          </w:p>
        </w:tc>
        <w:tc>
          <w:tcPr>
            <w:tcW w:type="dxa" w:w="2160"/>
          </w:tcPr>
          <w:p>
            <w:r>
              <w:t>张冬冬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20273334657</w:t>
            </w:r>
          </w:p>
        </w:tc>
        <w:tc>
          <w:tcPr>
            <w:tcW w:type="dxa" w:w="2160"/>
          </w:tcPr>
          <w:p>
            <w:r>
              <w:t>沈刘雯昕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20273338111</w:t>
            </w:r>
          </w:p>
        </w:tc>
        <w:tc>
          <w:tcPr>
            <w:tcW w:type="dxa" w:w="2160"/>
          </w:tcPr>
          <w:p>
            <w:r>
              <w:t>方然然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20273339325</w:t>
            </w:r>
          </w:p>
        </w:tc>
        <w:tc>
          <w:tcPr>
            <w:tcW w:type="dxa" w:w="2160"/>
          </w:tcPr>
          <w:p>
            <w:r>
              <w:t>陈鸿博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