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沙钢钢铁学院2016年推荐免试攻读硕士研究生结果公示</w:t>
      </w:r>
    </w:p>
    <w:p>
      <w:r>
        <w:t>根据教字[2015]179号《关于开展推荐优秀应届本科毕业生2016年免试攻读硕士研究生工作的通知》的精神，按照《苏州大学沙钢铁学院推荐优秀应届本科毕业生2016年免试攻读硕士研究生实施细则》，经学生个人申请，学院2016年硕士研究生推免领导小组和面试小组进行了资格审查和综合面试，遴选出学院具备2016年推免资格学生4+2名。结果公示如下。</w:t>
      </w:r>
    </w:p>
    <w:p>
      <w:r>
        <w:t>公示期为2015年9月17日至2015年9月26日。公示期间，如有异议或建议，可向学院702办公室反映情况,联系电话：67165621,联系人：蔡老师。</w:t>
      </w:r>
    </w:p>
    <w:p>
      <w:r>
        <w:t>沙钢钢铁学院</w:t>
      </w:r>
    </w:p>
    <w:p>
      <w:r>
        <w:t>二〇一五年九月十七日</w:t>
      </w:r>
    </w:p>
    <w:p>
      <w:r>
        <w:t>附：2016年推荐免试攻读硕士研究生结果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080"/>
          </w:tcPr>
          <w:p>
            <w:r>
              <w:t>序号</w:t>
            </w:r>
          </w:p>
        </w:tc>
        <w:tc>
          <w:tcPr>
            <w:tcW w:type="dxa" w:w="1080"/>
          </w:tcPr>
          <w:p>
            <w:r>
              <w:t>学号</w:t>
            </w:r>
          </w:p>
        </w:tc>
        <w:tc>
          <w:tcPr>
            <w:tcW w:type="dxa" w:w="1080"/>
          </w:tcPr>
          <w:p>
            <w:r>
              <w:t>姓名</w:t>
            </w:r>
          </w:p>
        </w:tc>
        <w:tc>
          <w:tcPr>
            <w:tcW w:type="dxa" w:w="1080"/>
          </w:tcPr>
          <w:p>
            <w:r>
              <w:t>综合成绩</w:t>
            </w:r>
          </w:p>
        </w:tc>
        <w:tc>
          <w:tcPr>
            <w:tcW w:type="dxa" w:w="1080"/>
          </w:tcPr>
          <w:p>
            <w:r>
              <w:t>综合名次</w:t>
            </w:r>
          </w:p>
        </w:tc>
        <w:tc>
          <w:tcPr>
            <w:tcW w:type="dxa" w:w="1080"/>
          </w:tcPr>
          <w:p>
            <w:r>
              <w:t>排名人数</w:t>
            </w:r>
          </w:p>
        </w:tc>
        <w:tc>
          <w:tcPr>
            <w:tcW w:type="dxa" w:w="1080"/>
          </w:tcPr>
          <w:p>
            <w:r>
              <w:t>GPA（平均绩点）</w:t>
            </w:r>
          </w:p>
        </w:tc>
        <w:tc>
          <w:tcPr>
            <w:tcW w:type="dxa" w:w="1080"/>
          </w:tcPr>
          <w:p>
            <w:r>
              <w:t>备注</w:t>
            </w:r>
          </w:p>
        </w:tc>
      </w:tr>
      <w:tr>
        <w:tc>
          <w:tcPr>
            <w:tcW w:type="dxa" w:w="1080"/>
          </w:tcPr>
          <w:p>
            <w:r>
              <w:t>1</w:t>
            </w:r>
          </w:p>
        </w:tc>
        <w:tc>
          <w:tcPr>
            <w:tcW w:type="dxa" w:w="1080"/>
          </w:tcPr>
          <w:p>
            <w:r>
              <w:t>1213401045</w:t>
            </w:r>
          </w:p>
        </w:tc>
        <w:tc>
          <w:tcPr>
            <w:tcW w:type="dxa" w:w="1080"/>
          </w:tcPr>
          <w:p>
            <w:r>
              <w:t>侯松岩</w:t>
            </w:r>
          </w:p>
        </w:tc>
        <w:tc>
          <w:tcPr>
            <w:tcW w:type="dxa" w:w="1080"/>
          </w:tcPr>
          <w:p>
            <w:r>
              <w:t>565.9</w:t>
            </w:r>
          </w:p>
        </w:tc>
        <w:tc>
          <w:tcPr>
            <w:tcW w:type="dxa" w:w="1080"/>
          </w:tcPr>
          <w:p>
            <w:r>
              <w:t>1</w:t>
            </w:r>
          </w:p>
        </w:tc>
        <w:tc>
          <w:tcPr>
            <w:tcW w:type="dxa" w:w="1080"/>
          </w:tcPr>
          <w:p>
            <w:r>
              <w:t>6</w:t>
            </w:r>
          </w:p>
        </w:tc>
        <w:tc>
          <w:tcPr>
            <w:tcW w:type="dxa" w:w="1080"/>
          </w:tcPr>
          <w:p>
            <w:r>
              <w:t>3.90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2</w:t>
            </w:r>
          </w:p>
        </w:tc>
        <w:tc>
          <w:tcPr>
            <w:tcW w:type="dxa" w:w="1080"/>
          </w:tcPr>
          <w:p>
            <w:r>
              <w:t>1213401050</w:t>
            </w:r>
          </w:p>
        </w:tc>
        <w:tc>
          <w:tcPr>
            <w:tcW w:type="dxa" w:w="1080"/>
          </w:tcPr>
          <w:p>
            <w:r>
              <w:t>郭瑞琪</w:t>
            </w:r>
          </w:p>
        </w:tc>
        <w:tc>
          <w:tcPr>
            <w:tcW w:type="dxa" w:w="1080"/>
          </w:tcPr>
          <w:p>
            <w:r>
              <w:t>550.5</w:t>
            </w:r>
          </w:p>
        </w:tc>
        <w:tc>
          <w:tcPr>
            <w:tcW w:type="dxa" w:w="1080"/>
          </w:tcPr>
          <w:p>
            <w:r>
              <w:t>2</w:t>
            </w:r>
          </w:p>
        </w:tc>
        <w:tc>
          <w:tcPr>
            <w:tcW w:type="dxa" w:w="1080"/>
          </w:tcPr>
          <w:p>
            <w:r>
              <w:t>6</w:t>
            </w:r>
          </w:p>
        </w:tc>
        <w:tc>
          <w:tcPr>
            <w:tcW w:type="dxa" w:w="1080"/>
          </w:tcPr>
          <w:p>
            <w:r>
              <w:t>3.70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3</w:t>
            </w:r>
          </w:p>
        </w:tc>
        <w:tc>
          <w:tcPr>
            <w:tcW w:type="dxa" w:w="1080"/>
          </w:tcPr>
          <w:p>
            <w:r>
              <w:t>1213401036</w:t>
            </w:r>
          </w:p>
        </w:tc>
        <w:tc>
          <w:tcPr>
            <w:tcW w:type="dxa" w:w="1080"/>
          </w:tcPr>
          <w:p>
            <w:r>
              <w:t>王璟</w:t>
            </w:r>
          </w:p>
        </w:tc>
        <w:tc>
          <w:tcPr>
            <w:tcW w:type="dxa" w:w="1080"/>
          </w:tcPr>
          <w:p>
            <w:r>
              <w:t>534.5</w:t>
            </w:r>
          </w:p>
        </w:tc>
        <w:tc>
          <w:tcPr>
            <w:tcW w:type="dxa" w:w="1080"/>
          </w:tcPr>
          <w:p>
            <w:r>
              <w:t>3</w:t>
            </w:r>
          </w:p>
        </w:tc>
        <w:tc>
          <w:tcPr>
            <w:tcW w:type="dxa" w:w="1080"/>
          </w:tcPr>
          <w:p>
            <w:r>
              <w:t>6</w:t>
            </w:r>
          </w:p>
        </w:tc>
        <w:tc>
          <w:tcPr>
            <w:tcW w:type="dxa" w:w="1080"/>
          </w:tcPr>
          <w:p>
            <w:r>
              <w:t>3.70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4</w:t>
            </w:r>
          </w:p>
        </w:tc>
        <w:tc>
          <w:tcPr>
            <w:tcW w:type="dxa" w:w="1080"/>
          </w:tcPr>
          <w:p>
            <w:r>
              <w:t>1213401057</w:t>
            </w:r>
          </w:p>
        </w:tc>
        <w:tc>
          <w:tcPr>
            <w:tcW w:type="dxa" w:w="1080"/>
          </w:tcPr>
          <w:p>
            <w:r>
              <w:t>徐高翔</w:t>
            </w:r>
          </w:p>
        </w:tc>
        <w:tc>
          <w:tcPr>
            <w:tcW w:type="dxa" w:w="1080"/>
          </w:tcPr>
          <w:p>
            <w:r>
              <w:t>505.7</w:t>
            </w:r>
          </w:p>
        </w:tc>
        <w:tc>
          <w:tcPr>
            <w:tcW w:type="dxa" w:w="1080"/>
          </w:tcPr>
          <w:p>
            <w:r>
              <w:t>4</w:t>
            </w:r>
          </w:p>
        </w:tc>
        <w:tc>
          <w:tcPr>
            <w:tcW w:type="dxa" w:w="1080"/>
          </w:tcPr>
          <w:p>
            <w:r>
              <w:t>6</w:t>
            </w:r>
          </w:p>
        </w:tc>
        <w:tc>
          <w:tcPr>
            <w:tcW w:type="dxa" w:w="1080"/>
          </w:tcPr>
          <w:p>
            <w:r>
              <w:t>3.50</w:t>
            </w:r>
          </w:p>
        </w:tc>
        <w:tc>
          <w:tcPr>
            <w:tcW w:type="dxa" w:w="1080"/>
          </w:tcPr>
          <w:p>
            <w:r/>
          </w:p>
        </w:tc>
      </w:tr>
      <w:tr>
        <w:tc>
          <w:tcPr>
            <w:tcW w:type="dxa" w:w="1080"/>
          </w:tcPr>
          <w:p>
            <w:r>
              <w:t>5</w:t>
            </w:r>
          </w:p>
        </w:tc>
        <w:tc>
          <w:tcPr>
            <w:tcW w:type="dxa" w:w="1080"/>
          </w:tcPr>
          <w:p>
            <w:r>
              <w:t>1213401033</w:t>
            </w:r>
          </w:p>
        </w:tc>
        <w:tc>
          <w:tcPr>
            <w:tcW w:type="dxa" w:w="1080"/>
          </w:tcPr>
          <w:p>
            <w:r>
              <w:t>费嘉</w:t>
            </w:r>
          </w:p>
        </w:tc>
        <w:tc>
          <w:tcPr>
            <w:tcW w:type="dxa" w:w="1080"/>
          </w:tcPr>
          <w:p>
            <w:r>
              <w:t>498.7</w:t>
            </w:r>
          </w:p>
        </w:tc>
        <w:tc>
          <w:tcPr>
            <w:tcW w:type="dxa" w:w="1080"/>
          </w:tcPr>
          <w:p>
            <w:r>
              <w:t>5</w:t>
            </w:r>
          </w:p>
        </w:tc>
        <w:tc>
          <w:tcPr>
            <w:tcW w:type="dxa" w:w="1080"/>
          </w:tcPr>
          <w:p>
            <w:r>
              <w:t>6</w:t>
            </w:r>
          </w:p>
        </w:tc>
        <w:tc>
          <w:tcPr>
            <w:tcW w:type="dxa" w:w="1080"/>
          </w:tcPr>
          <w:p>
            <w:r>
              <w:t>3.40</w:t>
            </w:r>
          </w:p>
        </w:tc>
        <w:tc>
          <w:tcPr>
            <w:tcW w:type="dxa" w:w="1080"/>
          </w:tcPr>
          <w:p>
            <w:r>
              <w:t>候补</w:t>
            </w:r>
          </w:p>
        </w:tc>
      </w:tr>
      <w:tr>
        <w:tc>
          <w:tcPr>
            <w:tcW w:type="dxa" w:w="1080"/>
          </w:tcPr>
          <w:p>
            <w:r>
              <w:t>6</w:t>
            </w:r>
          </w:p>
        </w:tc>
        <w:tc>
          <w:tcPr>
            <w:tcW w:type="dxa" w:w="1080"/>
          </w:tcPr>
          <w:p>
            <w:r>
              <w:t>1213401044</w:t>
            </w:r>
          </w:p>
        </w:tc>
        <w:tc>
          <w:tcPr>
            <w:tcW w:type="dxa" w:w="1080"/>
          </w:tcPr>
          <w:p>
            <w:r>
              <w:t>翟亚楠</w:t>
            </w:r>
          </w:p>
        </w:tc>
        <w:tc>
          <w:tcPr>
            <w:tcW w:type="dxa" w:w="1080"/>
          </w:tcPr>
          <w:p>
            <w:r>
              <w:t>495.9</w:t>
            </w:r>
          </w:p>
        </w:tc>
        <w:tc>
          <w:tcPr>
            <w:tcW w:type="dxa" w:w="1080"/>
          </w:tcPr>
          <w:p>
            <w:r>
              <w:t>6</w:t>
            </w:r>
          </w:p>
        </w:tc>
        <w:tc>
          <w:tcPr>
            <w:tcW w:type="dxa" w:w="1080"/>
          </w:tcPr>
          <w:p>
            <w:r>
              <w:t>6</w:t>
            </w:r>
          </w:p>
        </w:tc>
        <w:tc>
          <w:tcPr>
            <w:tcW w:type="dxa" w:w="1080"/>
          </w:tcPr>
          <w:p>
            <w:r>
              <w:t>3.50</w:t>
            </w:r>
          </w:p>
        </w:tc>
        <w:tc>
          <w:tcPr>
            <w:tcW w:type="dxa" w:w="1080"/>
          </w:tcPr>
          <w:p>
            <w:r>
              <w:t>候补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