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我院关于推荐免试研究生和在读研究生参加中国青年志愿者第29届研究生支教团的公示</w:t>
      </w:r>
    </w:p>
    <w:p>
      <w:r>
        <w:t>按照学校《关于招募推荐免试研究生和在读研究生参加中国青年志愿者第29届研究生支教团的通知》的文件精神，经研究，拟向校项目办推荐陈阳亮同学参加苏州大学中国青年志愿者第29届研究生支教团，现予以公示，公示不少于7日。</w:t>
      </w:r>
    </w:p>
    <w:p>
      <w:r>
        <w:t>对公示如有异议，请在公示期内与学院联系。联系电话：0512-67165397。反映情况和问题必须实事求是，客观公正。反映人必须提供真实姓名、联系方式，以示负责。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