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关于推荐免试研究生参加中国青年志愿者第27届研究生支教团的公示</w:t>
      </w:r>
    </w:p>
    <w:p>
      <w:r>
        <w:t>根据共青团中央《关于组建中国青年志愿者第27届（2025—2026年度）研究生支教团有关工作的通知》（全国项目办发〔2024〕3号）及苏州大学《关于招募推荐免试研究生和在读研究生参加中国青年志愿者第27届研究生支教团的通知》（团苏大委〔2024〕88号）相关要求，经个人申请、学院初审，现拟推荐1名同学参加学校遴选，名单公示如下：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年级专业</w:t>
            </w:r>
          </w:p>
        </w:tc>
        <w:tc>
          <w:tcPr>
            <w:tcW w:type="dxa" w:w="4320"/>
          </w:tcPr>
          <w:p>
            <w:r>
              <w:t>姓名</w:t>
            </w:r>
          </w:p>
        </w:tc>
      </w:tr>
      <w:tr>
        <w:tc>
          <w:tcPr>
            <w:tcW w:type="dxa" w:w="4320"/>
          </w:tcPr>
          <w:p>
            <w:r>
              <w:t>2021级冶金工程专业</w:t>
            </w:r>
          </w:p>
        </w:tc>
        <w:tc>
          <w:tcPr>
            <w:tcW w:type="dxa" w:w="4320"/>
          </w:tcPr>
          <w:p>
            <w:r>
              <w:t>史小珂</w:t>
            </w:r>
          </w:p>
        </w:tc>
      </w:tr>
    </w:tbl>
    <w:p>
      <w:r>
        <w:t>如有异议，请9月17日前实名与院团委联系，联系电话0512-67165397。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