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2025年推荐免试研究生（含直博生）预选拔通知</w:t>
      </w:r>
    </w:p>
    <w:p>
      <w:r>
        <w:t>2025年免试研究生推荐和录取工作即将开始。苏州大学计算机科学和技术学院（软件学院）热忱欢迎有志于计算机科学和软件工程技术研究的优秀考生。为吸引和促进优秀学子到我院学习深造，特开展应届本科生预选拔工作。请有报考我院2025年推免研究生意向的考生按如下说明操作。</w:t>
      </w:r>
    </w:p>
    <w:p>
      <w:r>
        <w:t>一、登录苏州大学研究生招生管理系统http://gsas.yjs.suda.edu.cn/logon，选择“全国优秀大学生推免生预报名”（外网用户07：00-17：00可以访问），在系统中如实完整填写各项信息，按要求提供相关附件材料。</w:t>
      </w:r>
    </w:p>
    <w:p>
      <w:r>
        <w:t>二、学院将对通过资格初审的考生进行预选拔。预选拔包括考试及导师面试推荐两个部分。</w:t>
      </w:r>
    </w:p>
    <w:p>
      <w:r>
        <w:t>三、考试相关</w:t>
      </w:r>
    </w:p>
    <w:p>
      <w:r>
        <w:t>1、考试报名：请填写在线收集表</w:t>
      </w:r>
    </w:p>
    <w:p>
      <w:r>
        <w:t>【腾讯文档】2025年苏州大学计算机科学与技术学院（软件学院）推荐免试研究生（含直博生）预选拔考试报名收集表</w:t>
      </w:r>
    </w:p>
    <w:p>
      <w:r>
        <w:t>https://docs.qq.com/form/page/DSE1sblZlRUJnb1ZV，报名截止时间：每批次考试时间的前一周（以在线收集表提交时间为准）。</w:t>
      </w:r>
    </w:p>
    <w:p>
      <w:r>
        <w:t>2、考试科目：计算机基础综合。</w:t>
      </w:r>
    </w:p>
    <w:p>
      <w:r>
        <w:t>3、考试内容：基础程序设计、数据结构、算法。</w:t>
      </w:r>
    </w:p>
    <w:p>
      <w:r>
        <w:t>4、考试形式：线下机考方式。</w:t>
      </w:r>
    </w:p>
    <w:p>
      <w:r>
        <w:t>5、考试结构：基础程序设计、数据结构、算法均以机考编程题的形式考查。支持语种包括Python、C、C++、Java。考生可任选一个语种参加考试，不能选择两个及以上的语种参加考试。不同语种的考题相同。</w:t>
      </w:r>
    </w:p>
    <w:p>
      <w:r>
        <w:t>6、考试方案：另行通知。</w:t>
      </w:r>
    </w:p>
    <w:p>
      <w:r>
        <w:t>7、考试时间（考生自选一个批次参加考试（只能参加一次））</w:t>
      </w:r>
    </w:p>
    <w:p>
      <w:r>
        <w:t>1）第一批次：8月21日13:00-16:00</w:t>
      </w:r>
    </w:p>
    <w:p>
      <w:r>
        <w:t>2）第二批次：9月1 1日13:00-16:00。</w:t>
      </w:r>
    </w:p>
    <w:p>
      <w:r>
        <w:t>四、笔试通过的考生可自行安排时间联系导师进行面试。</w:t>
      </w:r>
    </w:p>
    <w:p>
      <w:r>
        <w:t>五、笔试通过并获得导师推荐的考生即为通过预选拔。</w:t>
      </w:r>
    </w:p>
    <w:p>
      <w:r>
        <w:t>六、学院的各项通知将发送到考生填报材料的邮箱中，请务必注意及时查收。</w:t>
      </w:r>
    </w:p>
    <w:p>
      <w:r>
        <w:t>学院招生办联系邮箱：jygl1203@suda.edu.cn，联系电话：0512-65241071。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