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2024级推荐免试研究生（含直博生）预选拔通知</w:t>
      </w:r>
    </w:p>
    <w:p>
      <w:r>
        <w:t>202 4级免试研究生推荐和录取工作即将开始。苏州大学计算机科学和技术学院热忱欢迎有志于计算机科学和软件工程技术研究的优秀考生。为吸引和促进优秀学子到我院学习深造，特开展应届本科生预选拔工作。请有报考我院202 4级推免研究生意向的考生按如下说明操作。</w:t>
      </w:r>
    </w:p>
    <w:p>
      <w:r>
        <w:t>1.请考生登录我院推免研究生报名网站（http://47.103.208.54:8080）提交初审材料。</w:t>
      </w:r>
    </w:p>
    <w:p>
      <w:r>
        <w:t>2.初审材料提交截止日期：考试时间前一周。</w:t>
      </w:r>
    </w:p>
    <w:p>
      <w:r>
        <w:t>3.学院将对通过资格初审的考生进行复试，复试包括笔试及导师面试推荐两个部分。</w:t>
      </w:r>
    </w:p>
    <w:p>
      <w:r>
        <w:t>4.笔试科目：计算机基础综合。考试内容包括：基础程序设计、数据结构和算法。考试形式：选择题+编程题（数据结构题和算法题也是以编程题的形式进行考查）。支持语种包括Python、C、C++、Java。考生可任选一个语种参加考试，不能选择两个及以上的语种参加考试。</w:t>
      </w:r>
    </w:p>
    <w:p>
      <w:r>
        <w:t>5.考试形式：线下机考方式。考试方案另行通知。</w:t>
      </w:r>
    </w:p>
    <w:p>
      <w:r>
        <w:t>6.考试时间：8月20日13:00-16:00、9月13日13:00-16:00。</w:t>
      </w:r>
    </w:p>
    <w:p>
      <w:r>
        <w:t>7.笔试说明：考生自选一个时间段参加考试（只能参加一次），须至少提前3天报名。</w:t>
      </w:r>
    </w:p>
    <w:p>
      <w:r>
        <w:t>8.笔试通过的考生可自行安排时间联系导师进行面试。</w:t>
      </w:r>
    </w:p>
    <w:p>
      <w:r>
        <w:t>9.在推免研究生录取阶段，学院拟对获导师推荐的考生按回复“同意参加复试”的时间顺序按各专业招生名额依次发送“待录取”通知，录满为止。</w:t>
      </w:r>
    </w:p>
    <w:p>
      <w:r>
        <w:t>10.学院的各项通知将发送到考生的注册邮箱中，请务必注意及时查收。学院联系邮箱：jygl1203@suda.edu.cn，联系电话：0512-65241 071。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