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关于公布“苏州大学2023年推荐优秀应届本科毕业生免试攻读研究生工作方案”的通知</w:t>
      </w:r>
    </w:p>
    <w:p>
      <w:r>
        <w:t>2023届本科毕业生：</w:t>
      </w:r>
    </w:p>
    <w:p>
      <w:r>
        <w:t>根据学校《关于公布“苏州大学2023年推荐优秀应届本科毕业生免试攻读研究生工作方案”的通知》（教字﹝ 2022 ﹞ 251号，以下简称《通知》）精神，现将有关事项通知如下：</w:t>
      </w:r>
    </w:p>
    <w:p>
      <w:r>
        <w:t>一、工作依据</w:t>
      </w:r>
    </w:p>
    <w:p>
      <w:r>
        <w:t>学校2023年推荐优秀应届本科毕业生免试攻读研究生工作严格按照《苏州大学推荐优秀应届本科毕业生免试攻读研究生工作实施办法（2021年修订）》（苏大教﹝ 2021 ﹞ 65号，简称《推免实施办法》，见附件1）、本工作方案及学校推免工作宣讲会的要求执行。</w:t>
      </w:r>
    </w:p>
    <w:p>
      <w:r>
        <w:t>二、学生申请</w:t>
      </w:r>
    </w:p>
    <w:p>
      <w:r>
        <w:t>9月5日（周一）10:00至8日（周四）23:00，符合推免申请条件的2023届预毕业本科生自愿登录“苏州大学本科生推免申请系统”（网址：http://tmsq.jwb.suda.edu.cn/，外网需先登录学校VPN），点击“推免申请”，并上传相关证明材料。申请时务必认真阅读页面内的提示内容；申请时间截止，系统自动关闭，学生将不能再申请。</w:t>
      </w:r>
    </w:p>
    <w:p>
      <w:r>
        <w:t>受疫情影响尚未返校的申请学生，应及时与所在学院（部）联系了解有关推免申请证明材料、综合评价等相关事宜。申请参加“支教团”计划的学生按校团委相关工作通知执行。</w:t>
      </w:r>
    </w:p>
    <w:p>
      <w:r>
        <w:t>三、推免工作后续提醒</w:t>
      </w:r>
    </w:p>
    <w:p>
      <w:r>
        <w:t>推免生可通过“推免服务系统”查询《2023年教育部推免服务系统进度安排》、招生单位的招收推免生章程和专业目录，填写报考志愿，确认招生单位的复试及待录取通知等。“推免服务系统”保障推免生自主报考，考生在规定时间内可自主多次平行报考多个招生单位及专业。9月28日起，获得推免资格的学生参照推免服务系统内的时间安排及操作任务，自行在“推免服务系统”中跟踪并完成相关操作，错过或错误操作者，责任自负。有关操作指南说明请及时关注教育部网站，有关网上填报问题请及时电话咨询所报学校研究生处（部、院）。</w:t>
      </w:r>
    </w:p>
    <w:p>
      <w:r>
        <w:t>以上工作安排若有变化，以学校的最新工作通知为准。</w:t>
      </w:r>
    </w:p>
    <w:p>
      <w:r>
        <w:t>未尽事宜，详见《通知》原文。</w:t>
      </w:r>
    </w:p>
    <w:p>
      <w:r>
        <w:t>特此通知。</w:t>
      </w:r>
    </w:p>
    <w:p>
      <w:r>
        <w:t>附件1：苏州大学推荐优秀应届本科毕业生免试攻读研究生工作实施办法（2021年修订）》.pdf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