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关于做好2027级推荐免试研究生（含直博生）预推免报名及2026年研究生招生线上宣讲会安排通知</w:t>
      </w:r>
    </w:p>
    <w:p>
      <w:pPr>
        <w:pStyle w:val="Heading2"/>
      </w:pPr>
      <w:r>
        <w:t>一、预推免报名相关事宜</w:t>
      </w:r>
    </w:p>
    <w:p>
      <w:pPr>
        <w:pStyle w:val="Heading3"/>
      </w:pPr>
      <w:r>
        <w:t>（一）资格初审</w:t>
      </w:r>
    </w:p>
    <w:p>
      <w:r>
        <w:t>请考生登录苏州大学研究生招生管理系统http://gsas.yjs.suda.edu.cn/logon，选择“全国优秀大学生推免生预报名”通道，如实、完整填报全部个人信息（后续考核、招录相关通知将通过邮箱、手机号推送，请务必准确填写联系方式），按系统要求上传全部附件材料，提交前仔细核对信息，报名材料提交后不可修改，学院将分批次开展资格初审工作。</w:t>
      </w:r>
    </w:p>
    <w:p>
      <w:r>
        <w:t>备注：1.计算机科学与技术学院预推免报名系统暂定开放时段：2026年8月15日—8月28日，学院将根据实时报名情况相应调整；</w:t>
      </w:r>
    </w:p>
    <w:p>
      <w:r>
        <w:t>2.资格初审通过的考生需及时登录系统打印报名申请表，作为线下考核必备材料。</w:t>
      </w:r>
    </w:p>
    <w:p>
      <w:pPr>
        <w:pStyle w:val="Heading3"/>
      </w:pPr>
      <w:r>
        <w:t>（二）线下机试考核</w:t>
      </w:r>
    </w:p>
    <w:p>
      <w:r>
        <w:t>学院计划9月组织资格初审通过的考生开展综合考核（复试），考核分为机试和面试两个环节，机试安排细则如下：</w:t>
      </w:r>
    </w:p>
    <w:p>
      <w:r>
        <w:t>1.机试时间：暂定2026年9月4日；若分多批次组织考核，每位考生仅可参与其中一批次，具体批次安排另行通知；</w:t>
      </w:r>
    </w:p>
    <w:p>
      <w:r>
        <w:t>2.机试科目：计算机基础综合；</w:t>
      </w:r>
    </w:p>
    <w:p>
      <w:r>
        <w:t>3.机试内容：基础程序设计、数据结构、算法；</w:t>
      </w:r>
    </w:p>
    <w:p>
      <w:r>
        <w:t>4.机试形式：线下机房编程；</w:t>
      </w:r>
    </w:p>
    <w:p>
      <w:r>
        <w:t>5.答题语种：支持C++、Python二选一，不可同时使用两个语种作答，不同语种试题相同；</w:t>
      </w:r>
    </w:p>
    <w:p>
      <w:r>
        <w:t>6.机试方案：另行通知。</w:t>
      </w:r>
    </w:p>
    <w:p>
      <w:pPr>
        <w:pStyle w:val="Heading3"/>
      </w:pPr>
      <w:r>
        <w:t>（三）面试考核</w:t>
      </w:r>
    </w:p>
    <w:p>
      <w:r>
        <w:t>机试通过的考生，请在学院规定时段参加面试（另行通知），综合考核全部通过者，方可获得我院推免资格。</w:t>
      </w:r>
    </w:p>
    <w:p>
      <w:pPr>
        <w:pStyle w:val="Heading3"/>
      </w:pPr>
      <w:r>
        <w:t>（四）重要注意事项</w:t>
      </w:r>
    </w:p>
    <w:p>
      <w:r>
        <w:t>仅在苏州大学研究生院预推免系统报名，通过考核取得推免资格不代表被最终录取，考生后续必须登录教育部全国推免服务系统（网址：https://yz.chsi.com.cn/tm）进行报名，在该系统内完成复试和录取接收确认等工作。</w:t>
      </w:r>
    </w:p>
    <w:p>
      <w:r>
        <w:t>请考生持续关注苏州大学研究生院和我院官网公告，全程保持手机、电子邮箱通讯畅通，避免错过考核、录取关键通知。</w:t>
      </w:r>
    </w:p>
    <w:p>
      <w:pPr>
        <w:pStyle w:val="Heading3"/>
      </w:pPr>
      <w:r>
        <w:t>二、线上宣讲会安排</w:t>
      </w:r>
    </w:p>
    <w:p>
      <w:r>
        <w:t>为帮助全国优秀本科生全面了解苏州大学计算机科学与技术学院2027级推免（含直博）招生政策、学科建设、导师团队、学生培养等内容，我院开设线上招生宣讲会，面向所有意向申报我院推免的本科生开放参与。</w:t>
      </w:r>
    </w:p>
    <w:p>
      <w:r>
        <w:t>1.宣讲时间：2026年8月24日（星期一）13: 3 0—17:00</w:t>
      </w:r>
    </w:p>
    <w:p>
      <w:r>
        <w:t>2.宣讲平台：腾讯会议</w:t>
      </w:r>
    </w:p>
    <w:p>
      <w:r>
        <w:t>3.宣讲流程及内容</w:t>
      </w:r>
    </w:p>
    <w:p>
      <w:r>
        <w:t>（1）学院院长整体介绍学院情况；</w:t>
      </w:r>
    </w:p>
    <w:p>
      <w:r>
        <w:t>（2）导师代表介绍其研究方向、招生需求；</w:t>
      </w:r>
    </w:p>
    <w:p>
      <w:r>
        <w:t>（3）在读研究生分享经验；</w:t>
      </w:r>
    </w:p>
    <w:p>
      <w:r>
        <w:t>（4）学院党委书记作总结讲话。</w:t>
      </w:r>
    </w:p>
    <w:p>
      <w:r>
        <w:t>4.参会操作要求</w:t>
      </w:r>
    </w:p>
    <w:p>
      <w:r>
        <w:t>参会学生须在2026年8月23日前完成实名验证并加入QQ群：1057468799；宣讲会前，群内统一发布腾讯会议号、入会密码，请提前安装腾讯会议客户端。</w:t>
      </w:r>
    </w:p>
    <w:p>
      <w:pPr>
        <w:pStyle w:val="Heading3"/>
      </w:pPr>
      <w:r>
        <w:t>三、咨询渠道</w:t>
      </w:r>
    </w:p>
    <w:p>
      <w:r>
        <w:t>咨询邮箱：jygl1203@suda.edu.cn咨询电话：0512-65241071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