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2021年学院推荐优秀应届本科毕业生免试攻读硕士学位研究生名单公示</w:t>
      </w:r>
    </w:p>
    <w:p>
      <w:r>
        <w:t>根据教育部《关于做好2021年推荐优秀应届本科毕业生免试攻读研究生工作的通知》（教学司函〔2020〕38号）、《苏州大学推荐优秀应届本科毕业生免试攻读硕士学位研究生工作实施办法（修订稿）》（苏大教〔2015〕28号）和《苏州大学推荐优秀应届本科毕业生2021年免试攻读硕士研究生工作实施办法》（苏大教字〔2020〕168号）等文件精神和计算机科学与技术学院2021年推免实施细则，经学生本人申请，结合GPA及成长素质成绩综合评价排名结果，经推免工作小组审议，拟推荐下列同学免试攻读202 1年硕士研究生。为广泛征求意见现予以张榜公示，如对推荐名单有异议请在20 20年10月7日下午5点前向学院反映。</w:t>
      </w:r>
    </w:p>
    <w:p>
      <w:r>
        <w:t>联系人：</w:t>
      </w:r>
    </w:p>
    <w:p>
      <w:r>
        <w:t>沈云彩65113065 shenyuncai@suda.edu.cn</w:t>
      </w:r>
    </w:p>
    <w:p>
      <w:r>
        <w:t>王进wjin1985@suda.edu.cn</w:t>
      </w:r>
    </w:p>
    <w:p>
      <w:r>
        <w:t>推荐名单如下：</w:t>
      </w:r>
    </w:p>
    <w:p>
      <w:r>
        <w:t>计算机科学与技术专业：</w:t>
      </w:r>
    </w:p>
    <w:p>
      <w:r>
        <w:t>徐嘉诚、韦思义、宋典城、徐鸿渊、娄陈、耿皓、司马清华、李林钦、熊伟、张照芃、田新宇、肖子恒、任建宇、李长江、张啸宇、李天镜、蔡玉林、赵津艺、崔秀莲、陈强、史伟杰、周京晶。</w:t>
      </w:r>
    </w:p>
    <w:p>
      <w:r>
        <w:t>人工智能实验班：</w:t>
      </w:r>
    </w:p>
    <w:p>
      <w:r>
        <w:t>郭静文、王博宇、蒋俊鹏、邓文韬、刘晓璇、戴彧、王越、路明遥、郑少辉、戴文轩、杨帆、邹健。</w:t>
      </w:r>
    </w:p>
    <w:p>
      <w:r>
        <w:t>软件工程专业：</w:t>
      </w:r>
    </w:p>
    <w:p>
      <w:r>
        <w:t>王懿丰、黄赛豪、钱煜、曾连杰、邝逸伦、吴天昊、章岳、肖义胜、尤逸飞。</w:t>
      </w:r>
    </w:p>
    <w:p>
      <w:r>
        <w:t>信息管理与系统专业：</w:t>
      </w:r>
    </w:p>
    <w:p>
      <w:r>
        <w:t>罗燕、李霞、谈川源、张鸣晨</w:t>
      </w:r>
    </w:p>
    <w:p>
      <w:r>
        <w:t>候补：</w:t>
      </w:r>
    </w:p>
    <w:p>
      <w:r>
        <w:t>张涵（1）、吴忆凡（2）、王晨（3）</w:t>
      </w:r>
    </w:p>
    <w:p>
      <w:r>
        <w:t>计算机科学与技术学院</w:t>
      </w:r>
    </w:p>
    <w:p>
      <w:r>
        <w:t>20 20年9月28日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