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计算机科学与技术学院2027年接收推荐免试研究生面试考核名单</w:t>
      </w:r>
    </w:p>
    <w:p>
      <w:r>
        <w:t>计算机科学与技术学院2027年接收推荐免试研究生面试考核名单已经确定，现公布如下：</w:t>
      </w:r>
    </w:p>
    <w:p>
      <w:r>
        <w:t>计算机科学与技术学院2027年接收推荐免试研究生面试考核名单.pdf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