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计算机科学与技术学院、软件学院推荐2027届优秀应届本科毕业生免试攻读研究生名单公示</w:t>
      </w:r>
    </w:p>
    <w:p>
      <w:r>
        <w:t>根据《关于组织开展推荐2027届优秀应届本科毕业生免试攻读研究生工作的通知》（教字﹝2026﹞181号）及《计算机科学与技术学院、软件学院推荐2027届优秀应届本科毕业生免试攻读研究生工作实施细则》等文件要求，经学生自愿申请、材料审核专家组综合评价、推免工作小组以及学院党政联席会议审议通过，现将结果予以公示，公示时间：2026年9月13日至9月19日。</w:t>
      </w:r>
    </w:p>
    <w:p>
      <w:r>
        <w:t>广大师生对公示名单若有异议，可于上述公示期内实名向学院推免工作小组反映，联系人：徐老师，邮箱：xuchao@suda.edu.cn。电话：0512-65112670。反映问题应客观公正、实事求是，并应提供有关异议的证明材料。凡匿名、冒名或超出期限的异议不予受理。</w:t>
      </w:r>
    </w:p>
    <w:p>
      <w:r>
        <w:t>计算机科学与技术学院、软件学院</w:t>
      </w:r>
    </w:p>
    <w:p>
      <w:r>
        <w:t>2026年9月13日</w:t>
      </w:r>
    </w:p>
    <w:p>
      <w:r>
        <w:t>附件5：推免初选名单及综合评价总分表（计算机学院9.13）.xls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