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药学院2027年接收推荐免试研究生 面试考核名单（第三批）</w:t>
      </w:r>
    </w:p>
    <w:p>
      <w:r>
        <w:t>药学院2027年接收推荐免试研究生面试考核名单（第三批）已经确定，现公布如下：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报名号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20273322304</w:t>
            </w:r>
          </w:p>
        </w:tc>
        <w:tc>
          <w:tcPr>
            <w:tcW w:type="dxa" w:w="2160"/>
          </w:tcPr>
          <w:p>
            <w:r>
              <w:t>胡润泽</w:t>
            </w:r>
          </w:p>
        </w:tc>
        <w:tc>
          <w:tcPr>
            <w:tcW w:type="dxa" w:w="2160"/>
          </w:tcPr>
          <w:p>
            <w:r>
              <w:t>20273347337</w:t>
            </w:r>
          </w:p>
        </w:tc>
        <w:tc>
          <w:tcPr>
            <w:tcW w:type="dxa" w:w="2160"/>
          </w:tcPr>
          <w:p>
            <w:r>
              <w:t>李文聪</w:t>
            </w:r>
          </w:p>
        </w:tc>
      </w:tr>
      <w:tr>
        <w:tc>
          <w:tcPr>
            <w:tcW w:type="dxa" w:w="2160"/>
          </w:tcPr>
          <w:p>
            <w:r>
              <w:t>20273326078</w:t>
            </w:r>
          </w:p>
        </w:tc>
        <w:tc>
          <w:tcPr>
            <w:tcW w:type="dxa" w:w="2160"/>
          </w:tcPr>
          <w:p>
            <w:r>
              <w:t>张淼</w:t>
            </w:r>
          </w:p>
        </w:tc>
        <w:tc>
          <w:tcPr>
            <w:tcW w:type="dxa" w:w="2160"/>
          </w:tcPr>
          <w:p>
            <w:r>
              <w:t>20273351029</w:t>
            </w:r>
          </w:p>
        </w:tc>
        <w:tc>
          <w:tcPr>
            <w:tcW w:type="dxa" w:w="2160"/>
          </w:tcPr>
          <w:p>
            <w:r>
              <w:t>李紫昕</w:t>
            </w:r>
          </w:p>
        </w:tc>
      </w:tr>
      <w:tr>
        <w:tc>
          <w:tcPr>
            <w:tcW w:type="dxa" w:w="2160"/>
          </w:tcPr>
          <w:p>
            <w:r>
              <w:t>20273317624</w:t>
            </w:r>
          </w:p>
        </w:tc>
        <w:tc>
          <w:tcPr>
            <w:tcW w:type="dxa" w:w="2160"/>
          </w:tcPr>
          <w:p>
            <w:r>
              <w:t>鄢宇航</w:t>
            </w:r>
          </w:p>
        </w:tc>
        <w:tc>
          <w:tcPr>
            <w:tcW w:type="dxa" w:w="2160"/>
          </w:tcPr>
          <w:p>
            <w:r>
              <w:t>20273350653</w:t>
            </w:r>
          </w:p>
        </w:tc>
        <w:tc>
          <w:tcPr>
            <w:tcW w:type="dxa" w:w="2160"/>
          </w:tcPr>
          <w:p>
            <w:r>
              <w:t>李丰盛</w:t>
            </w:r>
          </w:p>
        </w:tc>
      </w:tr>
      <w:tr>
        <w:tc>
          <w:tcPr>
            <w:tcW w:type="dxa" w:w="2160"/>
          </w:tcPr>
          <w:p>
            <w:r>
              <w:t>20273326024</w:t>
            </w:r>
          </w:p>
        </w:tc>
        <w:tc>
          <w:tcPr>
            <w:tcW w:type="dxa" w:w="2160"/>
          </w:tcPr>
          <w:p>
            <w:r>
              <w:t>王静</w:t>
            </w:r>
          </w:p>
        </w:tc>
        <w:tc>
          <w:tcPr>
            <w:tcW w:type="dxa" w:w="2160"/>
          </w:tcPr>
          <w:p>
            <w:r>
              <w:t>20273349535</w:t>
            </w:r>
          </w:p>
        </w:tc>
        <w:tc>
          <w:tcPr>
            <w:tcW w:type="dxa" w:w="2160"/>
          </w:tcPr>
          <w:p>
            <w:r>
              <w:t>陈佳豪</w:t>
            </w:r>
          </w:p>
        </w:tc>
      </w:tr>
      <w:tr>
        <w:tc>
          <w:tcPr>
            <w:tcW w:type="dxa" w:w="2160"/>
          </w:tcPr>
          <w:p>
            <w:r>
              <w:t>20273326219</w:t>
            </w:r>
          </w:p>
        </w:tc>
        <w:tc>
          <w:tcPr>
            <w:tcW w:type="dxa" w:w="2160"/>
          </w:tcPr>
          <w:p>
            <w:r>
              <w:t>赵嘉怡</w:t>
            </w:r>
          </w:p>
        </w:tc>
        <w:tc>
          <w:tcPr>
            <w:tcW w:type="dxa" w:w="2160"/>
          </w:tcPr>
          <w:p>
            <w:r>
              <w:t>20273349718</w:t>
            </w:r>
          </w:p>
        </w:tc>
        <w:tc>
          <w:tcPr>
            <w:tcW w:type="dxa" w:w="2160"/>
          </w:tcPr>
          <w:p>
            <w:r>
              <w:t>兰嘉诚</w:t>
            </w:r>
          </w:p>
        </w:tc>
      </w:tr>
      <w:tr>
        <w:tc>
          <w:tcPr>
            <w:tcW w:type="dxa" w:w="2160"/>
          </w:tcPr>
          <w:p>
            <w:r>
              <w:t>20273326060</w:t>
            </w:r>
          </w:p>
        </w:tc>
        <w:tc>
          <w:tcPr>
            <w:tcW w:type="dxa" w:w="2160"/>
          </w:tcPr>
          <w:p>
            <w:r>
              <w:t>鲁镒</w:t>
            </w:r>
          </w:p>
        </w:tc>
        <w:tc>
          <w:tcPr>
            <w:tcW w:type="dxa" w:w="2160"/>
          </w:tcPr>
          <w:p>
            <w:r>
              <w:t>20273352162</w:t>
            </w:r>
          </w:p>
        </w:tc>
        <w:tc>
          <w:tcPr>
            <w:tcW w:type="dxa" w:w="2160"/>
          </w:tcPr>
          <w:p>
            <w:r>
              <w:t>冯雨乐</w:t>
            </w:r>
          </w:p>
        </w:tc>
      </w:tr>
      <w:tr>
        <w:tc>
          <w:tcPr>
            <w:tcW w:type="dxa" w:w="2160"/>
          </w:tcPr>
          <w:p>
            <w:r>
              <w:t>20273310090</w:t>
            </w:r>
          </w:p>
        </w:tc>
        <w:tc>
          <w:tcPr>
            <w:tcW w:type="dxa" w:w="2160"/>
          </w:tcPr>
          <w:p>
            <w:r>
              <w:t>金雨萱</w:t>
            </w:r>
          </w:p>
        </w:tc>
        <w:tc>
          <w:tcPr>
            <w:tcW w:type="dxa" w:w="2160"/>
          </w:tcPr>
          <w:p>
            <w:r>
              <w:t>20273352539</w:t>
            </w:r>
          </w:p>
        </w:tc>
        <w:tc>
          <w:tcPr>
            <w:tcW w:type="dxa" w:w="2160"/>
          </w:tcPr>
          <w:p>
            <w:r>
              <w:t>罗晓静</w:t>
            </w:r>
          </w:p>
        </w:tc>
      </w:tr>
      <w:tr>
        <w:tc>
          <w:tcPr>
            <w:tcW w:type="dxa" w:w="2160"/>
          </w:tcPr>
          <w:p>
            <w:r>
              <w:t>20273326382</w:t>
            </w:r>
          </w:p>
        </w:tc>
        <w:tc>
          <w:tcPr>
            <w:tcW w:type="dxa" w:w="2160"/>
          </w:tcPr>
          <w:p>
            <w:r>
              <w:t>高瑞沅</w:t>
            </w:r>
          </w:p>
        </w:tc>
        <w:tc>
          <w:tcPr>
            <w:tcW w:type="dxa" w:w="2160"/>
          </w:tcPr>
          <w:p>
            <w:r>
              <w:t>20273352640</w:t>
            </w:r>
          </w:p>
        </w:tc>
        <w:tc>
          <w:tcPr>
            <w:tcW w:type="dxa" w:w="2160"/>
          </w:tcPr>
          <w:p>
            <w:r>
              <w:t>赵丽聪</w:t>
            </w:r>
          </w:p>
        </w:tc>
      </w:tr>
      <w:tr>
        <w:tc>
          <w:tcPr>
            <w:tcW w:type="dxa" w:w="2160"/>
          </w:tcPr>
          <w:p>
            <w:r>
              <w:t>20273318426</w:t>
            </w:r>
          </w:p>
        </w:tc>
        <w:tc>
          <w:tcPr>
            <w:tcW w:type="dxa" w:w="2160"/>
          </w:tcPr>
          <w:p>
            <w:r>
              <w:t>王驰淼</w:t>
            </w:r>
          </w:p>
        </w:tc>
        <w:tc>
          <w:tcPr>
            <w:tcW w:type="dxa" w:w="2160"/>
          </w:tcPr>
          <w:p>
            <w:r>
              <w:t>20273350541</w:t>
            </w:r>
          </w:p>
        </w:tc>
        <w:tc>
          <w:tcPr>
            <w:tcW w:type="dxa" w:w="2160"/>
          </w:tcPr>
          <w:p>
            <w:r>
              <w:t>李坤洋</w:t>
            </w:r>
          </w:p>
        </w:tc>
      </w:tr>
      <w:tr>
        <w:tc>
          <w:tcPr>
            <w:tcW w:type="dxa" w:w="2160"/>
          </w:tcPr>
          <w:p>
            <w:r>
              <w:t>20273317398</w:t>
            </w:r>
          </w:p>
        </w:tc>
        <w:tc>
          <w:tcPr>
            <w:tcW w:type="dxa" w:w="2160"/>
          </w:tcPr>
          <w:p>
            <w:r>
              <w:t>李佩娜</w:t>
            </w:r>
          </w:p>
        </w:tc>
        <w:tc>
          <w:tcPr>
            <w:tcW w:type="dxa" w:w="2160"/>
          </w:tcPr>
          <w:p>
            <w:r>
              <w:t>20273353914</w:t>
            </w:r>
          </w:p>
        </w:tc>
        <w:tc>
          <w:tcPr>
            <w:tcW w:type="dxa" w:w="2160"/>
          </w:tcPr>
          <w:p>
            <w:r>
              <w:t>孙雨萱</w:t>
            </w:r>
          </w:p>
        </w:tc>
      </w:tr>
      <w:tr>
        <w:tc>
          <w:tcPr>
            <w:tcW w:type="dxa" w:w="2160"/>
          </w:tcPr>
          <w:p>
            <w:r>
              <w:t>20273306188</w:t>
            </w:r>
          </w:p>
        </w:tc>
        <w:tc>
          <w:tcPr>
            <w:tcW w:type="dxa" w:w="2160"/>
          </w:tcPr>
          <w:p>
            <w:r>
              <w:t>沈琪云</w:t>
            </w:r>
          </w:p>
        </w:tc>
        <w:tc>
          <w:tcPr>
            <w:tcW w:type="dxa" w:w="2160"/>
          </w:tcPr>
          <w:p>
            <w:r>
              <w:t>20273353211</w:t>
            </w:r>
          </w:p>
        </w:tc>
        <w:tc>
          <w:tcPr>
            <w:tcW w:type="dxa" w:w="2160"/>
          </w:tcPr>
          <w:p>
            <w:r>
              <w:t>马浩然</w:t>
            </w:r>
          </w:p>
        </w:tc>
      </w:tr>
      <w:tr>
        <w:tc>
          <w:tcPr>
            <w:tcW w:type="dxa" w:w="2160"/>
          </w:tcPr>
          <w:p>
            <w:r>
              <w:t>20273326618</w:t>
            </w:r>
          </w:p>
        </w:tc>
        <w:tc>
          <w:tcPr>
            <w:tcW w:type="dxa" w:w="2160"/>
          </w:tcPr>
          <w:p>
            <w:r>
              <w:t>张馨予</w:t>
            </w:r>
          </w:p>
        </w:tc>
        <w:tc>
          <w:tcPr>
            <w:tcW w:type="dxa" w:w="2160"/>
          </w:tcPr>
          <w:p>
            <w:r>
              <w:t>20273354543</w:t>
            </w:r>
          </w:p>
        </w:tc>
        <w:tc>
          <w:tcPr>
            <w:tcW w:type="dxa" w:w="2160"/>
          </w:tcPr>
          <w:p>
            <w:r>
              <w:t>曾书艺</w:t>
            </w:r>
          </w:p>
        </w:tc>
      </w:tr>
      <w:tr>
        <w:tc>
          <w:tcPr>
            <w:tcW w:type="dxa" w:w="2160"/>
          </w:tcPr>
          <w:p>
            <w:r>
              <w:t>20273325946</w:t>
            </w:r>
          </w:p>
        </w:tc>
        <w:tc>
          <w:tcPr>
            <w:tcW w:type="dxa" w:w="2160"/>
          </w:tcPr>
          <w:p>
            <w:r>
              <w:t>杨金果</w:t>
            </w:r>
          </w:p>
        </w:tc>
        <w:tc>
          <w:tcPr>
            <w:tcW w:type="dxa" w:w="2160"/>
          </w:tcPr>
          <w:p>
            <w:r>
              <w:t>20273322080</w:t>
            </w:r>
          </w:p>
        </w:tc>
        <w:tc>
          <w:tcPr>
            <w:tcW w:type="dxa" w:w="2160"/>
          </w:tcPr>
          <w:p>
            <w:r>
              <w:t>郑小娟</w:t>
            </w:r>
          </w:p>
        </w:tc>
      </w:tr>
      <w:tr>
        <w:tc>
          <w:tcPr>
            <w:tcW w:type="dxa" w:w="2160"/>
          </w:tcPr>
          <w:p>
            <w:r>
              <w:t>20273326471</w:t>
            </w:r>
          </w:p>
        </w:tc>
        <w:tc>
          <w:tcPr>
            <w:tcW w:type="dxa" w:w="2160"/>
          </w:tcPr>
          <w:p>
            <w:r>
              <w:t>崔骁涵</w:t>
            </w:r>
          </w:p>
        </w:tc>
        <w:tc>
          <w:tcPr>
            <w:tcW w:type="dxa" w:w="2160"/>
          </w:tcPr>
          <w:p>
            <w:r>
              <w:t>20273349761</w:t>
            </w:r>
          </w:p>
        </w:tc>
        <w:tc>
          <w:tcPr>
            <w:tcW w:type="dxa" w:w="2160"/>
          </w:tcPr>
          <w:p>
            <w:r>
              <w:t>赵欣喆</w:t>
            </w:r>
          </w:p>
        </w:tc>
      </w:tr>
      <w:tr>
        <w:tc>
          <w:tcPr>
            <w:tcW w:type="dxa" w:w="2160"/>
          </w:tcPr>
          <w:p>
            <w:r>
              <w:t>20273310235</w:t>
            </w:r>
          </w:p>
        </w:tc>
        <w:tc>
          <w:tcPr>
            <w:tcW w:type="dxa" w:w="2160"/>
          </w:tcPr>
          <w:p>
            <w:r>
              <w:t>周伟俊</w:t>
            </w:r>
          </w:p>
        </w:tc>
        <w:tc>
          <w:tcPr>
            <w:tcW w:type="dxa" w:w="2160"/>
          </w:tcPr>
          <w:p>
            <w:r>
              <w:t>20273353706</w:t>
            </w:r>
          </w:p>
        </w:tc>
        <w:tc>
          <w:tcPr>
            <w:tcW w:type="dxa" w:w="2160"/>
          </w:tcPr>
          <w:p>
            <w:r>
              <w:t>周梦圆</w:t>
            </w:r>
          </w:p>
        </w:tc>
      </w:tr>
      <w:tr>
        <w:tc>
          <w:tcPr>
            <w:tcW w:type="dxa" w:w="2160"/>
          </w:tcPr>
          <w:p>
            <w:r>
              <w:t>20273326717</w:t>
            </w:r>
          </w:p>
        </w:tc>
        <w:tc>
          <w:tcPr>
            <w:tcW w:type="dxa" w:w="2160"/>
          </w:tcPr>
          <w:p>
            <w:r>
              <w:t>谭伟达</w:t>
            </w:r>
          </w:p>
        </w:tc>
        <w:tc>
          <w:tcPr>
            <w:tcW w:type="dxa" w:w="2160"/>
          </w:tcPr>
          <w:p>
            <w:r>
              <w:t>20273355978</w:t>
            </w:r>
          </w:p>
        </w:tc>
        <w:tc>
          <w:tcPr>
            <w:tcW w:type="dxa" w:w="2160"/>
          </w:tcPr>
          <w:p>
            <w:r>
              <w:t>李元婕</w:t>
            </w:r>
          </w:p>
        </w:tc>
      </w:tr>
      <w:tr>
        <w:tc>
          <w:tcPr>
            <w:tcW w:type="dxa" w:w="2160"/>
          </w:tcPr>
          <w:p>
            <w:r>
              <w:t>20273309697</w:t>
            </w:r>
          </w:p>
        </w:tc>
        <w:tc>
          <w:tcPr>
            <w:tcW w:type="dxa" w:w="2160"/>
          </w:tcPr>
          <w:p>
            <w:r>
              <w:t>仕新欣</w:t>
            </w:r>
          </w:p>
        </w:tc>
        <w:tc>
          <w:tcPr>
            <w:tcW w:type="dxa" w:w="2160"/>
          </w:tcPr>
          <w:p>
            <w:r>
              <w:t>20273350265</w:t>
            </w:r>
          </w:p>
        </w:tc>
        <w:tc>
          <w:tcPr>
            <w:tcW w:type="dxa" w:w="2160"/>
          </w:tcPr>
          <w:p>
            <w:r>
              <w:t>余小山</w:t>
            </w:r>
          </w:p>
        </w:tc>
      </w:tr>
      <w:tr>
        <w:tc>
          <w:tcPr>
            <w:tcW w:type="dxa" w:w="2160"/>
          </w:tcPr>
          <w:p>
            <w:r>
              <w:t>20273326320</w:t>
            </w:r>
          </w:p>
        </w:tc>
        <w:tc>
          <w:tcPr>
            <w:tcW w:type="dxa" w:w="2160"/>
          </w:tcPr>
          <w:p>
            <w:r>
              <w:t>张紫霞</w:t>
            </w:r>
          </w:p>
        </w:tc>
        <w:tc>
          <w:tcPr>
            <w:tcW w:type="dxa" w:w="2160"/>
          </w:tcPr>
          <w:p>
            <w:r>
              <w:t>20273328439</w:t>
            </w:r>
          </w:p>
        </w:tc>
        <w:tc>
          <w:tcPr>
            <w:tcW w:type="dxa" w:w="2160"/>
          </w:tcPr>
          <w:p>
            <w:r>
              <w:t>许光蕊</w:t>
            </w:r>
          </w:p>
        </w:tc>
      </w:tr>
      <w:tr>
        <w:tc>
          <w:tcPr>
            <w:tcW w:type="dxa" w:w="2160"/>
          </w:tcPr>
          <w:p>
            <w:r>
              <w:t>20273326393</w:t>
            </w:r>
          </w:p>
        </w:tc>
        <w:tc>
          <w:tcPr>
            <w:tcW w:type="dxa" w:w="2160"/>
          </w:tcPr>
          <w:p>
            <w:r>
              <w:t>吴羽豪</w:t>
            </w:r>
          </w:p>
        </w:tc>
        <w:tc>
          <w:tcPr>
            <w:tcW w:type="dxa" w:w="2160"/>
          </w:tcPr>
          <w:p>
            <w:r>
              <w:t>20273350414</w:t>
            </w:r>
          </w:p>
        </w:tc>
        <w:tc>
          <w:tcPr>
            <w:tcW w:type="dxa" w:w="2160"/>
          </w:tcPr>
          <w:p>
            <w:r>
              <w:t>邓茗明</w:t>
            </w:r>
          </w:p>
        </w:tc>
      </w:tr>
      <w:tr>
        <w:tc>
          <w:tcPr>
            <w:tcW w:type="dxa" w:w="2160"/>
          </w:tcPr>
          <w:p>
            <w:r>
              <w:t>20273326795</w:t>
            </w:r>
          </w:p>
        </w:tc>
        <w:tc>
          <w:tcPr>
            <w:tcW w:type="dxa" w:w="2160"/>
          </w:tcPr>
          <w:p>
            <w:r>
              <w:t>陶思媛</w:t>
            </w:r>
          </w:p>
        </w:tc>
        <w:tc>
          <w:tcPr>
            <w:tcW w:type="dxa" w:w="2160"/>
          </w:tcPr>
          <w:p>
            <w:r>
              <w:t>20273308768</w:t>
            </w:r>
          </w:p>
        </w:tc>
        <w:tc>
          <w:tcPr>
            <w:tcW w:type="dxa" w:w="2160"/>
          </w:tcPr>
          <w:p>
            <w:r>
              <w:t>赵妍妍</w:t>
            </w:r>
          </w:p>
        </w:tc>
      </w:tr>
      <w:tr>
        <w:tc>
          <w:tcPr>
            <w:tcW w:type="dxa" w:w="2160"/>
          </w:tcPr>
          <w:p>
            <w:r>
              <w:t>20273326544</w:t>
            </w:r>
          </w:p>
        </w:tc>
        <w:tc>
          <w:tcPr>
            <w:tcW w:type="dxa" w:w="2160"/>
          </w:tcPr>
          <w:p>
            <w:r>
              <w:t>康贞</w:t>
            </w:r>
          </w:p>
        </w:tc>
        <w:tc>
          <w:tcPr>
            <w:tcW w:type="dxa" w:w="2160"/>
          </w:tcPr>
          <w:p>
            <w:r>
              <w:t>20273356007</w:t>
            </w:r>
          </w:p>
        </w:tc>
        <w:tc>
          <w:tcPr>
            <w:tcW w:type="dxa" w:w="2160"/>
          </w:tcPr>
          <w:p>
            <w:r>
              <w:t>刘霜</w:t>
            </w:r>
          </w:p>
        </w:tc>
      </w:tr>
      <w:tr>
        <w:tc>
          <w:tcPr>
            <w:tcW w:type="dxa" w:w="2160"/>
          </w:tcPr>
          <w:p>
            <w:r>
              <w:t>20273326867</w:t>
            </w:r>
          </w:p>
        </w:tc>
        <w:tc>
          <w:tcPr>
            <w:tcW w:type="dxa" w:w="2160"/>
          </w:tcPr>
          <w:p>
            <w:r>
              <w:t>苏俊菲</w:t>
            </w:r>
          </w:p>
        </w:tc>
        <w:tc>
          <w:tcPr>
            <w:tcW w:type="dxa" w:w="2160"/>
          </w:tcPr>
          <w:p>
            <w:r>
              <w:t>20273357156</w:t>
            </w:r>
          </w:p>
        </w:tc>
        <w:tc>
          <w:tcPr>
            <w:tcW w:type="dxa" w:w="2160"/>
          </w:tcPr>
          <w:p>
            <w:r>
              <w:t>卞宇鑫</w:t>
            </w:r>
          </w:p>
        </w:tc>
      </w:tr>
      <w:tr>
        <w:tc>
          <w:tcPr>
            <w:tcW w:type="dxa" w:w="2160"/>
          </w:tcPr>
          <w:p>
            <w:r>
              <w:t>20273326962</w:t>
            </w:r>
          </w:p>
        </w:tc>
        <w:tc>
          <w:tcPr>
            <w:tcW w:type="dxa" w:w="2160"/>
          </w:tcPr>
          <w:p>
            <w:r>
              <w:t>骆盈</w:t>
            </w:r>
          </w:p>
        </w:tc>
        <w:tc>
          <w:tcPr>
            <w:tcW w:type="dxa" w:w="2160"/>
          </w:tcPr>
          <w:p>
            <w:r>
              <w:t>20273322485</w:t>
            </w:r>
          </w:p>
        </w:tc>
        <w:tc>
          <w:tcPr>
            <w:tcW w:type="dxa" w:w="2160"/>
          </w:tcPr>
          <w:p>
            <w:r>
              <w:t>褚仪婷</w:t>
            </w:r>
          </w:p>
        </w:tc>
      </w:tr>
      <w:tr>
        <w:tc>
          <w:tcPr>
            <w:tcW w:type="dxa" w:w="2160"/>
          </w:tcPr>
          <w:p>
            <w:r>
              <w:t>20273326983</w:t>
            </w:r>
          </w:p>
        </w:tc>
        <w:tc>
          <w:tcPr>
            <w:tcW w:type="dxa" w:w="2160"/>
          </w:tcPr>
          <w:p>
            <w:r>
              <w:t>黄嘉瑶</w:t>
            </w:r>
          </w:p>
        </w:tc>
        <w:tc>
          <w:tcPr>
            <w:tcW w:type="dxa" w:w="2160"/>
          </w:tcPr>
          <w:p>
            <w:r>
              <w:t>20273357453</w:t>
            </w:r>
          </w:p>
        </w:tc>
        <w:tc>
          <w:tcPr>
            <w:tcW w:type="dxa" w:w="2160"/>
          </w:tcPr>
          <w:p>
            <w:r>
              <w:t>张俊宝</w:t>
            </w:r>
          </w:p>
        </w:tc>
      </w:tr>
      <w:tr>
        <w:tc>
          <w:tcPr>
            <w:tcW w:type="dxa" w:w="2160"/>
          </w:tcPr>
          <w:p>
            <w:r>
              <w:t>20273311971</w:t>
            </w:r>
          </w:p>
        </w:tc>
        <w:tc>
          <w:tcPr>
            <w:tcW w:type="dxa" w:w="2160"/>
          </w:tcPr>
          <w:p>
            <w:r>
              <w:t>刘万卓</w:t>
            </w:r>
          </w:p>
        </w:tc>
        <w:tc>
          <w:tcPr>
            <w:tcW w:type="dxa" w:w="2160"/>
          </w:tcPr>
          <w:p>
            <w:r>
              <w:t>20273357328</w:t>
            </w:r>
          </w:p>
        </w:tc>
        <w:tc>
          <w:tcPr>
            <w:tcW w:type="dxa" w:w="2160"/>
          </w:tcPr>
          <w:p>
            <w:r>
              <w:t>毕袁博</w:t>
            </w:r>
          </w:p>
        </w:tc>
      </w:tr>
      <w:tr>
        <w:tc>
          <w:tcPr>
            <w:tcW w:type="dxa" w:w="2160"/>
          </w:tcPr>
          <w:p>
            <w:r>
              <w:t>20273303664</w:t>
            </w:r>
          </w:p>
        </w:tc>
        <w:tc>
          <w:tcPr>
            <w:tcW w:type="dxa" w:w="2160"/>
          </w:tcPr>
          <w:p>
            <w:r>
              <w:t>刘皓天</w:t>
            </w:r>
          </w:p>
        </w:tc>
        <w:tc>
          <w:tcPr>
            <w:tcW w:type="dxa" w:w="2160"/>
          </w:tcPr>
          <w:p>
            <w:r>
              <w:t>20273334404</w:t>
            </w:r>
          </w:p>
        </w:tc>
        <w:tc>
          <w:tcPr>
            <w:tcW w:type="dxa" w:w="2160"/>
          </w:tcPr>
          <w:p>
            <w:r>
              <w:t>杨润轩</w:t>
            </w:r>
          </w:p>
        </w:tc>
      </w:tr>
      <w:tr>
        <w:tc>
          <w:tcPr>
            <w:tcW w:type="dxa" w:w="2160"/>
          </w:tcPr>
          <w:p>
            <w:r>
              <w:t>20273326610</w:t>
            </w:r>
          </w:p>
        </w:tc>
        <w:tc>
          <w:tcPr>
            <w:tcW w:type="dxa" w:w="2160"/>
          </w:tcPr>
          <w:p>
            <w:r>
              <w:t>罗倩</w:t>
            </w:r>
          </w:p>
        </w:tc>
        <w:tc>
          <w:tcPr>
            <w:tcW w:type="dxa" w:w="2160"/>
          </w:tcPr>
          <w:p>
            <w:r>
              <w:t>20273357858</w:t>
            </w:r>
          </w:p>
        </w:tc>
        <w:tc>
          <w:tcPr>
            <w:tcW w:type="dxa" w:w="2160"/>
          </w:tcPr>
          <w:p>
            <w:r>
              <w:t>王鑫乐</w:t>
            </w:r>
          </w:p>
        </w:tc>
      </w:tr>
      <w:tr>
        <w:tc>
          <w:tcPr>
            <w:tcW w:type="dxa" w:w="2160"/>
          </w:tcPr>
          <w:p>
            <w:r>
              <w:t>20273327071</w:t>
            </w:r>
          </w:p>
        </w:tc>
        <w:tc>
          <w:tcPr>
            <w:tcW w:type="dxa" w:w="2160"/>
          </w:tcPr>
          <w:p>
            <w:r>
              <w:t>刘鑫华</w:t>
            </w:r>
          </w:p>
        </w:tc>
        <w:tc>
          <w:tcPr>
            <w:tcW w:type="dxa" w:w="2160"/>
          </w:tcPr>
          <w:p>
            <w:r>
              <w:t>20273358571</w:t>
            </w:r>
          </w:p>
        </w:tc>
        <w:tc>
          <w:tcPr>
            <w:tcW w:type="dxa" w:w="2160"/>
          </w:tcPr>
          <w:p>
            <w:r>
              <w:t>徐静芸</w:t>
            </w:r>
          </w:p>
        </w:tc>
      </w:tr>
      <w:tr>
        <w:tc>
          <w:tcPr>
            <w:tcW w:type="dxa" w:w="2160"/>
          </w:tcPr>
          <w:p>
            <w:r>
              <w:t>20273318540</w:t>
            </w:r>
          </w:p>
        </w:tc>
        <w:tc>
          <w:tcPr>
            <w:tcW w:type="dxa" w:w="2160"/>
          </w:tcPr>
          <w:p>
            <w:r>
              <w:t>杨子栎</w:t>
            </w:r>
          </w:p>
        </w:tc>
        <w:tc>
          <w:tcPr>
            <w:tcW w:type="dxa" w:w="2160"/>
          </w:tcPr>
          <w:p>
            <w:r>
              <w:t>20273357177</w:t>
            </w:r>
          </w:p>
        </w:tc>
        <w:tc>
          <w:tcPr>
            <w:tcW w:type="dxa" w:w="2160"/>
          </w:tcPr>
          <w:p>
            <w:r>
              <w:t>李佳晴</w:t>
            </w:r>
          </w:p>
        </w:tc>
      </w:tr>
      <w:tr>
        <w:tc>
          <w:tcPr>
            <w:tcW w:type="dxa" w:w="2160"/>
          </w:tcPr>
          <w:p>
            <w:r>
              <w:t>20273326497</w:t>
            </w:r>
          </w:p>
        </w:tc>
        <w:tc>
          <w:tcPr>
            <w:tcW w:type="dxa" w:w="2160"/>
          </w:tcPr>
          <w:p>
            <w:r>
              <w:t>何昌红</w:t>
            </w:r>
          </w:p>
        </w:tc>
        <w:tc>
          <w:tcPr>
            <w:tcW w:type="dxa" w:w="2160"/>
          </w:tcPr>
          <w:p>
            <w:r>
              <w:t>20273357699</w:t>
            </w:r>
          </w:p>
        </w:tc>
        <w:tc>
          <w:tcPr>
            <w:tcW w:type="dxa" w:w="2160"/>
          </w:tcPr>
          <w:p>
            <w:r>
              <w:t>裴永凌</w:t>
            </w:r>
          </w:p>
        </w:tc>
      </w:tr>
      <w:tr>
        <w:tc>
          <w:tcPr>
            <w:tcW w:type="dxa" w:w="2160"/>
          </w:tcPr>
          <w:p>
            <w:r>
              <w:t>20273327207</w:t>
            </w:r>
          </w:p>
        </w:tc>
        <w:tc>
          <w:tcPr>
            <w:tcW w:type="dxa" w:w="2160"/>
          </w:tcPr>
          <w:p>
            <w:r>
              <w:t>高怡宁</w:t>
            </w:r>
          </w:p>
        </w:tc>
        <w:tc>
          <w:tcPr>
            <w:tcW w:type="dxa" w:w="2160"/>
          </w:tcPr>
          <w:p>
            <w:r>
              <w:t>20273358845</w:t>
            </w:r>
          </w:p>
        </w:tc>
        <w:tc>
          <w:tcPr>
            <w:tcW w:type="dxa" w:w="2160"/>
          </w:tcPr>
          <w:p>
            <w:r>
              <w:t>李露露</w:t>
            </w:r>
          </w:p>
        </w:tc>
      </w:tr>
      <w:tr>
        <w:tc>
          <w:tcPr>
            <w:tcW w:type="dxa" w:w="2160"/>
          </w:tcPr>
          <w:p>
            <w:r>
              <w:t>20273325890</w:t>
            </w:r>
          </w:p>
        </w:tc>
        <w:tc>
          <w:tcPr>
            <w:tcW w:type="dxa" w:w="2160"/>
          </w:tcPr>
          <w:p>
            <w:r>
              <w:t>叶春香</w:t>
            </w:r>
          </w:p>
        </w:tc>
        <w:tc>
          <w:tcPr>
            <w:tcW w:type="dxa" w:w="2160"/>
          </w:tcPr>
          <w:p>
            <w:r>
              <w:t>20273359539</w:t>
            </w:r>
          </w:p>
        </w:tc>
        <w:tc>
          <w:tcPr>
            <w:tcW w:type="dxa" w:w="2160"/>
          </w:tcPr>
          <w:p>
            <w:r>
              <w:t>王莉</w:t>
            </w:r>
          </w:p>
        </w:tc>
      </w:tr>
      <w:tr>
        <w:tc>
          <w:tcPr>
            <w:tcW w:type="dxa" w:w="2160"/>
          </w:tcPr>
          <w:p>
            <w:r>
              <w:t>20273303204</w:t>
            </w:r>
          </w:p>
        </w:tc>
        <w:tc>
          <w:tcPr>
            <w:tcW w:type="dxa" w:w="2160"/>
          </w:tcPr>
          <w:p>
            <w:r>
              <w:t>丁佳慧</w:t>
            </w:r>
          </w:p>
        </w:tc>
        <w:tc>
          <w:tcPr>
            <w:tcW w:type="dxa" w:w="2160"/>
          </w:tcPr>
          <w:p>
            <w:r>
              <w:t>20273359548</w:t>
            </w:r>
          </w:p>
        </w:tc>
        <w:tc>
          <w:tcPr>
            <w:tcW w:type="dxa" w:w="2160"/>
          </w:tcPr>
          <w:p>
            <w:r>
              <w:t>段文杰</w:t>
            </w:r>
          </w:p>
        </w:tc>
      </w:tr>
      <w:tr>
        <w:tc>
          <w:tcPr>
            <w:tcW w:type="dxa" w:w="2160"/>
          </w:tcPr>
          <w:p>
            <w:r>
              <w:t>20273307981</w:t>
            </w:r>
          </w:p>
        </w:tc>
        <w:tc>
          <w:tcPr>
            <w:tcW w:type="dxa" w:w="2160"/>
          </w:tcPr>
          <w:p>
            <w:r>
              <w:t>赵雅琳</w:t>
            </w:r>
          </w:p>
        </w:tc>
        <w:tc>
          <w:tcPr>
            <w:tcW w:type="dxa" w:w="2160"/>
          </w:tcPr>
          <w:p>
            <w:r>
              <w:t>20273360037</w:t>
            </w:r>
          </w:p>
        </w:tc>
        <w:tc>
          <w:tcPr>
            <w:tcW w:type="dxa" w:w="2160"/>
          </w:tcPr>
          <w:p>
            <w:r>
              <w:t>许丽琴</w:t>
            </w:r>
          </w:p>
        </w:tc>
      </w:tr>
      <w:tr>
        <w:tc>
          <w:tcPr>
            <w:tcW w:type="dxa" w:w="2160"/>
          </w:tcPr>
          <w:p>
            <w:r>
              <w:t>20273327542</w:t>
            </w:r>
          </w:p>
        </w:tc>
        <w:tc>
          <w:tcPr>
            <w:tcW w:type="dxa" w:w="2160"/>
          </w:tcPr>
          <w:p>
            <w:r>
              <w:t>赵波</w:t>
            </w:r>
          </w:p>
        </w:tc>
        <w:tc>
          <w:tcPr>
            <w:tcW w:type="dxa" w:w="2160"/>
          </w:tcPr>
          <w:p>
            <w:r>
              <w:t>20273314833</w:t>
            </w:r>
          </w:p>
        </w:tc>
        <w:tc>
          <w:tcPr>
            <w:tcW w:type="dxa" w:w="2160"/>
          </w:tcPr>
          <w:p>
            <w:r>
              <w:t>牟宇崎</w:t>
            </w:r>
          </w:p>
        </w:tc>
      </w:tr>
      <w:tr>
        <w:tc>
          <w:tcPr>
            <w:tcW w:type="dxa" w:w="2160"/>
          </w:tcPr>
          <w:p>
            <w:r>
              <w:t>20273312986</w:t>
            </w:r>
          </w:p>
        </w:tc>
        <w:tc>
          <w:tcPr>
            <w:tcW w:type="dxa" w:w="2160"/>
          </w:tcPr>
          <w:p>
            <w:r>
              <w:t>王津元</w:t>
            </w:r>
          </w:p>
        </w:tc>
        <w:tc>
          <w:tcPr>
            <w:tcW w:type="dxa" w:w="2160"/>
          </w:tcPr>
          <w:p>
            <w:r>
              <w:t>20273358491</w:t>
            </w:r>
          </w:p>
        </w:tc>
        <w:tc>
          <w:tcPr>
            <w:tcW w:type="dxa" w:w="2160"/>
          </w:tcPr>
          <w:p>
            <w:r>
              <w:t>王宁</w:t>
            </w:r>
          </w:p>
        </w:tc>
      </w:tr>
      <w:tr>
        <w:tc>
          <w:tcPr>
            <w:tcW w:type="dxa" w:w="2160"/>
          </w:tcPr>
          <w:p>
            <w:r>
              <w:t>20273327621</w:t>
            </w:r>
          </w:p>
        </w:tc>
        <w:tc>
          <w:tcPr>
            <w:tcW w:type="dxa" w:w="2160"/>
          </w:tcPr>
          <w:p>
            <w:r>
              <w:t>李家彤</w:t>
            </w:r>
          </w:p>
        </w:tc>
        <w:tc>
          <w:tcPr>
            <w:tcW w:type="dxa" w:w="2160"/>
          </w:tcPr>
          <w:p>
            <w:r>
              <w:t>20273360841</w:t>
            </w:r>
          </w:p>
        </w:tc>
        <w:tc>
          <w:tcPr>
            <w:tcW w:type="dxa" w:w="2160"/>
          </w:tcPr>
          <w:p>
            <w:r>
              <w:t>邓潇</w:t>
            </w:r>
          </w:p>
        </w:tc>
      </w:tr>
      <w:tr>
        <w:tc>
          <w:tcPr>
            <w:tcW w:type="dxa" w:w="2160"/>
          </w:tcPr>
          <w:p>
            <w:r>
              <w:t>20273306387</w:t>
            </w:r>
          </w:p>
        </w:tc>
        <w:tc>
          <w:tcPr>
            <w:tcW w:type="dxa" w:w="2160"/>
          </w:tcPr>
          <w:p>
            <w:r>
              <w:t>王玉竹</w:t>
            </w:r>
          </w:p>
        </w:tc>
        <w:tc>
          <w:tcPr>
            <w:tcW w:type="dxa" w:w="2160"/>
          </w:tcPr>
          <w:p>
            <w:r>
              <w:t>20273318215</w:t>
            </w:r>
          </w:p>
        </w:tc>
        <w:tc>
          <w:tcPr>
            <w:tcW w:type="dxa" w:w="2160"/>
          </w:tcPr>
          <w:p>
            <w:r>
              <w:t>李琳</w:t>
            </w:r>
          </w:p>
        </w:tc>
      </w:tr>
      <w:tr>
        <w:tc>
          <w:tcPr>
            <w:tcW w:type="dxa" w:w="2160"/>
          </w:tcPr>
          <w:p>
            <w:r>
              <w:t>20273327731</w:t>
            </w:r>
          </w:p>
        </w:tc>
        <w:tc>
          <w:tcPr>
            <w:tcW w:type="dxa" w:w="2160"/>
          </w:tcPr>
          <w:p>
            <w:r>
              <w:t>余晓妍</w:t>
            </w:r>
          </w:p>
        </w:tc>
        <w:tc>
          <w:tcPr>
            <w:tcW w:type="dxa" w:w="2160"/>
          </w:tcPr>
          <w:p>
            <w:r>
              <w:t>20273346598</w:t>
            </w:r>
          </w:p>
        </w:tc>
        <w:tc>
          <w:tcPr>
            <w:tcW w:type="dxa" w:w="2160"/>
          </w:tcPr>
          <w:p>
            <w:r>
              <w:t>纪玉娟</w:t>
            </w:r>
          </w:p>
        </w:tc>
      </w:tr>
      <w:tr>
        <w:tc>
          <w:tcPr>
            <w:tcW w:type="dxa" w:w="2160"/>
          </w:tcPr>
          <w:p>
            <w:r>
              <w:t>20273309677</w:t>
            </w:r>
          </w:p>
        </w:tc>
        <w:tc>
          <w:tcPr>
            <w:tcW w:type="dxa" w:w="2160"/>
          </w:tcPr>
          <w:p>
            <w:r>
              <w:t>高郁</w:t>
            </w:r>
          </w:p>
        </w:tc>
        <w:tc>
          <w:tcPr>
            <w:tcW w:type="dxa" w:w="2160"/>
          </w:tcPr>
          <w:p>
            <w:r>
              <w:t>20273360906</w:t>
            </w:r>
          </w:p>
        </w:tc>
        <w:tc>
          <w:tcPr>
            <w:tcW w:type="dxa" w:w="2160"/>
          </w:tcPr>
          <w:p>
            <w:r>
              <w:t>杨燕</w:t>
            </w:r>
          </w:p>
        </w:tc>
      </w:tr>
      <w:tr>
        <w:tc>
          <w:tcPr>
            <w:tcW w:type="dxa" w:w="2160"/>
          </w:tcPr>
          <w:p>
            <w:r>
              <w:t>20273327864</w:t>
            </w:r>
          </w:p>
        </w:tc>
        <w:tc>
          <w:tcPr>
            <w:tcW w:type="dxa" w:w="2160"/>
          </w:tcPr>
          <w:p>
            <w:r>
              <w:t>丁雅文</w:t>
            </w:r>
          </w:p>
        </w:tc>
        <w:tc>
          <w:tcPr>
            <w:tcW w:type="dxa" w:w="2160"/>
          </w:tcPr>
          <w:p>
            <w:r>
              <w:t>20273360505</w:t>
            </w:r>
          </w:p>
        </w:tc>
        <w:tc>
          <w:tcPr>
            <w:tcW w:type="dxa" w:w="2160"/>
          </w:tcPr>
          <w:p>
            <w:r>
              <w:t>陈宣任</w:t>
            </w:r>
          </w:p>
        </w:tc>
      </w:tr>
      <w:tr>
        <w:tc>
          <w:tcPr>
            <w:tcW w:type="dxa" w:w="2160"/>
          </w:tcPr>
          <w:p>
            <w:r>
              <w:t>20273327838</w:t>
            </w:r>
          </w:p>
        </w:tc>
        <w:tc>
          <w:tcPr>
            <w:tcW w:type="dxa" w:w="2160"/>
          </w:tcPr>
          <w:p>
            <w:r>
              <w:t>郑雨婷</w:t>
            </w:r>
          </w:p>
        </w:tc>
        <w:tc>
          <w:tcPr>
            <w:tcW w:type="dxa" w:w="2160"/>
          </w:tcPr>
          <w:p>
            <w:r>
              <w:t>20273322257</w:t>
            </w:r>
          </w:p>
        </w:tc>
        <w:tc>
          <w:tcPr>
            <w:tcW w:type="dxa" w:w="2160"/>
          </w:tcPr>
          <w:p>
            <w:r>
              <w:t>张佳乐</w:t>
            </w:r>
          </w:p>
        </w:tc>
      </w:tr>
      <w:tr>
        <w:tc>
          <w:tcPr>
            <w:tcW w:type="dxa" w:w="2160"/>
          </w:tcPr>
          <w:p>
            <w:r>
              <w:t>20273311270</w:t>
            </w:r>
          </w:p>
        </w:tc>
        <w:tc>
          <w:tcPr>
            <w:tcW w:type="dxa" w:w="2160"/>
          </w:tcPr>
          <w:p>
            <w:r>
              <w:t>李茜妤</w:t>
            </w:r>
          </w:p>
        </w:tc>
        <w:tc>
          <w:tcPr>
            <w:tcW w:type="dxa" w:w="2160"/>
          </w:tcPr>
          <w:p>
            <w:r>
              <w:t>20273311289</w:t>
            </w:r>
          </w:p>
        </w:tc>
        <w:tc>
          <w:tcPr>
            <w:tcW w:type="dxa" w:w="2160"/>
          </w:tcPr>
          <w:p>
            <w:r>
              <w:t>刘坤</w:t>
            </w:r>
          </w:p>
        </w:tc>
      </w:tr>
      <w:tr>
        <w:tc>
          <w:tcPr>
            <w:tcW w:type="dxa" w:w="2160"/>
          </w:tcPr>
          <w:p>
            <w:r>
              <w:t>20273312051</w:t>
            </w:r>
          </w:p>
        </w:tc>
        <w:tc>
          <w:tcPr>
            <w:tcW w:type="dxa" w:w="2160"/>
          </w:tcPr>
          <w:p>
            <w:r>
              <w:t>芦阳</w:t>
            </w:r>
          </w:p>
        </w:tc>
        <w:tc>
          <w:tcPr>
            <w:tcW w:type="dxa" w:w="2160"/>
          </w:tcPr>
          <w:p>
            <w:r>
              <w:t>20273320401</w:t>
            </w:r>
          </w:p>
        </w:tc>
        <w:tc>
          <w:tcPr>
            <w:tcW w:type="dxa" w:w="2160"/>
          </w:tcPr>
          <w:p>
            <w:r>
              <w:t>魏玉洁</w:t>
            </w:r>
          </w:p>
        </w:tc>
      </w:tr>
      <w:tr>
        <w:tc>
          <w:tcPr>
            <w:tcW w:type="dxa" w:w="2160"/>
          </w:tcPr>
          <w:p>
            <w:r>
              <w:t>20273325597</w:t>
            </w:r>
          </w:p>
        </w:tc>
        <w:tc>
          <w:tcPr>
            <w:tcW w:type="dxa" w:w="2160"/>
          </w:tcPr>
          <w:p>
            <w:r>
              <w:t>吴思琪</w:t>
            </w:r>
          </w:p>
        </w:tc>
        <w:tc>
          <w:tcPr>
            <w:tcW w:type="dxa" w:w="2160"/>
          </w:tcPr>
          <w:p>
            <w:r>
              <w:t>20273332363</w:t>
            </w:r>
          </w:p>
        </w:tc>
        <w:tc>
          <w:tcPr>
            <w:tcW w:type="dxa" w:w="2160"/>
          </w:tcPr>
          <w:p>
            <w:r>
              <w:t>钱素云</w:t>
            </w:r>
          </w:p>
        </w:tc>
      </w:tr>
      <w:tr>
        <w:tc>
          <w:tcPr>
            <w:tcW w:type="dxa" w:w="2160"/>
          </w:tcPr>
          <w:p>
            <w:r>
              <w:t>20273325226</w:t>
            </w:r>
          </w:p>
        </w:tc>
        <w:tc>
          <w:tcPr>
            <w:tcW w:type="dxa" w:w="2160"/>
          </w:tcPr>
          <w:p>
            <w:r>
              <w:t>张梦轩</w:t>
            </w:r>
          </w:p>
        </w:tc>
        <w:tc>
          <w:tcPr>
            <w:tcW w:type="dxa" w:w="2160"/>
          </w:tcPr>
          <w:p>
            <w:r>
              <w:t>20273322089</w:t>
            </w:r>
          </w:p>
        </w:tc>
        <w:tc>
          <w:tcPr>
            <w:tcW w:type="dxa" w:w="2160"/>
          </w:tcPr>
          <w:p>
            <w:r>
              <w:t>王渝锦</w:t>
            </w:r>
          </w:p>
        </w:tc>
      </w:tr>
      <w:tr>
        <w:tc>
          <w:tcPr>
            <w:tcW w:type="dxa" w:w="2160"/>
          </w:tcPr>
          <w:p>
            <w:r>
              <w:t>20273327130</w:t>
            </w:r>
          </w:p>
        </w:tc>
        <w:tc>
          <w:tcPr>
            <w:tcW w:type="dxa" w:w="2160"/>
          </w:tcPr>
          <w:p>
            <w:r>
              <w:t>茅语祺</w:t>
            </w:r>
          </w:p>
        </w:tc>
        <w:tc>
          <w:tcPr>
            <w:tcW w:type="dxa" w:w="2160"/>
          </w:tcPr>
          <w:p>
            <w:r>
              <w:t>20273309998</w:t>
            </w:r>
          </w:p>
        </w:tc>
        <w:tc>
          <w:tcPr>
            <w:tcW w:type="dxa" w:w="2160"/>
          </w:tcPr>
          <w:p>
            <w:r>
              <w:t>黄海兰</w:t>
            </w:r>
          </w:p>
        </w:tc>
      </w:tr>
      <w:tr>
        <w:tc>
          <w:tcPr>
            <w:tcW w:type="dxa" w:w="2160"/>
          </w:tcPr>
          <w:p>
            <w:r>
              <w:t>20273327370</w:t>
            </w:r>
          </w:p>
        </w:tc>
        <w:tc>
          <w:tcPr>
            <w:tcW w:type="dxa" w:w="2160"/>
          </w:tcPr>
          <w:p>
            <w:r>
              <w:t>沙瑶娟</w:t>
            </w:r>
          </w:p>
        </w:tc>
        <w:tc>
          <w:tcPr>
            <w:tcW w:type="dxa" w:w="2160"/>
          </w:tcPr>
          <w:p>
            <w:r>
              <w:t>20273362485</w:t>
            </w:r>
          </w:p>
        </w:tc>
        <w:tc>
          <w:tcPr>
            <w:tcW w:type="dxa" w:w="2160"/>
          </w:tcPr>
          <w:p>
            <w:r>
              <w:t>辛冰玉</w:t>
            </w:r>
          </w:p>
        </w:tc>
      </w:tr>
      <w:tr>
        <w:tc>
          <w:tcPr>
            <w:tcW w:type="dxa" w:w="2160"/>
          </w:tcPr>
          <w:p>
            <w:r>
              <w:t>20273303998</w:t>
            </w:r>
          </w:p>
        </w:tc>
        <w:tc>
          <w:tcPr>
            <w:tcW w:type="dxa" w:w="2160"/>
          </w:tcPr>
          <w:p>
            <w:r>
              <w:t>臧佳霖</w:t>
            </w:r>
          </w:p>
        </w:tc>
        <w:tc>
          <w:tcPr>
            <w:tcW w:type="dxa" w:w="2160"/>
          </w:tcPr>
          <w:p>
            <w:r>
              <w:t>20273337100</w:t>
            </w:r>
          </w:p>
        </w:tc>
        <w:tc>
          <w:tcPr>
            <w:tcW w:type="dxa" w:w="2160"/>
          </w:tcPr>
          <w:p>
            <w:r>
              <w:t>仇国文</w:t>
            </w:r>
          </w:p>
        </w:tc>
      </w:tr>
      <w:tr>
        <w:tc>
          <w:tcPr>
            <w:tcW w:type="dxa" w:w="2160"/>
          </w:tcPr>
          <w:p>
            <w:r>
              <w:t>20273328600</w:t>
            </w:r>
          </w:p>
        </w:tc>
        <w:tc>
          <w:tcPr>
            <w:tcW w:type="dxa" w:w="2160"/>
          </w:tcPr>
          <w:p>
            <w:r>
              <w:t>刘郡</w:t>
            </w:r>
          </w:p>
        </w:tc>
        <w:tc>
          <w:tcPr>
            <w:tcW w:type="dxa" w:w="2160"/>
          </w:tcPr>
          <w:p>
            <w:r>
              <w:t>20273308171</w:t>
            </w:r>
          </w:p>
        </w:tc>
        <w:tc>
          <w:tcPr>
            <w:tcW w:type="dxa" w:w="2160"/>
          </w:tcPr>
          <w:p>
            <w:r>
              <w:t>李昕烨</w:t>
            </w:r>
          </w:p>
        </w:tc>
      </w:tr>
      <w:tr>
        <w:tc>
          <w:tcPr>
            <w:tcW w:type="dxa" w:w="2160"/>
          </w:tcPr>
          <w:p>
            <w:r>
              <w:t>20273328601</w:t>
            </w:r>
          </w:p>
        </w:tc>
        <w:tc>
          <w:tcPr>
            <w:tcW w:type="dxa" w:w="2160"/>
          </w:tcPr>
          <w:p>
            <w:r>
              <w:t>刘绮雯</w:t>
            </w:r>
          </w:p>
        </w:tc>
        <w:tc>
          <w:tcPr>
            <w:tcW w:type="dxa" w:w="2160"/>
          </w:tcPr>
          <w:p>
            <w:r>
              <w:t>20273337051</w:t>
            </w:r>
          </w:p>
        </w:tc>
        <w:tc>
          <w:tcPr>
            <w:tcW w:type="dxa" w:w="2160"/>
          </w:tcPr>
          <w:p>
            <w:r>
              <w:t>苏雨辰</w:t>
            </w:r>
          </w:p>
        </w:tc>
      </w:tr>
      <w:tr>
        <w:tc>
          <w:tcPr>
            <w:tcW w:type="dxa" w:w="2160"/>
          </w:tcPr>
          <w:p>
            <w:r>
              <w:t>20273306434</w:t>
            </w:r>
          </w:p>
        </w:tc>
        <w:tc>
          <w:tcPr>
            <w:tcW w:type="dxa" w:w="2160"/>
          </w:tcPr>
          <w:p>
            <w:r>
              <w:t>张玉洁</w:t>
            </w:r>
          </w:p>
        </w:tc>
        <w:tc>
          <w:tcPr>
            <w:tcW w:type="dxa" w:w="2160"/>
          </w:tcPr>
          <w:p>
            <w:r>
              <w:t>20273324268</w:t>
            </w:r>
          </w:p>
        </w:tc>
        <w:tc>
          <w:tcPr>
            <w:tcW w:type="dxa" w:w="2160"/>
          </w:tcPr>
          <w:p>
            <w:r>
              <w:t>洪翠萍</w:t>
            </w:r>
          </w:p>
        </w:tc>
      </w:tr>
      <w:tr>
        <w:tc>
          <w:tcPr>
            <w:tcW w:type="dxa" w:w="2160"/>
          </w:tcPr>
          <w:p>
            <w:r>
              <w:t>20273326496</w:t>
            </w:r>
          </w:p>
        </w:tc>
        <w:tc>
          <w:tcPr>
            <w:tcW w:type="dxa" w:w="2160"/>
          </w:tcPr>
          <w:p>
            <w:r>
              <w:t>李娩雲</w:t>
            </w:r>
          </w:p>
        </w:tc>
        <w:tc>
          <w:tcPr>
            <w:tcW w:type="dxa" w:w="2160"/>
          </w:tcPr>
          <w:p>
            <w:r>
              <w:t>20273325801</w:t>
            </w:r>
          </w:p>
        </w:tc>
        <w:tc>
          <w:tcPr>
            <w:tcW w:type="dxa" w:w="2160"/>
          </w:tcPr>
          <w:p>
            <w:r>
              <w:t>江苏娜</w:t>
            </w:r>
          </w:p>
        </w:tc>
      </w:tr>
      <w:tr>
        <w:tc>
          <w:tcPr>
            <w:tcW w:type="dxa" w:w="2160"/>
          </w:tcPr>
          <w:p>
            <w:r>
              <w:t>20273327296</w:t>
            </w:r>
          </w:p>
        </w:tc>
        <w:tc>
          <w:tcPr>
            <w:tcW w:type="dxa" w:w="2160"/>
          </w:tcPr>
          <w:p>
            <w:r>
              <w:t>朱智义</w:t>
            </w:r>
          </w:p>
        </w:tc>
        <w:tc>
          <w:tcPr>
            <w:tcW w:type="dxa" w:w="2160"/>
          </w:tcPr>
          <w:p>
            <w:r>
              <w:t>20273311370</w:t>
            </w:r>
          </w:p>
        </w:tc>
        <w:tc>
          <w:tcPr>
            <w:tcW w:type="dxa" w:w="2160"/>
          </w:tcPr>
          <w:p>
            <w:r>
              <w:t>吕陆莉</w:t>
            </w:r>
          </w:p>
        </w:tc>
      </w:tr>
      <w:tr>
        <w:tc>
          <w:tcPr>
            <w:tcW w:type="dxa" w:w="2160"/>
          </w:tcPr>
          <w:p>
            <w:r>
              <w:t>20273329159</w:t>
            </w:r>
          </w:p>
        </w:tc>
        <w:tc>
          <w:tcPr>
            <w:tcW w:type="dxa" w:w="2160"/>
          </w:tcPr>
          <w:p>
            <w:r>
              <w:t>曾佳佳</w:t>
            </w:r>
          </w:p>
        </w:tc>
        <w:tc>
          <w:tcPr>
            <w:tcW w:type="dxa" w:w="2160"/>
          </w:tcPr>
          <w:p>
            <w:r>
              <w:t>20273326549</w:t>
            </w:r>
          </w:p>
        </w:tc>
        <w:tc>
          <w:tcPr>
            <w:tcW w:type="dxa" w:w="2160"/>
          </w:tcPr>
          <w:p>
            <w:r>
              <w:t>杨姝婕</w:t>
            </w:r>
          </w:p>
        </w:tc>
      </w:tr>
      <w:tr>
        <w:tc>
          <w:tcPr>
            <w:tcW w:type="dxa" w:w="2160"/>
          </w:tcPr>
          <w:p>
            <w:r>
              <w:t>20273329375</w:t>
            </w:r>
          </w:p>
        </w:tc>
        <w:tc>
          <w:tcPr>
            <w:tcW w:type="dxa" w:w="2160"/>
          </w:tcPr>
          <w:p>
            <w:r>
              <w:t>牟天祥</w:t>
            </w:r>
          </w:p>
        </w:tc>
        <w:tc>
          <w:tcPr>
            <w:tcW w:type="dxa" w:w="2160"/>
          </w:tcPr>
          <w:p>
            <w:r>
              <w:t>20273331969</w:t>
            </w:r>
          </w:p>
        </w:tc>
        <w:tc>
          <w:tcPr>
            <w:tcW w:type="dxa" w:w="2160"/>
          </w:tcPr>
          <w:p>
            <w:r>
              <w:t>王丹</w:t>
            </w:r>
          </w:p>
        </w:tc>
      </w:tr>
      <w:tr>
        <w:tc>
          <w:tcPr>
            <w:tcW w:type="dxa" w:w="2160"/>
          </w:tcPr>
          <w:p>
            <w:r>
              <w:t>20273325303</w:t>
            </w:r>
          </w:p>
        </w:tc>
        <w:tc>
          <w:tcPr>
            <w:tcW w:type="dxa" w:w="2160"/>
          </w:tcPr>
          <w:p>
            <w:r>
              <w:t>李璐</w:t>
            </w:r>
          </w:p>
        </w:tc>
        <w:tc>
          <w:tcPr>
            <w:tcW w:type="dxa" w:w="2160"/>
          </w:tcPr>
          <w:p>
            <w:r>
              <w:t>20273335437</w:t>
            </w:r>
          </w:p>
        </w:tc>
        <w:tc>
          <w:tcPr>
            <w:tcW w:type="dxa" w:w="2160"/>
          </w:tcPr>
          <w:p>
            <w:r>
              <w:t>余心悦</w:t>
            </w:r>
          </w:p>
        </w:tc>
      </w:tr>
      <w:tr>
        <w:tc>
          <w:tcPr>
            <w:tcW w:type="dxa" w:w="2160"/>
          </w:tcPr>
          <w:p>
            <w:r>
              <w:t>20273327572</w:t>
            </w:r>
          </w:p>
        </w:tc>
        <w:tc>
          <w:tcPr>
            <w:tcW w:type="dxa" w:w="2160"/>
          </w:tcPr>
          <w:p>
            <w:r>
              <w:t>赵翀</w:t>
            </w:r>
          </w:p>
        </w:tc>
        <w:tc>
          <w:tcPr>
            <w:tcW w:type="dxa" w:w="2160"/>
          </w:tcPr>
          <w:p>
            <w:r>
              <w:t>20273331817</w:t>
            </w:r>
          </w:p>
        </w:tc>
        <w:tc>
          <w:tcPr>
            <w:tcW w:type="dxa" w:w="2160"/>
          </w:tcPr>
          <w:p>
            <w:r>
              <w:t>施正燕</w:t>
            </w:r>
          </w:p>
        </w:tc>
      </w:tr>
      <w:tr>
        <w:tc>
          <w:tcPr>
            <w:tcW w:type="dxa" w:w="2160"/>
          </w:tcPr>
          <w:p>
            <w:r>
              <w:t>20273306390</w:t>
            </w:r>
          </w:p>
        </w:tc>
        <w:tc>
          <w:tcPr>
            <w:tcW w:type="dxa" w:w="2160"/>
          </w:tcPr>
          <w:p>
            <w:r>
              <w:t>赵西西</w:t>
            </w:r>
          </w:p>
        </w:tc>
        <w:tc>
          <w:tcPr>
            <w:tcW w:type="dxa" w:w="2160"/>
          </w:tcPr>
          <w:p>
            <w:r>
              <w:t>20273329226</w:t>
            </w:r>
          </w:p>
        </w:tc>
        <w:tc>
          <w:tcPr>
            <w:tcW w:type="dxa" w:w="2160"/>
          </w:tcPr>
          <w:p>
            <w:r>
              <w:t>岳国秀</w:t>
            </w:r>
          </w:p>
        </w:tc>
      </w:tr>
      <w:tr>
        <w:tc>
          <w:tcPr>
            <w:tcW w:type="dxa" w:w="2160"/>
          </w:tcPr>
          <w:p>
            <w:r>
              <w:t>20273325537</w:t>
            </w:r>
          </w:p>
        </w:tc>
        <w:tc>
          <w:tcPr>
            <w:tcW w:type="dxa" w:w="2160"/>
          </w:tcPr>
          <w:p>
            <w:r>
              <w:t>胡竑宇</w:t>
            </w:r>
          </w:p>
        </w:tc>
        <w:tc>
          <w:tcPr>
            <w:tcW w:type="dxa" w:w="2160"/>
          </w:tcPr>
          <w:p>
            <w:r>
              <w:t>20273334035</w:t>
            </w:r>
          </w:p>
        </w:tc>
        <w:tc>
          <w:tcPr>
            <w:tcW w:type="dxa" w:w="2160"/>
          </w:tcPr>
          <w:p>
            <w:r>
              <w:t>吴圣焕</w:t>
            </w:r>
          </w:p>
        </w:tc>
      </w:tr>
      <w:tr>
        <w:tc>
          <w:tcPr>
            <w:tcW w:type="dxa" w:w="2160"/>
          </w:tcPr>
          <w:p>
            <w:r>
              <w:t>20273326538</w:t>
            </w:r>
          </w:p>
        </w:tc>
        <w:tc>
          <w:tcPr>
            <w:tcW w:type="dxa" w:w="2160"/>
          </w:tcPr>
          <w:p>
            <w:r>
              <w:t>曹敏</w:t>
            </w:r>
          </w:p>
        </w:tc>
        <w:tc>
          <w:tcPr>
            <w:tcW w:type="dxa" w:w="2160"/>
          </w:tcPr>
          <w:p>
            <w:r>
              <w:t>20273337896</w:t>
            </w:r>
          </w:p>
        </w:tc>
        <w:tc>
          <w:tcPr>
            <w:tcW w:type="dxa" w:w="2160"/>
          </w:tcPr>
          <w:p>
            <w:r>
              <w:t>蒋梦圆</w:t>
            </w:r>
          </w:p>
        </w:tc>
      </w:tr>
      <w:tr>
        <w:tc>
          <w:tcPr>
            <w:tcW w:type="dxa" w:w="2160"/>
          </w:tcPr>
          <w:p>
            <w:r>
              <w:t>20273330101</w:t>
            </w:r>
          </w:p>
        </w:tc>
        <w:tc>
          <w:tcPr>
            <w:tcW w:type="dxa" w:w="2160"/>
          </w:tcPr>
          <w:p>
            <w:r>
              <w:t>卫麟艳</w:t>
            </w:r>
          </w:p>
        </w:tc>
        <w:tc>
          <w:tcPr>
            <w:tcW w:type="dxa" w:w="2160"/>
          </w:tcPr>
          <w:p>
            <w:r>
              <w:t>20273306768</w:t>
            </w:r>
          </w:p>
        </w:tc>
        <w:tc>
          <w:tcPr>
            <w:tcW w:type="dxa" w:w="2160"/>
          </w:tcPr>
          <w:p>
            <w:r>
              <w:t>王怡情</w:t>
            </w:r>
          </w:p>
        </w:tc>
      </w:tr>
      <w:tr>
        <w:tc>
          <w:tcPr>
            <w:tcW w:type="dxa" w:w="2160"/>
          </w:tcPr>
          <w:p>
            <w:r>
              <w:t>20273330188</w:t>
            </w:r>
          </w:p>
        </w:tc>
        <w:tc>
          <w:tcPr>
            <w:tcW w:type="dxa" w:w="2160"/>
          </w:tcPr>
          <w:p>
            <w:r>
              <w:t>李雅诗</w:t>
            </w:r>
          </w:p>
        </w:tc>
        <w:tc>
          <w:tcPr>
            <w:tcW w:type="dxa" w:w="2160"/>
          </w:tcPr>
          <w:p>
            <w:r>
              <w:t>20273315236</w:t>
            </w:r>
          </w:p>
        </w:tc>
        <w:tc>
          <w:tcPr>
            <w:tcW w:type="dxa" w:w="2160"/>
          </w:tcPr>
          <w:p>
            <w:r>
              <w:t>杨淑婷</w:t>
            </w:r>
          </w:p>
        </w:tc>
      </w:tr>
      <w:tr>
        <w:tc>
          <w:tcPr>
            <w:tcW w:type="dxa" w:w="2160"/>
          </w:tcPr>
          <w:p>
            <w:r>
              <w:t>20273328561</w:t>
            </w:r>
          </w:p>
        </w:tc>
        <w:tc>
          <w:tcPr>
            <w:tcW w:type="dxa" w:w="2160"/>
          </w:tcPr>
          <w:p>
            <w:r>
              <w:t>郑文秀</w:t>
            </w:r>
          </w:p>
        </w:tc>
        <w:tc>
          <w:tcPr>
            <w:tcW w:type="dxa" w:w="2160"/>
          </w:tcPr>
          <w:p>
            <w:r>
              <w:t>20273335321</w:t>
            </w:r>
          </w:p>
        </w:tc>
        <w:tc>
          <w:tcPr>
            <w:tcW w:type="dxa" w:w="2160"/>
          </w:tcPr>
          <w:p>
            <w:r>
              <w:t>吴晗</w:t>
            </w:r>
          </w:p>
        </w:tc>
      </w:tr>
      <w:tr>
        <w:tc>
          <w:tcPr>
            <w:tcW w:type="dxa" w:w="2160"/>
          </w:tcPr>
          <w:p>
            <w:r>
              <w:t>20273311402</w:t>
            </w:r>
          </w:p>
        </w:tc>
        <w:tc>
          <w:tcPr>
            <w:tcW w:type="dxa" w:w="2160"/>
          </w:tcPr>
          <w:p>
            <w:r>
              <w:t>王佳旋</w:t>
            </w:r>
          </w:p>
        </w:tc>
        <w:tc>
          <w:tcPr>
            <w:tcW w:type="dxa" w:w="2160"/>
          </w:tcPr>
          <w:p>
            <w:r>
              <w:t>20273337620</w:t>
            </w:r>
          </w:p>
        </w:tc>
        <w:tc>
          <w:tcPr>
            <w:tcW w:type="dxa" w:w="2160"/>
          </w:tcPr>
          <w:p>
            <w:r>
              <w:t>黄蓉</w:t>
            </w:r>
          </w:p>
        </w:tc>
      </w:tr>
      <w:tr>
        <w:tc>
          <w:tcPr>
            <w:tcW w:type="dxa" w:w="2160"/>
          </w:tcPr>
          <w:p>
            <w:r>
              <w:t>20273328270</w:t>
            </w:r>
          </w:p>
        </w:tc>
        <w:tc>
          <w:tcPr>
            <w:tcW w:type="dxa" w:w="2160"/>
          </w:tcPr>
          <w:p>
            <w:r>
              <w:t>谢祯</w:t>
            </w:r>
          </w:p>
        </w:tc>
        <w:tc>
          <w:tcPr>
            <w:tcW w:type="dxa" w:w="2160"/>
          </w:tcPr>
          <w:p>
            <w:r>
              <w:t>20273307177</w:t>
            </w:r>
          </w:p>
        </w:tc>
        <w:tc>
          <w:tcPr>
            <w:tcW w:type="dxa" w:w="2160"/>
          </w:tcPr>
          <w:p>
            <w:r>
              <w:t>韩翔</w:t>
            </w:r>
          </w:p>
        </w:tc>
      </w:tr>
      <w:tr>
        <w:tc>
          <w:tcPr>
            <w:tcW w:type="dxa" w:w="2160"/>
          </w:tcPr>
          <w:p>
            <w:r>
              <w:t>20273330040</w:t>
            </w:r>
          </w:p>
        </w:tc>
        <w:tc>
          <w:tcPr>
            <w:tcW w:type="dxa" w:w="2160"/>
          </w:tcPr>
          <w:p>
            <w:r>
              <w:t>鱼晨</w:t>
            </w:r>
          </w:p>
        </w:tc>
        <w:tc>
          <w:tcPr>
            <w:tcW w:type="dxa" w:w="2160"/>
          </w:tcPr>
          <w:p>
            <w:r>
              <w:t>20273339206</w:t>
            </w:r>
          </w:p>
        </w:tc>
        <w:tc>
          <w:tcPr>
            <w:tcW w:type="dxa" w:w="2160"/>
          </w:tcPr>
          <w:p>
            <w:r>
              <w:t>濮阳赵悦</w:t>
            </w:r>
          </w:p>
        </w:tc>
      </w:tr>
      <w:tr>
        <w:tc>
          <w:tcPr>
            <w:tcW w:type="dxa" w:w="2160"/>
          </w:tcPr>
          <w:p>
            <w:r>
              <w:t>20273330658</w:t>
            </w:r>
          </w:p>
        </w:tc>
        <w:tc>
          <w:tcPr>
            <w:tcW w:type="dxa" w:w="2160"/>
          </w:tcPr>
          <w:p>
            <w:r>
              <w:t>周芷妍</w:t>
            </w:r>
          </w:p>
        </w:tc>
        <w:tc>
          <w:tcPr>
            <w:tcW w:type="dxa" w:w="2160"/>
          </w:tcPr>
          <w:p>
            <w:r>
              <w:t>20273339229</w:t>
            </w:r>
          </w:p>
        </w:tc>
        <w:tc>
          <w:tcPr>
            <w:tcW w:type="dxa" w:w="2160"/>
          </w:tcPr>
          <w:p>
            <w:r>
              <w:t>张佳敏</w:t>
            </w:r>
          </w:p>
        </w:tc>
      </w:tr>
      <w:tr>
        <w:tc>
          <w:tcPr>
            <w:tcW w:type="dxa" w:w="2160"/>
          </w:tcPr>
          <w:p>
            <w:r>
              <w:t>20273305154</w:t>
            </w:r>
          </w:p>
        </w:tc>
        <w:tc>
          <w:tcPr>
            <w:tcW w:type="dxa" w:w="2160"/>
          </w:tcPr>
          <w:p>
            <w:r>
              <w:t>韩金缘</w:t>
            </w:r>
          </w:p>
        </w:tc>
        <w:tc>
          <w:tcPr>
            <w:tcW w:type="dxa" w:w="2160"/>
          </w:tcPr>
          <w:p>
            <w:r>
              <w:t>20273327484</w:t>
            </w:r>
          </w:p>
        </w:tc>
        <w:tc>
          <w:tcPr>
            <w:tcW w:type="dxa" w:w="2160"/>
          </w:tcPr>
          <w:p>
            <w:r>
              <w:t>梁小芳</w:t>
            </w:r>
          </w:p>
        </w:tc>
      </w:tr>
      <w:tr>
        <w:tc>
          <w:tcPr>
            <w:tcW w:type="dxa" w:w="2160"/>
          </w:tcPr>
          <w:p>
            <w:r>
              <w:t>20273330319</w:t>
            </w:r>
          </w:p>
        </w:tc>
        <w:tc>
          <w:tcPr>
            <w:tcW w:type="dxa" w:w="2160"/>
          </w:tcPr>
          <w:p>
            <w:r>
              <w:t>郜璀玥</w:t>
            </w:r>
          </w:p>
        </w:tc>
        <w:tc>
          <w:tcPr>
            <w:tcW w:type="dxa" w:w="2160"/>
          </w:tcPr>
          <w:p>
            <w:r>
              <w:t>20273308628</w:t>
            </w:r>
          </w:p>
        </w:tc>
        <w:tc>
          <w:tcPr>
            <w:tcW w:type="dxa" w:w="2160"/>
          </w:tcPr>
          <w:p>
            <w:r>
              <w:t>杨欣怡</w:t>
            </w:r>
          </w:p>
        </w:tc>
      </w:tr>
      <w:tr>
        <w:tc>
          <w:tcPr>
            <w:tcW w:type="dxa" w:w="2160"/>
          </w:tcPr>
          <w:p>
            <w:r>
              <w:t>20273328302</w:t>
            </w:r>
          </w:p>
        </w:tc>
        <w:tc>
          <w:tcPr>
            <w:tcW w:type="dxa" w:w="2160"/>
          </w:tcPr>
          <w:p>
            <w:r>
              <w:t>宋汶媛</w:t>
            </w:r>
          </w:p>
        </w:tc>
        <w:tc>
          <w:tcPr>
            <w:tcW w:type="dxa" w:w="2160"/>
          </w:tcPr>
          <w:p>
            <w:r>
              <w:t>20273330321</w:t>
            </w:r>
          </w:p>
        </w:tc>
        <w:tc>
          <w:tcPr>
            <w:tcW w:type="dxa" w:w="2160"/>
          </w:tcPr>
          <w:p>
            <w:r>
              <w:t>孙雨欣</w:t>
            </w:r>
          </w:p>
        </w:tc>
      </w:tr>
      <w:tr>
        <w:tc>
          <w:tcPr>
            <w:tcW w:type="dxa" w:w="2160"/>
          </w:tcPr>
          <w:p>
            <w:r>
              <w:t>20273331568</w:t>
            </w:r>
          </w:p>
        </w:tc>
        <w:tc>
          <w:tcPr>
            <w:tcW w:type="dxa" w:w="2160"/>
          </w:tcPr>
          <w:p>
            <w:r>
              <w:t>朱玉洋</w:t>
            </w:r>
          </w:p>
        </w:tc>
        <w:tc>
          <w:tcPr>
            <w:tcW w:type="dxa" w:w="2160"/>
          </w:tcPr>
          <w:p>
            <w:r>
              <w:t>20273327347</w:t>
            </w:r>
          </w:p>
        </w:tc>
        <w:tc>
          <w:tcPr>
            <w:tcW w:type="dxa" w:w="2160"/>
          </w:tcPr>
          <w:p>
            <w:r>
              <w:t>邵雨晴</w:t>
            </w:r>
          </w:p>
        </w:tc>
      </w:tr>
      <w:tr>
        <w:tc>
          <w:tcPr>
            <w:tcW w:type="dxa" w:w="2160"/>
          </w:tcPr>
          <w:p>
            <w:r>
              <w:t>20273331706</w:t>
            </w:r>
          </w:p>
        </w:tc>
        <w:tc>
          <w:tcPr>
            <w:tcW w:type="dxa" w:w="2160"/>
          </w:tcPr>
          <w:p>
            <w:r>
              <w:t>叶梦婷</w:t>
            </w:r>
          </w:p>
        </w:tc>
        <w:tc>
          <w:tcPr>
            <w:tcW w:type="dxa" w:w="2160"/>
          </w:tcPr>
          <w:p>
            <w:r>
              <w:t>20273334398</w:t>
            </w:r>
          </w:p>
        </w:tc>
        <w:tc>
          <w:tcPr>
            <w:tcW w:type="dxa" w:w="2160"/>
          </w:tcPr>
          <w:p>
            <w:r>
              <w:t>赵敏</w:t>
            </w:r>
          </w:p>
        </w:tc>
      </w:tr>
      <w:tr>
        <w:tc>
          <w:tcPr>
            <w:tcW w:type="dxa" w:w="2160"/>
          </w:tcPr>
          <w:p>
            <w:r>
              <w:t>20273325173</w:t>
            </w:r>
          </w:p>
        </w:tc>
        <w:tc>
          <w:tcPr>
            <w:tcW w:type="dxa" w:w="2160"/>
          </w:tcPr>
          <w:p>
            <w:r>
              <w:t>王孜妍</w:t>
            </w:r>
          </w:p>
        </w:tc>
        <w:tc>
          <w:tcPr>
            <w:tcW w:type="dxa" w:w="2160"/>
          </w:tcPr>
          <w:p>
            <w:r>
              <w:t>20273338354</w:t>
            </w:r>
          </w:p>
        </w:tc>
        <w:tc>
          <w:tcPr>
            <w:tcW w:type="dxa" w:w="2160"/>
          </w:tcPr>
          <w:p>
            <w:r>
              <w:t>佟月瑶</w:t>
            </w:r>
          </w:p>
        </w:tc>
      </w:tr>
      <w:tr>
        <w:tc>
          <w:tcPr>
            <w:tcW w:type="dxa" w:w="2160"/>
          </w:tcPr>
          <w:p>
            <w:r>
              <w:t>20273327657</w:t>
            </w:r>
          </w:p>
        </w:tc>
        <w:tc>
          <w:tcPr>
            <w:tcW w:type="dxa" w:w="2160"/>
          </w:tcPr>
          <w:p>
            <w:r>
              <w:t>严可</w:t>
            </w:r>
          </w:p>
        </w:tc>
        <w:tc>
          <w:tcPr>
            <w:tcW w:type="dxa" w:w="2160"/>
          </w:tcPr>
          <w:p>
            <w:r>
              <w:t>20273339698</w:t>
            </w:r>
          </w:p>
        </w:tc>
        <w:tc>
          <w:tcPr>
            <w:tcW w:type="dxa" w:w="2160"/>
          </w:tcPr>
          <w:p>
            <w:r>
              <w:t>林金泽</w:t>
            </w:r>
          </w:p>
        </w:tc>
      </w:tr>
      <w:tr>
        <w:tc>
          <w:tcPr>
            <w:tcW w:type="dxa" w:w="2160"/>
          </w:tcPr>
          <w:p>
            <w:r>
              <w:t>20273300721</w:t>
            </w:r>
          </w:p>
        </w:tc>
        <w:tc>
          <w:tcPr>
            <w:tcW w:type="dxa" w:w="2160"/>
          </w:tcPr>
          <w:p>
            <w:r>
              <w:t>刘萍</w:t>
            </w:r>
          </w:p>
        </w:tc>
        <w:tc>
          <w:tcPr>
            <w:tcW w:type="dxa" w:w="2160"/>
          </w:tcPr>
          <w:p>
            <w:r>
              <w:t>20273315561</w:t>
            </w:r>
          </w:p>
        </w:tc>
        <w:tc>
          <w:tcPr>
            <w:tcW w:type="dxa" w:w="2160"/>
          </w:tcPr>
          <w:p>
            <w:r>
              <w:t>谢玲玲</w:t>
            </w:r>
          </w:p>
        </w:tc>
      </w:tr>
      <w:tr>
        <w:tc>
          <w:tcPr>
            <w:tcW w:type="dxa" w:w="2160"/>
          </w:tcPr>
          <w:p>
            <w:r>
              <w:t>20273331502</w:t>
            </w:r>
          </w:p>
        </w:tc>
        <w:tc>
          <w:tcPr>
            <w:tcW w:type="dxa" w:w="2160"/>
          </w:tcPr>
          <w:p>
            <w:r>
              <w:t>胡敬洋</w:t>
            </w:r>
          </w:p>
        </w:tc>
        <w:tc>
          <w:tcPr>
            <w:tcW w:type="dxa" w:w="2160"/>
          </w:tcPr>
          <w:p>
            <w:r>
              <w:t>20273317992</w:t>
            </w:r>
          </w:p>
        </w:tc>
        <w:tc>
          <w:tcPr>
            <w:tcW w:type="dxa" w:w="2160"/>
          </w:tcPr>
          <w:p>
            <w:r>
              <w:t>周安娜</w:t>
            </w:r>
          </w:p>
        </w:tc>
      </w:tr>
      <w:tr>
        <w:tc>
          <w:tcPr>
            <w:tcW w:type="dxa" w:w="2160"/>
          </w:tcPr>
          <w:p>
            <w:r>
              <w:t>20273332235</w:t>
            </w:r>
          </w:p>
        </w:tc>
        <w:tc>
          <w:tcPr>
            <w:tcW w:type="dxa" w:w="2160"/>
          </w:tcPr>
          <w:p>
            <w:r>
              <w:t>孙玉茹</w:t>
            </w:r>
          </w:p>
        </w:tc>
        <w:tc>
          <w:tcPr>
            <w:tcW w:type="dxa" w:w="2160"/>
          </w:tcPr>
          <w:p>
            <w:r>
              <w:t>20273340370</w:t>
            </w:r>
          </w:p>
        </w:tc>
        <w:tc>
          <w:tcPr>
            <w:tcW w:type="dxa" w:w="2160"/>
          </w:tcPr>
          <w:p>
            <w:r>
              <w:t>周姝瑾</w:t>
            </w:r>
          </w:p>
        </w:tc>
      </w:tr>
      <w:tr>
        <w:tc>
          <w:tcPr>
            <w:tcW w:type="dxa" w:w="2160"/>
          </w:tcPr>
          <w:p>
            <w:r>
              <w:t>20273330892</w:t>
            </w:r>
          </w:p>
        </w:tc>
        <w:tc>
          <w:tcPr>
            <w:tcW w:type="dxa" w:w="2160"/>
          </w:tcPr>
          <w:p>
            <w:r>
              <w:t>窦佳仪</w:t>
            </w:r>
          </w:p>
        </w:tc>
        <w:tc>
          <w:tcPr>
            <w:tcW w:type="dxa" w:w="2160"/>
          </w:tcPr>
          <w:p>
            <w:r>
              <w:t>20273324235</w:t>
            </w:r>
          </w:p>
        </w:tc>
        <w:tc>
          <w:tcPr>
            <w:tcW w:type="dxa" w:w="2160"/>
          </w:tcPr>
          <w:p>
            <w:r>
              <w:t>张至立</w:t>
            </w:r>
          </w:p>
        </w:tc>
      </w:tr>
      <w:tr>
        <w:tc>
          <w:tcPr>
            <w:tcW w:type="dxa" w:w="2160"/>
          </w:tcPr>
          <w:p>
            <w:r>
              <w:t>20273332567</w:t>
            </w:r>
          </w:p>
        </w:tc>
        <w:tc>
          <w:tcPr>
            <w:tcW w:type="dxa" w:w="2160"/>
          </w:tcPr>
          <w:p>
            <w:r>
              <w:t>贾雅铭</w:t>
            </w:r>
          </w:p>
        </w:tc>
        <w:tc>
          <w:tcPr>
            <w:tcW w:type="dxa" w:w="2160"/>
          </w:tcPr>
          <w:p>
            <w:r>
              <w:t>20273308351</w:t>
            </w:r>
          </w:p>
        </w:tc>
        <w:tc>
          <w:tcPr>
            <w:tcW w:type="dxa" w:w="2160"/>
          </w:tcPr>
          <w:p>
            <w:r>
              <w:t>王彩云</w:t>
            </w:r>
          </w:p>
        </w:tc>
      </w:tr>
      <w:tr>
        <w:tc>
          <w:tcPr>
            <w:tcW w:type="dxa" w:w="2160"/>
          </w:tcPr>
          <w:p>
            <w:r>
              <w:t>20273332602</w:t>
            </w:r>
          </w:p>
        </w:tc>
        <w:tc>
          <w:tcPr>
            <w:tcW w:type="dxa" w:w="2160"/>
          </w:tcPr>
          <w:p>
            <w:r>
              <w:t>赵楚玥</w:t>
            </w:r>
          </w:p>
        </w:tc>
        <w:tc>
          <w:tcPr>
            <w:tcW w:type="dxa" w:w="2160"/>
          </w:tcPr>
          <w:p>
            <w:r>
              <w:t>20273341684</w:t>
            </w:r>
          </w:p>
        </w:tc>
        <w:tc>
          <w:tcPr>
            <w:tcW w:type="dxa" w:w="2160"/>
          </w:tcPr>
          <w:p>
            <w:r>
              <w:t>刘军生</w:t>
            </w:r>
          </w:p>
        </w:tc>
      </w:tr>
      <w:tr>
        <w:tc>
          <w:tcPr>
            <w:tcW w:type="dxa" w:w="2160"/>
          </w:tcPr>
          <w:p>
            <w:r>
              <w:t>20273329416</w:t>
            </w:r>
          </w:p>
        </w:tc>
        <w:tc>
          <w:tcPr>
            <w:tcW w:type="dxa" w:w="2160"/>
          </w:tcPr>
          <w:p>
            <w:r>
              <w:t>陈俊瑶</w:t>
            </w:r>
          </w:p>
        </w:tc>
        <w:tc>
          <w:tcPr>
            <w:tcW w:type="dxa" w:w="2160"/>
          </w:tcPr>
          <w:p>
            <w:r>
              <w:t>20273339535</w:t>
            </w:r>
          </w:p>
        </w:tc>
        <w:tc>
          <w:tcPr>
            <w:tcW w:type="dxa" w:w="2160"/>
          </w:tcPr>
          <w:p>
            <w:r>
              <w:t>唐金维</w:t>
            </w:r>
          </w:p>
        </w:tc>
      </w:tr>
      <w:tr>
        <w:tc>
          <w:tcPr>
            <w:tcW w:type="dxa" w:w="2160"/>
          </w:tcPr>
          <w:p>
            <w:r>
              <w:t>20273333069</w:t>
            </w:r>
          </w:p>
        </w:tc>
        <w:tc>
          <w:tcPr>
            <w:tcW w:type="dxa" w:w="2160"/>
          </w:tcPr>
          <w:p>
            <w:r>
              <w:t>吴君晗</w:t>
            </w:r>
          </w:p>
        </w:tc>
        <w:tc>
          <w:tcPr>
            <w:tcW w:type="dxa" w:w="2160"/>
          </w:tcPr>
          <w:p>
            <w:r>
              <w:t>20273343486</w:t>
            </w:r>
          </w:p>
        </w:tc>
        <w:tc>
          <w:tcPr>
            <w:tcW w:type="dxa" w:w="2160"/>
          </w:tcPr>
          <w:p>
            <w:r>
              <w:t>祁哲彬</w:t>
            </w:r>
          </w:p>
        </w:tc>
      </w:tr>
      <w:tr>
        <w:tc>
          <w:tcPr>
            <w:tcW w:type="dxa" w:w="2160"/>
          </w:tcPr>
          <w:p>
            <w:r>
              <w:t>20273329618</w:t>
            </w:r>
          </w:p>
        </w:tc>
        <w:tc>
          <w:tcPr>
            <w:tcW w:type="dxa" w:w="2160"/>
          </w:tcPr>
          <w:p>
            <w:r>
              <w:t>吴畏</w:t>
            </w:r>
          </w:p>
        </w:tc>
        <w:tc>
          <w:tcPr>
            <w:tcW w:type="dxa" w:w="2160"/>
          </w:tcPr>
          <w:p>
            <w:r>
              <w:t>20273337052</w:t>
            </w:r>
          </w:p>
        </w:tc>
        <w:tc>
          <w:tcPr>
            <w:tcW w:type="dxa" w:w="2160"/>
          </w:tcPr>
          <w:p>
            <w:r>
              <w:t>周颖</w:t>
            </w:r>
          </w:p>
        </w:tc>
      </w:tr>
      <w:tr>
        <w:tc>
          <w:tcPr>
            <w:tcW w:type="dxa" w:w="2160"/>
          </w:tcPr>
          <w:p>
            <w:r>
              <w:t>20273330704</w:t>
            </w:r>
          </w:p>
        </w:tc>
        <w:tc>
          <w:tcPr>
            <w:tcW w:type="dxa" w:w="2160"/>
          </w:tcPr>
          <w:p>
            <w:r>
              <w:t>余琦</w:t>
            </w:r>
          </w:p>
        </w:tc>
        <w:tc>
          <w:tcPr>
            <w:tcW w:type="dxa" w:w="2160"/>
          </w:tcPr>
          <w:p>
            <w:r>
              <w:t>20273308740</w:t>
            </w:r>
          </w:p>
        </w:tc>
        <w:tc>
          <w:tcPr>
            <w:tcW w:type="dxa" w:w="2160"/>
          </w:tcPr>
          <w:p>
            <w:r>
              <w:t>李子健</w:t>
            </w:r>
          </w:p>
        </w:tc>
      </w:tr>
      <w:tr>
        <w:tc>
          <w:tcPr>
            <w:tcW w:type="dxa" w:w="2160"/>
          </w:tcPr>
          <w:p>
            <w:r>
              <w:t>20273324906</w:t>
            </w:r>
          </w:p>
        </w:tc>
        <w:tc>
          <w:tcPr>
            <w:tcW w:type="dxa" w:w="2160"/>
          </w:tcPr>
          <w:p>
            <w:r>
              <w:t>周于茜</w:t>
            </w:r>
          </w:p>
        </w:tc>
        <w:tc>
          <w:tcPr>
            <w:tcW w:type="dxa" w:w="2160"/>
          </w:tcPr>
          <w:p>
            <w:r>
              <w:t>20273319628</w:t>
            </w:r>
          </w:p>
        </w:tc>
        <w:tc>
          <w:tcPr>
            <w:tcW w:type="dxa" w:w="2160"/>
          </w:tcPr>
          <w:p>
            <w:r>
              <w:t>李照阳</w:t>
            </w:r>
          </w:p>
        </w:tc>
      </w:tr>
      <w:tr>
        <w:tc>
          <w:tcPr>
            <w:tcW w:type="dxa" w:w="2160"/>
          </w:tcPr>
          <w:p>
            <w:r>
              <w:t>20273333626</w:t>
            </w:r>
          </w:p>
        </w:tc>
        <w:tc>
          <w:tcPr>
            <w:tcW w:type="dxa" w:w="2160"/>
          </w:tcPr>
          <w:p>
            <w:r>
              <w:t>骆柯伊</w:t>
            </w:r>
          </w:p>
        </w:tc>
        <w:tc>
          <w:tcPr>
            <w:tcW w:type="dxa" w:w="2160"/>
          </w:tcPr>
          <w:p>
            <w:r>
              <w:t>20273342711</w:t>
            </w:r>
          </w:p>
        </w:tc>
        <w:tc>
          <w:tcPr>
            <w:tcW w:type="dxa" w:w="2160"/>
          </w:tcPr>
          <w:p>
            <w:r>
              <w:t>张文彬</w:t>
            </w:r>
          </w:p>
        </w:tc>
      </w:tr>
      <w:tr>
        <w:tc>
          <w:tcPr>
            <w:tcW w:type="dxa" w:w="2160"/>
          </w:tcPr>
          <w:p>
            <w:r>
              <w:t>20273304072</w:t>
            </w:r>
          </w:p>
        </w:tc>
        <w:tc>
          <w:tcPr>
            <w:tcW w:type="dxa" w:w="2160"/>
          </w:tcPr>
          <w:p>
            <w:r>
              <w:t>孔晓夏</w:t>
            </w:r>
          </w:p>
        </w:tc>
        <w:tc>
          <w:tcPr>
            <w:tcW w:type="dxa" w:w="2160"/>
          </w:tcPr>
          <w:p>
            <w:r>
              <w:t>20273344062</w:t>
            </w:r>
          </w:p>
        </w:tc>
        <w:tc>
          <w:tcPr>
            <w:tcW w:type="dxa" w:w="2160"/>
          </w:tcPr>
          <w:p>
            <w:r>
              <w:t>王雪薇</w:t>
            </w:r>
          </w:p>
        </w:tc>
      </w:tr>
      <w:tr>
        <w:tc>
          <w:tcPr>
            <w:tcW w:type="dxa" w:w="2160"/>
          </w:tcPr>
          <w:p>
            <w:r>
              <w:t>20273328541</w:t>
            </w:r>
          </w:p>
        </w:tc>
        <w:tc>
          <w:tcPr>
            <w:tcW w:type="dxa" w:w="2160"/>
          </w:tcPr>
          <w:p>
            <w:r>
              <w:t>吕凯旋</w:t>
            </w:r>
          </w:p>
        </w:tc>
        <w:tc>
          <w:tcPr>
            <w:tcW w:type="dxa" w:w="2160"/>
          </w:tcPr>
          <w:p>
            <w:r>
              <w:t>20273330885</w:t>
            </w:r>
          </w:p>
        </w:tc>
        <w:tc>
          <w:tcPr>
            <w:tcW w:type="dxa" w:w="2160"/>
          </w:tcPr>
          <w:p>
            <w:r>
              <w:t>古秋艳</w:t>
            </w:r>
          </w:p>
        </w:tc>
      </w:tr>
      <w:tr>
        <w:tc>
          <w:tcPr>
            <w:tcW w:type="dxa" w:w="2160"/>
          </w:tcPr>
          <w:p>
            <w:r>
              <w:t>20273332475</w:t>
            </w:r>
          </w:p>
        </w:tc>
        <w:tc>
          <w:tcPr>
            <w:tcW w:type="dxa" w:w="2160"/>
          </w:tcPr>
          <w:p>
            <w:r>
              <w:t>吴湘湘</w:t>
            </w:r>
          </w:p>
        </w:tc>
        <w:tc>
          <w:tcPr>
            <w:tcW w:type="dxa" w:w="2160"/>
          </w:tcPr>
          <w:p>
            <w:r>
              <w:t>20273343816</w:t>
            </w:r>
          </w:p>
        </w:tc>
        <w:tc>
          <w:tcPr>
            <w:tcW w:type="dxa" w:w="2160"/>
          </w:tcPr>
          <w:p>
            <w:r>
              <w:t>曾宪婷</w:t>
            </w:r>
          </w:p>
        </w:tc>
      </w:tr>
      <w:tr>
        <w:tc>
          <w:tcPr>
            <w:tcW w:type="dxa" w:w="2160"/>
          </w:tcPr>
          <w:p>
            <w:r>
              <w:t>20273332742</w:t>
            </w:r>
          </w:p>
        </w:tc>
        <w:tc>
          <w:tcPr>
            <w:tcW w:type="dxa" w:w="2160"/>
          </w:tcPr>
          <w:p>
            <w:r>
              <w:t>刘越</w:t>
            </w:r>
          </w:p>
        </w:tc>
        <w:tc>
          <w:tcPr>
            <w:tcW w:type="dxa" w:w="2160"/>
          </w:tcPr>
          <w:p>
            <w:r>
              <w:t>20273330870</w:t>
            </w:r>
          </w:p>
        </w:tc>
        <w:tc>
          <w:tcPr>
            <w:tcW w:type="dxa" w:w="2160"/>
          </w:tcPr>
          <w:p>
            <w:r>
              <w:t>陈梦冉</w:t>
            </w:r>
          </w:p>
        </w:tc>
      </w:tr>
      <w:tr>
        <w:tc>
          <w:tcPr>
            <w:tcW w:type="dxa" w:w="2160"/>
          </w:tcPr>
          <w:p>
            <w:r>
              <w:t>20273334601</w:t>
            </w:r>
          </w:p>
        </w:tc>
        <w:tc>
          <w:tcPr>
            <w:tcW w:type="dxa" w:w="2160"/>
          </w:tcPr>
          <w:p>
            <w:r>
              <w:t>杜美红</w:t>
            </w:r>
          </w:p>
        </w:tc>
        <w:tc>
          <w:tcPr>
            <w:tcW w:type="dxa" w:w="2160"/>
          </w:tcPr>
          <w:p>
            <w:r>
              <w:t>20273342434</w:t>
            </w:r>
          </w:p>
        </w:tc>
        <w:tc>
          <w:tcPr>
            <w:tcW w:type="dxa" w:w="2160"/>
          </w:tcPr>
          <w:p>
            <w:r>
              <w:t>黄敏</w:t>
            </w:r>
          </w:p>
        </w:tc>
      </w:tr>
      <w:tr>
        <w:tc>
          <w:tcPr>
            <w:tcW w:type="dxa" w:w="2160"/>
          </w:tcPr>
          <w:p>
            <w:r>
              <w:t>20273334244</w:t>
            </w:r>
          </w:p>
        </w:tc>
        <w:tc>
          <w:tcPr>
            <w:tcW w:type="dxa" w:w="2160"/>
          </w:tcPr>
          <w:p>
            <w:r>
              <w:t>张欣雨</w:t>
            </w:r>
          </w:p>
        </w:tc>
        <w:tc>
          <w:tcPr>
            <w:tcW w:type="dxa" w:w="2160"/>
          </w:tcPr>
          <w:p>
            <w:r>
              <w:t>20273330832</w:t>
            </w:r>
          </w:p>
        </w:tc>
        <w:tc>
          <w:tcPr>
            <w:tcW w:type="dxa" w:w="2160"/>
          </w:tcPr>
          <w:p>
            <w:r>
              <w:t>姜正露</w:t>
            </w:r>
          </w:p>
        </w:tc>
      </w:tr>
      <w:tr>
        <w:tc>
          <w:tcPr>
            <w:tcW w:type="dxa" w:w="2160"/>
          </w:tcPr>
          <w:p>
            <w:r>
              <w:t>20273319886</w:t>
            </w:r>
          </w:p>
        </w:tc>
        <w:tc>
          <w:tcPr>
            <w:tcW w:type="dxa" w:w="2160"/>
          </w:tcPr>
          <w:p>
            <w:r>
              <w:t>段文星</w:t>
            </w:r>
          </w:p>
        </w:tc>
        <w:tc>
          <w:tcPr>
            <w:tcW w:type="dxa" w:w="2160"/>
          </w:tcPr>
          <w:p>
            <w:r>
              <w:t>20273346665</w:t>
            </w:r>
          </w:p>
        </w:tc>
        <w:tc>
          <w:tcPr>
            <w:tcW w:type="dxa" w:w="2160"/>
          </w:tcPr>
          <w:p>
            <w:r>
              <w:t>韦春欣</w:t>
            </w:r>
          </w:p>
        </w:tc>
      </w:tr>
      <w:tr>
        <w:tc>
          <w:tcPr>
            <w:tcW w:type="dxa" w:w="2160"/>
          </w:tcPr>
          <w:p>
            <w:r>
              <w:t>20273306828</w:t>
            </w:r>
          </w:p>
        </w:tc>
        <w:tc>
          <w:tcPr>
            <w:tcW w:type="dxa" w:w="2160"/>
          </w:tcPr>
          <w:p>
            <w:r>
              <w:t>童吴仪</w:t>
            </w:r>
          </w:p>
        </w:tc>
        <w:tc>
          <w:tcPr>
            <w:tcW w:type="dxa" w:w="2160"/>
          </w:tcPr>
          <w:p>
            <w:r>
              <w:t>20273344038</w:t>
            </w:r>
          </w:p>
        </w:tc>
        <w:tc>
          <w:tcPr>
            <w:tcW w:type="dxa" w:w="2160"/>
          </w:tcPr>
          <w:p>
            <w:r>
              <w:t>李昕瑶</w:t>
            </w:r>
          </w:p>
        </w:tc>
      </w:tr>
      <w:tr>
        <w:tc>
          <w:tcPr>
            <w:tcW w:type="dxa" w:w="2160"/>
          </w:tcPr>
          <w:p>
            <w:r>
              <w:t>20273335606</w:t>
            </w:r>
          </w:p>
        </w:tc>
        <w:tc>
          <w:tcPr>
            <w:tcW w:type="dxa" w:w="2160"/>
          </w:tcPr>
          <w:p>
            <w:r>
              <w:t>秦桢荣</w:t>
            </w:r>
          </w:p>
        </w:tc>
        <w:tc>
          <w:tcPr>
            <w:tcW w:type="dxa" w:w="2160"/>
          </w:tcPr>
          <w:p>
            <w:r>
              <w:t>20273347205</w:t>
            </w:r>
          </w:p>
        </w:tc>
        <w:tc>
          <w:tcPr>
            <w:tcW w:type="dxa" w:w="2160"/>
          </w:tcPr>
          <w:p>
            <w:r>
              <w:t>朱文雅</w:t>
            </w:r>
          </w:p>
        </w:tc>
      </w:tr>
      <w:tr>
        <w:tc>
          <w:tcPr>
            <w:tcW w:type="dxa" w:w="2160"/>
          </w:tcPr>
          <w:p>
            <w:r>
              <w:t>20273306778</w:t>
            </w:r>
          </w:p>
        </w:tc>
        <w:tc>
          <w:tcPr>
            <w:tcW w:type="dxa" w:w="2160"/>
          </w:tcPr>
          <w:p>
            <w:r>
              <w:t>黄婷婷</w:t>
            </w:r>
          </w:p>
        </w:tc>
        <w:tc>
          <w:tcPr>
            <w:tcW w:type="dxa" w:w="2160"/>
          </w:tcPr>
          <w:p>
            <w:r>
              <w:t>20273318816</w:t>
            </w:r>
          </w:p>
        </w:tc>
        <w:tc>
          <w:tcPr>
            <w:tcW w:type="dxa" w:w="2160"/>
          </w:tcPr>
          <w:p>
            <w:r>
              <w:t>翟智敏</w:t>
            </w:r>
          </w:p>
        </w:tc>
      </w:tr>
      <w:tr>
        <w:tc>
          <w:tcPr>
            <w:tcW w:type="dxa" w:w="2160"/>
          </w:tcPr>
          <w:p>
            <w:r>
              <w:t>20273328835</w:t>
            </w:r>
          </w:p>
        </w:tc>
        <w:tc>
          <w:tcPr>
            <w:tcW w:type="dxa" w:w="2160"/>
          </w:tcPr>
          <w:p>
            <w:r>
              <w:t>李佳怡</w:t>
            </w:r>
          </w:p>
        </w:tc>
        <w:tc>
          <w:tcPr>
            <w:tcW w:type="dxa" w:w="2160"/>
          </w:tcPr>
          <w:p>
            <w:r>
              <w:t>20273344571</w:t>
            </w:r>
          </w:p>
        </w:tc>
        <w:tc>
          <w:tcPr>
            <w:tcW w:type="dxa" w:w="2160"/>
          </w:tcPr>
          <w:p>
            <w:r>
              <w:t>侯垭然</w:t>
            </w:r>
          </w:p>
        </w:tc>
      </w:tr>
      <w:tr>
        <w:tc>
          <w:tcPr>
            <w:tcW w:type="dxa" w:w="2160"/>
          </w:tcPr>
          <w:p>
            <w:r>
              <w:t>20273336451</w:t>
            </w:r>
          </w:p>
        </w:tc>
        <w:tc>
          <w:tcPr>
            <w:tcW w:type="dxa" w:w="2160"/>
          </w:tcPr>
          <w:p>
            <w:r>
              <w:t>文宇星</w:t>
            </w:r>
          </w:p>
        </w:tc>
        <w:tc>
          <w:tcPr>
            <w:tcW w:type="dxa" w:w="2160"/>
          </w:tcPr>
          <w:p>
            <w:r>
              <w:t>20273346127</w:t>
            </w:r>
          </w:p>
        </w:tc>
        <w:tc>
          <w:tcPr>
            <w:tcW w:type="dxa" w:w="2160"/>
          </w:tcPr>
          <w:p>
            <w:r>
              <w:t>胡雯</w:t>
            </w:r>
          </w:p>
        </w:tc>
      </w:tr>
      <w:tr>
        <w:tc>
          <w:tcPr>
            <w:tcW w:type="dxa" w:w="2160"/>
          </w:tcPr>
          <w:p>
            <w:r>
              <w:t>20273336511</w:t>
            </w:r>
          </w:p>
        </w:tc>
        <w:tc>
          <w:tcPr>
            <w:tcW w:type="dxa" w:w="2160"/>
          </w:tcPr>
          <w:p>
            <w:r>
              <w:t>陈运弟</w:t>
            </w:r>
          </w:p>
        </w:tc>
        <w:tc>
          <w:tcPr>
            <w:tcW w:type="dxa" w:w="2160"/>
          </w:tcPr>
          <w:p>
            <w:r>
              <w:t>20273332869</w:t>
            </w:r>
          </w:p>
        </w:tc>
        <w:tc>
          <w:tcPr>
            <w:tcW w:type="dxa" w:w="2160"/>
          </w:tcPr>
          <w:p>
            <w:r>
              <w:t>黄雪芳</w:t>
            </w:r>
          </w:p>
        </w:tc>
      </w:tr>
      <w:tr>
        <w:tc>
          <w:tcPr>
            <w:tcW w:type="dxa" w:w="2160"/>
          </w:tcPr>
          <w:p>
            <w:r>
              <w:t>20273333985</w:t>
            </w:r>
          </w:p>
        </w:tc>
        <w:tc>
          <w:tcPr>
            <w:tcW w:type="dxa" w:w="2160"/>
          </w:tcPr>
          <w:p>
            <w:r>
              <w:t>张潇艳</w:t>
            </w:r>
          </w:p>
        </w:tc>
        <w:tc>
          <w:tcPr>
            <w:tcW w:type="dxa" w:w="2160"/>
          </w:tcPr>
          <w:p>
            <w:r>
              <w:t>20273339160</w:t>
            </w:r>
          </w:p>
        </w:tc>
        <w:tc>
          <w:tcPr>
            <w:tcW w:type="dxa" w:w="2160"/>
          </w:tcPr>
          <w:p>
            <w:r>
              <w:t>李易璇</w:t>
            </w:r>
          </w:p>
        </w:tc>
      </w:tr>
      <w:tr>
        <w:tc>
          <w:tcPr>
            <w:tcW w:type="dxa" w:w="2160"/>
          </w:tcPr>
          <w:p>
            <w:r>
              <w:t>20273335258</w:t>
            </w:r>
          </w:p>
        </w:tc>
        <w:tc>
          <w:tcPr>
            <w:tcW w:type="dxa" w:w="2160"/>
          </w:tcPr>
          <w:p>
            <w:r>
              <w:t>杨双</w:t>
            </w:r>
          </w:p>
        </w:tc>
        <w:tc>
          <w:tcPr>
            <w:tcW w:type="dxa" w:w="2160"/>
          </w:tcPr>
          <w:p>
            <w:r>
              <w:t>20273348705</w:t>
            </w:r>
          </w:p>
        </w:tc>
        <w:tc>
          <w:tcPr>
            <w:tcW w:type="dxa" w:w="2160"/>
          </w:tcPr>
          <w:p>
            <w:r>
              <w:t>游小柔</w:t>
            </w:r>
          </w:p>
        </w:tc>
      </w:tr>
      <w:tr>
        <w:tc>
          <w:tcPr>
            <w:tcW w:type="dxa" w:w="2160"/>
          </w:tcPr>
          <w:p>
            <w:r>
              <w:t>20273330852</w:t>
            </w:r>
          </w:p>
        </w:tc>
        <w:tc>
          <w:tcPr>
            <w:tcW w:type="dxa" w:w="2160"/>
          </w:tcPr>
          <w:p>
            <w:r>
              <w:t>潘虹伶</w:t>
            </w:r>
          </w:p>
        </w:tc>
        <w:tc>
          <w:tcPr>
            <w:tcW w:type="dxa" w:w="2160"/>
          </w:tcPr>
          <w:p>
            <w:r>
              <w:t>20273326489</w:t>
            </w:r>
          </w:p>
        </w:tc>
        <w:tc>
          <w:tcPr>
            <w:tcW w:type="dxa" w:w="2160"/>
          </w:tcPr>
          <w:p>
            <w:r>
              <w:t>陈欢</w:t>
            </w:r>
          </w:p>
        </w:tc>
      </w:tr>
      <w:tr>
        <w:tc>
          <w:tcPr>
            <w:tcW w:type="dxa" w:w="2160"/>
          </w:tcPr>
          <w:p>
            <w:r>
              <w:t>20273329895</w:t>
            </w:r>
          </w:p>
        </w:tc>
        <w:tc>
          <w:tcPr>
            <w:tcW w:type="dxa" w:w="2160"/>
          </w:tcPr>
          <w:p>
            <w:r>
              <w:t>吴晶晶</w:t>
            </w:r>
          </w:p>
        </w:tc>
        <w:tc>
          <w:tcPr>
            <w:tcW w:type="dxa" w:w="2160"/>
          </w:tcPr>
          <w:p>
            <w:r>
              <w:t>20273349303</w:t>
            </w:r>
          </w:p>
        </w:tc>
        <w:tc>
          <w:tcPr>
            <w:tcW w:type="dxa" w:w="2160"/>
          </w:tcPr>
          <w:p>
            <w:r>
              <w:t>赵佩</w:t>
            </w:r>
          </w:p>
        </w:tc>
      </w:tr>
      <w:tr>
        <w:tc>
          <w:tcPr>
            <w:tcW w:type="dxa" w:w="2160"/>
          </w:tcPr>
          <w:p>
            <w:r>
              <w:t>20273337076</w:t>
            </w:r>
          </w:p>
        </w:tc>
        <w:tc>
          <w:tcPr>
            <w:tcW w:type="dxa" w:w="2160"/>
          </w:tcPr>
          <w:p>
            <w:r>
              <w:t>徐士湘</w:t>
            </w:r>
          </w:p>
        </w:tc>
        <w:tc>
          <w:tcPr>
            <w:tcW w:type="dxa" w:w="2160"/>
          </w:tcPr>
          <w:p>
            <w:r>
              <w:t>20273347847</w:t>
            </w:r>
          </w:p>
        </w:tc>
        <w:tc>
          <w:tcPr>
            <w:tcW w:type="dxa" w:w="2160"/>
          </w:tcPr>
          <w:p>
            <w:r>
              <w:t>白晓慧</w:t>
            </w:r>
          </w:p>
        </w:tc>
      </w:tr>
      <w:tr>
        <w:tc>
          <w:tcPr>
            <w:tcW w:type="dxa" w:w="2160"/>
          </w:tcPr>
          <w:p>
            <w:r>
              <w:t>20273320717</w:t>
            </w:r>
          </w:p>
        </w:tc>
        <w:tc>
          <w:tcPr>
            <w:tcW w:type="dxa" w:w="2160"/>
          </w:tcPr>
          <w:p>
            <w:r>
              <w:t>索欣洁</w:t>
            </w:r>
          </w:p>
        </w:tc>
        <w:tc>
          <w:tcPr>
            <w:tcW w:type="dxa" w:w="2160"/>
          </w:tcPr>
          <w:p>
            <w:r>
              <w:t>20273346482</w:t>
            </w:r>
          </w:p>
        </w:tc>
        <w:tc>
          <w:tcPr>
            <w:tcW w:type="dxa" w:w="2160"/>
          </w:tcPr>
          <w:p>
            <w:r>
              <w:t>吴凤</w:t>
            </w:r>
          </w:p>
        </w:tc>
      </w:tr>
      <w:tr>
        <w:tc>
          <w:tcPr>
            <w:tcW w:type="dxa" w:w="2160"/>
          </w:tcPr>
          <w:p>
            <w:r>
              <w:t>20273329334</w:t>
            </w:r>
          </w:p>
        </w:tc>
        <w:tc>
          <w:tcPr>
            <w:tcW w:type="dxa" w:w="2160"/>
          </w:tcPr>
          <w:p>
            <w:r>
              <w:t>杨灿</w:t>
            </w:r>
          </w:p>
        </w:tc>
        <w:tc>
          <w:tcPr>
            <w:tcW w:type="dxa" w:w="2160"/>
          </w:tcPr>
          <w:p>
            <w:r>
              <w:t>20273349803</w:t>
            </w:r>
          </w:p>
        </w:tc>
        <w:tc>
          <w:tcPr>
            <w:tcW w:type="dxa" w:w="2160"/>
          </w:tcPr>
          <w:p>
            <w:r>
              <w:t>任彦双</w:t>
            </w:r>
          </w:p>
        </w:tc>
      </w:tr>
      <w:tr>
        <w:tc>
          <w:tcPr>
            <w:tcW w:type="dxa" w:w="2160"/>
          </w:tcPr>
          <w:p>
            <w:r>
              <w:t>20273309650</w:t>
            </w:r>
          </w:p>
        </w:tc>
        <w:tc>
          <w:tcPr>
            <w:tcW w:type="dxa" w:w="2160"/>
          </w:tcPr>
          <w:p>
            <w:r>
              <w:t>孟雅淇</w:t>
            </w:r>
          </w:p>
        </w:tc>
        <w:tc>
          <w:tcPr>
            <w:tcW w:type="dxa" w:w="2160"/>
          </w:tcPr>
          <w:p>
            <w:r>
              <w:t>20273350411</w:t>
            </w:r>
          </w:p>
        </w:tc>
        <w:tc>
          <w:tcPr>
            <w:tcW w:type="dxa" w:w="2160"/>
          </w:tcPr>
          <w:p>
            <w:r>
              <w:t>关颖彤</w:t>
            </w:r>
          </w:p>
        </w:tc>
      </w:tr>
      <w:tr>
        <w:tc>
          <w:tcPr>
            <w:tcW w:type="dxa" w:w="2160"/>
          </w:tcPr>
          <w:p>
            <w:r>
              <w:t>20273328923</w:t>
            </w:r>
          </w:p>
        </w:tc>
        <w:tc>
          <w:tcPr>
            <w:tcW w:type="dxa" w:w="2160"/>
          </w:tcPr>
          <w:p>
            <w:r>
              <w:t>杨鑫</w:t>
            </w:r>
          </w:p>
        </w:tc>
        <w:tc>
          <w:tcPr>
            <w:tcW w:type="dxa" w:w="2160"/>
          </w:tcPr>
          <w:p>
            <w:r>
              <w:t>20273350679</w:t>
            </w:r>
          </w:p>
        </w:tc>
        <w:tc>
          <w:tcPr>
            <w:tcW w:type="dxa" w:w="2160"/>
          </w:tcPr>
          <w:p>
            <w:r>
              <w:t>陈景春</w:t>
            </w:r>
          </w:p>
        </w:tc>
      </w:tr>
      <w:tr>
        <w:tc>
          <w:tcPr>
            <w:tcW w:type="dxa" w:w="2160"/>
          </w:tcPr>
          <w:p>
            <w:r>
              <w:t>20273338561</w:t>
            </w:r>
          </w:p>
        </w:tc>
        <w:tc>
          <w:tcPr>
            <w:tcW w:type="dxa" w:w="2160"/>
          </w:tcPr>
          <w:p>
            <w:r>
              <w:t>曹丽骄</w:t>
            </w:r>
          </w:p>
        </w:tc>
        <w:tc>
          <w:tcPr>
            <w:tcW w:type="dxa" w:w="2160"/>
          </w:tcPr>
          <w:p>
            <w:r>
              <w:t>20273318825</w:t>
            </w:r>
          </w:p>
        </w:tc>
        <w:tc>
          <w:tcPr>
            <w:tcW w:type="dxa" w:w="2160"/>
          </w:tcPr>
          <w:p>
            <w:r>
              <w:t>陈奕燃</w:t>
            </w:r>
          </w:p>
        </w:tc>
      </w:tr>
      <w:tr>
        <w:tc>
          <w:tcPr>
            <w:tcW w:type="dxa" w:w="2160"/>
          </w:tcPr>
          <w:p>
            <w:r>
              <w:t>20273324637</w:t>
            </w:r>
          </w:p>
        </w:tc>
        <w:tc>
          <w:tcPr>
            <w:tcW w:type="dxa" w:w="2160"/>
          </w:tcPr>
          <w:p>
            <w:r>
              <w:t>何思蕊</w:t>
            </w:r>
          </w:p>
        </w:tc>
        <w:tc>
          <w:tcPr>
            <w:tcW w:type="dxa" w:w="2160"/>
          </w:tcPr>
          <w:p>
            <w:r>
              <w:t>20273350883</w:t>
            </w:r>
          </w:p>
        </w:tc>
        <w:tc>
          <w:tcPr>
            <w:tcW w:type="dxa" w:w="2160"/>
          </w:tcPr>
          <w:p>
            <w:r>
              <w:t>魏安妮</w:t>
            </w:r>
          </w:p>
        </w:tc>
      </w:tr>
      <w:tr>
        <w:tc>
          <w:tcPr>
            <w:tcW w:type="dxa" w:w="2160"/>
          </w:tcPr>
          <w:p>
            <w:r>
              <w:t>20273338802</w:t>
            </w:r>
          </w:p>
        </w:tc>
        <w:tc>
          <w:tcPr>
            <w:tcW w:type="dxa" w:w="2160"/>
          </w:tcPr>
          <w:p>
            <w:r>
              <w:t>张傲然</w:t>
            </w:r>
          </w:p>
        </w:tc>
        <w:tc>
          <w:tcPr>
            <w:tcW w:type="dxa" w:w="2160"/>
          </w:tcPr>
          <w:p>
            <w:r>
              <w:t>20273351142</w:t>
            </w:r>
          </w:p>
        </w:tc>
        <w:tc>
          <w:tcPr>
            <w:tcW w:type="dxa" w:w="2160"/>
          </w:tcPr>
          <w:p>
            <w:r>
              <w:t>王凯婕</w:t>
            </w:r>
          </w:p>
        </w:tc>
      </w:tr>
      <w:tr>
        <w:tc>
          <w:tcPr>
            <w:tcW w:type="dxa" w:w="2160"/>
          </w:tcPr>
          <w:p>
            <w:r>
              <w:t>20273331379</w:t>
            </w:r>
          </w:p>
        </w:tc>
        <w:tc>
          <w:tcPr>
            <w:tcW w:type="dxa" w:w="2160"/>
          </w:tcPr>
          <w:p>
            <w:r>
              <w:t>肖秋彤</w:t>
            </w:r>
          </w:p>
        </w:tc>
        <w:tc>
          <w:tcPr>
            <w:tcW w:type="dxa" w:w="2160"/>
          </w:tcPr>
          <w:p>
            <w:r>
              <w:t>20273341625</w:t>
            </w:r>
          </w:p>
        </w:tc>
        <w:tc>
          <w:tcPr>
            <w:tcW w:type="dxa" w:w="2160"/>
          </w:tcPr>
          <w:p>
            <w:r>
              <w:t>沈任谊</w:t>
            </w:r>
          </w:p>
        </w:tc>
      </w:tr>
      <w:tr>
        <w:tc>
          <w:tcPr>
            <w:tcW w:type="dxa" w:w="2160"/>
          </w:tcPr>
          <w:p>
            <w:r>
              <w:t>20273337835</w:t>
            </w:r>
          </w:p>
        </w:tc>
        <w:tc>
          <w:tcPr>
            <w:tcW w:type="dxa" w:w="2160"/>
          </w:tcPr>
          <w:p>
            <w:r>
              <w:t>柳鑫宇</w:t>
            </w:r>
          </w:p>
        </w:tc>
        <w:tc>
          <w:tcPr>
            <w:tcW w:type="dxa" w:w="2160"/>
          </w:tcPr>
          <w:p>
            <w:r>
              <w:t>20273351095</w:t>
            </w:r>
          </w:p>
        </w:tc>
        <w:tc>
          <w:tcPr>
            <w:tcW w:type="dxa" w:w="2160"/>
          </w:tcPr>
          <w:p>
            <w:r>
              <w:t>杨闻博</w:t>
            </w:r>
          </w:p>
        </w:tc>
      </w:tr>
      <w:tr>
        <w:tc>
          <w:tcPr>
            <w:tcW w:type="dxa" w:w="2160"/>
          </w:tcPr>
          <w:p>
            <w:r>
              <w:t>20273339014</w:t>
            </w:r>
          </w:p>
        </w:tc>
        <w:tc>
          <w:tcPr>
            <w:tcW w:type="dxa" w:w="2160"/>
          </w:tcPr>
          <w:p>
            <w:r>
              <w:t>武妍青</w:t>
            </w:r>
          </w:p>
        </w:tc>
        <w:tc>
          <w:tcPr>
            <w:tcW w:type="dxa" w:w="2160"/>
          </w:tcPr>
          <w:p>
            <w:r>
              <w:t>20273324096</w:t>
            </w:r>
          </w:p>
        </w:tc>
        <w:tc>
          <w:tcPr>
            <w:tcW w:type="dxa" w:w="2160"/>
          </w:tcPr>
          <w:p>
            <w:r>
              <w:t>谈舒琪</w:t>
            </w:r>
          </w:p>
        </w:tc>
      </w:tr>
      <w:tr>
        <w:tc>
          <w:tcPr>
            <w:tcW w:type="dxa" w:w="2160"/>
          </w:tcPr>
          <w:p>
            <w:r>
              <w:t>20273339005</w:t>
            </w:r>
          </w:p>
        </w:tc>
        <w:tc>
          <w:tcPr>
            <w:tcW w:type="dxa" w:w="2160"/>
          </w:tcPr>
          <w:p>
            <w:r>
              <w:t>林安琪</w:t>
            </w:r>
          </w:p>
        </w:tc>
        <w:tc>
          <w:tcPr>
            <w:tcW w:type="dxa" w:w="2160"/>
          </w:tcPr>
          <w:p>
            <w:r>
              <w:t>20273353150</w:t>
            </w:r>
          </w:p>
        </w:tc>
        <w:tc>
          <w:tcPr>
            <w:tcW w:type="dxa" w:w="2160"/>
          </w:tcPr>
          <w:p>
            <w:r>
              <w:t>阴玥</w:t>
            </w:r>
          </w:p>
        </w:tc>
      </w:tr>
      <w:tr>
        <w:tc>
          <w:tcPr>
            <w:tcW w:type="dxa" w:w="2160"/>
          </w:tcPr>
          <w:p>
            <w:r>
              <w:t>20273339013</w:t>
            </w:r>
          </w:p>
        </w:tc>
        <w:tc>
          <w:tcPr>
            <w:tcW w:type="dxa" w:w="2160"/>
          </w:tcPr>
          <w:p>
            <w:r>
              <w:t>严晓雪</w:t>
            </w:r>
          </w:p>
        </w:tc>
        <w:tc>
          <w:tcPr>
            <w:tcW w:type="dxa" w:w="2160"/>
          </w:tcPr>
          <w:p>
            <w:r>
              <w:t>20273312918</w:t>
            </w:r>
          </w:p>
        </w:tc>
        <w:tc>
          <w:tcPr>
            <w:tcW w:type="dxa" w:w="2160"/>
          </w:tcPr>
          <w:p>
            <w:r>
              <w:t>文思彤</w:t>
            </w:r>
          </w:p>
        </w:tc>
      </w:tr>
      <w:tr>
        <w:tc>
          <w:tcPr>
            <w:tcW w:type="dxa" w:w="2160"/>
          </w:tcPr>
          <w:p>
            <w:r>
              <w:t>20273306152</w:t>
            </w:r>
          </w:p>
        </w:tc>
        <w:tc>
          <w:tcPr>
            <w:tcW w:type="dxa" w:w="2160"/>
          </w:tcPr>
          <w:p>
            <w:r>
              <w:t>李越</w:t>
            </w:r>
          </w:p>
        </w:tc>
        <w:tc>
          <w:tcPr>
            <w:tcW w:type="dxa" w:w="2160"/>
          </w:tcPr>
          <w:p>
            <w:r>
              <w:t>20273351842</w:t>
            </w:r>
          </w:p>
        </w:tc>
        <w:tc>
          <w:tcPr>
            <w:tcW w:type="dxa" w:w="2160"/>
          </w:tcPr>
          <w:p>
            <w:r>
              <w:t>郭新荣</w:t>
            </w:r>
          </w:p>
        </w:tc>
      </w:tr>
      <w:tr>
        <w:tc>
          <w:tcPr>
            <w:tcW w:type="dxa" w:w="2160"/>
          </w:tcPr>
          <w:p>
            <w:r>
              <w:t>20273313989</w:t>
            </w:r>
          </w:p>
        </w:tc>
        <w:tc>
          <w:tcPr>
            <w:tcW w:type="dxa" w:w="2160"/>
          </w:tcPr>
          <w:p>
            <w:r>
              <w:t>余戈</w:t>
            </w:r>
          </w:p>
        </w:tc>
        <w:tc>
          <w:tcPr>
            <w:tcW w:type="dxa" w:w="2160"/>
          </w:tcPr>
          <w:p>
            <w:r>
              <w:t>20273302224</w:t>
            </w:r>
          </w:p>
        </w:tc>
        <w:tc>
          <w:tcPr>
            <w:tcW w:type="dxa" w:w="2160"/>
          </w:tcPr>
          <w:p>
            <w:r>
              <w:t>缪泺霏</w:t>
            </w:r>
          </w:p>
        </w:tc>
      </w:tr>
      <w:tr>
        <w:tc>
          <w:tcPr>
            <w:tcW w:type="dxa" w:w="2160"/>
          </w:tcPr>
          <w:p>
            <w:r>
              <w:t>20273319337</w:t>
            </w:r>
          </w:p>
        </w:tc>
        <w:tc>
          <w:tcPr>
            <w:tcW w:type="dxa" w:w="2160"/>
          </w:tcPr>
          <w:p>
            <w:r>
              <w:t>卢晶鑫</w:t>
            </w:r>
          </w:p>
        </w:tc>
        <w:tc>
          <w:tcPr>
            <w:tcW w:type="dxa" w:w="2160"/>
          </w:tcPr>
          <w:p>
            <w:r>
              <w:t>20273325646</w:t>
            </w:r>
          </w:p>
        </w:tc>
        <w:tc>
          <w:tcPr>
            <w:tcW w:type="dxa" w:w="2160"/>
          </w:tcPr>
          <w:p>
            <w:r>
              <w:t>何欣桐</w:t>
            </w:r>
          </w:p>
        </w:tc>
      </w:tr>
      <w:tr>
        <w:tc>
          <w:tcPr>
            <w:tcW w:type="dxa" w:w="2160"/>
          </w:tcPr>
          <w:p>
            <w:r>
              <w:t>20273337822</w:t>
            </w:r>
          </w:p>
        </w:tc>
        <w:tc>
          <w:tcPr>
            <w:tcW w:type="dxa" w:w="2160"/>
          </w:tcPr>
          <w:p>
            <w:r>
              <w:t>谷嘉乐</w:t>
            </w:r>
          </w:p>
        </w:tc>
        <w:tc>
          <w:tcPr>
            <w:tcW w:type="dxa" w:w="2160"/>
          </w:tcPr>
          <w:p>
            <w:r>
              <w:t>20273337037</w:t>
            </w:r>
          </w:p>
        </w:tc>
        <w:tc>
          <w:tcPr>
            <w:tcW w:type="dxa" w:w="2160"/>
          </w:tcPr>
          <w:p>
            <w:r>
              <w:t>王嘉悦</w:t>
            </w:r>
          </w:p>
        </w:tc>
      </w:tr>
      <w:tr>
        <w:tc>
          <w:tcPr>
            <w:tcW w:type="dxa" w:w="2160"/>
          </w:tcPr>
          <w:p>
            <w:r>
              <w:t>20273321420</w:t>
            </w:r>
          </w:p>
        </w:tc>
        <w:tc>
          <w:tcPr>
            <w:tcW w:type="dxa" w:w="2160"/>
          </w:tcPr>
          <w:p>
            <w:r>
              <w:t>程菲阅</w:t>
            </w:r>
          </w:p>
        </w:tc>
        <w:tc>
          <w:tcPr>
            <w:tcW w:type="dxa" w:w="2160"/>
          </w:tcPr>
          <w:p>
            <w:r>
              <w:t>20273355396</w:t>
            </w:r>
          </w:p>
        </w:tc>
        <w:tc>
          <w:tcPr>
            <w:tcW w:type="dxa" w:w="2160"/>
          </w:tcPr>
          <w:p>
            <w:r>
              <w:t>孙雨琪</w:t>
            </w:r>
          </w:p>
        </w:tc>
      </w:tr>
      <w:tr>
        <w:tc>
          <w:tcPr>
            <w:tcW w:type="dxa" w:w="2160"/>
          </w:tcPr>
          <w:p>
            <w:r>
              <w:t>20273339716</w:t>
            </w:r>
          </w:p>
        </w:tc>
        <w:tc>
          <w:tcPr>
            <w:tcW w:type="dxa" w:w="2160"/>
          </w:tcPr>
          <w:p>
            <w:r>
              <w:t>韦春来</w:t>
            </w:r>
          </w:p>
        </w:tc>
        <w:tc>
          <w:tcPr>
            <w:tcW w:type="dxa" w:w="2160"/>
          </w:tcPr>
          <w:p>
            <w:r>
              <w:t>20273355763</w:t>
            </w:r>
          </w:p>
        </w:tc>
        <w:tc>
          <w:tcPr>
            <w:tcW w:type="dxa" w:w="2160"/>
          </w:tcPr>
          <w:p>
            <w:r>
              <w:t>张子欣</w:t>
            </w:r>
          </w:p>
        </w:tc>
      </w:tr>
      <w:tr>
        <w:tc>
          <w:tcPr>
            <w:tcW w:type="dxa" w:w="2160"/>
          </w:tcPr>
          <w:p>
            <w:r>
              <w:t>20273340414</w:t>
            </w:r>
          </w:p>
        </w:tc>
        <w:tc>
          <w:tcPr>
            <w:tcW w:type="dxa" w:w="2160"/>
          </w:tcPr>
          <w:p>
            <w:r>
              <w:t>冯乙鹏</w:t>
            </w:r>
          </w:p>
        </w:tc>
        <w:tc>
          <w:tcPr>
            <w:tcW w:type="dxa" w:w="2160"/>
          </w:tcPr>
          <w:p>
            <w:r>
              <w:t>20273356382</w:t>
            </w:r>
          </w:p>
        </w:tc>
        <w:tc>
          <w:tcPr>
            <w:tcW w:type="dxa" w:w="2160"/>
          </w:tcPr>
          <w:p>
            <w:r>
              <w:t>周娜</w:t>
            </w:r>
          </w:p>
        </w:tc>
      </w:tr>
      <w:tr>
        <w:tc>
          <w:tcPr>
            <w:tcW w:type="dxa" w:w="2160"/>
          </w:tcPr>
          <w:p>
            <w:r>
              <w:t>20273332355</w:t>
            </w:r>
          </w:p>
        </w:tc>
        <w:tc>
          <w:tcPr>
            <w:tcW w:type="dxa" w:w="2160"/>
          </w:tcPr>
          <w:p>
            <w:r>
              <w:t>戴渏涵</w:t>
            </w:r>
          </w:p>
        </w:tc>
        <w:tc>
          <w:tcPr>
            <w:tcW w:type="dxa" w:w="2160"/>
          </w:tcPr>
          <w:p>
            <w:r>
              <w:t>20273333357</w:t>
            </w:r>
          </w:p>
        </w:tc>
        <w:tc>
          <w:tcPr>
            <w:tcW w:type="dxa" w:w="2160"/>
          </w:tcPr>
          <w:p>
            <w:r>
              <w:t>刘文萱</w:t>
            </w:r>
          </w:p>
        </w:tc>
      </w:tr>
      <w:tr>
        <w:tc>
          <w:tcPr>
            <w:tcW w:type="dxa" w:w="2160"/>
          </w:tcPr>
          <w:p>
            <w:r>
              <w:t>20273327098</w:t>
            </w:r>
          </w:p>
        </w:tc>
        <w:tc>
          <w:tcPr>
            <w:tcW w:type="dxa" w:w="2160"/>
          </w:tcPr>
          <w:p>
            <w:r>
              <w:t>曹诗美</w:t>
            </w:r>
          </w:p>
        </w:tc>
        <w:tc>
          <w:tcPr>
            <w:tcW w:type="dxa" w:w="2160"/>
          </w:tcPr>
          <w:p>
            <w:r>
              <w:t>20273356703</w:t>
            </w:r>
          </w:p>
        </w:tc>
        <w:tc>
          <w:tcPr>
            <w:tcW w:type="dxa" w:w="2160"/>
          </w:tcPr>
          <w:p>
            <w:r>
              <w:t>马锦程</w:t>
            </w:r>
          </w:p>
        </w:tc>
      </w:tr>
      <w:tr>
        <w:tc>
          <w:tcPr>
            <w:tcW w:type="dxa" w:w="2160"/>
          </w:tcPr>
          <w:p>
            <w:r>
              <w:t>20273338986</w:t>
            </w:r>
          </w:p>
        </w:tc>
        <w:tc>
          <w:tcPr>
            <w:tcW w:type="dxa" w:w="2160"/>
          </w:tcPr>
          <w:p>
            <w:r>
              <w:t>胡鑫睿</w:t>
            </w:r>
          </w:p>
        </w:tc>
        <w:tc>
          <w:tcPr>
            <w:tcW w:type="dxa" w:w="2160"/>
          </w:tcPr>
          <w:p>
            <w:r>
              <w:t>20273327383</w:t>
            </w:r>
          </w:p>
        </w:tc>
        <w:tc>
          <w:tcPr>
            <w:tcW w:type="dxa" w:w="2160"/>
          </w:tcPr>
          <w:p>
            <w:r>
              <w:t>刘丹芸</w:t>
            </w:r>
          </w:p>
        </w:tc>
      </w:tr>
      <w:tr>
        <w:tc>
          <w:tcPr>
            <w:tcW w:type="dxa" w:w="2160"/>
          </w:tcPr>
          <w:p>
            <w:r>
              <w:t>20273341283</w:t>
            </w:r>
          </w:p>
        </w:tc>
        <w:tc>
          <w:tcPr>
            <w:tcW w:type="dxa" w:w="2160"/>
          </w:tcPr>
          <w:p>
            <w:r>
              <w:t>刘钰玲</w:t>
            </w:r>
          </w:p>
        </w:tc>
        <w:tc>
          <w:tcPr>
            <w:tcW w:type="dxa" w:w="2160"/>
          </w:tcPr>
          <w:p>
            <w:r>
              <w:t>20273356967</w:t>
            </w:r>
          </w:p>
        </w:tc>
        <w:tc>
          <w:tcPr>
            <w:tcW w:type="dxa" w:w="2160"/>
          </w:tcPr>
          <w:p>
            <w:r>
              <w:t>胡玥</w:t>
            </w:r>
          </w:p>
        </w:tc>
      </w:tr>
      <w:tr>
        <w:tc>
          <w:tcPr>
            <w:tcW w:type="dxa" w:w="2160"/>
          </w:tcPr>
          <w:p>
            <w:r>
              <w:t>20273339064</w:t>
            </w:r>
          </w:p>
        </w:tc>
        <w:tc>
          <w:tcPr>
            <w:tcW w:type="dxa" w:w="2160"/>
          </w:tcPr>
          <w:p>
            <w:r>
              <w:t>范咏婷</w:t>
            </w:r>
          </w:p>
        </w:tc>
        <w:tc>
          <w:tcPr>
            <w:tcW w:type="dxa" w:w="2160"/>
          </w:tcPr>
          <w:p>
            <w:r>
              <w:t>20273357808</w:t>
            </w:r>
          </w:p>
        </w:tc>
        <w:tc>
          <w:tcPr>
            <w:tcW w:type="dxa" w:w="2160"/>
          </w:tcPr>
          <w:p>
            <w:r>
              <w:t>曾诗怡</w:t>
            </w:r>
          </w:p>
        </w:tc>
      </w:tr>
      <w:tr>
        <w:tc>
          <w:tcPr>
            <w:tcW w:type="dxa" w:w="2160"/>
          </w:tcPr>
          <w:p>
            <w:r>
              <w:t>20273334869</w:t>
            </w:r>
          </w:p>
        </w:tc>
        <w:tc>
          <w:tcPr>
            <w:tcW w:type="dxa" w:w="2160"/>
          </w:tcPr>
          <w:p>
            <w:r>
              <w:t>郭晓昕</w:t>
            </w:r>
          </w:p>
        </w:tc>
        <w:tc>
          <w:tcPr>
            <w:tcW w:type="dxa" w:w="2160"/>
          </w:tcPr>
          <w:p>
            <w:r>
              <w:t>20273358629</w:t>
            </w:r>
          </w:p>
        </w:tc>
        <w:tc>
          <w:tcPr>
            <w:tcW w:type="dxa" w:w="2160"/>
          </w:tcPr>
          <w:p>
            <w:r>
              <w:t>邱思梦</w:t>
            </w:r>
          </w:p>
        </w:tc>
      </w:tr>
      <w:tr>
        <w:tc>
          <w:tcPr>
            <w:tcW w:type="dxa" w:w="2160"/>
          </w:tcPr>
          <w:p>
            <w:r>
              <w:t>20273327747</w:t>
            </w:r>
          </w:p>
        </w:tc>
        <w:tc>
          <w:tcPr>
            <w:tcW w:type="dxa" w:w="2160"/>
          </w:tcPr>
          <w:p>
            <w:r>
              <w:t>邵睿雯</w:t>
            </w:r>
          </w:p>
        </w:tc>
        <w:tc>
          <w:tcPr>
            <w:tcW w:type="dxa" w:w="2160"/>
          </w:tcPr>
          <w:p>
            <w:r>
              <w:t>20273338360</w:t>
            </w:r>
          </w:p>
        </w:tc>
        <w:tc>
          <w:tcPr>
            <w:tcW w:type="dxa" w:w="2160"/>
          </w:tcPr>
          <w:p>
            <w:r>
              <w:t>王嫚嫚</w:t>
            </w:r>
          </w:p>
        </w:tc>
      </w:tr>
      <w:tr>
        <w:tc>
          <w:tcPr>
            <w:tcW w:type="dxa" w:w="2160"/>
          </w:tcPr>
          <w:p>
            <w:r>
              <w:t>20273342391</w:t>
            </w:r>
          </w:p>
        </w:tc>
        <w:tc>
          <w:tcPr>
            <w:tcW w:type="dxa" w:w="2160"/>
          </w:tcPr>
          <w:p>
            <w:r>
              <w:t>张广莹</w:t>
            </w:r>
          </w:p>
        </w:tc>
        <w:tc>
          <w:tcPr>
            <w:tcW w:type="dxa" w:w="2160"/>
          </w:tcPr>
          <w:p>
            <w:r>
              <w:t>20273358790</w:t>
            </w:r>
          </w:p>
        </w:tc>
        <w:tc>
          <w:tcPr>
            <w:tcW w:type="dxa" w:w="2160"/>
          </w:tcPr>
          <w:p>
            <w:r>
              <w:t>龚洁</w:t>
            </w:r>
          </w:p>
        </w:tc>
      </w:tr>
      <w:tr>
        <w:tc>
          <w:tcPr>
            <w:tcW w:type="dxa" w:w="2160"/>
          </w:tcPr>
          <w:p>
            <w:r>
              <w:t>20273337622</w:t>
            </w:r>
          </w:p>
        </w:tc>
        <w:tc>
          <w:tcPr>
            <w:tcW w:type="dxa" w:w="2160"/>
          </w:tcPr>
          <w:p>
            <w:r>
              <w:t>刘欣</w:t>
            </w:r>
          </w:p>
        </w:tc>
        <w:tc>
          <w:tcPr>
            <w:tcW w:type="dxa" w:w="2160"/>
          </w:tcPr>
          <w:p>
            <w:r>
              <w:t>20273359063</w:t>
            </w:r>
          </w:p>
        </w:tc>
        <w:tc>
          <w:tcPr>
            <w:tcW w:type="dxa" w:w="2160"/>
          </w:tcPr>
          <w:p>
            <w:r>
              <w:t>黄红君</w:t>
            </w:r>
          </w:p>
        </w:tc>
      </w:tr>
      <w:tr>
        <w:tc>
          <w:tcPr>
            <w:tcW w:type="dxa" w:w="2160"/>
          </w:tcPr>
          <w:p>
            <w:r>
              <w:t>20273340045</w:t>
            </w:r>
          </w:p>
        </w:tc>
        <w:tc>
          <w:tcPr>
            <w:tcW w:type="dxa" w:w="2160"/>
          </w:tcPr>
          <w:p>
            <w:r>
              <w:t>程欣</w:t>
            </w:r>
          </w:p>
        </w:tc>
        <w:tc>
          <w:tcPr>
            <w:tcW w:type="dxa" w:w="2160"/>
          </w:tcPr>
          <w:p>
            <w:r>
              <w:t>20273359286</w:t>
            </w:r>
          </w:p>
        </w:tc>
        <w:tc>
          <w:tcPr>
            <w:tcW w:type="dxa" w:w="2160"/>
          </w:tcPr>
          <w:p>
            <w:r>
              <w:t>陈晴怡</w:t>
            </w:r>
          </w:p>
        </w:tc>
      </w:tr>
      <w:tr>
        <w:tc>
          <w:tcPr>
            <w:tcW w:type="dxa" w:w="2160"/>
          </w:tcPr>
          <w:p>
            <w:r>
              <w:t>20273307999</w:t>
            </w:r>
          </w:p>
        </w:tc>
        <w:tc>
          <w:tcPr>
            <w:tcW w:type="dxa" w:w="2160"/>
          </w:tcPr>
          <w:p>
            <w:r>
              <w:t>王如芯</w:t>
            </w:r>
          </w:p>
        </w:tc>
        <w:tc>
          <w:tcPr>
            <w:tcW w:type="dxa" w:w="2160"/>
          </w:tcPr>
          <w:p>
            <w:r>
              <w:t>20273355275</w:t>
            </w:r>
          </w:p>
        </w:tc>
        <w:tc>
          <w:tcPr>
            <w:tcW w:type="dxa" w:w="2160"/>
          </w:tcPr>
          <w:p>
            <w:r>
              <w:t>刘涵钰</w:t>
            </w:r>
          </w:p>
        </w:tc>
      </w:tr>
      <w:tr>
        <w:tc>
          <w:tcPr>
            <w:tcW w:type="dxa" w:w="2160"/>
          </w:tcPr>
          <w:p>
            <w:r>
              <w:t>20273344265</w:t>
            </w:r>
          </w:p>
        </w:tc>
        <w:tc>
          <w:tcPr>
            <w:tcW w:type="dxa" w:w="2160"/>
          </w:tcPr>
          <w:p>
            <w:r>
              <w:t>张献元</w:t>
            </w:r>
          </w:p>
        </w:tc>
        <w:tc>
          <w:tcPr>
            <w:tcW w:type="dxa" w:w="2160"/>
          </w:tcPr>
          <w:p>
            <w:r>
              <w:t>20273353755</w:t>
            </w:r>
          </w:p>
        </w:tc>
        <w:tc>
          <w:tcPr>
            <w:tcW w:type="dxa" w:w="2160"/>
          </w:tcPr>
          <w:p>
            <w:r>
              <w:t>邢子涵</w:t>
            </w:r>
          </w:p>
        </w:tc>
      </w:tr>
      <w:tr>
        <w:tc>
          <w:tcPr>
            <w:tcW w:type="dxa" w:w="2160"/>
          </w:tcPr>
          <w:p>
            <w:r>
              <w:t>20273344501</w:t>
            </w:r>
          </w:p>
        </w:tc>
        <w:tc>
          <w:tcPr>
            <w:tcW w:type="dxa" w:w="2160"/>
          </w:tcPr>
          <w:p>
            <w:r>
              <w:t>马轩茹</w:t>
            </w:r>
          </w:p>
        </w:tc>
        <w:tc>
          <w:tcPr>
            <w:tcW w:type="dxa" w:w="2160"/>
          </w:tcPr>
          <w:p>
            <w:r>
              <w:t>20273360855</w:t>
            </w:r>
          </w:p>
        </w:tc>
        <w:tc>
          <w:tcPr>
            <w:tcW w:type="dxa" w:w="2160"/>
          </w:tcPr>
          <w:p>
            <w:r>
              <w:t>陈翊</w:t>
            </w:r>
          </w:p>
        </w:tc>
      </w:tr>
      <w:tr>
        <w:tc>
          <w:tcPr>
            <w:tcW w:type="dxa" w:w="2160"/>
          </w:tcPr>
          <w:p>
            <w:r>
              <w:t>20273345058</w:t>
            </w:r>
          </w:p>
        </w:tc>
        <w:tc>
          <w:tcPr>
            <w:tcW w:type="dxa" w:w="2160"/>
          </w:tcPr>
          <w:p>
            <w:r>
              <w:t>赵雨萌</w:t>
            </w:r>
          </w:p>
        </w:tc>
        <w:tc>
          <w:tcPr>
            <w:tcW w:type="dxa" w:w="2160"/>
          </w:tcPr>
          <w:p>
            <w:r>
              <w:t>20273361513</w:t>
            </w:r>
          </w:p>
        </w:tc>
        <w:tc>
          <w:tcPr>
            <w:tcW w:type="dxa" w:w="2160"/>
          </w:tcPr>
          <w:p>
            <w:r>
              <w:t>任雅玲</w:t>
            </w:r>
          </w:p>
        </w:tc>
      </w:tr>
      <w:tr>
        <w:tc>
          <w:tcPr>
            <w:tcW w:type="dxa" w:w="2160"/>
          </w:tcPr>
          <w:p>
            <w:r>
              <w:t>20273311756</w:t>
            </w:r>
          </w:p>
        </w:tc>
        <w:tc>
          <w:tcPr>
            <w:tcW w:type="dxa" w:w="2160"/>
          </w:tcPr>
          <w:p>
            <w:r>
              <w:t>朱雅晴</w:t>
            </w:r>
          </w:p>
        </w:tc>
        <w:tc>
          <w:tcPr>
            <w:tcW w:type="dxa" w:w="2160"/>
          </w:tcPr>
          <w:p>
            <w:r>
              <w:t>20273356886</w:t>
            </w:r>
          </w:p>
        </w:tc>
        <w:tc>
          <w:tcPr>
            <w:tcW w:type="dxa" w:w="2160"/>
          </w:tcPr>
          <w:p>
            <w:r>
              <w:t>宁兴玲</w:t>
            </w:r>
          </w:p>
        </w:tc>
      </w:tr>
      <w:tr>
        <w:tc>
          <w:tcPr>
            <w:tcW w:type="dxa" w:w="2160"/>
          </w:tcPr>
          <w:p>
            <w:r>
              <w:t>20273346167</w:t>
            </w:r>
          </w:p>
        </w:tc>
        <w:tc>
          <w:tcPr>
            <w:tcW w:type="dxa" w:w="2160"/>
          </w:tcPr>
          <w:p>
            <w:r>
              <w:t>柏浩华</w:t>
            </w:r>
          </w:p>
        </w:tc>
        <w:tc>
          <w:tcPr>
            <w:tcW w:type="dxa" w:w="2160"/>
          </w:tcPr>
          <w:p>
            <w:r>
              <w:t>20273315165</w:t>
            </w:r>
          </w:p>
        </w:tc>
        <w:tc>
          <w:tcPr>
            <w:tcW w:type="dxa" w:w="2160"/>
          </w:tcPr>
          <w:p>
            <w:r>
              <w:t>吴彤</w:t>
            </w:r>
          </w:p>
        </w:tc>
      </w:tr>
      <w:tr>
        <w:tc>
          <w:tcPr>
            <w:tcW w:type="dxa" w:w="2160"/>
          </w:tcPr>
          <w:p>
            <w:r>
              <w:t>20273329332</w:t>
            </w:r>
          </w:p>
        </w:tc>
        <w:tc>
          <w:tcPr>
            <w:tcW w:type="dxa" w:w="2160"/>
          </w:tcPr>
          <w:p>
            <w:r>
              <w:t>陈国党</w:t>
            </w:r>
          </w:p>
        </w:tc>
        <w:tc>
          <w:tcPr>
            <w:tcW w:type="dxa" w:w="2160"/>
          </w:tcPr>
          <w:p>
            <w:r>
              <w:t>20273326878</w:t>
            </w:r>
          </w:p>
        </w:tc>
        <w:tc>
          <w:tcPr>
            <w:tcW w:type="dxa" w:w="2160"/>
          </w:tcPr>
          <w:p>
            <w:r>
              <w:t>黄子睿</w:t>
            </w:r>
          </w:p>
        </w:tc>
      </w:tr>
      <w:tr>
        <w:tc>
          <w:tcPr>
            <w:tcW w:type="dxa" w:w="2160"/>
          </w:tcPr>
          <w:p>
            <w:r>
              <w:t>20273333425</w:t>
            </w:r>
          </w:p>
        </w:tc>
        <w:tc>
          <w:tcPr>
            <w:tcW w:type="dxa" w:w="2160"/>
          </w:tcPr>
          <w:p>
            <w:r>
              <w:t>郭琪</w:t>
            </w:r>
          </w:p>
        </w:tc>
        <w:tc>
          <w:tcPr>
            <w:tcW w:type="dxa" w:w="2160"/>
          </w:tcPr>
          <w:p>
            <w:r>
              <w:t>20273362128</w:t>
            </w:r>
          </w:p>
        </w:tc>
        <w:tc>
          <w:tcPr>
            <w:tcW w:type="dxa" w:w="2160"/>
          </w:tcPr>
          <w:p>
            <w:r>
              <w:t>陈文秀</w:t>
            </w:r>
          </w:p>
        </w:tc>
      </w:tr>
      <w:tr>
        <w:tc>
          <w:tcPr>
            <w:tcW w:type="dxa" w:w="2160"/>
          </w:tcPr>
          <w:p>
            <w:r>
              <w:t>20273342044</w:t>
            </w:r>
          </w:p>
        </w:tc>
        <w:tc>
          <w:tcPr>
            <w:tcW w:type="dxa" w:w="2160"/>
          </w:tcPr>
          <w:p>
            <w:r>
              <w:t>吴毅翔</w:t>
            </w:r>
          </w:p>
        </w:tc>
        <w:tc>
          <w:tcPr>
            <w:tcW w:type="dxa" w:w="2160"/>
          </w:tcPr>
          <w:p>
            <w:r>
              <w:t>20273359867</w:t>
            </w:r>
          </w:p>
        </w:tc>
        <w:tc>
          <w:tcPr>
            <w:tcW w:type="dxa" w:w="2160"/>
          </w:tcPr>
          <w:p>
            <w:r>
              <w:t>翟淑莎</w:t>
            </w:r>
          </w:p>
        </w:tc>
      </w:tr>
      <w:tr>
        <w:tc>
          <w:tcPr>
            <w:tcW w:type="dxa" w:w="2160"/>
          </w:tcPr>
          <w:p>
            <w:r>
              <w:t>20273346866</w:t>
            </w:r>
          </w:p>
        </w:tc>
        <w:tc>
          <w:tcPr>
            <w:tcW w:type="dxa" w:w="2160"/>
          </w:tcPr>
          <w:p>
            <w:r>
              <w:t>崔雅菲</w:t>
            </w:r>
          </w:p>
        </w:tc>
        <w:tc>
          <w:tcPr>
            <w:tcW w:type="dxa" w:w="2160"/>
          </w:tcPr>
          <w:p>
            <w:r>
              <w:t>20273325019</w:t>
            </w:r>
          </w:p>
        </w:tc>
        <w:tc>
          <w:tcPr>
            <w:tcW w:type="dxa" w:w="2160"/>
          </w:tcPr>
          <w:p>
            <w:r>
              <w:t>鲁永颉</w:t>
            </w:r>
          </w:p>
        </w:tc>
      </w:tr>
      <w:tr>
        <w:tc>
          <w:tcPr>
            <w:tcW w:type="dxa" w:w="2160"/>
          </w:tcPr>
          <w:p>
            <w:r>
              <w:t>20273343299</w:t>
            </w:r>
          </w:p>
        </w:tc>
        <w:tc>
          <w:tcPr>
            <w:tcW w:type="dxa" w:w="2160"/>
          </w:tcPr>
          <w:p>
            <w:r>
              <w:t>余颖</w:t>
            </w:r>
          </w:p>
        </w:tc>
        <w:tc>
          <w:tcPr>
            <w:tcW w:type="dxa" w:w="2160"/>
          </w:tcPr>
          <w:p>
            <w:r>
              <w:t>20273315321</w:t>
            </w:r>
          </w:p>
        </w:tc>
        <w:tc>
          <w:tcPr>
            <w:tcW w:type="dxa" w:w="2160"/>
          </w:tcPr>
          <w:p>
            <w:r>
              <w:t>汪文宇</w:t>
            </w:r>
          </w:p>
        </w:tc>
      </w:tr>
      <w:tr>
        <w:tc>
          <w:tcPr>
            <w:tcW w:type="dxa" w:w="2160"/>
          </w:tcPr>
          <w:p>
            <w:r>
              <w:t>20273324544</w:t>
            </w:r>
          </w:p>
        </w:tc>
        <w:tc>
          <w:tcPr>
            <w:tcW w:type="dxa" w:w="2160"/>
          </w:tcPr>
          <w:p>
            <w:r>
              <w:t>李钰莹</w:t>
            </w:r>
          </w:p>
        </w:tc>
        <w:tc>
          <w:tcPr>
            <w:tcW w:type="dxa" w:w="2160"/>
          </w:tcPr>
          <w:p>
            <w:r>
              <w:t>20273326502</w:t>
            </w:r>
          </w:p>
        </w:tc>
        <w:tc>
          <w:tcPr>
            <w:tcW w:type="dxa" w:w="2160"/>
          </w:tcPr>
          <w:p>
            <w:r>
              <w:t>张勇</w:t>
            </w:r>
          </w:p>
        </w:tc>
      </w:tr>
      <w:tr>
        <w:tc>
          <w:tcPr>
            <w:tcW w:type="dxa" w:w="2160"/>
          </w:tcPr>
          <w:p>
            <w:r>
              <w:t>20273325266</w:t>
            </w:r>
          </w:p>
        </w:tc>
        <w:tc>
          <w:tcPr>
            <w:tcW w:type="dxa" w:w="2160"/>
          </w:tcPr>
          <w:p>
            <w:r>
              <w:t>郝祎彤</w:t>
            </w:r>
          </w:p>
        </w:tc>
        <w:tc>
          <w:tcPr>
            <w:tcW w:type="dxa" w:w="2160"/>
          </w:tcPr>
          <w:p>
            <w:r>
              <w:t>20273328613</w:t>
            </w:r>
          </w:p>
        </w:tc>
        <w:tc>
          <w:tcPr>
            <w:tcW w:type="dxa" w:w="2160"/>
          </w:tcPr>
          <w:p>
            <w:r>
              <w:t>魏梦瑶</w:t>
            </w:r>
          </w:p>
        </w:tc>
      </w:tr>
      <w:tr>
        <w:tc>
          <w:tcPr>
            <w:tcW w:type="dxa" w:w="2160"/>
          </w:tcPr>
          <w:p>
            <w:r>
              <w:t>20273344189</w:t>
            </w:r>
          </w:p>
        </w:tc>
        <w:tc>
          <w:tcPr>
            <w:tcW w:type="dxa" w:w="2160"/>
          </w:tcPr>
          <w:p>
            <w:r>
              <w:t>李梦媛</w:t>
            </w:r>
          </w:p>
        </w:tc>
        <w:tc>
          <w:tcPr>
            <w:tcW w:type="dxa" w:w="2160"/>
          </w:tcPr>
          <w:p>
            <w:r>
              <w:t>20273328517</w:t>
            </w:r>
          </w:p>
        </w:tc>
        <w:tc>
          <w:tcPr>
            <w:tcW w:type="dxa" w:w="2160"/>
          </w:tcPr>
          <w:p>
            <w:r>
              <w:t>丁姝玥</w:t>
            </w:r>
          </w:p>
        </w:tc>
      </w:tr>
      <w:tr>
        <w:tc>
          <w:tcPr>
            <w:tcW w:type="dxa" w:w="2160"/>
          </w:tcPr>
          <w:p>
            <w:r>
              <w:t>20273347915</w:t>
            </w:r>
          </w:p>
        </w:tc>
        <w:tc>
          <w:tcPr>
            <w:tcW w:type="dxa" w:w="2160"/>
          </w:tcPr>
          <w:p>
            <w:r>
              <w:t>宫礽鸿</w:t>
            </w:r>
          </w:p>
        </w:tc>
        <w:tc>
          <w:tcPr>
            <w:tcW w:type="dxa" w:w="2160"/>
          </w:tcPr>
          <w:p>
            <w:r>
              <w:t>20273322374</w:t>
            </w:r>
          </w:p>
        </w:tc>
        <w:tc>
          <w:tcPr>
            <w:tcW w:type="dxa" w:w="2160"/>
          </w:tcPr>
          <w:p>
            <w:r>
              <w:t>董志娜</w:t>
            </w:r>
          </w:p>
        </w:tc>
      </w:tr>
      <w:tr>
        <w:tc>
          <w:tcPr>
            <w:tcW w:type="dxa" w:w="2160"/>
          </w:tcPr>
          <w:p>
            <w:r>
              <w:t>20273334881</w:t>
            </w:r>
          </w:p>
        </w:tc>
        <w:tc>
          <w:tcPr>
            <w:tcW w:type="dxa" w:w="2160"/>
          </w:tcPr>
          <w:p>
            <w:r>
              <w:t>张钶新</w:t>
            </w:r>
          </w:p>
        </w:tc>
        <w:tc>
          <w:tcPr>
            <w:tcW w:type="dxa" w:w="2160"/>
          </w:tcPr>
          <w:p>
            <w:r>
              <w:t>20273328240</w:t>
            </w:r>
          </w:p>
        </w:tc>
        <w:tc>
          <w:tcPr>
            <w:tcW w:type="dxa" w:w="2160"/>
          </w:tcPr>
          <w:p>
            <w:r>
              <w:t>丹静怡</w:t>
            </w:r>
          </w:p>
        </w:tc>
      </w:tr>
      <w:tr>
        <w:tc>
          <w:tcPr>
            <w:tcW w:type="dxa" w:w="2160"/>
          </w:tcPr>
          <w:p>
            <w:r>
              <w:t>20273340714</w:t>
            </w:r>
          </w:p>
        </w:tc>
        <w:tc>
          <w:tcPr>
            <w:tcW w:type="dxa" w:w="2160"/>
          </w:tcPr>
          <w:p>
            <w:r>
              <w:t>牛晴宇</w:t>
            </w:r>
          </w:p>
        </w:tc>
        <w:tc>
          <w:tcPr>
            <w:tcW w:type="dxa" w:w="2160"/>
          </w:tcPr>
          <w:p>
            <w:r>
              <w:t>20273328273</w:t>
            </w:r>
          </w:p>
        </w:tc>
        <w:tc>
          <w:tcPr>
            <w:tcW w:type="dxa" w:w="2160"/>
          </w:tcPr>
          <w:p>
            <w:r>
              <w:t>李紫璇</w:t>
            </w:r>
          </w:p>
        </w:tc>
      </w:tr>
      <w:tr>
        <w:tc>
          <w:tcPr>
            <w:tcW w:type="dxa" w:w="2160"/>
          </w:tcPr>
          <w:p>
            <w:r>
              <w:t>20273343686</w:t>
            </w:r>
          </w:p>
        </w:tc>
        <w:tc>
          <w:tcPr>
            <w:tcW w:type="dxa" w:w="2160"/>
          </w:tcPr>
          <w:p>
            <w:r>
              <w:t>郭筱雅</w:t>
            </w:r>
          </w:p>
        </w:tc>
        <w:tc>
          <w:tcPr>
            <w:tcW w:type="dxa" w:w="2160"/>
          </w:tcPr>
          <w:p>
            <w:r>
              <w:t>20273335704</w:t>
            </w:r>
          </w:p>
        </w:tc>
        <w:tc>
          <w:tcPr>
            <w:tcW w:type="dxa" w:w="2160"/>
          </w:tcPr>
          <w:p>
            <w:r>
              <w:t>祝楚琪</w:t>
            </w:r>
          </w:p>
        </w:tc>
      </w:tr>
      <w:tr>
        <w:tc>
          <w:tcPr>
            <w:tcW w:type="dxa" w:w="2160"/>
          </w:tcPr>
          <w:p>
            <w:r>
              <w:t>20273344154</w:t>
            </w:r>
          </w:p>
        </w:tc>
        <w:tc>
          <w:tcPr>
            <w:tcW w:type="dxa" w:w="2160"/>
          </w:tcPr>
          <w:p>
            <w:r>
              <w:t>张惠茜</w:t>
            </w:r>
          </w:p>
        </w:tc>
        <w:tc>
          <w:tcPr>
            <w:tcW w:type="dxa" w:w="2160"/>
          </w:tcPr>
          <w:p>
            <w:r>
              <w:t>20273336384</w:t>
            </w:r>
          </w:p>
        </w:tc>
        <w:tc>
          <w:tcPr>
            <w:tcW w:type="dxa" w:w="2160"/>
          </w:tcPr>
          <w:p>
            <w:r>
              <w:t>梁昊</w:t>
            </w:r>
          </w:p>
        </w:tc>
      </w:tr>
      <w:tr>
        <w:tc>
          <w:tcPr>
            <w:tcW w:type="dxa" w:w="2160"/>
          </w:tcPr>
          <w:p>
            <w:r>
              <w:t>20273337404</w:t>
            </w:r>
          </w:p>
        </w:tc>
        <w:tc>
          <w:tcPr>
            <w:tcW w:type="dxa" w:w="2160"/>
          </w:tcPr>
          <w:p>
            <w:r>
              <w:t>尹鹤浇</w:t>
            </w:r>
          </w:p>
        </w:tc>
        <w:tc>
          <w:tcPr>
            <w:tcW w:type="dxa" w:w="2160"/>
          </w:tcPr>
          <w:p>
            <w:r>
              <w:t>20273311936</w:t>
            </w:r>
          </w:p>
        </w:tc>
        <w:tc>
          <w:tcPr>
            <w:tcW w:type="dxa" w:w="2160"/>
          </w:tcPr>
          <w:p>
            <w:r>
              <w:t>唐娟娟</w:t>
            </w:r>
          </w:p>
        </w:tc>
      </w:tr>
      <w:tr>
        <w:tc>
          <w:tcPr>
            <w:tcW w:type="dxa" w:w="2160"/>
          </w:tcPr>
          <w:p>
            <w:r>
              <w:t>20273349007</w:t>
            </w:r>
          </w:p>
        </w:tc>
        <w:tc>
          <w:tcPr>
            <w:tcW w:type="dxa" w:w="2160"/>
          </w:tcPr>
          <w:p>
            <w:r>
              <w:t>方瑞民</w:t>
            </w:r>
          </w:p>
        </w:tc>
        <w:tc>
          <w:tcPr>
            <w:tcW w:type="dxa" w:w="2160"/>
          </w:tcPr>
          <w:p>
            <w:r>
              <w:t>20273318968</w:t>
            </w:r>
          </w:p>
        </w:tc>
        <w:tc>
          <w:tcPr>
            <w:tcW w:type="dxa" w:w="2160"/>
          </w:tcPr>
          <w:p>
            <w:r>
              <w:t>韩正阳</w:t>
            </w:r>
          </w:p>
        </w:tc>
      </w:tr>
      <w:tr>
        <w:tc>
          <w:tcPr>
            <w:tcW w:type="dxa" w:w="2160"/>
          </w:tcPr>
          <w:p>
            <w:r>
              <w:t>20273308164</w:t>
            </w:r>
          </w:p>
        </w:tc>
        <w:tc>
          <w:tcPr>
            <w:tcW w:type="dxa" w:w="2160"/>
          </w:tcPr>
          <w:p>
            <w:r>
              <w:t>牛湘涵</w:t>
            </w:r>
          </w:p>
        </w:tc>
        <w:tc>
          <w:tcPr>
            <w:tcW w:type="dxa" w:w="2160"/>
          </w:tcPr>
          <w:p>
            <w:r>
              <w:t>20273335145</w:t>
            </w:r>
          </w:p>
        </w:tc>
        <w:tc>
          <w:tcPr>
            <w:tcW w:type="dxa" w:w="2160"/>
          </w:tcPr>
          <w:p>
            <w:r>
              <w:t>何正唤</w:t>
            </w:r>
          </w:p>
        </w:tc>
      </w:tr>
      <w:tr>
        <w:tc>
          <w:tcPr>
            <w:tcW w:type="dxa" w:w="2160"/>
          </w:tcPr>
          <w:p>
            <w:r>
              <w:t>20273348816</w:t>
            </w:r>
          </w:p>
        </w:tc>
        <w:tc>
          <w:tcPr>
            <w:tcW w:type="dxa" w:w="2160"/>
          </w:tcPr>
          <w:p>
            <w:r>
              <w:t>蒙晓彤</w:t>
            </w:r>
          </w:p>
        </w:tc>
        <w:tc>
          <w:tcPr>
            <w:tcW w:type="dxa" w:w="2160"/>
          </w:tcPr>
          <w:p>
            <w:r>
              <w:t>20273341136</w:t>
            </w:r>
          </w:p>
        </w:tc>
        <w:tc>
          <w:tcPr>
            <w:tcW w:type="dxa" w:w="2160"/>
          </w:tcPr>
          <w:p>
            <w:r>
              <w:t>刘忆茹</w:t>
            </w:r>
          </w:p>
        </w:tc>
      </w:tr>
      <w:tr>
        <w:tc>
          <w:tcPr>
            <w:tcW w:type="dxa" w:w="2160"/>
          </w:tcPr>
          <w:p>
            <w:r>
              <w:t>20273346452</w:t>
            </w:r>
          </w:p>
        </w:tc>
        <w:tc>
          <w:tcPr>
            <w:tcW w:type="dxa" w:w="2160"/>
          </w:tcPr>
          <w:p>
            <w:r>
              <w:t>漆世珍</w:t>
            </w:r>
          </w:p>
        </w:tc>
        <w:tc>
          <w:tcPr>
            <w:tcW w:type="dxa" w:w="2160"/>
          </w:tcPr>
          <w:p>
            <w:r>
              <w:t>20273339284</w:t>
            </w:r>
          </w:p>
        </w:tc>
        <w:tc>
          <w:tcPr>
            <w:tcW w:type="dxa" w:w="2160"/>
          </w:tcPr>
          <w:p>
            <w:r>
              <w:t>卢小丫</w:t>
            </w:r>
          </w:p>
        </w:tc>
      </w:tr>
      <w:tr>
        <w:tc>
          <w:tcPr>
            <w:tcW w:type="dxa" w:w="2160"/>
          </w:tcPr>
          <w:p>
            <w:r>
              <w:t>20273322309</w:t>
            </w:r>
          </w:p>
        </w:tc>
        <w:tc>
          <w:tcPr>
            <w:tcW w:type="dxa" w:w="2160"/>
          </w:tcPr>
          <w:p>
            <w:r>
              <w:t>周天悦</w:t>
            </w:r>
          </w:p>
        </w:tc>
        <w:tc>
          <w:tcPr>
            <w:tcW w:type="dxa" w:w="2160"/>
          </w:tcPr>
          <w:p>
            <w:r>
              <w:t>20273349837</w:t>
            </w:r>
          </w:p>
        </w:tc>
        <w:tc>
          <w:tcPr>
            <w:tcW w:type="dxa" w:w="2160"/>
          </w:tcPr>
          <w:p>
            <w:r>
              <w:t>许杰妮</w:t>
            </w:r>
          </w:p>
        </w:tc>
      </w:tr>
      <w:tr>
        <w:tc>
          <w:tcPr>
            <w:tcW w:type="dxa" w:w="2160"/>
          </w:tcPr>
          <w:p>
            <w:r>
              <w:t>20273349981</w:t>
            </w:r>
          </w:p>
        </w:tc>
        <w:tc>
          <w:tcPr>
            <w:tcW w:type="dxa" w:w="2160"/>
          </w:tcPr>
          <w:p>
            <w:r>
              <w:t>陈艳茹</w:t>
            </w:r>
          </w:p>
        </w:tc>
        <w:tc>
          <w:tcPr>
            <w:tcW w:type="dxa" w:w="2160"/>
          </w:tcPr>
          <w:p>
            <w:r>
              <w:t>20273349670</w:t>
            </w:r>
          </w:p>
        </w:tc>
        <w:tc>
          <w:tcPr>
            <w:tcW w:type="dxa" w:w="2160"/>
          </w:tcPr>
          <w:p>
            <w:r>
              <w:t>王雯瑛</w:t>
            </w:r>
          </w:p>
        </w:tc>
      </w:tr>
      <w:tr>
        <w:tc>
          <w:tcPr>
            <w:tcW w:type="dxa" w:w="2160"/>
          </w:tcPr>
          <w:p>
            <w:r>
              <w:t>20273334003</w:t>
            </w:r>
          </w:p>
        </w:tc>
        <w:tc>
          <w:tcPr>
            <w:tcW w:type="dxa" w:w="2160"/>
          </w:tcPr>
          <w:p>
            <w:r>
              <w:t>周玲玲</w:t>
            </w:r>
          </w:p>
        </w:tc>
        <w:tc>
          <w:tcPr>
            <w:tcW w:type="dxa" w:w="2160"/>
          </w:tcPr>
          <w:p>
            <w:r>
              <w:t>20273323566</w:t>
            </w:r>
          </w:p>
        </w:tc>
        <w:tc>
          <w:tcPr>
            <w:tcW w:type="dxa" w:w="2160"/>
          </w:tcPr>
          <w:p>
            <w:r>
              <w:t>朱媛萍</w:t>
            </w:r>
          </w:p>
        </w:tc>
      </w:tr>
      <w:tr>
        <w:tc>
          <w:tcPr>
            <w:tcW w:type="dxa" w:w="2160"/>
          </w:tcPr>
          <w:p>
            <w:r>
              <w:t>20273339332</w:t>
            </w:r>
          </w:p>
        </w:tc>
        <w:tc>
          <w:tcPr>
            <w:tcW w:type="dxa" w:w="2160"/>
          </w:tcPr>
          <w:p>
            <w:r>
              <w:t>谢议锋</w:t>
            </w:r>
          </w:p>
        </w:tc>
        <w:tc>
          <w:tcPr>
            <w:tcW w:type="dxa" w:w="2160"/>
          </w:tcPr>
          <w:p>
            <w:r>
              <w:t>20273347565</w:t>
            </w:r>
          </w:p>
        </w:tc>
        <w:tc>
          <w:tcPr>
            <w:tcW w:type="dxa" w:w="2160"/>
          </w:tcPr>
          <w:p>
            <w:r>
              <w:t>张珍萍</w:t>
            </w:r>
          </w:p>
        </w:tc>
      </w:tr>
      <w:tr>
        <w:tc>
          <w:tcPr>
            <w:tcW w:type="dxa" w:w="2160"/>
          </w:tcPr>
          <w:p>
            <w:r>
              <w:t>20273323005</w:t>
            </w:r>
          </w:p>
        </w:tc>
        <w:tc>
          <w:tcPr>
            <w:tcW w:type="dxa" w:w="2160"/>
          </w:tcPr>
          <w:p>
            <w:r>
              <w:t>耿倩倩</w:t>
            </w:r>
          </w:p>
        </w:tc>
        <w:tc>
          <w:tcPr>
            <w:tcW w:type="dxa" w:w="2160"/>
          </w:tcPr>
          <w:p>
            <w:r>
              <w:t>20273354353</w:t>
            </w:r>
          </w:p>
        </w:tc>
        <w:tc>
          <w:tcPr>
            <w:tcW w:type="dxa" w:w="2160"/>
          </w:tcPr>
          <w:p>
            <w:r>
              <w:t>赵鹏飞</w:t>
            </w:r>
          </w:p>
        </w:tc>
      </w:tr>
      <w:tr>
        <w:tc>
          <w:tcPr>
            <w:tcW w:type="dxa" w:w="2160"/>
          </w:tcPr>
          <w:p>
            <w:r>
              <w:t>20273350370</w:t>
            </w:r>
          </w:p>
        </w:tc>
        <w:tc>
          <w:tcPr>
            <w:tcW w:type="dxa" w:w="2160"/>
          </w:tcPr>
          <w:p>
            <w:r>
              <w:t>李怡慷</w:t>
            </w:r>
          </w:p>
        </w:tc>
        <w:tc>
          <w:tcPr>
            <w:tcW w:type="dxa" w:w="2160"/>
          </w:tcPr>
          <w:p>
            <w:r>
              <w:t>20273356686</w:t>
            </w:r>
          </w:p>
        </w:tc>
        <w:tc>
          <w:tcPr>
            <w:tcW w:type="dxa" w:w="2160"/>
          </w:tcPr>
          <w:p>
            <w:r>
              <w:t>孙长康</w:t>
            </w:r>
          </w:p>
        </w:tc>
      </w:tr>
      <w:tr>
        <w:tc>
          <w:tcPr>
            <w:tcW w:type="dxa" w:w="2160"/>
          </w:tcPr>
          <w:p>
            <w:r>
              <w:t>20273346179</w:t>
            </w:r>
          </w:p>
        </w:tc>
        <w:tc>
          <w:tcPr>
            <w:tcW w:type="dxa" w:w="2160"/>
          </w:tcPr>
          <w:p>
            <w:r>
              <w:t>张静玟</w:t>
            </w:r>
          </w:p>
        </w:tc>
        <w:tc>
          <w:tcPr>
            <w:tcW w:type="dxa" w:w="2160"/>
          </w:tcPr>
          <w:p>
            <w:r>
              <w:t>20273358032</w:t>
            </w:r>
          </w:p>
        </w:tc>
        <w:tc>
          <w:tcPr>
            <w:tcW w:type="dxa" w:w="2160"/>
          </w:tcPr>
          <w:p>
            <w:r>
              <w:t>魏骊洁</w:t>
            </w:r>
          </w:p>
        </w:tc>
      </w:tr>
      <w:tr>
        <w:tc>
          <w:tcPr>
            <w:tcW w:type="dxa" w:w="2160"/>
          </w:tcPr>
          <w:p>
            <w:r>
              <w:t>20273349548</w:t>
            </w:r>
          </w:p>
        </w:tc>
        <w:tc>
          <w:tcPr>
            <w:tcW w:type="dxa" w:w="2160"/>
          </w:tcPr>
          <w:p>
            <w:r>
              <w:t>秦瑞</w:t>
            </w:r>
          </w:p>
        </w:tc>
        <w:tc>
          <w:tcPr>
            <w:tcW w:type="dxa" w:w="2160"/>
          </w:tcPr>
          <w:p>
            <w:r>
              <w:t>20273328444</w:t>
            </w:r>
          </w:p>
        </w:tc>
        <w:tc>
          <w:tcPr>
            <w:tcW w:type="dxa" w:w="2160"/>
          </w:tcPr>
          <w:p>
            <w:r>
              <w:t>李逸轩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