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药学院2027年接收推荐免试研究生面试考核名单（第二批）</w:t>
      </w:r>
    </w:p>
    <w:p>
      <w:r>
        <w:t>药学院2027年接收推荐免试研究生面试考核名单（第二批）已经确定，现公布如下：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20273306711</w:t>
            </w:r>
          </w:p>
        </w:tc>
        <w:tc>
          <w:tcPr>
            <w:tcW w:type="dxa" w:w="2160"/>
          </w:tcPr>
          <w:p>
            <w:r>
              <w:t>张檬遥</w:t>
            </w:r>
          </w:p>
        </w:tc>
        <w:tc>
          <w:tcPr>
            <w:tcW w:type="dxa" w:w="2160"/>
          </w:tcPr>
          <w:p>
            <w:r>
              <w:t>20273321342</w:t>
            </w:r>
          </w:p>
        </w:tc>
        <w:tc>
          <w:tcPr>
            <w:tcW w:type="dxa" w:w="2160"/>
          </w:tcPr>
          <w:p>
            <w:r>
              <w:t>高菁翊</w:t>
            </w:r>
          </w:p>
        </w:tc>
      </w:tr>
      <w:tr>
        <w:tc>
          <w:tcPr>
            <w:tcW w:type="dxa" w:w="2160"/>
          </w:tcPr>
          <w:p>
            <w:r>
              <w:t>20273310316</w:t>
            </w:r>
          </w:p>
        </w:tc>
        <w:tc>
          <w:tcPr>
            <w:tcW w:type="dxa" w:w="2160"/>
          </w:tcPr>
          <w:p>
            <w:r>
              <w:t>曾诗琴</w:t>
            </w:r>
          </w:p>
        </w:tc>
        <w:tc>
          <w:tcPr>
            <w:tcW w:type="dxa" w:w="2160"/>
          </w:tcPr>
          <w:p>
            <w:r>
              <w:t>20273300830</w:t>
            </w:r>
          </w:p>
        </w:tc>
        <w:tc>
          <w:tcPr>
            <w:tcW w:type="dxa" w:w="2160"/>
          </w:tcPr>
          <w:p>
            <w:r>
              <w:t>花小薇</w:t>
            </w:r>
          </w:p>
        </w:tc>
      </w:tr>
      <w:tr>
        <w:tc>
          <w:tcPr>
            <w:tcW w:type="dxa" w:w="2160"/>
          </w:tcPr>
          <w:p>
            <w:r>
              <w:t>20273311555</w:t>
            </w:r>
          </w:p>
        </w:tc>
        <w:tc>
          <w:tcPr>
            <w:tcW w:type="dxa" w:w="2160"/>
          </w:tcPr>
          <w:p>
            <w:r>
              <w:t>唐梓睿</w:t>
            </w:r>
          </w:p>
        </w:tc>
        <w:tc>
          <w:tcPr>
            <w:tcW w:type="dxa" w:w="2160"/>
          </w:tcPr>
          <w:p>
            <w:r>
              <w:t>20273320108</w:t>
            </w:r>
          </w:p>
        </w:tc>
        <w:tc>
          <w:tcPr>
            <w:tcW w:type="dxa" w:w="2160"/>
          </w:tcPr>
          <w:p>
            <w:r>
              <w:t>邓伊婷</w:t>
            </w:r>
          </w:p>
        </w:tc>
      </w:tr>
      <w:tr>
        <w:tc>
          <w:tcPr>
            <w:tcW w:type="dxa" w:w="2160"/>
          </w:tcPr>
          <w:p>
            <w:r>
              <w:t>20273300118</w:t>
            </w:r>
          </w:p>
        </w:tc>
        <w:tc>
          <w:tcPr>
            <w:tcW w:type="dxa" w:w="2160"/>
          </w:tcPr>
          <w:p>
            <w:r>
              <w:t>张国浩</w:t>
            </w:r>
          </w:p>
        </w:tc>
        <w:tc>
          <w:tcPr>
            <w:tcW w:type="dxa" w:w="2160"/>
          </w:tcPr>
          <w:p>
            <w:r>
              <w:t>20273321423</w:t>
            </w:r>
          </w:p>
        </w:tc>
        <w:tc>
          <w:tcPr>
            <w:tcW w:type="dxa" w:w="2160"/>
          </w:tcPr>
          <w:p>
            <w:r>
              <w:t>朱满琴</w:t>
            </w:r>
          </w:p>
        </w:tc>
      </w:tr>
      <w:tr>
        <w:tc>
          <w:tcPr>
            <w:tcW w:type="dxa" w:w="2160"/>
          </w:tcPr>
          <w:p>
            <w:r>
              <w:t>20273302752</w:t>
            </w:r>
          </w:p>
        </w:tc>
        <w:tc>
          <w:tcPr>
            <w:tcW w:type="dxa" w:w="2160"/>
          </w:tcPr>
          <w:p>
            <w:r>
              <w:t>韩思彤</w:t>
            </w:r>
          </w:p>
        </w:tc>
        <w:tc>
          <w:tcPr>
            <w:tcW w:type="dxa" w:w="2160"/>
          </w:tcPr>
          <w:p>
            <w:r>
              <w:t>20273322683</w:t>
            </w:r>
          </w:p>
        </w:tc>
        <w:tc>
          <w:tcPr>
            <w:tcW w:type="dxa" w:w="2160"/>
          </w:tcPr>
          <w:p>
            <w:r>
              <w:t>刁玉婉</w:t>
            </w:r>
          </w:p>
        </w:tc>
      </w:tr>
      <w:tr>
        <w:tc>
          <w:tcPr>
            <w:tcW w:type="dxa" w:w="2160"/>
          </w:tcPr>
          <w:p>
            <w:r>
              <w:t>20273301126</w:t>
            </w:r>
          </w:p>
        </w:tc>
        <w:tc>
          <w:tcPr>
            <w:tcW w:type="dxa" w:w="2160"/>
          </w:tcPr>
          <w:p>
            <w:r>
              <w:t>魏皓祯</w:t>
            </w:r>
          </w:p>
        </w:tc>
        <w:tc>
          <w:tcPr>
            <w:tcW w:type="dxa" w:w="2160"/>
          </w:tcPr>
          <w:p>
            <w:r>
              <w:t>20273302165</w:t>
            </w:r>
          </w:p>
        </w:tc>
        <w:tc>
          <w:tcPr>
            <w:tcW w:type="dxa" w:w="2160"/>
          </w:tcPr>
          <w:p>
            <w:r>
              <w:t>缪锦东</w:t>
            </w:r>
          </w:p>
        </w:tc>
      </w:tr>
      <w:tr>
        <w:tc>
          <w:tcPr>
            <w:tcW w:type="dxa" w:w="2160"/>
          </w:tcPr>
          <w:p>
            <w:r>
              <w:t>20273303339</w:t>
            </w:r>
          </w:p>
        </w:tc>
        <w:tc>
          <w:tcPr>
            <w:tcW w:type="dxa" w:w="2160"/>
          </w:tcPr>
          <w:p>
            <w:r>
              <w:t>黄颖</w:t>
            </w:r>
          </w:p>
        </w:tc>
        <w:tc>
          <w:tcPr>
            <w:tcW w:type="dxa" w:w="2160"/>
          </w:tcPr>
          <w:p>
            <w:r>
              <w:t>20273303945</w:t>
            </w:r>
          </w:p>
        </w:tc>
        <w:tc>
          <w:tcPr>
            <w:tcW w:type="dxa" w:w="2160"/>
          </w:tcPr>
          <w:p>
            <w:r>
              <w:t>李通</w:t>
            </w:r>
          </w:p>
        </w:tc>
      </w:tr>
      <w:tr>
        <w:tc>
          <w:tcPr>
            <w:tcW w:type="dxa" w:w="2160"/>
          </w:tcPr>
          <w:p>
            <w:r>
              <w:t>20273306401</w:t>
            </w:r>
          </w:p>
        </w:tc>
        <w:tc>
          <w:tcPr>
            <w:tcW w:type="dxa" w:w="2160"/>
          </w:tcPr>
          <w:p>
            <w:r>
              <w:t>杜梦璠</w:t>
            </w:r>
          </w:p>
        </w:tc>
        <w:tc>
          <w:tcPr>
            <w:tcW w:type="dxa" w:w="2160"/>
          </w:tcPr>
          <w:p>
            <w:r>
              <w:t>20273318875</w:t>
            </w:r>
          </w:p>
        </w:tc>
        <w:tc>
          <w:tcPr>
            <w:tcW w:type="dxa" w:w="2160"/>
          </w:tcPr>
          <w:p>
            <w:r>
              <w:t>俞彤</w:t>
            </w:r>
          </w:p>
        </w:tc>
      </w:tr>
      <w:tr>
        <w:tc>
          <w:tcPr>
            <w:tcW w:type="dxa" w:w="2160"/>
          </w:tcPr>
          <w:p>
            <w:r>
              <w:t>20273303232</w:t>
            </w:r>
          </w:p>
        </w:tc>
        <w:tc>
          <w:tcPr>
            <w:tcW w:type="dxa" w:w="2160"/>
          </w:tcPr>
          <w:p>
            <w:r>
              <w:t>姜颖</w:t>
            </w:r>
          </w:p>
        </w:tc>
        <w:tc>
          <w:tcPr>
            <w:tcW w:type="dxa" w:w="2160"/>
          </w:tcPr>
          <w:p>
            <w:r>
              <w:t>20273322200</w:t>
            </w:r>
          </w:p>
        </w:tc>
        <w:tc>
          <w:tcPr>
            <w:tcW w:type="dxa" w:w="2160"/>
          </w:tcPr>
          <w:p>
            <w:r>
              <w:t>王赛艺</w:t>
            </w:r>
          </w:p>
        </w:tc>
      </w:tr>
      <w:tr>
        <w:tc>
          <w:tcPr>
            <w:tcW w:type="dxa" w:w="2160"/>
          </w:tcPr>
          <w:p>
            <w:r>
              <w:t>20273312066</w:t>
            </w:r>
          </w:p>
        </w:tc>
        <w:tc>
          <w:tcPr>
            <w:tcW w:type="dxa" w:w="2160"/>
          </w:tcPr>
          <w:p>
            <w:r>
              <w:t>滕君婕</w:t>
            </w:r>
          </w:p>
        </w:tc>
        <w:tc>
          <w:tcPr>
            <w:tcW w:type="dxa" w:w="2160"/>
          </w:tcPr>
          <w:p>
            <w:r>
              <w:t>20273323781</w:t>
            </w:r>
          </w:p>
        </w:tc>
        <w:tc>
          <w:tcPr>
            <w:tcW w:type="dxa" w:w="2160"/>
          </w:tcPr>
          <w:p>
            <w:r>
              <w:t>李宇昕</w:t>
            </w:r>
          </w:p>
        </w:tc>
      </w:tr>
      <w:tr>
        <w:tc>
          <w:tcPr>
            <w:tcW w:type="dxa" w:w="2160"/>
          </w:tcPr>
          <w:p>
            <w:r>
              <w:t>20273309860</w:t>
            </w:r>
          </w:p>
        </w:tc>
        <w:tc>
          <w:tcPr>
            <w:tcW w:type="dxa" w:w="2160"/>
          </w:tcPr>
          <w:p>
            <w:r>
              <w:t>程琪怡</w:t>
            </w:r>
          </w:p>
        </w:tc>
        <w:tc>
          <w:tcPr>
            <w:tcW w:type="dxa" w:w="2160"/>
          </w:tcPr>
          <w:p>
            <w:r>
              <w:t>20273318836</w:t>
            </w:r>
          </w:p>
        </w:tc>
        <w:tc>
          <w:tcPr>
            <w:tcW w:type="dxa" w:w="2160"/>
          </w:tcPr>
          <w:p>
            <w:r>
              <w:t>朱静</w:t>
            </w:r>
          </w:p>
        </w:tc>
      </w:tr>
      <w:tr>
        <w:tc>
          <w:tcPr>
            <w:tcW w:type="dxa" w:w="2160"/>
          </w:tcPr>
          <w:p>
            <w:r>
              <w:t>20273309559</w:t>
            </w:r>
          </w:p>
        </w:tc>
        <w:tc>
          <w:tcPr>
            <w:tcW w:type="dxa" w:w="2160"/>
          </w:tcPr>
          <w:p>
            <w:r>
              <w:t>黄梦萍</w:t>
            </w:r>
          </w:p>
        </w:tc>
        <w:tc>
          <w:tcPr>
            <w:tcW w:type="dxa" w:w="2160"/>
          </w:tcPr>
          <w:p>
            <w:r>
              <w:t>20273314307</w:t>
            </w:r>
          </w:p>
        </w:tc>
        <w:tc>
          <w:tcPr>
            <w:tcW w:type="dxa" w:w="2160"/>
          </w:tcPr>
          <w:p>
            <w:r>
              <w:t>甘海燕</w:t>
            </w:r>
          </w:p>
        </w:tc>
      </w:tr>
      <w:tr>
        <w:tc>
          <w:tcPr>
            <w:tcW w:type="dxa" w:w="2160"/>
          </w:tcPr>
          <w:p>
            <w:r>
              <w:t>20273303694</w:t>
            </w:r>
          </w:p>
        </w:tc>
        <w:tc>
          <w:tcPr>
            <w:tcW w:type="dxa" w:w="2160"/>
          </w:tcPr>
          <w:p>
            <w:r>
              <w:t>钱越</w:t>
            </w:r>
          </w:p>
        </w:tc>
        <w:tc>
          <w:tcPr>
            <w:tcW w:type="dxa" w:w="2160"/>
          </w:tcPr>
          <w:p>
            <w:r>
              <w:t>20273323818</w:t>
            </w:r>
          </w:p>
        </w:tc>
        <w:tc>
          <w:tcPr>
            <w:tcW w:type="dxa" w:w="2160"/>
          </w:tcPr>
          <w:p>
            <w:r>
              <w:t>袁梦嘉</w:t>
            </w:r>
          </w:p>
        </w:tc>
      </w:tr>
      <w:tr>
        <w:tc>
          <w:tcPr>
            <w:tcW w:type="dxa" w:w="2160"/>
          </w:tcPr>
          <w:p>
            <w:r>
              <w:t>20273310773</w:t>
            </w:r>
          </w:p>
        </w:tc>
        <w:tc>
          <w:tcPr>
            <w:tcW w:type="dxa" w:w="2160"/>
          </w:tcPr>
          <w:p>
            <w:r>
              <w:t>方宇菲</w:t>
            </w:r>
          </w:p>
        </w:tc>
        <w:tc>
          <w:tcPr>
            <w:tcW w:type="dxa" w:w="2160"/>
          </w:tcPr>
          <w:p>
            <w:r>
              <w:t>20273323911</w:t>
            </w:r>
          </w:p>
        </w:tc>
        <w:tc>
          <w:tcPr>
            <w:tcW w:type="dxa" w:w="2160"/>
          </w:tcPr>
          <w:p>
            <w:r>
              <w:t>徐文静</w:t>
            </w:r>
          </w:p>
        </w:tc>
      </w:tr>
      <w:tr>
        <w:tc>
          <w:tcPr>
            <w:tcW w:type="dxa" w:w="2160"/>
          </w:tcPr>
          <w:p>
            <w:r>
              <w:t>20273303516</w:t>
            </w:r>
          </w:p>
        </w:tc>
        <w:tc>
          <w:tcPr>
            <w:tcW w:type="dxa" w:w="2160"/>
          </w:tcPr>
          <w:p>
            <w:r>
              <w:t>付玉婷</w:t>
            </w:r>
          </w:p>
        </w:tc>
        <w:tc>
          <w:tcPr>
            <w:tcW w:type="dxa" w:w="2160"/>
          </w:tcPr>
          <w:p>
            <w:r>
              <w:t>20273324022</w:t>
            </w:r>
          </w:p>
        </w:tc>
        <w:tc>
          <w:tcPr>
            <w:tcW w:type="dxa" w:w="2160"/>
          </w:tcPr>
          <w:p>
            <w:r>
              <w:t>刘晴晴</w:t>
            </w:r>
          </w:p>
        </w:tc>
      </w:tr>
      <w:tr>
        <w:tc>
          <w:tcPr>
            <w:tcW w:type="dxa" w:w="2160"/>
          </w:tcPr>
          <w:p>
            <w:r>
              <w:t>20273301128</w:t>
            </w:r>
          </w:p>
        </w:tc>
        <w:tc>
          <w:tcPr>
            <w:tcW w:type="dxa" w:w="2160"/>
          </w:tcPr>
          <w:p>
            <w:r>
              <w:t>周佳怡</w:t>
            </w:r>
          </w:p>
        </w:tc>
        <w:tc>
          <w:tcPr>
            <w:tcW w:type="dxa" w:w="2160"/>
          </w:tcPr>
          <w:p>
            <w:r>
              <w:t>20273310087</w:t>
            </w:r>
          </w:p>
        </w:tc>
        <w:tc>
          <w:tcPr>
            <w:tcW w:type="dxa" w:w="2160"/>
          </w:tcPr>
          <w:p>
            <w:r>
              <w:t>郑星宇</w:t>
            </w:r>
          </w:p>
        </w:tc>
      </w:tr>
      <w:tr>
        <w:tc>
          <w:tcPr>
            <w:tcW w:type="dxa" w:w="2160"/>
          </w:tcPr>
          <w:p>
            <w:r>
              <w:t>20273312115</w:t>
            </w:r>
          </w:p>
        </w:tc>
        <w:tc>
          <w:tcPr>
            <w:tcW w:type="dxa" w:w="2160"/>
          </w:tcPr>
          <w:p>
            <w:r>
              <w:t>王晓天</w:t>
            </w:r>
          </w:p>
        </w:tc>
        <w:tc>
          <w:tcPr>
            <w:tcW w:type="dxa" w:w="2160"/>
          </w:tcPr>
          <w:p>
            <w:r>
              <w:t>20273324742</w:t>
            </w:r>
          </w:p>
        </w:tc>
        <w:tc>
          <w:tcPr>
            <w:tcW w:type="dxa" w:w="2160"/>
          </w:tcPr>
          <w:p>
            <w:r>
              <w:t>朱雅娣</w:t>
            </w:r>
          </w:p>
        </w:tc>
      </w:tr>
      <w:tr>
        <w:tc>
          <w:tcPr>
            <w:tcW w:type="dxa" w:w="2160"/>
          </w:tcPr>
          <w:p>
            <w:r>
              <w:t>20273310617</w:t>
            </w:r>
          </w:p>
        </w:tc>
        <w:tc>
          <w:tcPr>
            <w:tcW w:type="dxa" w:w="2160"/>
          </w:tcPr>
          <w:p>
            <w:r>
              <w:t>田芳萍</w:t>
            </w:r>
          </w:p>
        </w:tc>
        <w:tc>
          <w:tcPr>
            <w:tcW w:type="dxa" w:w="2160"/>
          </w:tcPr>
          <w:p>
            <w:r>
              <w:t>20273324734</w:t>
            </w:r>
          </w:p>
        </w:tc>
        <w:tc>
          <w:tcPr>
            <w:tcW w:type="dxa" w:w="2160"/>
          </w:tcPr>
          <w:p>
            <w:r>
              <w:t>付杨</w:t>
            </w:r>
          </w:p>
        </w:tc>
      </w:tr>
      <w:tr>
        <w:tc>
          <w:tcPr>
            <w:tcW w:type="dxa" w:w="2160"/>
          </w:tcPr>
          <w:p>
            <w:r>
              <w:t>20273308814</w:t>
            </w:r>
          </w:p>
        </w:tc>
        <w:tc>
          <w:tcPr>
            <w:tcW w:type="dxa" w:w="2160"/>
          </w:tcPr>
          <w:p>
            <w:r>
              <w:t>吕文栋</w:t>
            </w:r>
          </w:p>
        </w:tc>
        <w:tc>
          <w:tcPr>
            <w:tcW w:type="dxa" w:w="2160"/>
          </w:tcPr>
          <w:p>
            <w:r>
              <w:t>20273324010</w:t>
            </w:r>
          </w:p>
        </w:tc>
        <w:tc>
          <w:tcPr>
            <w:tcW w:type="dxa" w:w="2160"/>
          </w:tcPr>
          <w:p>
            <w:r>
              <w:t>周诗雨</w:t>
            </w:r>
          </w:p>
        </w:tc>
      </w:tr>
      <w:tr>
        <w:tc>
          <w:tcPr>
            <w:tcW w:type="dxa" w:w="2160"/>
          </w:tcPr>
          <w:p>
            <w:r>
              <w:t>20273307530</w:t>
            </w:r>
          </w:p>
        </w:tc>
        <w:tc>
          <w:tcPr>
            <w:tcW w:type="dxa" w:w="2160"/>
          </w:tcPr>
          <w:p>
            <w:r>
              <w:t>暨郑军</w:t>
            </w:r>
          </w:p>
        </w:tc>
        <w:tc>
          <w:tcPr>
            <w:tcW w:type="dxa" w:w="2160"/>
          </w:tcPr>
          <w:p>
            <w:r>
              <w:t>20273323504</w:t>
            </w:r>
          </w:p>
        </w:tc>
        <w:tc>
          <w:tcPr>
            <w:tcW w:type="dxa" w:w="2160"/>
          </w:tcPr>
          <w:p>
            <w:r>
              <w:t>沈佳玥</w:t>
            </w:r>
          </w:p>
        </w:tc>
      </w:tr>
      <w:tr>
        <w:tc>
          <w:tcPr>
            <w:tcW w:type="dxa" w:w="2160"/>
          </w:tcPr>
          <w:p>
            <w:r>
              <w:t>20273302450</w:t>
            </w:r>
          </w:p>
        </w:tc>
        <w:tc>
          <w:tcPr>
            <w:tcW w:type="dxa" w:w="2160"/>
          </w:tcPr>
          <w:p>
            <w:r>
              <w:t>商金钭</w:t>
            </w:r>
          </w:p>
        </w:tc>
        <w:tc>
          <w:tcPr>
            <w:tcW w:type="dxa" w:w="2160"/>
          </w:tcPr>
          <w:p>
            <w:r>
              <w:t>20273324769</w:t>
            </w:r>
          </w:p>
        </w:tc>
        <w:tc>
          <w:tcPr>
            <w:tcW w:type="dxa" w:w="2160"/>
          </w:tcPr>
          <w:p>
            <w:r>
              <w:t>丁欣岚</w:t>
            </w:r>
          </w:p>
        </w:tc>
      </w:tr>
      <w:tr>
        <w:tc>
          <w:tcPr>
            <w:tcW w:type="dxa" w:w="2160"/>
          </w:tcPr>
          <w:p>
            <w:r>
              <w:t>20273313188</w:t>
            </w:r>
          </w:p>
        </w:tc>
        <w:tc>
          <w:tcPr>
            <w:tcW w:type="dxa" w:w="2160"/>
          </w:tcPr>
          <w:p>
            <w:r>
              <w:t>吴浓嘉</w:t>
            </w:r>
          </w:p>
        </w:tc>
        <w:tc>
          <w:tcPr>
            <w:tcW w:type="dxa" w:w="2160"/>
          </w:tcPr>
          <w:p>
            <w:r>
              <w:t>20273324780</w:t>
            </w:r>
          </w:p>
        </w:tc>
        <w:tc>
          <w:tcPr>
            <w:tcW w:type="dxa" w:w="2160"/>
          </w:tcPr>
          <w:p>
            <w:r>
              <w:t>王国雨</w:t>
            </w:r>
          </w:p>
        </w:tc>
      </w:tr>
      <w:tr>
        <w:tc>
          <w:tcPr>
            <w:tcW w:type="dxa" w:w="2160"/>
          </w:tcPr>
          <w:p>
            <w:r>
              <w:t>20273310304</w:t>
            </w:r>
          </w:p>
        </w:tc>
        <w:tc>
          <w:tcPr>
            <w:tcW w:type="dxa" w:w="2160"/>
          </w:tcPr>
          <w:p>
            <w:r>
              <w:t>宋敏慧</w:t>
            </w:r>
          </w:p>
        </w:tc>
        <w:tc>
          <w:tcPr>
            <w:tcW w:type="dxa" w:w="2160"/>
          </w:tcPr>
          <w:p>
            <w:r>
              <w:t>20273325224</w:t>
            </w:r>
          </w:p>
        </w:tc>
        <w:tc>
          <w:tcPr>
            <w:tcW w:type="dxa" w:w="2160"/>
          </w:tcPr>
          <w:p>
            <w:r>
              <w:t>敖启凤</w:t>
            </w:r>
          </w:p>
        </w:tc>
      </w:tr>
      <w:tr>
        <w:tc>
          <w:tcPr>
            <w:tcW w:type="dxa" w:w="2160"/>
          </w:tcPr>
          <w:p>
            <w:r>
              <w:t>20273313339</w:t>
            </w:r>
          </w:p>
        </w:tc>
        <w:tc>
          <w:tcPr>
            <w:tcW w:type="dxa" w:w="2160"/>
          </w:tcPr>
          <w:p>
            <w:r>
              <w:t>牟宇欣</w:t>
            </w:r>
          </w:p>
        </w:tc>
        <w:tc>
          <w:tcPr>
            <w:tcW w:type="dxa" w:w="2160"/>
          </w:tcPr>
          <w:p>
            <w:r>
              <w:t>20273313033</w:t>
            </w:r>
          </w:p>
        </w:tc>
        <w:tc>
          <w:tcPr>
            <w:tcW w:type="dxa" w:w="2160"/>
          </w:tcPr>
          <w:p>
            <w:r>
              <w:t>杨慧琳</w:t>
            </w:r>
          </w:p>
        </w:tc>
      </w:tr>
      <w:tr>
        <w:tc>
          <w:tcPr>
            <w:tcW w:type="dxa" w:w="2160"/>
          </w:tcPr>
          <w:p>
            <w:r>
              <w:t>20273312569</w:t>
            </w:r>
          </w:p>
        </w:tc>
        <w:tc>
          <w:tcPr>
            <w:tcW w:type="dxa" w:w="2160"/>
          </w:tcPr>
          <w:p>
            <w:r>
              <w:t>王夕予</w:t>
            </w:r>
          </w:p>
        </w:tc>
        <w:tc>
          <w:tcPr>
            <w:tcW w:type="dxa" w:w="2160"/>
          </w:tcPr>
          <w:p>
            <w:r>
              <w:t>20273325460</w:t>
            </w:r>
          </w:p>
        </w:tc>
        <w:tc>
          <w:tcPr>
            <w:tcW w:type="dxa" w:w="2160"/>
          </w:tcPr>
          <w:p>
            <w:r>
              <w:t>李智宏</w:t>
            </w:r>
          </w:p>
        </w:tc>
      </w:tr>
      <w:tr>
        <w:tc>
          <w:tcPr>
            <w:tcW w:type="dxa" w:w="2160"/>
          </w:tcPr>
          <w:p>
            <w:r>
              <w:t>20273301570</w:t>
            </w:r>
          </w:p>
        </w:tc>
        <w:tc>
          <w:tcPr>
            <w:tcW w:type="dxa" w:w="2160"/>
          </w:tcPr>
          <w:p>
            <w:r>
              <w:t>肖励珍</w:t>
            </w:r>
          </w:p>
        </w:tc>
        <w:tc>
          <w:tcPr>
            <w:tcW w:type="dxa" w:w="2160"/>
          </w:tcPr>
          <w:p>
            <w:r>
              <w:t>20273324465</w:t>
            </w:r>
          </w:p>
        </w:tc>
        <w:tc>
          <w:tcPr>
            <w:tcW w:type="dxa" w:w="2160"/>
          </w:tcPr>
          <w:p>
            <w:r>
              <w:t>曾诗琴</w:t>
            </w:r>
          </w:p>
        </w:tc>
      </w:tr>
      <w:tr>
        <w:tc>
          <w:tcPr>
            <w:tcW w:type="dxa" w:w="2160"/>
          </w:tcPr>
          <w:p>
            <w:r>
              <w:t>20273313566</w:t>
            </w:r>
          </w:p>
        </w:tc>
        <w:tc>
          <w:tcPr>
            <w:tcW w:type="dxa" w:w="2160"/>
          </w:tcPr>
          <w:p>
            <w:r>
              <w:t>汤迎迎</w:t>
            </w:r>
          </w:p>
        </w:tc>
        <w:tc>
          <w:tcPr>
            <w:tcW w:type="dxa" w:w="2160"/>
          </w:tcPr>
          <w:p>
            <w:r>
              <w:t>20273325733</w:t>
            </w:r>
          </w:p>
        </w:tc>
        <w:tc>
          <w:tcPr>
            <w:tcW w:type="dxa" w:w="2160"/>
          </w:tcPr>
          <w:p>
            <w:r>
              <w:t>汪晴</w:t>
            </w:r>
          </w:p>
        </w:tc>
      </w:tr>
      <w:tr>
        <w:tc>
          <w:tcPr>
            <w:tcW w:type="dxa" w:w="2160"/>
          </w:tcPr>
          <w:p>
            <w:r>
              <w:t>20273313556</w:t>
            </w:r>
          </w:p>
        </w:tc>
        <w:tc>
          <w:tcPr>
            <w:tcW w:type="dxa" w:w="2160"/>
          </w:tcPr>
          <w:p>
            <w:r>
              <w:t>王梦瑶</w:t>
            </w:r>
          </w:p>
        </w:tc>
        <w:tc>
          <w:tcPr>
            <w:tcW w:type="dxa" w:w="2160"/>
          </w:tcPr>
          <w:p>
            <w:r>
              <w:t>20273320786</w:t>
            </w:r>
          </w:p>
        </w:tc>
        <w:tc>
          <w:tcPr>
            <w:tcW w:type="dxa" w:w="2160"/>
          </w:tcPr>
          <w:p>
            <w:r>
              <w:t>王梦茹</w:t>
            </w:r>
          </w:p>
        </w:tc>
      </w:tr>
      <w:tr>
        <w:tc>
          <w:tcPr>
            <w:tcW w:type="dxa" w:w="2160"/>
          </w:tcPr>
          <w:p>
            <w:r>
              <w:t>20273308264</w:t>
            </w:r>
          </w:p>
        </w:tc>
        <w:tc>
          <w:tcPr>
            <w:tcW w:type="dxa" w:w="2160"/>
          </w:tcPr>
          <w:p>
            <w:r>
              <w:t>罗圭桂</w:t>
            </w:r>
          </w:p>
        </w:tc>
        <w:tc>
          <w:tcPr>
            <w:tcW w:type="dxa" w:w="2160"/>
          </w:tcPr>
          <w:p>
            <w:r>
              <w:t>20273320350</w:t>
            </w:r>
          </w:p>
        </w:tc>
        <w:tc>
          <w:tcPr>
            <w:tcW w:type="dxa" w:w="2160"/>
          </w:tcPr>
          <w:p>
            <w:r>
              <w:t>陈乐宜</w:t>
            </w:r>
          </w:p>
        </w:tc>
      </w:tr>
      <w:tr>
        <w:tc>
          <w:tcPr>
            <w:tcW w:type="dxa" w:w="2160"/>
          </w:tcPr>
          <w:p>
            <w:r>
              <w:t>20273313806</w:t>
            </w:r>
          </w:p>
        </w:tc>
        <w:tc>
          <w:tcPr>
            <w:tcW w:type="dxa" w:w="2160"/>
          </w:tcPr>
          <w:p>
            <w:r>
              <w:t>李梦珂</w:t>
            </w:r>
          </w:p>
        </w:tc>
        <w:tc>
          <w:tcPr>
            <w:tcW w:type="dxa" w:w="2160"/>
          </w:tcPr>
          <w:p>
            <w:r>
              <w:t>20273301906</w:t>
            </w:r>
          </w:p>
        </w:tc>
        <w:tc>
          <w:tcPr>
            <w:tcW w:type="dxa" w:w="2160"/>
          </w:tcPr>
          <w:p>
            <w:r>
              <w:t>翟文璟</w:t>
            </w:r>
          </w:p>
        </w:tc>
      </w:tr>
      <w:tr>
        <w:tc>
          <w:tcPr>
            <w:tcW w:type="dxa" w:w="2160"/>
          </w:tcPr>
          <w:p>
            <w:r>
              <w:t>20273310943</w:t>
            </w:r>
          </w:p>
        </w:tc>
        <w:tc>
          <w:tcPr>
            <w:tcW w:type="dxa" w:w="2160"/>
          </w:tcPr>
          <w:p>
            <w:r>
              <w:t>常舒婷</w:t>
            </w:r>
          </w:p>
        </w:tc>
        <w:tc>
          <w:tcPr>
            <w:tcW w:type="dxa" w:w="2160"/>
          </w:tcPr>
          <w:p>
            <w:r>
              <w:t>20273320129</w:t>
            </w:r>
          </w:p>
        </w:tc>
        <w:tc>
          <w:tcPr>
            <w:tcW w:type="dxa" w:w="2160"/>
          </w:tcPr>
          <w:p>
            <w:r>
              <w:t>潘敏玥</w:t>
            </w:r>
          </w:p>
        </w:tc>
      </w:tr>
      <w:tr>
        <w:tc>
          <w:tcPr>
            <w:tcW w:type="dxa" w:w="2160"/>
          </w:tcPr>
          <w:p>
            <w:r>
              <w:t>20273313921</w:t>
            </w:r>
          </w:p>
        </w:tc>
        <w:tc>
          <w:tcPr>
            <w:tcW w:type="dxa" w:w="2160"/>
          </w:tcPr>
          <w:p>
            <w:r>
              <w:t>赵云杰</w:t>
            </w:r>
          </w:p>
        </w:tc>
        <w:tc>
          <w:tcPr>
            <w:tcW w:type="dxa" w:w="2160"/>
          </w:tcPr>
          <w:p>
            <w:r>
              <w:t>20273326106</w:t>
            </w:r>
          </w:p>
        </w:tc>
        <w:tc>
          <w:tcPr>
            <w:tcW w:type="dxa" w:w="2160"/>
          </w:tcPr>
          <w:p>
            <w:r>
              <w:t>传佳爱</w:t>
            </w:r>
          </w:p>
        </w:tc>
      </w:tr>
      <w:tr>
        <w:tc>
          <w:tcPr>
            <w:tcW w:type="dxa" w:w="2160"/>
          </w:tcPr>
          <w:p>
            <w:r>
              <w:t>20273312928</w:t>
            </w:r>
          </w:p>
        </w:tc>
        <w:tc>
          <w:tcPr>
            <w:tcW w:type="dxa" w:w="2160"/>
          </w:tcPr>
          <w:p>
            <w:r>
              <w:t>郑馨怡</w:t>
            </w:r>
          </w:p>
        </w:tc>
        <w:tc>
          <w:tcPr>
            <w:tcW w:type="dxa" w:w="2160"/>
          </w:tcPr>
          <w:p>
            <w:r>
              <w:t>20273303652</w:t>
            </w:r>
          </w:p>
        </w:tc>
        <w:tc>
          <w:tcPr>
            <w:tcW w:type="dxa" w:w="2160"/>
          </w:tcPr>
          <w:p>
            <w:r>
              <w:t>姜浩堃</w:t>
            </w:r>
          </w:p>
        </w:tc>
      </w:tr>
      <w:tr>
        <w:tc>
          <w:tcPr>
            <w:tcW w:type="dxa" w:w="2160"/>
          </w:tcPr>
          <w:p>
            <w:r>
              <w:t>20273313355</w:t>
            </w:r>
          </w:p>
        </w:tc>
        <w:tc>
          <w:tcPr>
            <w:tcW w:type="dxa" w:w="2160"/>
          </w:tcPr>
          <w:p>
            <w:r>
              <w:t>李昂</w:t>
            </w:r>
          </w:p>
        </w:tc>
        <w:tc>
          <w:tcPr>
            <w:tcW w:type="dxa" w:w="2160"/>
          </w:tcPr>
          <w:p>
            <w:r>
              <w:t>20273326096</w:t>
            </w:r>
          </w:p>
        </w:tc>
        <w:tc>
          <w:tcPr>
            <w:tcW w:type="dxa" w:w="2160"/>
          </w:tcPr>
          <w:p>
            <w:r>
              <w:t>任紫妍</w:t>
            </w:r>
          </w:p>
        </w:tc>
      </w:tr>
      <w:tr>
        <w:tc>
          <w:tcPr>
            <w:tcW w:type="dxa" w:w="2160"/>
          </w:tcPr>
          <w:p>
            <w:r>
              <w:t>20273313119</w:t>
            </w:r>
          </w:p>
        </w:tc>
        <w:tc>
          <w:tcPr>
            <w:tcW w:type="dxa" w:w="2160"/>
          </w:tcPr>
          <w:p>
            <w:r>
              <w:t>何宇</w:t>
            </w:r>
          </w:p>
        </w:tc>
        <w:tc>
          <w:tcPr>
            <w:tcW w:type="dxa" w:w="2160"/>
          </w:tcPr>
          <w:p>
            <w:r>
              <w:t>20273303960</w:t>
            </w:r>
          </w:p>
        </w:tc>
        <w:tc>
          <w:tcPr>
            <w:tcW w:type="dxa" w:w="2160"/>
          </w:tcPr>
          <w:p>
            <w:r>
              <w:t>褚蕊歆</w:t>
            </w:r>
          </w:p>
        </w:tc>
      </w:tr>
      <w:tr>
        <w:tc>
          <w:tcPr>
            <w:tcW w:type="dxa" w:w="2160"/>
          </w:tcPr>
          <w:p>
            <w:r>
              <w:t>20273304373</w:t>
            </w:r>
          </w:p>
        </w:tc>
        <w:tc>
          <w:tcPr>
            <w:tcW w:type="dxa" w:w="2160"/>
          </w:tcPr>
          <w:p>
            <w:r>
              <w:t>敬鑫樱</w:t>
            </w:r>
          </w:p>
        </w:tc>
        <w:tc>
          <w:tcPr>
            <w:tcW w:type="dxa" w:w="2160"/>
          </w:tcPr>
          <w:p>
            <w:r>
              <w:t>20273313107</w:t>
            </w:r>
          </w:p>
        </w:tc>
        <w:tc>
          <w:tcPr>
            <w:tcW w:type="dxa" w:w="2160"/>
          </w:tcPr>
          <w:p>
            <w:r>
              <w:t>朱雪睿</w:t>
            </w:r>
          </w:p>
        </w:tc>
      </w:tr>
      <w:tr>
        <w:tc>
          <w:tcPr>
            <w:tcW w:type="dxa" w:w="2160"/>
          </w:tcPr>
          <w:p>
            <w:r>
              <w:t>20273310178</w:t>
            </w:r>
          </w:p>
        </w:tc>
        <w:tc>
          <w:tcPr>
            <w:tcW w:type="dxa" w:w="2160"/>
          </w:tcPr>
          <w:p>
            <w:r>
              <w:t>刘宇</w:t>
            </w:r>
          </w:p>
        </w:tc>
        <w:tc>
          <w:tcPr>
            <w:tcW w:type="dxa" w:w="2160"/>
          </w:tcPr>
          <w:p>
            <w:r>
              <w:t>20273317522</w:t>
            </w:r>
          </w:p>
        </w:tc>
        <w:tc>
          <w:tcPr>
            <w:tcW w:type="dxa" w:w="2160"/>
          </w:tcPr>
          <w:p>
            <w:r>
              <w:t>华安</w:t>
            </w:r>
          </w:p>
        </w:tc>
      </w:tr>
      <w:tr>
        <w:tc>
          <w:tcPr>
            <w:tcW w:type="dxa" w:w="2160"/>
          </w:tcPr>
          <w:p>
            <w:r>
              <w:t>20273314615</w:t>
            </w:r>
          </w:p>
        </w:tc>
        <w:tc>
          <w:tcPr>
            <w:tcW w:type="dxa" w:w="2160"/>
          </w:tcPr>
          <w:p>
            <w:r>
              <w:t>杨佳慧</w:t>
            </w:r>
          </w:p>
        </w:tc>
        <w:tc>
          <w:tcPr>
            <w:tcW w:type="dxa" w:w="2160"/>
          </w:tcPr>
          <w:p>
            <w:r>
              <w:t>20273323963</w:t>
            </w:r>
          </w:p>
        </w:tc>
        <w:tc>
          <w:tcPr>
            <w:tcW w:type="dxa" w:w="2160"/>
          </w:tcPr>
          <w:p>
            <w:r>
              <w:t>罗苏惠</w:t>
            </w:r>
          </w:p>
        </w:tc>
      </w:tr>
      <w:tr>
        <w:tc>
          <w:tcPr>
            <w:tcW w:type="dxa" w:w="2160"/>
          </w:tcPr>
          <w:p>
            <w:r>
              <w:t>20273310171</w:t>
            </w:r>
          </w:p>
        </w:tc>
        <w:tc>
          <w:tcPr>
            <w:tcW w:type="dxa" w:w="2160"/>
          </w:tcPr>
          <w:p>
            <w:r>
              <w:t>王尘尘</w:t>
            </w:r>
          </w:p>
        </w:tc>
        <w:tc>
          <w:tcPr>
            <w:tcW w:type="dxa" w:w="2160"/>
          </w:tcPr>
          <w:p>
            <w:r>
              <w:t>20273326395</w:t>
            </w:r>
          </w:p>
        </w:tc>
        <w:tc>
          <w:tcPr>
            <w:tcW w:type="dxa" w:w="2160"/>
          </w:tcPr>
          <w:p>
            <w:r>
              <w:t>张云舒</w:t>
            </w:r>
          </w:p>
        </w:tc>
      </w:tr>
      <w:tr>
        <w:tc>
          <w:tcPr>
            <w:tcW w:type="dxa" w:w="2160"/>
          </w:tcPr>
          <w:p>
            <w:r>
              <w:t>20273306767</w:t>
            </w:r>
          </w:p>
        </w:tc>
        <w:tc>
          <w:tcPr>
            <w:tcW w:type="dxa" w:w="2160"/>
          </w:tcPr>
          <w:p>
            <w:r>
              <w:t>季雯雯</w:t>
            </w:r>
          </w:p>
        </w:tc>
        <w:tc>
          <w:tcPr>
            <w:tcW w:type="dxa" w:w="2160"/>
          </w:tcPr>
          <w:p>
            <w:r>
              <w:t>20273326651</w:t>
            </w:r>
          </w:p>
        </w:tc>
        <w:tc>
          <w:tcPr>
            <w:tcW w:type="dxa" w:w="2160"/>
          </w:tcPr>
          <w:p>
            <w:r>
              <w:t>李虎妮</w:t>
            </w:r>
          </w:p>
        </w:tc>
      </w:tr>
      <w:tr>
        <w:tc>
          <w:tcPr>
            <w:tcW w:type="dxa" w:w="2160"/>
          </w:tcPr>
          <w:p>
            <w:r>
              <w:t>20273310024</w:t>
            </w:r>
          </w:p>
        </w:tc>
        <w:tc>
          <w:tcPr>
            <w:tcW w:type="dxa" w:w="2160"/>
          </w:tcPr>
          <w:p>
            <w:r>
              <w:t>张逸凡</w:t>
            </w:r>
          </w:p>
        </w:tc>
        <w:tc>
          <w:tcPr>
            <w:tcW w:type="dxa" w:w="2160"/>
          </w:tcPr>
          <w:p>
            <w:r>
              <w:t>20273326594</w:t>
            </w:r>
          </w:p>
        </w:tc>
        <w:tc>
          <w:tcPr>
            <w:tcW w:type="dxa" w:w="2160"/>
          </w:tcPr>
          <w:p>
            <w:r>
              <w:t>胡越</w:t>
            </w:r>
          </w:p>
        </w:tc>
      </w:tr>
      <w:tr>
        <w:tc>
          <w:tcPr>
            <w:tcW w:type="dxa" w:w="2160"/>
          </w:tcPr>
          <w:p>
            <w:r>
              <w:t>20273314890</w:t>
            </w:r>
          </w:p>
        </w:tc>
        <w:tc>
          <w:tcPr>
            <w:tcW w:type="dxa" w:w="2160"/>
          </w:tcPr>
          <w:p>
            <w:r>
              <w:t>薛雨鑫</w:t>
            </w:r>
          </w:p>
        </w:tc>
        <w:tc>
          <w:tcPr>
            <w:tcW w:type="dxa" w:w="2160"/>
          </w:tcPr>
          <w:p>
            <w:r>
              <w:t>20273311254</w:t>
            </w:r>
          </w:p>
        </w:tc>
        <w:tc>
          <w:tcPr>
            <w:tcW w:type="dxa" w:w="2160"/>
          </w:tcPr>
          <w:p>
            <w:r>
              <w:t>茅敏琪</w:t>
            </w:r>
          </w:p>
        </w:tc>
      </w:tr>
      <w:tr>
        <w:tc>
          <w:tcPr>
            <w:tcW w:type="dxa" w:w="2160"/>
          </w:tcPr>
          <w:p>
            <w:r>
              <w:t>20273314796</w:t>
            </w:r>
          </w:p>
        </w:tc>
        <w:tc>
          <w:tcPr>
            <w:tcW w:type="dxa" w:w="2160"/>
          </w:tcPr>
          <w:p>
            <w:r>
              <w:t>张兰玉</w:t>
            </w:r>
          </w:p>
        </w:tc>
        <w:tc>
          <w:tcPr>
            <w:tcW w:type="dxa" w:w="2160"/>
          </w:tcPr>
          <w:p>
            <w:r>
              <w:t>20273326650</w:t>
            </w:r>
          </w:p>
        </w:tc>
        <w:tc>
          <w:tcPr>
            <w:tcW w:type="dxa" w:w="2160"/>
          </w:tcPr>
          <w:p>
            <w:r>
              <w:t>唐冰霞</w:t>
            </w:r>
          </w:p>
        </w:tc>
      </w:tr>
      <w:tr>
        <w:tc>
          <w:tcPr>
            <w:tcW w:type="dxa" w:w="2160"/>
          </w:tcPr>
          <w:p>
            <w:r>
              <w:t>20273315224</w:t>
            </w:r>
          </w:p>
        </w:tc>
        <w:tc>
          <w:tcPr>
            <w:tcW w:type="dxa" w:w="2160"/>
          </w:tcPr>
          <w:p>
            <w:r>
              <w:t>刘卫佳</w:t>
            </w:r>
          </w:p>
        </w:tc>
        <w:tc>
          <w:tcPr>
            <w:tcW w:type="dxa" w:w="2160"/>
          </w:tcPr>
          <w:p>
            <w:r>
              <w:t>20273326669</w:t>
            </w:r>
          </w:p>
        </w:tc>
        <w:tc>
          <w:tcPr>
            <w:tcW w:type="dxa" w:w="2160"/>
          </w:tcPr>
          <w:p>
            <w:r>
              <w:t>谢宛容</w:t>
            </w:r>
          </w:p>
        </w:tc>
      </w:tr>
      <w:tr>
        <w:tc>
          <w:tcPr>
            <w:tcW w:type="dxa" w:w="2160"/>
          </w:tcPr>
          <w:p>
            <w:r>
              <w:t>20273304621</w:t>
            </w:r>
          </w:p>
        </w:tc>
        <w:tc>
          <w:tcPr>
            <w:tcW w:type="dxa" w:w="2160"/>
          </w:tcPr>
          <w:p>
            <w:r>
              <w:t>何优</w:t>
            </w:r>
          </w:p>
        </w:tc>
        <w:tc>
          <w:tcPr>
            <w:tcW w:type="dxa" w:w="2160"/>
          </w:tcPr>
          <w:p>
            <w:r>
              <w:t>20273326799</w:t>
            </w:r>
          </w:p>
        </w:tc>
        <w:tc>
          <w:tcPr>
            <w:tcW w:type="dxa" w:w="2160"/>
          </w:tcPr>
          <w:p>
            <w:r>
              <w:t>马筱盈</w:t>
            </w:r>
          </w:p>
        </w:tc>
      </w:tr>
      <w:tr>
        <w:tc>
          <w:tcPr>
            <w:tcW w:type="dxa" w:w="2160"/>
          </w:tcPr>
          <w:p>
            <w:r>
              <w:t>20273315686</w:t>
            </w:r>
          </w:p>
        </w:tc>
        <w:tc>
          <w:tcPr>
            <w:tcW w:type="dxa" w:w="2160"/>
          </w:tcPr>
          <w:p>
            <w:r>
              <w:t>马浩原</w:t>
            </w:r>
          </w:p>
        </w:tc>
        <w:tc>
          <w:tcPr>
            <w:tcW w:type="dxa" w:w="2160"/>
          </w:tcPr>
          <w:p>
            <w:r>
              <w:t>20273326787</w:t>
            </w:r>
          </w:p>
        </w:tc>
        <w:tc>
          <w:tcPr>
            <w:tcW w:type="dxa" w:w="2160"/>
          </w:tcPr>
          <w:p>
            <w:r>
              <w:t>李若凡</w:t>
            </w:r>
          </w:p>
        </w:tc>
      </w:tr>
      <w:tr>
        <w:tc>
          <w:tcPr>
            <w:tcW w:type="dxa" w:w="2160"/>
          </w:tcPr>
          <w:p>
            <w:r>
              <w:t>20273313677</w:t>
            </w:r>
          </w:p>
        </w:tc>
        <w:tc>
          <w:tcPr>
            <w:tcW w:type="dxa" w:w="2160"/>
          </w:tcPr>
          <w:p>
            <w:r>
              <w:t>姜婧</w:t>
            </w:r>
          </w:p>
        </w:tc>
        <w:tc>
          <w:tcPr>
            <w:tcW w:type="dxa" w:w="2160"/>
          </w:tcPr>
          <w:p>
            <w:r>
              <w:t>20273326804</w:t>
            </w:r>
          </w:p>
        </w:tc>
        <w:tc>
          <w:tcPr>
            <w:tcW w:type="dxa" w:w="2160"/>
          </w:tcPr>
          <w:p>
            <w:r>
              <w:t>陈子晗</w:t>
            </w:r>
          </w:p>
        </w:tc>
      </w:tr>
      <w:tr>
        <w:tc>
          <w:tcPr>
            <w:tcW w:type="dxa" w:w="2160"/>
          </w:tcPr>
          <w:p>
            <w:r>
              <w:t>20273306132</w:t>
            </w:r>
          </w:p>
        </w:tc>
        <w:tc>
          <w:tcPr>
            <w:tcW w:type="dxa" w:w="2160"/>
          </w:tcPr>
          <w:p>
            <w:r>
              <w:t>伍奕萍</w:t>
            </w:r>
          </w:p>
        </w:tc>
        <w:tc>
          <w:tcPr>
            <w:tcW w:type="dxa" w:w="2160"/>
          </w:tcPr>
          <w:p>
            <w:r>
              <w:t>20273315866</w:t>
            </w:r>
          </w:p>
        </w:tc>
        <w:tc>
          <w:tcPr>
            <w:tcW w:type="dxa" w:w="2160"/>
          </w:tcPr>
          <w:p>
            <w:r>
              <w:t>徐祖英</w:t>
            </w:r>
          </w:p>
        </w:tc>
      </w:tr>
      <w:tr>
        <w:tc>
          <w:tcPr>
            <w:tcW w:type="dxa" w:w="2160"/>
          </w:tcPr>
          <w:p>
            <w:r>
              <w:t>20273312869</w:t>
            </w:r>
          </w:p>
        </w:tc>
        <w:tc>
          <w:tcPr>
            <w:tcW w:type="dxa" w:w="2160"/>
          </w:tcPr>
          <w:p>
            <w:r>
              <w:t>杨源</w:t>
            </w:r>
          </w:p>
        </w:tc>
        <w:tc>
          <w:tcPr>
            <w:tcW w:type="dxa" w:w="2160"/>
          </w:tcPr>
          <w:p>
            <w:r>
              <w:t>20273319387</w:t>
            </w:r>
          </w:p>
        </w:tc>
        <w:tc>
          <w:tcPr>
            <w:tcW w:type="dxa" w:w="2160"/>
          </w:tcPr>
          <w:p>
            <w:r>
              <w:t>庞成颜</w:t>
            </w:r>
          </w:p>
        </w:tc>
      </w:tr>
      <w:tr>
        <w:tc>
          <w:tcPr>
            <w:tcW w:type="dxa" w:w="2160"/>
          </w:tcPr>
          <w:p>
            <w:r>
              <w:t>20273316179</w:t>
            </w:r>
          </w:p>
        </w:tc>
        <w:tc>
          <w:tcPr>
            <w:tcW w:type="dxa" w:w="2160"/>
          </w:tcPr>
          <w:p>
            <w:r>
              <w:t>周晓宇</w:t>
            </w:r>
          </w:p>
        </w:tc>
        <w:tc>
          <w:tcPr>
            <w:tcW w:type="dxa" w:w="2160"/>
          </w:tcPr>
          <w:p>
            <w:r>
              <w:t>20273326447</w:t>
            </w:r>
          </w:p>
        </w:tc>
        <w:tc>
          <w:tcPr>
            <w:tcW w:type="dxa" w:w="2160"/>
          </w:tcPr>
          <w:p>
            <w:r>
              <w:t>骆盈</w:t>
            </w:r>
          </w:p>
        </w:tc>
      </w:tr>
      <w:tr>
        <w:tc>
          <w:tcPr>
            <w:tcW w:type="dxa" w:w="2160"/>
          </w:tcPr>
          <w:p>
            <w:r>
              <w:t>20273316224</w:t>
            </w:r>
          </w:p>
        </w:tc>
        <w:tc>
          <w:tcPr>
            <w:tcW w:type="dxa" w:w="2160"/>
          </w:tcPr>
          <w:p>
            <w:r>
              <w:t>吴欣颖</w:t>
            </w:r>
          </w:p>
        </w:tc>
        <w:tc>
          <w:tcPr>
            <w:tcW w:type="dxa" w:w="2160"/>
          </w:tcPr>
          <w:p>
            <w:r>
              <w:t>20273326531</w:t>
            </w:r>
          </w:p>
        </w:tc>
        <w:tc>
          <w:tcPr>
            <w:tcW w:type="dxa" w:w="2160"/>
          </w:tcPr>
          <w:p>
            <w:r>
              <w:t>吕博洋</w:t>
            </w:r>
          </w:p>
        </w:tc>
      </w:tr>
      <w:tr>
        <w:tc>
          <w:tcPr>
            <w:tcW w:type="dxa" w:w="2160"/>
          </w:tcPr>
          <w:p>
            <w:r>
              <w:t>20273316255</w:t>
            </w:r>
          </w:p>
        </w:tc>
        <w:tc>
          <w:tcPr>
            <w:tcW w:type="dxa" w:w="2160"/>
          </w:tcPr>
          <w:p>
            <w:r>
              <w:t>陶静怡</w:t>
            </w:r>
          </w:p>
        </w:tc>
        <w:tc>
          <w:tcPr>
            <w:tcW w:type="dxa" w:w="2160"/>
          </w:tcPr>
          <w:p>
            <w:r>
              <w:t>20273322445</w:t>
            </w:r>
          </w:p>
        </w:tc>
        <w:tc>
          <w:tcPr>
            <w:tcW w:type="dxa" w:w="2160"/>
          </w:tcPr>
          <w:p>
            <w:r>
              <w:t>简润</w:t>
            </w:r>
          </w:p>
        </w:tc>
      </w:tr>
      <w:tr>
        <w:tc>
          <w:tcPr>
            <w:tcW w:type="dxa" w:w="2160"/>
          </w:tcPr>
          <w:p>
            <w:r>
              <w:t>20273314395</w:t>
            </w:r>
          </w:p>
        </w:tc>
        <w:tc>
          <w:tcPr>
            <w:tcW w:type="dxa" w:w="2160"/>
          </w:tcPr>
          <w:p>
            <w:r>
              <w:t>周艳红</w:t>
            </w:r>
          </w:p>
        </w:tc>
        <w:tc>
          <w:tcPr>
            <w:tcW w:type="dxa" w:w="2160"/>
          </w:tcPr>
          <w:p>
            <w:r>
              <w:t>20273327120</w:t>
            </w:r>
          </w:p>
        </w:tc>
        <w:tc>
          <w:tcPr>
            <w:tcW w:type="dxa" w:w="2160"/>
          </w:tcPr>
          <w:p>
            <w:r>
              <w:t>赵奕</w:t>
            </w:r>
          </w:p>
        </w:tc>
      </w:tr>
      <w:tr>
        <w:tc>
          <w:tcPr>
            <w:tcW w:type="dxa" w:w="2160"/>
          </w:tcPr>
          <w:p>
            <w:r>
              <w:t>20273316785</w:t>
            </w:r>
          </w:p>
        </w:tc>
        <w:tc>
          <w:tcPr>
            <w:tcW w:type="dxa" w:w="2160"/>
          </w:tcPr>
          <w:p>
            <w:r>
              <w:t>何宛霏</w:t>
            </w:r>
          </w:p>
        </w:tc>
        <w:tc>
          <w:tcPr>
            <w:tcW w:type="dxa" w:w="2160"/>
          </w:tcPr>
          <w:p>
            <w:r>
              <w:t>20273327153</w:t>
            </w:r>
          </w:p>
        </w:tc>
        <w:tc>
          <w:tcPr>
            <w:tcW w:type="dxa" w:w="2160"/>
          </w:tcPr>
          <w:p>
            <w:r>
              <w:t>赖佳佳</w:t>
            </w:r>
          </w:p>
        </w:tc>
      </w:tr>
      <w:tr>
        <w:tc>
          <w:tcPr>
            <w:tcW w:type="dxa" w:w="2160"/>
          </w:tcPr>
          <w:p>
            <w:r>
              <w:t>20273315650</w:t>
            </w:r>
          </w:p>
        </w:tc>
        <w:tc>
          <w:tcPr>
            <w:tcW w:type="dxa" w:w="2160"/>
          </w:tcPr>
          <w:p>
            <w:r>
              <w:t>朱仟秀</w:t>
            </w:r>
          </w:p>
        </w:tc>
        <w:tc>
          <w:tcPr>
            <w:tcW w:type="dxa" w:w="2160"/>
          </w:tcPr>
          <w:p>
            <w:r>
              <w:t>20273309315</w:t>
            </w:r>
          </w:p>
        </w:tc>
        <w:tc>
          <w:tcPr>
            <w:tcW w:type="dxa" w:w="2160"/>
          </w:tcPr>
          <w:p>
            <w:r>
              <w:t>尹玉晶</w:t>
            </w:r>
          </w:p>
        </w:tc>
      </w:tr>
      <w:tr>
        <w:tc>
          <w:tcPr>
            <w:tcW w:type="dxa" w:w="2160"/>
          </w:tcPr>
          <w:p>
            <w:r>
              <w:t>20273316926</w:t>
            </w:r>
          </w:p>
        </w:tc>
        <w:tc>
          <w:tcPr>
            <w:tcW w:type="dxa" w:w="2160"/>
          </w:tcPr>
          <w:p>
            <w:r>
              <w:t>江行娜</w:t>
            </w:r>
          </w:p>
        </w:tc>
        <w:tc>
          <w:tcPr>
            <w:tcW w:type="dxa" w:w="2160"/>
          </w:tcPr>
          <w:p>
            <w:r>
              <w:t>20273326681</w:t>
            </w:r>
          </w:p>
        </w:tc>
        <w:tc>
          <w:tcPr>
            <w:tcW w:type="dxa" w:w="2160"/>
          </w:tcPr>
          <w:p>
            <w:r>
              <w:t>王鑫</w:t>
            </w:r>
          </w:p>
        </w:tc>
      </w:tr>
      <w:tr>
        <w:tc>
          <w:tcPr>
            <w:tcW w:type="dxa" w:w="2160"/>
          </w:tcPr>
          <w:p>
            <w:r>
              <w:t>20273302509</w:t>
            </w:r>
          </w:p>
        </w:tc>
        <w:tc>
          <w:tcPr>
            <w:tcW w:type="dxa" w:w="2160"/>
          </w:tcPr>
          <w:p>
            <w:r>
              <w:t>张茗歆</w:t>
            </w:r>
          </w:p>
        </w:tc>
        <w:tc>
          <w:tcPr>
            <w:tcW w:type="dxa" w:w="2160"/>
          </w:tcPr>
          <w:p>
            <w:r>
              <w:t>20273318526</w:t>
            </w:r>
          </w:p>
        </w:tc>
        <w:tc>
          <w:tcPr>
            <w:tcW w:type="dxa" w:w="2160"/>
          </w:tcPr>
          <w:p>
            <w:r>
              <w:t>邓宇轩</w:t>
            </w:r>
          </w:p>
        </w:tc>
      </w:tr>
      <w:tr>
        <w:tc>
          <w:tcPr>
            <w:tcW w:type="dxa" w:w="2160"/>
          </w:tcPr>
          <w:p>
            <w:r>
              <w:t>20273315601</w:t>
            </w:r>
          </w:p>
        </w:tc>
        <w:tc>
          <w:tcPr>
            <w:tcW w:type="dxa" w:w="2160"/>
          </w:tcPr>
          <w:p>
            <w:r>
              <w:t>杜继秋霖</w:t>
            </w:r>
          </w:p>
        </w:tc>
        <w:tc>
          <w:tcPr>
            <w:tcW w:type="dxa" w:w="2160"/>
          </w:tcPr>
          <w:p>
            <w:r>
              <w:t>20273326645</w:t>
            </w:r>
          </w:p>
        </w:tc>
        <w:tc>
          <w:tcPr>
            <w:tcW w:type="dxa" w:w="2160"/>
          </w:tcPr>
          <w:p>
            <w:r>
              <w:t>穆一川</w:t>
            </w:r>
          </w:p>
        </w:tc>
      </w:tr>
      <w:tr>
        <w:tc>
          <w:tcPr>
            <w:tcW w:type="dxa" w:w="2160"/>
          </w:tcPr>
          <w:p>
            <w:r>
              <w:t>20273317222</w:t>
            </w:r>
          </w:p>
        </w:tc>
        <w:tc>
          <w:tcPr>
            <w:tcW w:type="dxa" w:w="2160"/>
          </w:tcPr>
          <w:p>
            <w:r>
              <w:t>熊文香</w:t>
            </w:r>
          </w:p>
        </w:tc>
        <w:tc>
          <w:tcPr>
            <w:tcW w:type="dxa" w:w="2160"/>
          </w:tcPr>
          <w:p>
            <w:r>
              <w:t>20273320255</w:t>
            </w:r>
          </w:p>
        </w:tc>
        <w:tc>
          <w:tcPr>
            <w:tcW w:type="dxa" w:w="2160"/>
          </w:tcPr>
          <w:p>
            <w:r>
              <w:t>沈琪丹</w:t>
            </w:r>
          </w:p>
        </w:tc>
      </w:tr>
      <w:tr>
        <w:tc>
          <w:tcPr>
            <w:tcW w:type="dxa" w:w="2160"/>
          </w:tcPr>
          <w:p>
            <w:r>
              <w:t>20273317273</w:t>
            </w:r>
          </w:p>
        </w:tc>
        <w:tc>
          <w:tcPr>
            <w:tcW w:type="dxa" w:w="2160"/>
          </w:tcPr>
          <w:p>
            <w:r>
              <w:t>陆逍</w:t>
            </w:r>
          </w:p>
        </w:tc>
        <w:tc>
          <w:tcPr>
            <w:tcW w:type="dxa" w:w="2160"/>
          </w:tcPr>
          <w:p>
            <w:r>
              <w:t>20273327515</w:t>
            </w:r>
          </w:p>
        </w:tc>
        <w:tc>
          <w:tcPr>
            <w:tcW w:type="dxa" w:w="2160"/>
          </w:tcPr>
          <w:p>
            <w:r>
              <w:t>王嘉瑜</w:t>
            </w:r>
          </w:p>
        </w:tc>
      </w:tr>
      <w:tr>
        <w:tc>
          <w:tcPr>
            <w:tcW w:type="dxa" w:w="2160"/>
          </w:tcPr>
          <w:p>
            <w:r>
              <w:t>20273307944</w:t>
            </w:r>
          </w:p>
        </w:tc>
        <w:tc>
          <w:tcPr>
            <w:tcW w:type="dxa" w:w="2160"/>
          </w:tcPr>
          <w:p>
            <w:r>
              <w:t>许雨霏</w:t>
            </w:r>
          </w:p>
        </w:tc>
        <w:tc>
          <w:tcPr>
            <w:tcW w:type="dxa" w:w="2160"/>
          </w:tcPr>
          <w:p>
            <w:r>
              <w:t>20273310273</w:t>
            </w:r>
          </w:p>
        </w:tc>
        <w:tc>
          <w:tcPr>
            <w:tcW w:type="dxa" w:w="2160"/>
          </w:tcPr>
          <w:p>
            <w:r>
              <w:t>刘旭宁</w:t>
            </w:r>
          </w:p>
        </w:tc>
      </w:tr>
      <w:tr>
        <w:tc>
          <w:tcPr>
            <w:tcW w:type="dxa" w:w="2160"/>
          </w:tcPr>
          <w:p>
            <w:r>
              <w:t>20273311512</w:t>
            </w:r>
          </w:p>
        </w:tc>
        <w:tc>
          <w:tcPr>
            <w:tcW w:type="dxa" w:w="2160"/>
          </w:tcPr>
          <w:p>
            <w:r>
              <w:t>沈泓健</w:t>
            </w:r>
          </w:p>
        </w:tc>
        <w:tc>
          <w:tcPr>
            <w:tcW w:type="dxa" w:w="2160"/>
          </w:tcPr>
          <w:p>
            <w:r>
              <w:t>20273327530</w:t>
            </w:r>
          </w:p>
        </w:tc>
        <w:tc>
          <w:tcPr>
            <w:tcW w:type="dxa" w:w="2160"/>
          </w:tcPr>
          <w:p>
            <w:r>
              <w:t>钱诗语</w:t>
            </w:r>
          </w:p>
        </w:tc>
      </w:tr>
      <w:tr>
        <w:tc>
          <w:tcPr>
            <w:tcW w:type="dxa" w:w="2160"/>
          </w:tcPr>
          <w:p>
            <w:r>
              <w:t>20273315717</w:t>
            </w:r>
          </w:p>
        </w:tc>
        <w:tc>
          <w:tcPr>
            <w:tcW w:type="dxa" w:w="2160"/>
          </w:tcPr>
          <w:p>
            <w:r>
              <w:t>刘佩</w:t>
            </w:r>
          </w:p>
        </w:tc>
        <w:tc>
          <w:tcPr>
            <w:tcW w:type="dxa" w:w="2160"/>
          </w:tcPr>
          <w:p>
            <w:r>
              <w:t>20273324500</w:t>
            </w:r>
          </w:p>
        </w:tc>
        <w:tc>
          <w:tcPr>
            <w:tcW w:type="dxa" w:w="2160"/>
          </w:tcPr>
          <w:p>
            <w:r>
              <w:t>夏羽欣</w:t>
            </w:r>
          </w:p>
        </w:tc>
      </w:tr>
      <w:tr>
        <w:tc>
          <w:tcPr>
            <w:tcW w:type="dxa" w:w="2160"/>
          </w:tcPr>
          <w:p>
            <w:r>
              <w:t>20273313214</w:t>
            </w:r>
          </w:p>
        </w:tc>
        <w:tc>
          <w:tcPr>
            <w:tcW w:type="dxa" w:w="2160"/>
          </w:tcPr>
          <w:p>
            <w:r>
              <w:t>吴明珠</w:t>
            </w:r>
          </w:p>
        </w:tc>
        <w:tc>
          <w:tcPr>
            <w:tcW w:type="dxa" w:w="2160"/>
          </w:tcPr>
          <w:p>
            <w:r>
              <w:t>20273327099</w:t>
            </w:r>
          </w:p>
        </w:tc>
        <w:tc>
          <w:tcPr>
            <w:tcW w:type="dxa" w:w="2160"/>
          </w:tcPr>
          <w:p>
            <w:r>
              <w:t>王润</w:t>
            </w:r>
          </w:p>
        </w:tc>
      </w:tr>
      <w:tr>
        <w:tc>
          <w:tcPr>
            <w:tcW w:type="dxa" w:w="2160"/>
          </w:tcPr>
          <w:p>
            <w:r>
              <w:t>20273317100</w:t>
            </w:r>
          </w:p>
        </w:tc>
        <w:tc>
          <w:tcPr>
            <w:tcW w:type="dxa" w:w="2160"/>
          </w:tcPr>
          <w:p>
            <w:r>
              <w:t>严佳琪</w:t>
            </w:r>
          </w:p>
        </w:tc>
        <w:tc>
          <w:tcPr>
            <w:tcW w:type="dxa" w:w="2160"/>
          </w:tcPr>
          <w:p>
            <w:r>
              <w:t>20273324907</w:t>
            </w:r>
          </w:p>
        </w:tc>
        <w:tc>
          <w:tcPr>
            <w:tcW w:type="dxa" w:w="2160"/>
          </w:tcPr>
          <w:p>
            <w:r>
              <w:t>赵丹婕</w:t>
            </w:r>
          </w:p>
        </w:tc>
      </w:tr>
      <w:tr>
        <w:tc>
          <w:tcPr>
            <w:tcW w:type="dxa" w:w="2160"/>
          </w:tcPr>
          <w:p>
            <w:r>
              <w:t>20273303569</w:t>
            </w:r>
          </w:p>
        </w:tc>
        <w:tc>
          <w:tcPr>
            <w:tcW w:type="dxa" w:w="2160"/>
          </w:tcPr>
          <w:p>
            <w:r>
              <w:t>葛晓雪</w:t>
            </w:r>
          </w:p>
        </w:tc>
        <w:tc>
          <w:tcPr>
            <w:tcW w:type="dxa" w:w="2160"/>
          </w:tcPr>
          <w:p>
            <w:r>
              <w:t>20273319445</w:t>
            </w:r>
          </w:p>
        </w:tc>
        <w:tc>
          <w:tcPr>
            <w:tcW w:type="dxa" w:w="2160"/>
          </w:tcPr>
          <w:p>
            <w:r>
              <w:t>黄佳敏</w:t>
            </w:r>
          </w:p>
        </w:tc>
      </w:tr>
      <w:tr>
        <w:tc>
          <w:tcPr>
            <w:tcW w:type="dxa" w:w="2160"/>
          </w:tcPr>
          <w:p>
            <w:r>
              <w:t>20273309931</w:t>
            </w:r>
          </w:p>
        </w:tc>
        <w:tc>
          <w:tcPr>
            <w:tcW w:type="dxa" w:w="2160"/>
          </w:tcPr>
          <w:p>
            <w:r>
              <w:t>兰玉婷</w:t>
            </w:r>
          </w:p>
        </w:tc>
        <w:tc>
          <w:tcPr>
            <w:tcW w:type="dxa" w:w="2160"/>
          </w:tcPr>
          <w:p>
            <w:r>
              <w:t>20273308467</w:t>
            </w:r>
          </w:p>
        </w:tc>
        <w:tc>
          <w:tcPr>
            <w:tcW w:type="dxa" w:w="2160"/>
          </w:tcPr>
          <w:p>
            <w:r>
              <w:t>陈婉静</w:t>
            </w:r>
          </w:p>
        </w:tc>
      </w:tr>
      <w:tr>
        <w:tc>
          <w:tcPr>
            <w:tcW w:type="dxa" w:w="2160"/>
          </w:tcPr>
          <w:p>
            <w:r>
              <w:t>20273307574</w:t>
            </w:r>
          </w:p>
        </w:tc>
        <w:tc>
          <w:tcPr>
            <w:tcW w:type="dxa" w:w="2160"/>
          </w:tcPr>
          <w:p>
            <w:r>
              <w:t>潘安琪</w:t>
            </w:r>
          </w:p>
        </w:tc>
        <w:tc>
          <w:tcPr>
            <w:tcW w:type="dxa" w:w="2160"/>
          </w:tcPr>
          <w:p>
            <w:r>
              <w:t>20273327774</w:t>
            </w:r>
          </w:p>
        </w:tc>
        <w:tc>
          <w:tcPr>
            <w:tcW w:type="dxa" w:w="2160"/>
          </w:tcPr>
          <w:p>
            <w:r>
              <w:t>程家雨</w:t>
            </w:r>
          </w:p>
        </w:tc>
      </w:tr>
      <w:tr>
        <w:tc>
          <w:tcPr>
            <w:tcW w:type="dxa" w:w="2160"/>
          </w:tcPr>
          <w:p>
            <w:r>
              <w:t>20273305789</w:t>
            </w:r>
          </w:p>
        </w:tc>
        <w:tc>
          <w:tcPr>
            <w:tcW w:type="dxa" w:w="2160"/>
          </w:tcPr>
          <w:p>
            <w:r>
              <w:t>赵艺珑</w:t>
            </w:r>
          </w:p>
        </w:tc>
        <w:tc>
          <w:tcPr>
            <w:tcW w:type="dxa" w:w="2160"/>
          </w:tcPr>
          <w:p>
            <w:r>
              <w:t>20273327176</w:t>
            </w:r>
          </w:p>
        </w:tc>
        <w:tc>
          <w:tcPr>
            <w:tcW w:type="dxa" w:w="2160"/>
          </w:tcPr>
          <w:p>
            <w:r>
              <w:t>郭淑婷</w:t>
            </w:r>
          </w:p>
        </w:tc>
      </w:tr>
      <w:tr>
        <w:tc>
          <w:tcPr>
            <w:tcW w:type="dxa" w:w="2160"/>
          </w:tcPr>
          <w:p>
            <w:r>
              <w:t>20273316851</w:t>
            </w:r>
          </w:p>
        </w:tc>
        <w:tc>
          <w:tcPr>
            <w:tcW w:type="dxa" w:w="2160"/>
          </w:tcPr>
          <w:p>
            <w:r>
              <w:t>林颖</w:t>
            </w:r>
          </w:p>
        </w:tc>
        <w:tc>
          <w:tcPr>
            <w:tcW w:type="dxa" w:w="2160"/>
          </w:tcPr>
          <w:p>
            <w:r>
              <w:t>20273327937</w:t>
            </w:r>
          </w:p>
        </w:tc>
        <w:tc>
          <w:tcPr>
            <w:tcW w:type="dxa" w:w="2160"/>
          </w:tcPr>
          <w:p>
            <w:r>
              <w:t>边美静</w:t>
            </w:r>
          </w:p>
        </w:tc>
      </w:tr>
      <w:tr>
        <w:tc>
          <w:tcPr>
            <w:tcW w:type="dxa" w:w="2160"/>
          </w:tcPr>
          <w:p>
            <w:r>
              <w:t>20273318644</w:t>
            </w:r>
          </w:p>
        </w:tc>
        <w:tc>
          <w:tcPr>
            <w:tcW w:type="dxa" w:w="2160"/>
          </w:tcPr>
          <w:p>
            <w:r>
              <w:t>栾欣瑞</w:t>
            </w:r>
          </w:p>
        </w:tc>
        <w:tc>
          <w:tcPr>
            <w:tcW w:type="dxa" w:w="2160"/>
          </w:tcPr>
          <w:p>
            <w:r>
              <w:t>20273311234</w:t>
            </w:r>
          </w:p>
        </w:tc>
        <w:tc>
          <w:tcPr>
            <w:tcW w:type="dxa" w:w="2160"/>
          </w:tcPr>
          <w:p>
            <w:r>
              <w:t>池侠玲</w:t>
            </w:r>
          </w:p>
        </w:tc>
      </w:tr>
      <w:tr>
        <w:tc>
          <w:tcPr>
            <w:tcW w:type="dxa" w:w="2160"/>
          </w:tcPr>
          <w:p>
            <w:r>
              <w:t>20273319472</w:t>
            </w:r>
          </w:p>
        </w:tc>
        <w:tc>
          <w:tcPr>
            <w:tcW w:type="dxa" w:w="2160"/>
          </w:tcPr>
          <w:p>
            <w:r>
              <w:t>马思敏</w:t>
            </w:r>
          </w:p>
        </w:tc>
        <w:tc>
          <w:tcPr>
            <w:tcW w:type="dxa" w:w="2160"/>
          </w:tcPr>
          <w:p>
            <w:r>
              <w:t>20273326762</w:t>
            </w:r>
          </w:p>
        </w:tc>
        <w:tc>
          <w:tcPr>
            <w:tcW w:type="dxa" w:w="2160"/>
          </w:tcPr>
          <w:p>
            <w:r>
              <w:t>沙远</w:t>
            </w:r>
          </w:p>
        </w:tc>
      </w:tr>
      <w:tr>
        <w:tc>
          <w:tcPr>
            <w:tcW w:type="dxa" w:w="2160"/>
          </w:tcPr>
          <w:p>
            <w:r>
              <w:t>20273305279</w:t>
            </w:r>
          </w:p>
        </w:tc>
        <w:tc>
          <w:tcPr>
            <w:tcW w:type="dxa" w:w="2160"/>
          </w:tcPr>
          <w:p>
            <w:r>
              <w:t>钱艺雯</w:t>
            </w:r>
          </w:p>
        </w:tc>
        <w:tc>
          <w:tcPr>
            <w:tcW w:type="dxa" w:w="2160"/>
          </w:tcPr>
          <w:p>
            <w:r>
              <w:t>20273326747</w:t>
            </w:r>
          </w:p>
        </w:tc>
        <w:tc>
          <w:tcPr>
            <w:tcW w:type="dxa" w:w="2160"/>
          </w:tcPr>
          <w:p>
            <w:r>
              <w:t>程佳慧</w:t>
            </w:r>
          </w:p>
        </w:tc>
      </w:tr>
      <w:tr>
        <w:tc>
          <w:tcPr>
            <w:tcW w:type="dxa" w:w="2160"/>
          </w:tcPr>
          <w:p>
            <w:r>
              <w:t>20273319584</w:t>
            </w:r>
          </w:p>
        </w:tc>
        <w:tc>
          <w:tcPr>
            <w:tcW w:type="dxa" w:w="2160"/>
          </w:tcPr>
          <w:p>
            <w:r>
              <w:t>张浩冉</w:t>
            </w:r>
          </w:p>
        </w:tc>
        <w:tc>
          <w:tcPr>
            <w:tcW w:type="dxa" w:w="2160"/>
          </w:tcPr>
          <w:p>
            <w:r>
              <w:t>20273327940</w:t>
            </w:r>
          </w:p>
        </w:tc>
        <w:tc>
          <w:tcPr>
            <w:tcW w:type="dxa" w:w="2160"/>
          </w:tcPr>
          <w:p>
            <w:r>
              <w:t>王佳慧</w:t>
            </w:r>
          </w:p>
        </w:tc>
      </w:tr>
      <w:tr>
        <w:tc>
          <w:tcPr>
            <w:tcW w:type="dxa" w:w="2160"/>
          </w:tcPr>
          <w:p>
            <w:r>
              <w:t>20273319170</w:t>
            </w:r>
          </w:p>
        </w:tc>
        <w:tc>
          <w:tcPr>
            <w:tcW w:type="dxa" w:w="2160"/>
          </w:tcPr>
          <w:p>
            <w:r>
              <w:t>唐宇</w:t>
            </w:r>
          </w:p>
        </w:tc>
        <w:tc>
          <w:tcPr>
            <w:tcW w:type="dxa" w:w="2160"/>
          </w:tcPr>
          <w:p>
            <w:r>
              <w:t>20273327578</w:t>
            </w:r>
          </w:p>
        </w:tc>
        <w:tc>
          <w:tcPr>
            <w:tcW w:type="dxa" w:w="2160"/>
          </w:tcPr>
          <w:p>
            <w:r>
              <w:t>崔佳锐</w:t>
            </w:r>
          </w:p>
        </w:tc>
      </w:tr>
      <w:tr>
        <w:tc>
          <w:tcPr>
            <w:tcW w:type="dxa" w:w="2160"/>
          </w:tcPr>
          <w:p>
            <w:r>
              <w:t>20273318758</w:t>
            </w:r>
          </w:p>
        </w:tc>
        <w:tc>
          <w:tcPr>
            <w:tcW w:type="dxa" w:w="2160"/>
          </w:tcPr>
          <w:p>
            <w:r>
              <w:t>李卓欣</w:t>
            </w:r>
          </w:p>
        </w:tc>
        <w:tc>
          <w:tcPr>
            <w:tcW w:type="dxa" w:w="2160"/>
          </w:tcPr>
          <w:p>
            <w:r>
              <w:t>20273306189</w:t>
            </w:r>
          </w:p>
        </w:tc>
        <w:tc>
          <w:tcPr>
            <w:tcW w:type="dxa" w:w="2160"/>
          </w:tcPr>
          <w:p>
            <w:r>
              <w:t>王乐乐</w:t>
            </w:r>
          </w:p>
        </w:tc>
      </w:tr>
      <w:tr>
        <w:tc>
          <w:tcPr>
            <w:tcW w:type="dxa" w:w="2160"/>
          </w:tcPr>
          <w:p>
            <w:r>
              <w:t>20273318157</w:t>
            </w:r>
          </w:p>
        </w:tc>
        <w:tc>
          <w:tcPr>
            <w:tcW w:type="dxa" w:w="2160"/>
          </w:tcPr>
          <w:p>
            <w:r>
              <w:t>邱雨婷</w:t>
            </w:r>
          </w:p>
        </w:tc>
        <w:tc>
          <w:tcPr>
            <w:tcW w:type="dxa" w:w="2160"/>
          </w:tcPr>
          <w:p>
            <w:r>
              <w:t>20273306931</w:t>
            </w:r>
          </w:p>
        </w:tc>
        <w:tc>
          <w:tcPr>
            <w:tcW w:type="dxa" w:w="2160"/>
          </w:tcPr>
          <w:p>
            <w:r>
              <w:t>刘坤霖</w:t>
            </w:r>
          </w:p>
        </w:tc>
      </w:tr>
      <w:tr>
        <w:tc>
          <w:tcPr>
            <w:tcW w:type="dxa" w:w="2160"/>
          </w:tcPr>
          <w:p>
            <w:r>
              <w:t>20273319301</w:t>
            </w:r>
          </w:p>
        </w:tc>
        <w:tc>
          <w:tcPr>
            <w:tcW w:type="dxa" w:w="2160"/>
          </w:tcPr>
          <w:p>
            <w:r>
              <w:t>林宜臻</w:t>
            </w:r>
          </w:p>
        </w:tc>
        <w:tc>
          <w:tcPr>
            <w:tcW w:type="dxa" w:w="2160"/>
          </w:tcPr>
          <w:p>
            <w:r>
              <w:t>20273311141</w:t>
            </w:r>
          </w:p>
        </w:tc>
        <w:tc>
          <w:tcPr>
            <w:tcW w:type="dxa" w:w="2160"/>
          </w:tcPr>
          <w:p>
            <w:r>
              <w:t>张晴</w:t>
            </w:r>
          </w:p>
        </w:tc>
      </w:tr>
      <w:tr>
        <w:tc>
          <w:tcPr>
            <w:tcW w:type="dxa" w:w="2160"/>
          </w:tcPr>
          <w:p>
            <w:r>
              <w:t>20273313382</w:t>
            </w:r>
          </w:p>
        </w:tc>
        <w:tc>
          <w:tcPr>
            <w:tcW w:type="dxa" w:w="2160"/>
          </w:tcPr>
          <w:p>
            <w:r>
              <w:t>李雨飞</w:t>
            </w:r>
          </w:p>
        </w:tc>
        <w:tc>
          <w:tcPr>
            <w:tcW w:type="dxa" w:w="2160"/>
          </w:tcPr>
          <w:p>
            <w:r>
              <w:t>20273326185</w:t>
            </w:r>
          </w:p>
        </w:tc>
        <w:tc>
          <w:tcPr>
            <w:tcW w:type="dxa" w:w="2160"/>
          </w:tcPr>
          <w:p>
            <w:r>
              <w:t>万成红</w:t>
            </w:r>
          </w:p>
        </w:tc>
      </w:tr>
      <w:tr>
        <w:tc>
          <w:tcPr>
            <w:tcW w:type="dxa" w:w="2160"/>
          </w:tcPr>
          <w:p>
            <w:r>
              <w:t>20273311445</w:t>
            </w:r>
          </w:p>
        </w:tc>
        <w:tc>
          <w:tcPr>
            <w:tcW w:type="dxa" w:w="2160"/>
          </w:tcPr>
          <w:p>
            <w:r>
              <w:t>杨欣瑶</w:t>
            </w:r>
          </w:p>
        </w:tc>
        <w:tc>
          <w:tcPr>
            <w:tcW w:type="dxa" w:w="2160"/>
          </w:tcPr>
          <w:p>
            <w:r>
              <w:t>20273311430</w:t>
            </w:r>
          </w:p>
        </w:tc>
        <w:tc>
          <w:tcPr>
            <w:tcW w:type="dxa" w:w="2160"/>
          </w:tcPr>
          <w:p>
            <w:r>
              <w:t>王泽雅</w:t>
            </w:r>
          </w:p>
        </w:tc>
      </w:tr>
      <w:tr>
        <w:tc>
          <w:tcPr>
            <w:tcW w:type="dxa" w:w="2160"/>
          </w:tcPr>
          <w:p>
            <w:r>
              <w:t>20273309005</w:t>
            </w:r>
          </w:p>
        </w:tc>
        <w:tc>
          <w:tcPr>
            <w:tcW w:type="dxa" w:w="2160"/>
          </w:tcPr>
          <w:p>
            <w:r>
              <w:t>何雯静</w:t>
            </w:r>
          </w:p>
        </w:tc>
        <w:tc>
          <w:tcPr>
            <w:tcW w:type="dxa" w:w="2160"/>
          </w:tcPr>
          <w:p>
            <w:r>
              <w:t>20273327496</w:t>
            </w:r>
          </w:p>
        </w:tc>
        <w:tc>
          <w:tcPr>
            <w:tcW w:type="dxa" w:w="2160"/>
          </w:tcPr>
          <w:p>
            <w:r>
              <w:t>李卓睿</w:t>
            </w:r>
          </w:p>
        </w:tc>
      </w:tr>
      <w:tr>
        <w:tc>
          <w:tcPr>
            <w:tcW w:type="dxa" w:w="2160"/>
          </w:tcPr>
          <w:p>
            <w:r>
              <w:t>20273320115</w:t>
            </w:r>
          </w:p>
        </w:tc>
        <w:tc>
          <w:tcPr>
            <w:tcW w:type="dxa" w:w="2160"/>
          </w:tcPr>
          <w:p>
            <w:r>
              <w:t>周梦林</w:t>
            </w:r>
          </w:p>
        </w:tc>
        <w:tc>
          <w:tcPr>
            <w:tcW w:type="dxa" w:w="2160"/>
          </w:tcPr>
          <w:p>
            <w:r>
              <w:t>20273328290</w:t>
            </w:r>
          </w:p>
        </w:tc>
        <w:tc>
          <w:tcPr>
            <w:tcW w:type="dxa" w:w="2160"/>
          </w:tcPr>
          <w:p>
            <w:r>
              <w:t>邓长鑫</w:t>
            </w:r>
          </w:p>
        </w:tc>
      </w:tr>
      <w:tr>
        <w:tc>
          <w:tcPr>
            <w:tcW w:type="dxa" w:w="2160"/>
          </w:tcPr>
          <w:p>
            <w:r>
              <w:t>20273319836</w:t>
            </w:r>
          </w:p>
        </w:tc>
        <w:tc>
          <w:tcPr>
            <w:tcW w:type="dxa" w:w="2160"/>
          </w:tcPr>
          <w:p>
            <w:r>
              <w:t>文科妍</w:t>
            </w:r>
          </w:p>
        </w:tc>
        <w:tc>
          <w:tcPr>
            <w:tcW w:type="dxa" w:w="2160"/>
          </w:tcPr>
          <w:p>
            <w:r>
              <w:t>20273317602</w:t>
            </w:r>
          </w:p>
        </w:tc>
        <w:tc>
          <w:tcPr>
            <w:tcW w:type="dxa" w:w="2160"/>
          </w:tcPr>
          <w:p>
            <w:r>
              <w:t>张玉</w:t>
            </w:r>
          </w:p>
        </w:tc>
      </w:tr>
      <w:tr>
        <w:tc>
          <w:tcPr>
            <w:tcW w:type="dxa" w:w="2160"/>
          </w:tcPr>
          <w:p>
            <w:r>
              <w:t>20273314409</w:t>
            </w:r>
          </w:p>
        </w:tc>
        <w:tc>
          <w:tcPr>
            <w:tcW w:type="dxa" w:w="2160"/>
          </w:tcPr>
          <w:p>
            <w:r>
              <w:t>储楚</w:t>
            </w:r>
          </w:p>
        </w:tc>
        <w:tc>
          <w:tcPr>
            <w:tcW w:type="dxa" w:w="2160"/>
          </w:tcPr>
          <w:p>
            <w:r>
              <w:t>20273326664</w:t>
            </w:r>
          </w:p>
        </w:tc>
        <w:tc>
          <w:tcPr>
            <w:tcW w:type="dxa" w:w="2160"/>
          </w:tcPr>
          <w:p>
            <w:r>
              <w:t>王欣玲</w:t>
            </w:r>
          </w:p>
        </w:tc>
      </w:tr>
      <w:tr>
        <w:tc>
          <w:tcPr>
            <w:tcW w:type="dxa" w:w="2160"/>
          </w:tcPr>
          <w:p>
            <w:r>
              <w:t>20273320178</w:t>
            </w:r>
          </w:p>
        </w:tc>
        <w:tc>
          <w:tcPr>
            <w:tcW w:type="dxa" w:w="2160"/>
          </w:tcPr>
          <w:p>
            <w:r>
              <w:t>柏乐</w:t>
            </w:r>
          </w:p>
        </w:tc>
        <w:tc>
          <w:tcPr>
            <w:tcW w:type="dxa" w:w="2160"/>
          </w:tcPr>
          <w:p>
            <w:r>
              <w:t>20273328065</w:t>
            </w:r>
          </w:p>
        </w:tc>
        <w:tc>
          <w:tcPr>
            <w:tcW w:type="dxa" w:w="2160"/>
          </w:tcPr>
          <w:p>
            <w:r>
              <w:t>冷颖</w:t>
            </w:r>
          </w:p>
        </w:tc>
      </w:tr>
      <w:tr>
        <w:tc>
          <w:tcPr>
            <w:tcW w:type="dxa" w:w="2160"/>
          </w:tcPr>
          <w:p>
            <w:r>
              <w:t>20273319226</w:t>
            </w:r>
          </w:p>
        </w:tc>
        <w:tc>
          <w:tcPr>
            <w:tcW w:type="dxa" w:w="2160"/>
          </w:tcPr>
          <w:p>
            <w:r>
              <w:t>黄羽聆</w:t>
            </w:r>
          </w:p>
        </w:tc>
        <w:tc>
          <w:tcPr>
            <w:tcW w:type="dxa" w:w="2160"/>
          </w:tcPr>
          <w:p>
            <w:r>
              <w:t>20273328694</w:t>
            </w:r>
          </w:p>
        </w:tc>
        <w:tc>
          <w:tcPr>
            <w:tcW w:type="dxa" w:w="2160"/>
          </w:tcPr>
          <w:p>
            <w:r>
              <w:t>李雨凡</w:t>
            </w:r>
          </w:p>
        </w:tc>
      </w:tr>
      <w:tr>
        <w:tc>
          <w:tcPr>
            <w:tcW w:type="dxa" w:w="2160"/>
          </w:tcPr>
          <w:p>
            <w:r>
              <w:t>20273315374</w:t>
            </w:r>
          </w:p>
        </w:tc>
        <w:tc>
          <w:tcPr>
            <w:tcW w:type="dxa" w:w="2160"/>
          </w:tcPr>
          <w:p>
            <w:r>
              <w:t>高慧文</w:t>
            </w:r>
          </w:p>
        </w:tc>
        <w:tc>
          <w:tcPr>
            <w:tcW w:type="dxa" w:w="2160"/>
          </w:tcPr>
          <w:p>
            <w:r>
              <w:t>20273328677</w:t>
            </w:r>
          </w:p>
        </w:tc>
        <w:tc>
          <w:tcPr>
            <w:tcW w:type="dxa" w:w="2160"/>
          </w:tcPr>
          <w:p>
            <w:r>
              <w:t>林灵</w:t>
            </w:r>
          </w:p>
        </w:tc>
      </w:tr>
      <w:tr>
        <w:tc>
          <w:tcPr>
            <w:tcW w:type="dxa" w:w="2160"/>
          </w:tcPr>
          <w:p>
            <w:r>
              <w:t>20273303547</w:t>
            </w:r>
          </w:p>
        </w:tc>
        <w:tc>
          <w:tcPr>
            <w:tcW w:type="dxa" w:w="2160"/>
          </w:tcPr>
          <w:p>
            <w:r>
              <w:t>赵利兰</w:t>
            </w:r>
          </w:p>
        </w:tc>
        <w:tc>
          <w:tcPr>
            <w:tcW w:type="dxa" w:w="2160"/>
          </w:tcPr>
          <w:p>
            <w:r>
              <w:t>20273328755</w:t>
            </w:r>
          </w:p>
        </w:tc>
        <w:tc>
          <w:tcPr>
            <w:tcW w:type="dxa" w:w="2160"/>
          </w:tcPr>
          <w:p>
            <w:r>
              <w:t>曾宪晔</w:t>
            </w:r>
          </w:p>
        </w:tc>
      </w:tr>
      <w:tr>
        <w:tc>
          <w:tcPr>
            <w:tcW w:type="dxa" w:w="2160"/>
          </w:tcPr>
          <w:p>
            <w:r>
              <w:t>20273320558</w:t>
            </w:r>
          </w:p>
        </w:tc>
        <w:tc>
          <w:tcPr>
            <w:tcW w:type="dxa" w:w="2160"/>
          </w:tcPr>
          <w:p>
            <w:r>
              <w:t>蒋娟娟</w:t>
            </w:r>
          </w:p>
        </w:tc>
        <w:tc>
          <w:tcPr>
            <w:tcW w:type="dxa" w:w="2160"/>
          </w:tcPr>
          <w:p>
            <w:r>
              <w:t>20273327948</w:t>
            </w:r>
          </w:p>
        </w:tc>
        <w:tc>
          <w:tcPr>
            <w:tcW w:type="dxa" w:w="2160"/>
          </w:tcPr>
          <w:p>
            <w:r>
              <w:t>蒋冰茹</w:t>
            </w:r>
          </w:p>
        </w:tc>
      </w:tr>
      <w:tr>
        <w:tc>
          <w:tcPr>
            <w:tcW w:type="dxa" w:w="2160"/>
          </w:tcPr>
          <w:p>
            <w:r>
              <w:t>20273320651</w:t>
            </w:r>
          </w:p>
        </w:tc>
        <w:tc>
          <w:tcPr>
            <w:tcW w:type="dxa" w:w="2160"/>
          </w:tcPr>
          <w:p>
            <w:r>
              <w:t>周慧</w:t>
            </w:r>
          </w:p>
        </w:tc>
        <w:tc>
          <w:tcPr>
            <w:tcW w:type="dxa" w:w="2160"/>
          </w:tcPr>
          <w:p>
            <w:r>
              <w:t>20273328957</w:t>
            </w:r>
          </w:p>
        </w:tc>
        <w:tc>
          <w:tcPr>
            <w:tcW w:type="dxa" w:w="2160"/>
          </w:tcPr>
          <w:p>
            <w:r>
              <w:t>康佳圆</w:t>
            </w:r>
          </w:p>
        </w:tc>
      </w:tr>
      <w:tr>
        <w:tc>
          <w:tcPr>
            <w:tcW w:type="dxa" w:w="2160"/>
          </w:tcPr>
          <w:p>
            <w:r>
              <w:t>20273320139</w:t>
            </w:r>
          </w:p>
        </w:tc>
        <w:tc>
          <w:tcPr>
            <w:tcW w:type="dxa" w:w="2160"/>
          </w:tcPr>
          <w:p>
            <w:r>
              <w:t>余乐</w:t>
            </w:r>
          </w:p>
        </w:tc>
        <w:tc>
          <w:tcPr>
            <w:tcW w:type="dxa" w:w="2160"/>
          </w:tcPr>
          <w:p>
            <w:r>
              <w:t>20273328748</w:t>
            </w:r>
          </w:p>
        </w:tc>
        <w:tc>
          <w:tcPr>
            <w:tcW w:type="dxa" w:w="2160"/>
          </w:tcPr>
          <w:p>
            <w:r>
              <w:t>石馨怡</w:t>
            </w:r>
          </w:p>
        </w:tc>
      </w:tr>
      <w:tr>
        <w:tc>
          <w:tcPr>
            <w:tcW w:type="dxa" w:w="2160"/>
          </w:tcPr>
          <w:p>
            <w:r>
              <w:t>20273320895</w:t>
            </w:r>
          </w:p>
        </w:tc>
        <w:tc>
          <w:tcPr>
            <w:tcW w:type="dxa" w:w="2160"/>
          </w:tcPr>
          <w:p>
            <w:r>
              <w:t>徐佳欢</w:t>
            </w:r>
          </w:p>
        </w:tc>
        <w:tc>
          <w:tcPr>
            <w:tcW w:type="dxa" w:w="2160"/>
          </w:tcPr>
          <w:p>
            <w:r>
              <w:t>20273329367</w:t>
            </w:r>
          </w:p>
        </w:tc>
        <w:tc>
          <w:tcPr>
            <w:tcW w:type="dxa" w:w="2160"/>
          </w:tcPr>
          <w:p>
            <w:r>
              <w:t>占依宁</w:t>
            </w:r>
          </w:p>
        </w:tc>
      </w:tr>
      <w:tr>
        <w:tc>
          <w:tcPr>
            <w:tcW w:type="dxa" w:w="2160"/>
          </w:tcPr>
          <w:p>
            <w:r>
              <w:t>20273301421</w:t>
            </w:r>
          </w:p>
        </w:tc>
        <w:tc>
          <w:tcPr>
            <w:tcW w:type="dxa" w:w="2160"/>
          </w:tcPr>
          <w:p>
            <w:r>
              <w:t>刘含毓</w:t>
            </w:r>
          </w:p>
        </w:tc>
        <w:tc>
          <w:tcPr>
            <w:tcW w:type="dxa" w:w="2160"/>
          </w:tcPr>
          <w:p>
            <w:r>
              <w:t>20273329323</w:t>
            </w:r>
          </w:p>
        </w:tc>
        <w:tc>
          <w:tcPr>
            <w:tcW w:type="dxa" w:w="2160"/>
          </w:tcPr>
          <w:p>
            <w:r>
              <w:t>王静</w:t>
            </w:r>
          </w:p>
        </w:tc>
      </w:tr>
      <w:tr>
        <w:tc>
          <w:tcPr>
            <w:tcW w:type="dxa" w:w="2160"/>
          </w:tcPr>
          <w:p>
            <w:r>
              <w:t>20273311898</w:t>
            </w:r>
          </w:p>
        </w:tc>
        <w:tc>
          <w:tcPr>
            <w:tcW w:type="dxa" w:w="2160"/>
          </w:tcPr>
          <w:p>
            <w:r>
              <w:t>郭沛东</w:t>
            </w:r>
          </w:p>
        </w:tc>
        <w:tc>
          <w:tcPr>
            <w:tcW w:type="dxa" w:w="2160"/>
          </w:tcPr>
          <w:p>
            <w:r>
              <w:t>20273329488</w:t>
            </w:r>
          </w:p>
        </w:tc>
        <w:tc>
          <w:tcPr>
            <w:tcW w:type="dxa" w:w="2160"/>
          </w:tcPr>
          <w:p>
            <w:r>
              <w:t>李瑶</w:t>
            </w:r>
          </w:p>
        </w:tc>
      </w:tr>
      <w:tr>
        <w:tc>
          <w:tcPr>
            <w:tcW w:type="dxa" w:w="2160"/>
          </w:tcPr>
          <w:p>
            <w:r>
              <w:t>20273321168</w:t>
            </w:r>
          </w:p>
        </w:tc>
        <w:tc>
          <w:tcPr>
            <w:tcW w:type="dxa" w:w="2160"/>
          </w:tcPr>
          <w:p>
            <w:r>
              <w:t>李尚洁</w:t>
            </w:r>
          </w:p>
        </w:tc>
        <w:tc>
          <w:tcPr>
            <w:tcW w:type="dxa" w:w="2160"/>
          </w:tcPr>
          <w:p>
            <w:r>
              <w:t>20273329423</w:t>
            </w:r>
          </w:p>
        </w:tc>
        <w:tc>
          <w:tcPr>
            <w:tcW w:type="dxa" w:w="2160"/>
          </w:tcPr>
          <w:p>
            <w:r>
              <w:t>李欣</w:t>
            </w:r>
          </w:p>
        </w:tc>
      </w:tr>
      <w:tr>
        <w:tc>
          <w:tcPr>
            <w:tcW w:type="dxa" w:w="2160"/>
          </w:tcPr>
          <w:p>
            <w:r>
              <w:t>20273318240</w:t>
            </w:r>
          </w:p>
        </w:tc>
        <w:tc>
          <w:tcPr>
            <w:tcW w:type="dxa" w:w="2160"/>
          </w:tcPr>
          <w:p>
            <w:r>
              <w:t>徐司晨</w:t>
            </w:r>
          </w:p>
        </w:tc>
        <w:tc>
          <w:tcPr>
            <w:tcW w:type="dxa" w:w="2160"/>
          </w:tcPr>
          <w:p>
            <w:r>
              <w:t>20273329516</w:t>
            </w:r>
          </w:p>
        </w:tc>
        <w:tc>
          <w:tcPr>
            <w:tcW w:type="dxa" w:w="2160"/>
          </w:tcPr>
          <w:p>
            <w:r>
              <w:t>熊勇涛</w:t>
            </w:r>
          </w:p>
        </w:tc>
      </w:tr>
      <w:tr>
        <w:tc>
          <w:tcPr>
            <w:tcW w:type="dxa" w:w="2160"/>
          </w:tcPr>
          <w:p>
            <w:r>
              <w:t>20273306010</w:t>
            </w:r>
          </w:p>
        </w:tc>
        <w:tc>
          <w:tcPr>
            <w:tcW w:type="dxa" w:w="2160"/>
          </w:tcPr>
          <w:p>
            <w:r>
              <w:t>彭美玲</w:t>
            </w:r>
          </w:p>
        </w:tc>
        <w:tc>
          <w:tcPr>
            <w:tcW w:type="dxa" w:w="2160"/>
          </w:tcPr>
          <w:p>
            <w:r>
              <w:t>20273327568</w:t>
            </w:r>
          </w:p>
        </w:tc>
        <w:tc>
          <w:tcPr>
            <w:tcW w:type="dxa" w:w="2160"/>
          </w:tcPr>
          <w:p>
            <w:r>
              <w:t>祝海馨</w:t>
            </w:r>
          </w:p>
        </w:tc>
      </w:tr>
      <w:tr>
        <w:tc>
          <w:tcPr>
            <w:tcW w:type="dxa" w:w="2160"/>
          </w:tcPr>
          <w:p>
            <w:r>
              <w:t>20273301348</w:t>
            </w:r>
          </w:p>
        </w:tc>
        <w:tc>
          <w:tcPr>
            <w:tcW w:type="dxa" w:w="2160"/>
          </w:tcPr>
          <w:p>
            <w:r>
              <w:t>章科彦</w:t>
            </w:r>
          </w:p>
        </w:tc>
        <w:tc>
          <w:tcPr>
            <w:tcW w:type="dxa" w:w="2160"/>
          </w:tcPr>
          <w:p>
            <w:r>
              <w:t>20273329430</w:t>
            </w:r>
          </w:p>
        </w:tc>
        <w:tc>
          <w:tcPr>
            <w:tcW w:type="dxa" w:w="2160"/>
          </w:tcPr>
          <w:p>
            <w:r>
              <w:t>闫学晶</w:t>
            </w:r>
          </w:p>
        </w:tc>
      </w:tr>
      <w:tr>
        <w:tc>
          <w:tcPr>
            <w:tcW w:type="dxa" w:w="2160"/>
          </w:tcPr>
          <w:p>
            <w:r>
              <w:t>20273301105</w:t>
            </w:r>
          </w:p>
        </w:tc>
        <w:tc>
          <w:tcPr>
            <w:tcW w:type="dxa" w:w="2160"/>
          </w:tcPr>
          <w:p>
            <w:r>
              <w:t>夏艺菡</w:t>
            </w:r>
          </w:p>
        </w:tc>
        <w:tc>
          <w:tcPr>
            <w:tcW w:type="dxa" w:w="2160"/>
          </w:tcPr>
          <w:p>
            <w:r>
              <w:t>20273327396</w:t>
            </w:r>
          </w:p>
        </w:tc>
        <w:tc>
          <w:tcPr>
            <w:tcW w:type="dxa" w:w="2160"/>
          </w:tcPr>
          <w:p>
            <w:r>
              <w:t>龙平</w:t>
            </w:r>
          </w:p>
        </w:tc>
      </w:tr>
      <w:tr>
        <w:tc>
          <w:tcPr>
            <w:tcW w:type="dxa" w:w="2160"/>
          </w:tcPr>
          <w:p>
            <w:r>
              <w:t>20273301045</w:t>
            </w:r>
          </w:p>
        </w:tc>
        <w:tc>
          <w:tcPr>
            <w:tcW w:type="dxa" w:w="2160"/>
          </w:tcPr>
          <w:p>
            <w:r>
              <w:t>江仁媛</w:t>
            </w:r>
          </w:p>
        </w:tc>
        <w:tc>
          <w:tcPr>
            <w:tcW w:type="dxa" w:w="2160"/>
          </w:tcPr>
          <w:p>
            <w:r>
              <w:t>20273329589</w:t>
            </w:r>
          </w:p>
        </w:tc>
        <w:tc>
          <w:tcPr>
            <w:tcW w:type="dxa" w:w="2160"/>
          </w:tcPr>
          <w:p>
            <w:r>
              <w:t>覃思颖</w:t>
            </w:r>
          </w:p>
        </w:tc>
      </w:tr>
      <w:tr>
        <w:tc>
          <w:tcPr>
            <w:tcW w:type="dxa" w:w="2160"/>
          </w:tcPr>
          <w:p>
            <w:r>
              <w:t>20273315062</w:t>
            </w:r>
          </w:p>
        </w:tc>
        <w:tc>
          <w:tcPr>
            <w:tcW w:type="dxa" w:w="2160"/>
          </w:tcPr>
          <w:p>
            <w:r>
              <w:t>任泽连</w:t>
            </w:r>
          </w:p>
        </w:tc>
        <w:tc>
          <w:tcPr>
            <w:tcW w:type="dxa" w:w="2160"/>
          </w:tcPr>
          <w:p>
            <w:r>
              <w:t>20273325661</w:t>
            </w:r>
          </w:p>
        </w:tc>
        <w:tc>
          <w:tcPr>
            <w:tcW w:type="dxa" w:w="2160"/>
          </w:tcPr>
          <w:p>
            <w:r>
              <w:t>吕佳楠</w:t>
            </w:r>
          </w:p>
        </w:tc>
      </w:tr>
      <w:tr>
        <w:tc>
          <w:tcPr>
            <w:tcW w:type="dxa" w:w="2160"/>
          </w:tcPr>
          <w:p>
            <w:r>
              <w:t>20273321208</w:t>
            </w:r>
          </w:p>
        </w:tc>
        <w:tc>
          <w:tcPr>
            <w:tcW w:type="dxa" w:w="2160"/>
          </w:tcPr>
          <w:p>
            <w:r>
              <w:t>谢贤</w:t>
            </w:r>
          </w:p>
        </w:tc>
        <w:tc>
          <w:tcPr>
            <w:tcW w:type="dxa" w:w="2160"/>
          </w:tcPr>
          <w:p>
            <w:r>
              <w:t>20273327512</w:t>
            </w:r>
          </w:p>
        </w:tc>
        <w:tc>
          <w:tcPr>
            <w:tcW w:type="dxa" w:w="2160"/>
          </w:tcPr>
          <w:p>
            <w:r>
              <w:t>马蕊</w:t>
            </w:r>
          </w:p>
        </w:tc>
      </w:tr>
      <w:tr>
        <w:tc>
          <w:tcPr>
            <w:tcW w:type="dxa" w:w="2160"/>
          </w:tcPr>
          <w:p>
            <w:r>
              <w:t>20273308380</w:t>
            </w:r>
          </w:p>
        </w:tc>
        <w:tc>
          <w:tcPr>
            <w:tcW w:type="dxa" w:w="2160"/>
          </w:tcPr>
          <w:p>
            <w:r>
              <w:t>丁永吉</w:t>
            </w:r>
          </w:p>
        </w:tc>
        <w:tc>
          <w:tcPr>
            <w:tcW w:type="dxa" w:w="2160"/>
          </w:tcPr>
          <w:p>
            <w:r>
              <w:t>20273322698</w:t>
            </w:r>
          </w:p>
        </w:tc>
        <w:tc>
          <w:tcPr>
            <w:tcW w:type="dxa" w:w="2160"/>
          </w:tcPr>
          <w:p>
            <w:r>
              <w:t>李晓欢</w:t>
            </w:r>
          </w:p>
        </w:tc>
      </w:tr>
      <w:tr>
        <w:tc>
          <w:tcPr>
            <w:tcW w:type="dxa" w:w="2160"/>
          </w:tcPr>
          <w:p>
            <w:r>
              <w:t>20273320943</w:t>
            </w:r>
          </w:p>
        </w:tc>
        <w:tc>
          <w:tcPr>
            <w:tcW w:type="dxa" w:w="2160"/>
          </w:tcPr>
          <w:p>
            <w:r>
              <w:t>袁芷菲</w:t>
            </w:r>
          </w:p>
        </w:tc>
        <w:tc>
          <w:tcPr>
            <w:tcW w:type="dxa" w:w="2160"/>
          </w:tcPr>
          <w:p>
            <w:r>
              <w:t>20273329647</w:t>
            </w:r>
          </w:p>
        </w:tc>
        <w:tc>
          <w:tcPr>
            <w:tcW w:type="dxa" w:w="2160"/>
          </w:tcPr>
          <w:p>
            <w:r>
              <w:t>李冰雁</w:t>
            </w:r>
          </w:p>
        </w:tc>
      </w:tr>
      <w:tr>
        <w:tc>
          <w:tcPr>
            <w:tcW w:type="dxa" w:w="2160"/>
          </w:tcPr>
          <w:p>
            <w:r>
              <w:t>20273321472</w:t>
            </w:r>
          </w:p>
        </w:tc>
        <w:tc>
          <w:tcPr>
            <w:tcW w:type="dxa" w:w="2160"/>
          </w:tcPr>
          <w:p>
            <w:r>
              <w:t>朱方晴</w:t>
            </w:r>
          </w:p>
        </w:tc>
        <w:tc>
          <w:tcPr>
            <w:tcW w:type="dxa" w:w="2160"/>
          </w:tcPr>
          <w:p>
            <w:r>
              <w:t>20273330127</w:t>
            </w:r>
          </w:p>
        </w:tc>
        <w:tc>
          <w:tcPr>
            <w:tcW w:type="dxa" w:w="2160"/>
          </w:tcPr>
          <w:p>
            <w:r>
              <w:t>李禹晗</w:t>
            </w:r>
          </w:p>
        </w:tc>
      </w:tr>
      <w:tr>
        <w:tc>
          <w:tcPr>
            <w:tcW w:type="dxa" w:w="2160"/>
          </w:tcPr>
          <w:p>
            <w:r>
              <w:t>20273302772</w:t>
            </w:r>
          </w:p>
        </w:tc>
        <w:tc>
          <w:tcPr>
            <w:tcW w:type="dxa" w:w="2160"/>
          </w:tcPr>
          <w:p>
            <w:r>
              <w:t>朱宇洁</w:t>
            </w:r>
          </w:p>
        </w:tc>
        <w:tc>
          <w:tcPr>
            <w:tcW w:type="dxa" w:w="2160"/>
          </w:tcPr>
          <w:p>
            <w:r>
              <w:t>20273325981</w:t>
            </w:r>
          </w:p>
        </w:tc>
        <w:tc>
          <w:tcPr>
            <w:tcW w:type="dxa" w:w="2160"/>
          </w:tcPr>
          <w:p>
            <w:r>
              <w:t>王佳佳</w:t>
            </w:r>
          </w:p>
        </w:tc>
      </w:tr>
      <w:tr>
        <w:tc>
          <w:tcPr>
            <w:tcW w:type="dxa" w:w="2160"/>
          </w:tcPr>
          <w:p>
            <w:r>
              <w:t>20273321527</w:t>
            </w:r>
          </w:p>
        </w:tc>
        <w:tc>
          <w:tcPr>
            <w:tcW w:type="dxa" w:w="2160"/>
          </w:tcPr>
          <w:p>
            <w:r>
              <w:t>陈蕊</w:t>
            </w:r>
          </w:p>
        </w:tc>
        <w:tc>
          <w:tcPr>
            <w:tcW w:type="dxa" w:w="2160"/>
          </w:tcPr>
          <w:p>
            <w:r>
              <w:t>20273328484</w:t>
            </w:r>
          </w:p>
        </w:tc>
        <w:tc>
          <w:tcPr>
            <w:tcW w:type="dxa" w:w="2160"/>
          </w:tcPr>
          <w:p>
            <w:r>
              <w:t>张梦然</w:t>
            </w:r>
          </w:p>
        </w:tc>
      </w:tr>
      <w:tr>
        <w:tc>
          <w:tcPr>
            <w:tcW w:type="dxa" w:w="2160"/>
          </w:tcPr>
          <w:p>
            <w:r>
              <w:t>20273315271</w:t>
            </w:r>
          </w:p>
        </w:tc>
        <w:tc>
          <w:tcPr>
            <w:tcW w:type="dxa" w:w="2160"/>
          </w:tcPr>
          <w:p>
            <w:r>
              <w:t>张羽佳</w:t>
            </w:r>
          </w:p>
        </w:tc>
        <w:tc>
          <w:tcPr>
            <w:tcW w:type="dxa" w:w="2160"/>
          </w:tcPr>
          <w:p>
            <w:r>
              <w:t>20273321872</w:t>
            </w:r>
          </w:p>
        </w:tc>
        <w:tc>
          <w:tcPr>
            <w:tcW w:type="dxa" w:w="2160"/>
          </w:tcPr>
          <w:p>
            <w:r>
              <w:t>曹佳琦</w:t>
            </w:r>
          </w:p>
        </w:tc>
      </w:tr>
      <w:tr>
        <w:tc>
          <w:tcPr>
            <w:tcW w:type="dxa" w:w="2160"/>
          </w:tcPr>
          <w:p>
            <w:r>
              <w:t>20273321831</w:t>
            </w:r>
          </w:p>
        </w:tc>
        <w:tc>
          <w:tcPr>
            <w:tcW w:type="dxa" w:w="2160"/>
          </w:tcPr>
          <w:p>
            <w:r>
              <w:t>尚甜甜</w:t>
            </w:r>
          </w:p>
        </w:tc>
        <w:tc>
          <w:tcPr>
            <w:tcW w:type="dxa" w:w="2160"/>
          </w:tcPr>
          <w:p>
            <w:r>
              <w:t>20273320893</w:t>
            </w:r>
          </w:p>
        </w:tc>
        <w:tc>
          <w:tcPr>
            <w:tcW w:type="dxa" w:w="2160"/>
          </w:tcPr>
          <w:p>
            <w:r>
              <w:t>穆青青</w:t>
            </w:r>
          </w:p>
        </w:tc>
      </w:tr>
      <w:tr>
        <w:tc>
          <w:tcPr>
            <w:tcW w:type="dxa" w:w="2160"/>
          </w:tcPr>
          <w:p>
            <w:r>
              <w:t>20273312058</w:t>
            </w:r>
          </w:p>
        </w:tc>
        <w:tc>
          <w:tcPr>
            <w:tcW w:type="dxa" w:w="2160"/>
          </w:tcPr>
          <w:p>
            <w:r>
              <w:t>周翰诗</w:t>
            </w:r>
          </w:p>
        </w:tc>
        <w:tc>
          <w:tcPr>
            <w:tcW w:type="dxa" w:w="2160"/>
          </w:tcPr>
          <w:p>
            <w:r>
              <w:t>20273324759</w:t>
            </w:r>
          </w:p>
        </w:tc>
        <w:tc>
          <w:tcPr>
            <w:tcW w:type="dxa" w:w="2160"/>
          </w:tcPr>
          <w:p>
            <w:r>
              <w:t>陈佳</w:t>
            </w:r>
          </w:p>
        </w:tc>
      </w:tr>
      <w:tr>
        <w:tc>
          <w:tcPr>
            <w:tcW w:type="dxa" w:w="2160"/>
          </w:tcPr>
          <w:p>
            <w:r>
              <w:t>20273321547</w:t>
            </w:r>
          </w:p>
        </w:tc>
        <w:tc>
          <w:tcPr>
            <w:tcW w:type="dxa" w:w="2160"/>
          </w:tcPr>
          <w:p>
            <w:r>
              <w:t>王晓琪</w:t>
            </w:r>
          </w:p>
        </w:tc>
        <w:tc>
          <w:tcPr>
            <w:tcW w:type="dxa" w:w="2160"/>
          </w:tcPr>
          <w:p>
            <w:r>
              <w:t>20273329892</w:t>
            </w:r>
          </w:p>
        </w:tc>
        <w:tc>
          <w:tcPr>
            <w:tcW w:type="dxa" w:w="2160"/>
          </w:tcPr>
          <w:p>
            <w:r>
              <w:t>陈俊</w:t>
            </w:r>
          </w:p>
        </w:tc>
      </w:tr>
      <w:tr>
        <w:tc>
          <w:tcPr>
            <w:tcW w:type="dxa" w:w="2160"/>
          </w:tcPr>
          <w:p>
            <w:r>
              <w:t>20273322074</w:t>
            </w:r>
          </w:p>
        </w:tc>
        <w:tc>
          <w:tcPr>
            <w:tcW w:type="dxa" w:w="2160"/>
          </w:tcPr>
          <w:p>
            <w:r>
              <w:t>李文娟</w:t>
            </w:r>
          </w:p>
        </w:tc>
        <w:tc>
          <w:tcPr>
            <w:tcW w:type="dxa" w:w="2160"/>
          </w:tcPr>
          <w:p>
            <w:r>
              <w:t>20273328833</w:t>
            </w:r>
          </w:p>
        </w:tc>
        <w:tc>
          <w:tcPr>
            <w:tcW w:type="dxa" w:w="2160"/>
          </w:tcPr>
          <w:p>
            <w:r>
              <w:t>李丹</w:t>
            </w:r>
          </w:p>
        </w:tc>
      </w:tr>
      <w:tr>
        <w:tc>
          <w:tcPr>
            <w:tcW w:type="dxa" w:w="2160"/>
          </w:tcPr>
          <w:p>
            <w:r>
              <w:t>20273318960</w:t>
            </w:r>
          </w:p>
        </w:tc>
        <w:tc>
          <w:tcPr>
            <w:tcW w:type="dxa" w:w="2160"/>
          </w:tcPr>
          <w:p>
            <w:r>
              <w:t>颜利恒</w:t>
            </w:r>
          </w:p>
        </w:tc>
        <w:tc>
          <w:tcPr>
            <w:tcW w:type="dxa" w:w="2160"/>
          </w:tcPr>
          <w:p>
            <w:r>
              <w:t>20273328411</w:t>
            </w:r>
          </w:p>
        </w:tc>
        <w:tc>
          <w:tcPr>
            <w:tcW w:type="dxa" w:w="2160"/>
          </w:tcPr>
          <w:p>
            <w:r>
              <w:t>杨倩喻</w:t>
            </w:r>
          </w:p>
        </w:tc>
      </w:tr>
      <w:tr>
        <w:tc>
          <w:tcPr>
            <w:tcW w:type="dxa" w:w="2160"/>
          </w:tcPr>
          <w:p>
            <w:r>
              <w:t>20273319837</w:t>
            </w:r>
          </w:p>
        </w:tc>
        <w:tc>
          <w:tcPr>
            <w:tcW w:type="dxa" w:w="2160"/>
          </w:tcPr>
          <w:p>
            <w:r>
              <w:t>李虎妮</w:t>
            </w:r>
          </w:p>
        </w:tc>
        <w:tc>
          <w:tcPr>
            <w:tcW w:type="dxa" w:w="2160"/>
          </w:tcPr>
          <w:p>
            <w:r>
              <w:t>20273329256</w:t>
            </w:r>
          </w:p>
        </w:tc>
        <w:tc>
          <w:tcPr>
            <w:tcW w:type="dxa" w:w="2160"/>
          </w:tcPr>
          <w:p>
            <w:r>
              <w:t>任嘉瑶</w:t>
            </w:r>
          </w:p>
        </w:tc>
      </w:tr>
      <w:tr>
        <w:tc>
          <w:tcPr>
            <w:tcW w:type="dxa" w:w="2160"/>
          </w:tcPr>
          <w:p>
            <w:r>
              <w:t>20273313678</w:t>
            </w:r>
          </w:p>
        </w:tc>
        <w:tc>
          <w:tcPr>
            <w:tcW w:type="dxa" w:w="2160"/>
          </w:tcPr>
          <w:p>
            <w:r>
              <w:t>张尚冉</w:t>
            </w:r>
          </w:p>
        </w:tc>
        <w:tc>
          <w:tcPr>
            <w:tcW w:type="dxa" w:w="2160"/>
          </w:tcPr>
          <w:p>
            <w:r>
              <w:t>20273324983</w:t>
            </w:r>
          </w:p>
        </w:tc>
        <w:tc>
          <w:tcPr>
            <w:tcW w:type="dxa" w:w="2160"/>
          </w:tcPr>
          <w:p>
            <w:r>
              <w:t>朱黄莹</w:t>
            </w:r>
          </w:p>
        </w:tc>
      </w:tr>
      <w:tr>
        <w:tc>
          <w:tcPr>
            <w:tcW w:type="dxa" w:w="2160"/>
          </w:tcPr>
          <w:p>
            <w:r>
              <w:t>20273322126</w:t>
            </w:r>
          </w:p>
        </w:tc>
        <w:tc>
          <w:tcPr>
            <w:tcW w:type="dxa" w:w="2160"/>
          </w:tcPr>
          <w:p>
            <w:r>
              <w:t>耿一樊</w:t>
            </w:r>
          </w:p>
        </w:tc>
        <w:tc>
          <w:tcPr>
            <w:tcW w:type="dxa" w:w="2160"/>
          </w:tcPr>
          <w:p>
            <w:r>
              <w:t>20273319110</w:t>
            </w:r>
          </w:p>
        </w:tc>
        <w:tc>
          <w:tcPr>
            <w:tcW w:type="dxa" w:w="2160"/>
          </w:tcPr>
          <w:p>
            <w:r>
              <w:t>张慧敏</w:t>
            </w:r>
          </w:p>
        </w:tc>
      </w:tr>
      <w:tr>
        <w:tc>
          <w:tcPr>
            <w:tcW w:type="dxa" w:w="2160"/>
          </w:tcPr>
          <w:p>
            <w:r>
              <w:t>20273322299</w:t>
            </w:r>
          </w:p>
        </w:tc>
        <w:tc>
          <w:tcPr>
            <w:tcW w:type="dxa" w:w="2160"/>
          </w:tcPr>
          <w:p>
            <w:r>
              <w:t>陈诗煜</w:t>
            </w:r>
          </w:p>
        </w:tc>
        <w:tc>
          <w:tcPr>
            <w:tcW w:type="dxa" w:w="2160"/>
          </w:tcPr>
          <w:p>
            <w:r>
              <w:t>20273330666</w:t>
            </w:r>
          </w:p>
        </w:tc>
        <w:tc>
          <w:tcPr>
            <w:tcW w:type="dxa" w:w="2160"/>
          </w:tcPr>
          <w:p>
            <w:r>
              <w:t>刘雪琴</w:t>
            </w:r>
          </w:p>
        </w:tc>
      </w:tr>
      <w:tr>
        <w:tc>
          <w:tcPr>
            <w:tcW w:type="dxa" w:w="2160"/>
          </w:tcPr>
          <w:p>
            <w:r>
              <w:t>20273313834</w:t>
            </w:r>
          </w:p>
        </w:tc>
        <w:tc>
          <w:tcPr>
            <w:tcW w:type="dxa" w:w="2160"/>
          </w:tcPr>
          <w:p>
            <w:r>
              <w:t>谢菲</w:t>
            </w:r>
          </w:p>
        </w:tc>
        <w:tc>
          <w:tcPr>
            <w:tcW w:type="dxa" w:w="2160"/>
          </w:tcPr>
          <w:p>
            <w:r>
              <w:t>20273328936</w:t>
            </w:r>
          </w:p>
        </w:tc>
        <w:tc>
          <w:tcPr>
            <w:tcW w:type="dxa" w:w="2160"/>
          </w:tcPr>
          <w:p>
            <w:r>
              <w:t>刘晓慧</w:t>
            </w:r>
          </w:p>
        </w:tc>
      </w:tr>
      <w:tr>
        <w:tc>
          <w:tcPr>
            <w:tcW w:type="dxa" w:w="2160"/>
          </w:tcPr>
          <w:p>
            <w:r>
              <w:t>20273322312</w:t>
            </w:r>
          </w:p>
        </w:tc>
        <w:tc>
          <w:tcPr>
            <w:tcW w:type="dxa" w:w="2160"/>
          </w:tcPr>
          <w:p>
            <w:r>
              <w:t>赵乙臻</w:t>
            </w:r>
          </w:p>
        </w:tc>
        <w:tc>
          <w:tcPr>
            <w:tcW w:type="dxa" w:w="2160"/>
          </w:tcPr>
          <w:p>
            <w:r>
              <w:t>20273331910</w:t>
            </w:r>
          </w:p>
        </w:tc>
        <w:tc>
          <w:tcPr>
            <w:tcW w:type="dxa" w:w="2160"/>
          </w:tcPr>
          <w:p>
            <w:r>
              <w:t>林清扬</w:t>
            </w:r>
          </w:p>
        </w:tc>
      </w:tr>
      <w:tr>
        <w:tc>
          <w:tcPr>
            <w:tcW w:type="dxa" w:w="2160"/>
          </w:tcPr>
          <w:p>
            <w:r>
              <w:t>20273314441</w:t>
            </w:r>
          </w:p>
        </w:tc>
        <w:tc>
          <w:tcPr>
            <w:tcW w:type="dxa" w:w="2160"/>
          </w:tcPr>
          <w:p>
            <w:r>
              <w:t>孟庆跃</w:t>
            </w:r>
          </w:p>
        </w:tc>
        <w:tc>
          <w:tcPr>
            <w:tcW w:type="dxa" w:w="2160"/>
          </w:tcPr>
          <w:p>
            <w:r>
              <w:t>20273328225</w:t>
            </w:r>
          </w:p>
        </w:tc>
        <w:tc>
          <w:tcPr>
            <w:tcW w:type="dxa" w:w="2160"/>
          </w:tcPr>
          <w:p>
            <w:r>
              <w:t>虞雅洁</w:t>
            </w:r>
          </w:p>
        </w:tc>
      </w:tr>
      <w:tr>
        <w:tc>
          <w:tcPr>
            <w:tcW w:type="dxa" w:w="2160"/>
          </w:tcPr>
          <w:p>
            <w:r>
              <w:t>20273322375</w:t>
            </w:r>
          </w:p>
        </w:tc>
        <w:tc>
          <w:tcPr>
            <w:tcW w:type="dxa" w:w="2160"/>
          </w:tcPr>
          <w:p>
            <w:r>
              <w:t>于克凡</w:t>
            </w:r>
          </w:p>
        </w:tc>
        <w:tc>
          <w:tcPr>
            <w:tcW w:type="dxa" w:w="2160"/>
          </w:tcPr>
          <w:p>
            <w:r>
              <w:t>20273331780</w:t>
            </w:r>
          </w:p>
        </w:tc>
        <w:tc>
          <w:tcPr>
            <w:tcW w:type="dxa" w:w="2160"/>
          </w:tcPr>
          <w:p>
            <w:r>
              <w:t>蒋登科</w:t>
            </w:r>
          </w:p>
        </w:tc>
      </w:tr>
      <w:tr>
        <w:tc>
          <w:tcPr>
            <w:tcW w:type="dxa" w:w="2160"/>
          </w:tcPr>
          <w:p>
            <w:r>
              <w:t>20273318014</w:t>
            </w:r>
          </w:p>
        </w:tc>
        <w:tc>
          <w:tcPr>
            <w:tcW w:type="dxa" w:w="2160"/>
          </w:tcPr>
          <w:p>
            <w:r>
              <w:t>何梦鸽</w:t>
            </w:r>
          </w:p>
        </w:tc>
        <w:tc>
          <w:tcPr>
            <w:tcW w:type="dxa" w:w="2160"/>
          </w:tcPr>
          <w:p>
            <w:r>
              <w:t>20273331999</w:t>
            </w:r>
          </w:p>
        </w:tc>
        <w:tc>
          <w:tcPr>
            <w:tcW w:type="dxa" w:w="2160"/>
          </w:tcPr>
          <w:p>
            <w:r>
              <w:t>谢祖琴</w:t>
            </w:r>
          </w:p>
        </w:tc>
      </w:tr>
      <w:tr>
        <w:tc>
          <w:tcPr>
            <w:tcW w:type="dxa" w:w="2160"/>
          </w:tcPr>
          <w:p>
            <w:r>
              <w:t>20273322560</w:t>
            </w:r>
          </w:p>
        </w:tc>
        <w:tc>
          <w:tcPr>
            <w:tcW w:type="dxa" w:w="2160"/>
          </w:tcPr>
          <w:p>
            <w:r>
              <w:t>刘岳昕</w:t>
            </w:r>
          </w:p>
        </w:tc>
        <w:tc>
          <w:tcPr>
            <w:tcW w:type="dxa" w:w="2160"/>
          </w:tcPr>
          <w:p>
            <w:r>
              <w:t>20273328770</w:t>
            </w:r>
          </w:p>
        </w:tc>
        <w:tc>
          <w:tcPr>
            <w:tcW w:type="dxa" w:w="2160"/>
          </w:tcPr>
          <w:p>
            <w:r>
              <w:t>周雨晴</w:t>
            </w:r>
          </w:p>
        </w:tc>
      </w:tr>
      <w:tr>
        <w:tc>
          <w:tcPr>
            <w:tcW w:type="dxa" w:w="2160"/>
          </w:tcPr>
          <w:p>
            <w:r>
              <w:t>20273311953</w:t>
            </w:r>
          </w:p>
        </w:tc>
        <w:tc>
          <w:tcPr>
            <w:tcW w:type="dxa" w:w="2160"/>
          </w:tcPr>
          <w:p>
            <w:r>
              <w:t>王培丽</w:t>
            </w:r>
          </w:p>
        </w:tc>
        <w:tc>
          <w:tcPr>
            <w:tcW w:type="dxa" w:w="2160"/>
          </w:tcPr>
          <w:p>
            <w:r>
              <w:t>20273331215</w:t>
            </w:r>
          </w:p>
        </w:tc>
        <w:tc>
          <w:tcPr>
            <w:tcW w:type="dxa" w:w="2160"/>
          </w:tcPr>
          <w:p>
            <w:r>
              <w:t>杨雨寒</w:t>
            </w:r>
          </w:p>
        </w:tc>
      </w:tr>
      <w:tr>
        <w:tc>
          <w:tcPr>
            <w:tcW w:type="dxa" w:w="2160"/>
          </w:tcPr>
          <w:p>
            <w:r>
              <w:t>20273322619</w:t>
            </w:r>
          </w:p>
        </w:tc>
        <w:tc>
          <w:tcPr>
            <w:tcW w:type="dxa" w:w="2160"/>
          </w:tcPr>
          <w:p>
            <w:r>
              <w:t>董致瑶</w:t>
            </w:r>
          </w:p>
        </w:tc>
        <w:tc>
          <w:tcPr>
            <w:tcW w:type="dxa" w:w="2160"/>
          </w:tcPr>
          <w:p>
            <w:r>
              <w:t>20273310888</w:t>
            </w:r>
          </w:p>
        </w:tc>
        <w:tc>
          <w:tcPr>
            <w:tcW w:type="dxa" w:w="2160"/>
          </w:tcPr>
          <w:p>
            <w:r>
              <w:t>晋帆</w:t>
            </w:r>
          </w:p>
        </w:tc>
      </w:tr>
      <w:tr>
        <w:tc>
          <w:tcPr>
            <w:tcW w:type="dxa" w:w="2160"/>
          </w:tcPr>
          <w:p>
            <w:r>
              <w:t>20273311060</w:t>
            </w:r>
          </w:p>
        </w:tc>
        <w:tc>
          <w:tcPr>
            <w:tcW w:type="dxa" w:w="2160"/>
          </w:tcPr>
          <w:p>
            <w:r>
              <w:t>林灵</w:t>
            </w:r>
          </w:p>
        </w:tc>
        <w:tc>
          <w:tcPr>
            <w:tcW w:type="dxa" w:w="2160"/>
          </w:tcPr>
          <w:p>
            <w:r>
              <w:t>20273331399</w:t>
            </w:r>
          </w:p>
        </w:tc>
        <w:tc>
          <w:tcPr>
            <w:tcW w:type="dxa" w:w="2160"/>
          </w:tcPr>
          <w:p>
            <w:r>
              <w:t>董洁</w:t>
            </w:r>
          </w:p>
        </w:tc>
      </w:tr>
      <w:tr>
        <w:tc>
          <w:tcPr>
            <w:tcW w:type="dxa" w:w="2160"/>
          </w:tcPr>
          <w:p>
            <w:r>
              <w:t>20273310560</w:t>
            </w:r>
          </w:p>
        </w:tc>
        <w:tc>
          <w:tcPr>
            <w:tcW w:type="dxa" w:w="2160"/>
          </w:tcPr>
          <w:p>
            <w:r>
              <w:t>张玉静</w:t>
            </w:r>
          </w:p>
        </w:tc>
        <w:tc>
          <w:tcPr>
            <w:tcW w:type="dxa" w:w="2160"/>
          </w:tcPr>
          <w:p>
            <w:r>
              <w:t>20273328483</w:t>
            </w:r>
          </w:p>
        </w:tc>
        <w:tc>
          <w:tcPr>
            <w:tcW w:type="dxa" w:w="2160"/>
          </w:tcPr>
          <w:p>
            <w:r>
              <w:t>贾一凡</w:t>
            </w:r>
          </w:p>
        </w:tc>
      </w:tr>
      <w:tr>
        <w:tc>
          <w:tcPr>
            <w:tcW w:type="dxa" w:w="2160"/>
          </w:tcPr>
          <w:p>
            <w:r>
              <w:t>20273322194</w:t>
            </w:r>
          </w:p>
        </w:tc>
        <w:tc>
          <w:tcPr>
            <w:tcW w:type="dxa" w:w="2160"/>
          </w:tcPr>
          <w:p>
            <w:r>
              <w:t>刘依娜</w:t>
            </w:r>
          </w:p>
        </w:tc>
        <w:tc>
          <w:tcPr>
            <w:tcW w:type="dxa" w:w="2160"/>
          </w:tcPr>
          <w:p>
            <w:r>
              <w:t>20273324813</w:t>
            </w:r>
          </w:p>
        </w:tc>
        <w:tc>
          <w:tcPr>
            <w:tcW w:type="dxa" w:w="2160"/>
          </w:tcPr>
          <w:p>
            <w:r>
              <w:t>陈豫川</w:t>
            </w:r>
          </w:p>
        </w:tc>
      </w:tr>
      <w:tr>
        <w:tc>
          <w:tcPr>
            <w:tcW w:type="dxa" w:w="2160"/>
          </w:tcPr>
          <w:p>
            <w:r>
              <w:t>20273322792</w:t>
            </w:r>
          </w:p>
        </w:tc>
        <w:tc>
          <w:tcPr>
            <w:tcW w:type="dxa" w:w="2160"/>
          </w:tcPr>
          <w:p>
            <w:r>
              <w:t>李佩</w:t>
            </w:r>
          </w:p>
        </w:tc>
        <w:tc>
          <w:tcPr>
            <w:tcW w:type="dxa" w:w="2160"/>
          </w:tcPr>
          <w:p>
            <w:r>
              <w:t>20273315899</w:t>
            </w:r>
          </w:p>
        </w:tc>
        <w:tc>
          <w:tcPr>
            <w:tcW w:type="dxa" w:w="2160"/>
          </w:tcPr>
          <w:p>
            <w:r>
              <w:t>姚雨诺</w:t>
            </w:r>
          </w:p>
        </w:tc>
      </w:tr>
      <w:tr>
        <w:tc>
          <w:tcPr>
            <w:tcW w:type="dxa" w:w="2160"/>
          </w:tcPr>
          <w:p>
            <w:r>
              <w:t>20273318362</w:t>
            </w:r>
          </w:p>
        </w:tc>
        <w:tc>
          <w:tcPr>
            <w:tcW w:type="dxa" w:w="2160"/>
          </w:tcPr>
          <w:p>
            <w:r>
              <w:t>徐莉</w:t>
            </w:r>
          </w:p>
        </w:tc>
        <w:tc>
          <w:tcPr>
            <w:tcW w:type="dxa" w:w="2160"/>
          </w:tcPr>
          <w:p>
            <w:r>
              <w:t>20273308015</w:t>
            </w:r>
          </w:p>
        </w:tc>
        <w:tc>
          <w:tcPr>
            <w:tcW w:type="dxa" w:w="2160"/>
          </w:tcPr>
          <w:p>
            <w:r>
              <w:t>洪凤祥</w:t>
            </w:r>
          </w:p>
        </w:tc>
      </w:tr>
      <w:tr>
        <w:tc>
          <w:tcPr>
            <w:tcW w:type="dxa" w:w="2160"/>
          </w:tcPr>
          <w:p>
            <w:r>
              <w:t>20273304603</w:t>
            </w:r>
          </w:p>
        </w:tc>
        <w:tc>
          <w:tcPr>
            <w:tcW w:type="dxa" w:w="2160"/>
          </w:tcPr>
          <w:p>
            <w:r>
              <w:t>冯文姬</w:t>
            </w:r>
          </w:p>
        </w:tc>
        <w:tc>
          <w:tcPr>
            <w:tcW w:type="dxa" w:w="2160"/>
          </w:tcPr>
          <w:p>
            <w:r>
              <w:t>20273324073</w:t>
            </w:r>
          </w:p>
        </w:tc>
        <w:tc>
          <w:tcPr>
            <w:tcW w:type="dxa" w:w="2160"/>
          </w:tcPr>
          <w:p>
            <w:r>
              <w:t>耿玉潇</w:t>
            </w:r>
          </w:p>
        </w:tc>
      </w:tr>
      <w:tr>
        <w:tc>
          <w:tcPr>
            <w:tcW w:type="dxa" w:w="2160"/>
          </w:tcPr>
          <w:p>
            <w:r>
              <w:t>20273321117</w:t>
            </w:r>
          </w:p>
        </w:tc>
        <w:tc>
          <w:tcPr>
            <w:tcW w:type="dxa" w:w="2160"/>
          </w:tcPr>
          <w:p>
            <w:r>
              <w:t>王欣雨</w:t>
            </w:r>
          </w:p>
        </w:tc>
        <w:tc>
          <w:tcPr>
            <w:tcW w:type="dxa" w:w="2160"/>
          </w:tcPr>
          <w:p>
            <w:r>
              <w:t>20273323589</w:t>
            </w:r>
          </w:p>
        </w:tc>
        <w:tc>
          <w:tcPr>
            <w:tcW w:type="dxa" w:w="2160"/>
          </w:tcPr>
          <w:p>
            <w:r>
              <w:t>杨冬秦</w:t>
            </w:r>
          </w:p>
        </w:tc>
      </w:tr>
      <w:tr>
        <w:tc>
          <w:tcPr>
            <w:tcW w:type="dxa" w:w="2160"/>
          </w:tcPr>
          <w:p>
            <w:r>
              <w:t>20273323208</w:t>
            </w:r>
          </w:p>
        </w:tc>
        <w:tc>
          <w:tcPr>
            <w:tcW w:type="dxa" w:w="2160"/>
          </w:tcPr>
          <w:p>
            <w:r>
              <w:t>徐冉</w:t>
            </w:r>
          </w:p>
        </w:tc>
        <w:tc>
          <w:tcPr>
            <w:tcW w:type="dxa" w:w="2160"/>
          </w:tcPr>
          <w:p>
            <w:r>
              <w:t>20273332898</w:t>
            </w:r>
          </w:p>
        </w:tc>
        <w:tc>
          <w:tcPr>
            <w:tcW w:type="dxa" w:w="2160"/>
          </w:tcPr>
          <w:p>
            <w:r>
              <w:t>刘美希</w:t>
            </w:r>
          </w:p>
        </w:tc>
      </w:tr>
      <w:tr>
        <w:tc>
          <w:tcPr>
            <w:tcW w:type="dxa" w:w="2160"/>
          </w:tcPr>
          <w:p>
            <w:r>
              <w:t>20273319645</w:t>
            </w:r>
          </w:p>
        </w:tc>
        <w:tc>
          <w:tcPr>
            <w:tcW w:type="dxa" w:w="2160"/>
          </w:tcPr>
          <w:p>
            <w:r>
              <w:t>李慧煜</w:t>
            </w:r>
          </w:p>
        </w:tc>
        <w:tc>
          <w:tcPr>
            <w:tcW w:type="dxa" w:w="2160"/>
          </w:tcPr>
          <w:p>
            <w:r>
              <w:t>20273312509</w:t>
            </w:r>
          </w:p>
        </w:tc>
        <w:tc>
          <w:tcPr>
            <w:tcW w:type="dxa" w:w="2160"/>
          </w:tcPr>
          <w:p>
            <w:r>
              <w:t>李奕灵</w:t>
            </w:r>
          </w:p>
        </w:tc>
      </w:tr>
      <w:tr>
        <w:tc>
          <w:tcPr>
            <w:tcW w:type="dxa" w:w="2160"/>
          </w:tcPr>
          <w:p>
            <w:r>
              <w:t>20273317991</w:t>
            </w:r>
          </w:p>
        </w:tc>
        <w:tc>
          <w:tcPr>
            <w:tcW w:type="dxa" w:w="2160"/>
          </w:tcPr>
          <w:p>
            <w:r>
              <w:t>王一诺</w:t>
            </w:r>
          </w:p>
        </w:tc>
        <w:tc>
          <w:tcPr>
            <w:tcW w:type="dxa" w:w="2160"/>
          </w:tcPr>
          <w:p>
            <w:r>
              <w:t>20273332749</w:t>
            </w:r>
          </w:p>
        </w:tc>
        <w:tc>
          <w:tcPr>
            <w:tcW w:type="dxa" w:w="2160"/>
          </w:tcPr>
          <w:p>
            <w:r>
              <w:t>李伊然</w:t>
            </w:r>
          </w:p>
        </w:tc>
      </w:tr>
      <w:tr>
        <w:tc>
          <w:tcPr>
            <w:tcW w:type="dxa" w:w="2160"/>
          </w:tcPr>
          <w:p>
            <w:r>
              <w:t>20273319713</w:t>
            </w:r>
          </w:p>
        </w:tc>
        <w:tc>
          <w:tcPr>
            <w:tcW w:type="dxa" w:w="2160"/>
          </w:tcPr>
          <w:p>
            <w:r>
              <w:t>范瑞苹</w:t>
            </w:r>
          </w:p>
        </w:tc>
        <w:tc>
          <w:tcPr>
            <w:tcW w:type="dxa" w:w="2160"/>
          </w:tcPr>
          <w:p>
            <w:r>
              <w:t>20273333257</w:t>
            </w:r>
          </w:p>
        </w:tc>
        <w:tc>
          <w:tcPr>
            <w:tcW w:type="dxa" w:w="2160"/>
          </w:tcPr>
          <w:p>
            <w:r>
              <w:t>王佳楠</w:t>
            </w:r>
          </w:p>
        </w:tc>
      </w:tr>
      <w:tr>
        <w:tc>
          <w:tcPr>
            <w:tcW w:type="dxa" w:w="2160"/>
          </w:tcPr>
          <w:p>
            <w:r>
              <w:t>20273320440</w:t>
            </w:r>
          </w:p>
        </w:tc>
        <w:tc>
          <w:tcPr>
            <w:tcW w:type="dxa" w:w="2160"/>
          </w:tcPr>
          <w:p>
            <w:r>
              <w:t>常佳</w:t>
            </w:r>
          </w:p>
        </w:tc>
        <w:tc>
          <w:tcPr>
            <w:tcW w:type="dxa" w:w="2160"/>
          </w:tcPr>
          <w:p>
            <w:r>
              <w:t>20273333264</w:t>
            </w:r>
          </w:p>
        </w:tc>
        <w:tc>
          <w:tcPr>
            <w:tcW w:type="dxa" w:w="2160"/>
          </w:tcPr>
          <w:p>
            <w:r>
              <w:t>魏鹏</w:t>
            </w:r>
          </w:p>
        </w:tc>
      </w:tr>
      <w:tr>
        <w:tc>
          <w:tcPr>
            <w:tcW w:type="dxa" w:w="2160"/>
          </w:tcPr>
          <w:p>
            <w:r>
              <w:t>20273321214</w:t>
            </w:r>
          </w:p>
        </w:tc>
        <w:tc>
          <w:tcPr>
            <w:tcW w:type="dxa" w:w="2160"/>
          </w:tcPr>
          <w:p>
            <w:r>
              <w:t>王茜瑶</w:t>
            </w:r>
          </w:p>
        </w:tc>
        <w:tc>
          <w:tcPr>
            <w:tcW w:type="dxa" w:w="2160"/>
          </w:tcPr>
          <w:p>
            <w:r>
              <w:t>20273333542</w:t>
            </w:r>
          </w:p>
        </w:tc>
        <w:tc>
          <w:tcPr>
            <w:tcW w:type="dxa" w:w="2160"/>
          </w:tcPr>
          <w:p>
            <w:r>
              <w:t>崔文荟</w:t>
            </w:r>
          </w:p>
        </w:tc>
      </w:tr>
      <w:tr>
        <w:tc>
          <w:tcPr>
            <w:tcW w:type="dxa" w:w="2160"/>
          </w:tcPr>
          <w:p>
            <w:r>
              <w:t>20273323507</w:t>
            </w:r>
          </w:p>
        </w:tc>
        <w:tc>
          <w:tcPr>
            <w:tcW w:type="dxa" w:w="2160"/>
          </w:tcPr>
          <w:p>
            <w:r>
              <w:t>周媛媛</w:t>
            </w:r>
          </w:p>
        </w:tc>
        <w:tc>
          <w:tcPr>
            <w:tcW w:type="dxa" w:w="2160"/>
          </w:tcPr>
          <w:p>
            <w:r>
              <w:t>20273330181</w:t>
            </w:r>
          </w:p>
        </w:tc>
        <w:tc>
          <w:tcPr>
            <w:tcW w:type="dxa" w:w="2160"/>
          </w:tcPr>
          <w:p>
            <w:r>
              <w:t>徐梦雪</w:t>
            </w:r>
          </w:p>
        </w:tc>
      </w:tr>
      <w:tr>
        <w:tc>
          <w:tcPr>
            <w:tcW w:type="dxa" w:w="2160"/>
          </w:tcPr>
          <w:p>
            <w:r>
              <w:t>20273323526</w:t>
            </w:r>
          </w:p>
        </w:tc>
        <w:tc>
          <w:tcPr>
            <w:tcW w:type="dxa" w:w="2160"/>
          </w:tcPr>
          <w:p>
            <w:r>
              <w:t>叶梦婷</w:t>
            </w:r>
          </w:p>
        </w:tc>
        <w:tc>
          <w:tcPr>
            <w:tcW w:type="dxa" w:w="2160"/>
          </w:tcPr>
          <w:p>
            <w:r>
              <w:t>20273324852</w:t>
            </w:r>
          </w:p>
        </w:tc>
        <w:tc>
          <w:tcPr>
            <w:tcW w:type="dxa" w:w="2160"/>
          </w:tcPr>
          <w:p>
            <w:r>
              <w:t>叶佳波</w:t>
            </w:r>
          </w:p>
        </w:tc>
      </w:tr>
      <w:tr>
        <w:tc>
          <w:tcPr>
            <w:tcW w:type="dxa" w:w="2160"/>
          </w:tcPr>
          <w:p>
            <w:r>
              <w:t>20273323409</w:t>
            </w:r>
          </w:p>
        </w:tc>
        <w:tc>
          <w:tcPr>
            <w:tcW w:type="dxa" w:w="2160"/>
          </w:tcPr>
          <w:p>
            <w:r>
              <w:t>郭雨</w:t>
            </w:r>
          </w:p>
        </w:tc>
        <w:tc>
          <w:tcPr>
            <w:tcW w:type="dxa" w:w="2160"/>
          </w:tcPr>
          <w:p>
            <w:r>
              <w:t>20273333924</w:t>
            </w:r>
          </w:p>
        </w:tc>
        <w:tc>
          <w:tcPr>
            <w:tcW w:type="dxa" w:w="2160"/>
          </w:tcPr>
          <w:p>
            <w:r>
              <w:t>程大鎏</w:t>
            </w:r>
          </w:p>
        </w:tc>
      </w:tr>
      <w:tr>
        <w:tc>
          <w:tcPr>
            <w:tcW w:type="dxa" w:w="2160"/>
          </w:tcPr>
          <w:p>
            <w:r>
              <w:t>20273323562</w:t>
            </w:r>
          </w:p>
        </w:tc>
        <w:tc>
          <w:tcPr>
            <w:tcW w:type="dxa" w:w="2160"/>
          </w:tcPr>
          <w:p>
            <w:r>
              <w:t>张家硕</w:t>
            </w:r>
          </w:p>
        </w:tc>
        <w:tc>
          <w:tcPr>
            <w:tcW w:type="dxa" w:w="2160"/>
          </w:tcPr>
          <w:p>
            <w:r>
              <w:t>20273323882</w:t>
            </w:r>
          </w:p>
        </w:tc>
        <w:tc>
          <w:tcPr>
            <w:tcW w:type="dxa" w:w="2160"/>
          </w:tcPr>
          <w:p>
            <w:r>
              <w:t>逯晴</w:t>
            </w:r>
          </w:p>
        </w:tc>
      </w:tr>
      <w:tr>
        <w:tc>
          <w:tcPr>
            <w:tcW w:type="dxa" w:w="2160"/>
          </w:tcPr>
          <w:p>
            <w:r>
              <w:t>20273306100</w:t>
            </w:r>
          </w:p>
        </w:tc>
        <w:tc>
          <w:tcPr>
            <w:tcW w:type="dxa" w:w="2160"/>
          </w:tcPr>
          <w:p>
            <w:r>
              <w:t>王佳莉</w:t>
            </w:r>
          </w:p>
        </w:tc>
        <w:tc>
          <w:tcPr>
            <w:tcW w:type="dxa" w:w="2160"/>
          </w:tcPr>
          <w:p>
            <w:r>
              <w:t>20273325722</w:t>
            </w:r>
          </w:p>
        </w:tc>
        <w:tc>
          <w:tcPr>
            <w:tcW w:type="dxa" w:w="2160"/>
          </w:tcPr>
          <w:p>
            <w:r>
              <w:t>张浩哲</w:t>
            </w:r>
          </w:p>
        </w:tc>
      </w:tr>
      <w:tr>
        <w:tc>
          <w:tcPr>
            <w:tcW w:type="dxa" w:w="2160"/>
          </w:tcPr>
          <w:p>
            <w:r>
              <w:t>20273319456</w:t>
            </w:r>
          </w:p>
        </w:tc>
        <w:tc>
          <w:tcPr>
            <w:tcW w:type="dxa" w:w="2160"/>
          </w:tcPr>
          <w:p>
            <w:r>
              <w:t>杨清婷</w:t>
            </w:r>
          </w:p>
        </w:tc>
        <w:tc>
          <w:tcPr>
            <w:tcW w:type="dxa" w:w="2160"/>
          </w:tcPr>
          <w:p>
            <w:r>
              <w:t>20273324479</w:t>
            </w:r>
          </w:p>
        </w:tc>
        <w:tc>
          <w:tcPr>
            <w:tcW w:type="dxa" w:w="2160"/>
          </w:tcPr>
          <w:p>
            <w:r>
              <w:t>马舒琪</w:t>
            </w:r>
          </w:p>
        </w:tc>
      </w:tr>
      <w:tr>
        <w:tc>
          <w:tcPr>
            <w:tcW w:type="dxa" w:w="2160"/>
          </w:tcPr>
          <w:p>
            <w:r>
              <w:t>20273304441</w:t>
            </w:r>
          </w:p>
        </w:tc>
        <w:tc>
          <w:tcPr>
            <w:tcW w:type="dxa" w:w="2160"/>
          </w:tcPr>
          <w:p>
            <w:r>
              <w:t>温聪玲</w:t>
            </w:r>
          </w:p>
        </w:tc>
        <w:tc>
          <w:tcPr>
            <w:tcW w:type="dxa" w:w="2160"/>
          </w:tcPr>
          <w:p>
            <w:r>
              <w:t>20273334292</w:t>
            </w:r>
          </w:p>
        </w:tc>
        <w:tc>
          <w:tcPr>
            <w:tcW w:type="dxa" w:w="2160"/>
          </w:tcPr>
          <w:p>
            <w:r>
              <w:t>孙绮雯</w:t>
            </w:r>
          </w:p>
        </w:tc>
      </w:tr>
      <w:tr>
        <w:tc>
          <w:tcPr>
            <w:tcW w:type="dxa" w:w="2160"/>
          </w:tcPr>
          <w:p>
            <w:r>
              <w:t>20273323933</w:t>
            </w:r>
          </w:p>
        </w:tc>
        <w:tc>
          <w:tcPr>
            <w:tcW w:type="dxa" w:w="2160"/>
          </w:tcPr>
          <w:p>
            <w:r>
              <w:t>邵碟</w:t>
            </w:r>
          </w:p>
        </w:tc>
        <w:tc>
          <w:tcPr>
            <w:tcW w:type="dxa" w:w="2160"/>
          </w:tcPr>
          <w:p>
            <w:r>
              <w:t>20273300007</w:t>
            </w:r>
          </w:p>
        </w:tc>
        <w:tc>
          <w:tcPr>
            <w:tcW w:type="dxa" w:w="2160"/>
          </w:tcPr>
          <w:p>
            <w:r>
              <w:t>黄锐</w:t>
            </w:r>
          </w:p>
        </w:tc>
      </w:tr>
      <w:tr>
        <w:tc>
          <w:tcPr>
            <w:tcW w:type="dxa" w:w="2160"/>
          </w:tcPr>
          <w:p>
            <w:r>
              <w:t>20273324264</w:t>
            </w:r>
          </w:p>
        </w:tc>
        <w:tc>
          <w:tcPr>
            <w:tcW w:type="dxa" w:w="2160"/>
          </w:tcPr>
          <w:p>
            <w:r>
              <w:t>冀思霖</w:t>
            </w:r>
          </w:p>
        </w:tc>
        <w:tc>
          <w:tcPr>
            <w:tcW w:type="dxa" w:w="2160"/>
          </w:tcPr>
          <w:p>
            <w:r>
              <w:t>20273311950</w:t>
            </w:r>
          </w:p>
        </w:tc>
        <w:tc>
          <w:tcPr>
            <w:tcW w:type="dxa" w:w="2160"/>
          </w:tcPr>
          <w:p>
            <w:r>
              <w:t>黄欣怡</w:t>
            </w:r>
          </w:p>
        </w:tc>
      </w:tr>
      <w:tr>
        <w:tc>
          <w:tcPr>
            <w:tcW w:type="dxa" w:w="2160"/>
          </w:tcPr>
          <w:p>
            <w:r>
              <w:t>20273324574</w:t>
            </w:r>
          </w:p>
        </w:tc>
        <w:tc>
          <w:tcPr>
            <w:tcW w:type="dxa" w:w="2160"/>
          </w:tcPr>
          <w:p>
            <w:r>
              <w:t>杜怡静</w:t>
            </w:r>
          </w:p>
        </w:tc>
        <w:tc>
          <w:tcPr>
            <w:tcW w:type="dxa" w:w="2160"/>
          </w:tcPr>
          <w:p>
            <w:r>
              <w:t>20273334418</w:t>
            </w:r>
          </w:p>
        </w:tc>
        <w:tc>
          <w:tcPr>
            <w:tcW w:type="dxa" w:w="2160"/>
          </w:tcPr>
          <w:p>
            <w:r>
              <w:t>王欣雨</w:t>
            </w:r>
          </w:p>
        </w:tc>
      </w:tr>
      <w:tr>
        <w:tc>
          <w:tcPr>
            <w:tcW w:type="dxa" w:w="2160"/>
          </w:tcPr>
          <w:p>
            <w:r>
              <w:t>20273324121</w:t>
            </w:r>
          </w:p>
        </w:tc>
        <w:tc>
          <w:tcPr>
            <w:tcW w:type="dxa" w:w="2160"/>
          </w:tcPr>
          <w:p>
            <w:r>
              <w:t>冯晓玉</w:t>
            </w:r>
          </w:p>
        </w:tc>
        <w:tc>
          <w:tcPr>
            <w:tcW w:type="dxa" w:w="2160"/>
          </w:tcPr>
          <w:p>
            <w:r>
              <w:t>20273334196</w:t>
            </w:r>
          </w:p>
        </w:tc>
        <w:tc>
          <w:tcPr>
            <w:tcW w:type="dxa" w:w="2160"/>
          </w:tcPr>
          <w:p>
            <w:r>
              <w:t>朱锐玲</w:t>
            </w:r>
          </w:p>
        </w:tc>
      </w:tr>
      <w:tr>
        <w:tc>
          <w:tcPr>
            <w:tcW w:type="dxa" w:w="2160"/>
          </w:tcPr>
          <w:p>
            <w:r>
              <w:t>20273304219</w:t>
            </w:r>
          </w:p>
        </w:tc>
        <w:tc>
          <w:tcPr>
            <w:tcW w:type="dxa" w:w="2160"/>
          </w:tcPr>
          <w:p>
            <w:r>
              <w:t>任柳熠</w:t>
            </w:r>
          </w:p>
        </w:tc>
        <w:tc>
          <w:tcPr>
            <w:tcW w:type="dxa" w:w="2160"/>
          </w:tcPr>
          <w:p>
            <w:r>
              <w:t>20273334984</w:t>
            </w:r>
          </w:p>
        </w:tc>
        <w:tc>
          <w:tcPr>
            <w:tcW w:type="dxa" w:w="2160"/>
          </w:tcPr>
          <w:p>
            <w:r>
              <w:t>李茜妤</w:t>
            </w:r>
          </w:p>
        </w:tc>
      </w:tr>
      <w:tr>
        <w:tc>
          <w:tcPr>
            <w:tcW w:type="dxa" w:w="2160"/>
          </w:tcPr>
          <w:p>
            <w:r>
              <w:t>20273312467</w:t>
            </w:r>
          </w:p>
        </w:tc>
        <w:tc>
          <w:tcPr>
            <w:tcW w:type="dxa" w:w="2160"/>
          </w:tcPr>
          <w:p>
            <w:r>
              <w:t>张忆</w:t>
            </w:r>
          </w:p>
        </w:tc>
        <w:tc>
          <w:tcPr>
            <w:tcW w:type="dxa" w:w="2160"/>
          </w:tcPr>
          <w:p>
            <w:r>
              <w:t>20273325899</w:t>
            </w:r>
          </w:p>
        </w:tc>
        <w:tc>
          <w:tcPr>
            <w:tcW w:type="dxa" w:w="2160"/>
          </w:tcPr>
          <w:p>
            <w:r>
              <w:t>卢瑞婷</w:t>
            </w:r>
          </w:p>
        </w:tc>
      </w:tr>
      <w:tr>
        <w:tc>
          <w:tcPr>
            <w:tcW w:type="dxa" w:w="2160"/>
          </w:tcPr>
          <w:p>
            <w:r>
              <w:t>20273309530</w:t>
            </w:r>
          </w:p>
        </w:tc>
        <w:tc>
          <w:tcPr>
            <w:tcW w:type="dxa" w:w="2160"/>
          </w:tcPr>
          <w:p>
            <w:r>
              <w:t>胡诗妍</w:t>
            </w:r>
          </w:p>
        </w:tc>
        <w:tc>
          <w:tcPr>
            <w:tcW w:type="dxa" w:w="2160"/>
          </w:tcPr>
          <w:p>
            <w:r>
              <w:t>20273334031</w:t>
            </w:r>
          </w:p>
        </w:tc>
        <w:tc>
          <w:tcPr>
            <w:tcW w:type="dxa" w:w="2160"/>
          </w:tcPr>
          <w:p>
            <w:r>
              <w:t>赵淑敏</w:t>
            </w:r>
          </w:p>
        </w:tc>
      </w:tr>
      <w:tr>
        <w:tc>
          <w:tcPr>
            <w:tcW w:type="dxa" w:w="2160"/>
          </w:tcPr>
          <w:p>
            <w:r>
              <w:t>20273314305</w:t>
            </w:r>
          </w:p>
        </w:tc>
        <w:tc>
          <w:tcPr>
            <w:tcW w:type="dxa" w:w="2160"/>
          </w:tcPr>
          <w:p>
            <w:r>
              <w:t>甘海燕</w:t>
            </w:r>
          </w:p>
        </w:tc>
        <w:tc>
          <w:tcPr>
            <w:tcW w:type="dxa" w:w="2160"/>
          </w:tcPr>
          <w:p>
            <w:r>
              <w:t>20273325821</w:t>
            </w:r>
          </w:p>
        </w:tc>
        <w:tc>
          <w:tcPr>
            <w:tcW w:type="dxa" w:w="2160"/>
          </w:tcPr>
          <w:p>
            <w:r>
              <w:t>赵雪</w:t>
            </w:r>
          </w:p>
        </w:tc>
      </w:tr>
      <w:tr>
        <w:tc>
          <w:tcPr>
            <w:tcW w:type="dxa" w:w="2160"/>
          </w:tcPr>
          <w:p>
            <w:r>
              <w:t>20273305781</w:t>
            </w:r>
          </w:p>
        </w:tc>
        <w:tc>
          <w:tcPr>
            <w:tcW w:type="dxa" w:w="2160"/>
          </w:tcPr>
          <w:p>
            <w:r>
              <w:t>张婉涵</w:t>
            </w:r>
          </w:p>
        </w:tc>
        <w:tc>
          <w:tcPr>
            <w:tcW w:type="dxa" w:w="2160"/>
          </w:tcPr>
          <w:p>
            <w:r>
              <w:t>20273332626</w:t>
            </w:r>
          </w:p>
        </w:tc>
        <w:tc>
          <w:tcPr>
            <w:tcW w:type="dxa" w:w="2160"/>
          </w:tcPr>
          <w:p>
            <w:r>
              <w:t>张琪</w:t>
            </w:r>
          </w:p>
        </w:tc>
      </w:tr>
      <w:tr>
        <w:tc>
          <w:tcPr>
            <w:tcW w:type="dxa" w:w="2160"/>
          </w:tcPr>
          <w:p>
            <w:r>
              <w:t>20273312559</w:t>
            </w:r>
          </w:p>
        </w:tc>
        <w:tc>
          <w:tcPr>
            <w:tcW w:type="dxa" w:w="2160"/>
          </w:tcPr>
          <w:p>
            <w:r>
              <w:t>陈晓旭</w:t>
            </w:r>
          </w:p>
        </w:tc>
        <w:tc>
          <w:tcPr>
            <w:tcW w:type="dxa" w:w="2160"/>
          </w:tcPr>
          <w:p>
            <w:r>
              <w:t>20273329876</w:t>
            </w:r>
          </w:p>
        </w:tc>
        <w:tc>
          <w:tcPr>
            <w:tcW w:type="dxa" w:w="2160"/>
          </w:tcPr>
          <w:p>
            <w:r>
              <w:t>王欣</w:t>
            </w:r>
          </w:p>
        </w:tc>
      </w:tr>
      <w:tr>
        <w:tc>
          <w:tcPr>
            <w:tcW w:type="dxa" w:w="2160"/>
          </w:tcPr>
          <w:p>
            <w:r>
              <w:t>20273325015</w:t>
            </w:r>
          </w:p>
        </w:tc>
        <w:tc>
          <w:tcPr>
            <w:tcW w:type="dxa" w:w="2160"/>
          </w:tcPr>
          <w:p>
            <w:r>
              <w:t>何安悦</w:t>
            </w:r>
          </w:p>
        </w:tc>
        <w:tc>
          <w:tcPr>
            <w:tcW w:type="dxa" w:w="2160"/>
          </w:tcPr>
          <w:p>
            <w:r>
              <w:t>20273326929</w:t>
            </w:r>
          </w:p>
        </w:tc>
        <w:tc>
          <w:tcPr>
            <w:tcW w:type="dxa" w:w="2160"/>
          </w:tcPr>
          <w:p>
            <w:r>
              <w:t>王舒</w:t>
            </w:r>
          </w:p>
        </w:tc>
      </w:tr>
      <w:tr>
        <w:tc>
          <w:tcPr>
            <w:tcW w:type="dxa" w:w="2160"/>
          </w:tcPr>
          <w:p>
            <w:r>
              <w:t>20273318418</w:t>
            </w:r>
          </w:p>
        </w:tc>
        <w:tc>
          <w:tcPr>
            <w:tcW w:type="dxa" w:w="2160"/>
          </w:tcPr>
          <w:p>
            <w:r>
              <w:t>王驰淼</w:t>
            </w:r>
          </w:p>
        </w:tc>
        <w:tc>
          <w:tcPr>
            <w:tcW w:type="dxa" w:w="2160"/>
          </w:tcPr>
          <w:p>
            <w:r>
              <w:t>20273335099</w:t>
            </w:r>
          </w:p>
        </w:tc>
        <w:tc>
          <w:tcPr>
            <w:tcW w:type="dxa" w:w="2160"/>
          </w:tcPr>
          <w:p>
            <w:r>
              <w:t>季秋洁</w:t>
            </w:r>
          </w:p>
        </w:tc>
      </w:tr>
      <w:tr>
        <w:tc>
          <w:tcPr>
            <w:tcW w:type="dxa" w:w="2160"/>
          </w:tcPr>
          <w:p>
            <w:r>
              <w:t>20273304659</w:t>
            </w:r>
          </w:p>
        </w:tc>
        <w:tc>
          <w:tcPr>
            <w:tcW w:type="dxa" w:w="2160"/>
          </w:tcPr>
          <w:p>
            <w:r>
              <w:t>王妲</w:t>
            </w:r>
          </w:p>
        </w:tc>
        <w:tc>
          <w:tcPr>
            <w:tcW w:type="dxa" w:w="2160"/>
          </w:tcPr>
          <w:p>
            <w:r>
              <w:t>20273334361</w:t>
            </w:r>
          </w:p>
        </w:tc>
        <w:tc>
          <w:tcPr>
            <w:tcW w:type="dxa" w:w="2160"/>
          </w:tcPr>
          <w:p>
            <w:r>
              <w:t>钱馨洁</w:t>
            </w:r>
          </w:p>
        </w:tc>
      </w:tr>
      <w:tr>
        <w:tc>
          <w:tcPr>
            <w:tcW w:type="dxa" w:w="2160"/>
          </w:tcPr>
          <w:p>
            <w:r>
              <w:t>20273319521</w:t>
            </w:r>
          </w:p>
        </w:tc>
        <w:tc>
          <w:tcPr>
            <w:tcW w:type="dxa" w:w="2160"/>
          </w:tcPr>
          <w:p>
            <w:r>
              <w:t>陈智伟</w:t>
            </w:r>
          </w:p>
        </w:tc>
        <w:tc>
          <w:tcPr>
            <w:tcW w:type="dxa" w:w="2160"/>
          </w:tcPr>
          <w:p>
            <w:r>
              <w:t>20273327088</w:t>
            </w:r>
          </w:p>
        </w:tc>
        <w:tc>
          <w:tcPr>
            <w:tcW w:type="dxa" w:w="2160"/>
          </w:tcPr>
          <w:p>
            <w:r>
              <w:t>吴凡</w:t>
            </w:r>
          </w:p>
        </w:tc>
      </w:tr>
      <w:tr>
        <w:tc>
          <w:tcPr>
            <w:tcW w:type="dxa" w:w="2160"/>
          </w:tcPr>
          <w:p>
            <w:r>
              <w:t>20273323643</w:t>
            </w:r>
          </w:p>
        </w:tc>
        <w:tc>
          <w:tcPr>
            <w:tcW w:type="dxa" w:w="2160"/>
          </w:tcPr>
          <w:p>
            <w:r>
              <w:t>王晨欣</w:t>
            </w:r>
          </w:p>
        </w:tc>
        <w:tc>
          <w:tcPr>
            <w:tcW w:type="dxa" w:w="2160"/>
          </w:tcPr>
          <w:p>
            <w:r>
              <w:t>20273329660</w:t>
            </w:r>
          </w:p>
        </w:tc>
        <w:tc>
          <w:tcPr>
            <w:tcW w:type="dxa" w:w="2160"/>
          </w:tcPr>
          <w:p>
            <w:r>
              <w:t>张星晗</w:t>
            </w:r>
          </w:p>
        </w:tc>
      </w:tr>
      <w:tr>
        <w:tc>
          <w:tcPr>
            <w:tcW w:type="dxa" w:w="2160"/>
          </w:tcPr>
          <w:p>
            <w:r>
              <w:t>20273310755</w:t>
            </w:r>
          </w:p>
        </w:tc>
        <w:tc>
          <w:tcPr>
            <w:tcW w:type="dxa" w:w="2160"/>
          </w:tcPr>
          <w:p>
            <w:r>
              <w:t>王浩东</w:t>
            </w:r>
          </w:p>
        </w:tc>
        <w:tc>
          <w:tcPr>
            <w:tcW w:type="dxa" w:w="2160"/>
          </w:tcPr>
          <w:p>
            <w:r>
              <w:t>20273326397</w:t>
            </w:r>
          </w:p>
        </w:tc>
        <w:tc>
          <w:tcPr>
            <w:tcW w:type="dxa" w:w="2160"/>
          </w:tcPr>
          <w:p>
            <w:r>
              <w:t>孟思琪</w:t>
            </w:r>
          </w:p>
        </w:tc>
      </w:tr>
      <w:tr>
        <w:tc>
          <w:tcPr>
            <w:tcW w:type="dxa" w:w="2160"/>
          </w:tcPr>
          <w:p>
            <w:r>
              <w:t>20273321484</w:t>
            </w:r>
          </w:p>
        </w:tc>
        <w:tc>
          <w:tcPr>
            <w:tcW w:type="dxa" w:w="2160"/>
          </w:tcPr>
          <w:p>
            <w:r>
              <w:t>苏钰康</w:t>
            </w:r>
          </w:p>
        </w:tc>
        <w:tc>
          <w:tcPr>
            <w:tcW w:type="dxa" w:w="2160"/>
          </w:tcPr>
          <w:p>
            <w:r>
              <w:t>20273336338</w:t>
            </w:r>
          </w:p>
        </w:tc>
        <w:tc>
          <w:tcPr>
            <w:tcW w:type="dxa" w:w="2160"/>
          </w:tcPr>
          <w:p>
            <w:r>
              <w:t>陈姿璇</w:t>
            </w:r>
          </w:p>
        </w:tc>
      </w:tr>
      <w:tr>
        <w:tc>
          <w:tcPr>
            <w:tcW w:type="dxa" w:w="2160"/>
          </w:tcPr>
          <w:p>
            <w:r>
              <w:t>20273308962</w:t>
            </w:r>
          </w:p>
        </w:tc>
        <w:tc>
          <w:tcPr>
            <w:tcW w:type="dxa" w:w="2160"/>
          </w:tcPr>
          <w:p>
            <w:r>
              <w:t>肖瑶</w:t>
            </w:r>
          </w:p>
        </w:tc>
        <w:tc>
          <w:tcPr>
            <w:tcW w:type="dxa" w:w="2160"/>
          </w:tcPr>
          <w:p>
            <w:r>
              <w:t>20273336188</w:t>
            </w:r>
          </w:p>
        </w:tc>
        <w:tc>
          <w:tcPr>
            <w:tcW w:type="dxa" w:w="2160"/>
          </w:tcPr>
          <w:p>
            <w:r>
              <w:t>江楠</w:t>
            </w:r>
          </w:p>
        </w:tc>
      </w:tr>
      <w:tr>
        <w:tc>
          <w:tcPr>
            <w:tcW w:type="dxa" w:w="2160"/>
          </w:tcPr>
          <w:p>
            <w:r>
              <w:t>20273306637</w:t>
            </w:r>
          </w:p>
        </w:tc>
        <w:tc>
          <w:tcPr>
            <w:tcW w:type="dxa" w:w="2160"/>
          </w:tcPr>
          <w:p>
            <w:r>
              <w:t>刘伟</w:t>
            </w:r>
          </w:p>
        </w:tc>
        <w:tc>
          <w:tcPr>
            <w:tcW w:type="dxa" w:w="2160"/>
          </w:tcPr>
          <w:p>
            <w:r>
              <w:t>20273327029</w:t>
            </w:r>
          </w:p>
        </w:tc>
        <w:tc>
          <w:tcPr>
            <w:tcW w:type="dxa" w:w="2160"/>
          </w:tcPr>
          <w:p>
            <w:r>
              <w:t>丁佳琪</w:t>
            </w:r>
          </w:p>
        </w:tc>
      </w:tr>
      <w:tr>
        <w:tc>
          <w:tcPr>
            <w:tcW w:type="dxa" w:w="2160"/>
          </w:tcPr>
          <w:p>
            <w:r>
              <w:t>20273325539</w:t>
            </w:r>
          </w:p>
        </w:tc>
        <w:tc>
          <w:tcPr>
            <w:tcW w:type="dxa" w:w="2160"/>
          </w:tcPr>
          <w:p>
            <w:r>
              <w:t>刘诚然</w:t>
            </w:r>
          </w:p>
        </w:tc>
        <w:tc>
          <w:tcPr>
            <w:tcW w:type="dxa" w:w="2160"/>
          </w:tcPr>
          <w:p>
            <w:r>
              <w:t>20273336487</w:t>
            </w:r>
          </w:p>
        </w:tc>
        <w:tc>
          <w:tcPr>
            <w:tcW w:type="dxa" w:w="2160"/>
          </w:tcPr>
          <w:p>
            <w:r>
              <w:t>李凯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