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药学院推免综合面试考核结果公示</w:t>
      </w:r>
    </w:p>
    <w:p>
      <w:r>
        <w:t>根据学校《关于开展推荐优秀应届本科毕业生2018年免试攻读硕士研究生工作的通知》（教字[2017]160号）及学校、学部有关会议精神，药学院2017年9月13日组织了综合面试考核，先将免试专家小组考核结果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学号</w:t>
            </w:r>
          </w:p>
        </w:tc>
        <w:tc>
          <w:tcPr>
            <w:tcW w:type="dxa" w:w="1080"/>
          </w:tcPr>
          <w:p>
            <w:r>
              <w:t>姓名</w:t>
            </w:r>
          </w:p>
        </w:tc>
        <w:tc>
          <w:tcPr>
            <w:tcW w:type="dxa" w:w="1080"/>
          </w:tcPr>
          <w:p>
            <w:r>
              <w:t>专业</w:t>
            </w:r>
          </w:p>
        </w:tc>
        <w:tc>
          <w:tcPr>
            <w:tcW w:type="dxa" w:w="1080"/>
          </w:tcPr>
          <w:p>
            <w:r>
              <w:t>综合英语能力得分</w:t>
            </w:r>
          </w:p>
        </w:tc>
        <w:tc>
          <w:tcPr>
            <w:tcW w:type="dxa" w:w="1080"/>
          </w:tcPr>
          <w:p>
            <w:r>
              <w:t>沟通表达与逻辑思维能力得分</w:t>
            </w:r>
          </w:p>
        </w:tc>
        <w:tc>
          <w:tcPr>
            <w:tcW w:type="dxa" w:w="1080"/>
          </w:tcPr>
          <w:p>
            <w:r>
              <w:t>思想品德、专业素养、科研与创新能力得分</w:t>
            </w:r>
          </w:p>
        </w:tc>
        <w:tc>
          <w:tcPr>
            <w:tcW w:type="dxa" w:w="1080"/>
          </w:tcPr>
          <w:p>
            <w:r>
              <w:t>总成绩</w:t>
            </w:r>
          </w:p>
        </w:tc>
        <w:tc>
          <w:tcPr>
            <w:tcW w:type="dxa" w:w="1080"/>
          </w:tcPr>
          <w:p>
            <w:r>
              <w:t>备注</w:t>
            </w:r>
          </w:p>
        </w:tc>
      </w:tr>
      <w:tr>
        <w:tc>
          <w:tcPr>
            <w:tcW w:type="dxa" w:w="1080"/>
          </w:tcPr>
          <w:p>
            <w:r>
              <w:t>1430413084</w:t>
            </w:r>
          </w:p>
        </w:tc>
        <w:tc>
          <w:tcPr>
            <w:tcW w:type="dxa" w:w="1080"/>
          </w:tcPr>
          <w:p>
            <w:r>
              <w:t>李厅</w:t>
            </w:r>
          </w:p>
        </w:tc>
        <w:tc>
          <w:tcPr>
            <w:tcW w:type="dxa" w:w="1080"/>
          </w:tcPr>
          <w:p>
            <w:r>
              <w:t>药学</w:t>
            </w:r>
          </w:p>
        </w:tc>
        <w:tc>
          <w:tcPr>
            <w:tcW w:type="dxa" w:w="1080"/>
          </w:tcPr>
          <w:p>
            <w:r>
              <w:t>54.8</w:t>
            </w:r>
          </w:p>
        </w:tc>
        <w:tc>
          <w:tcPr>
            <w:tcW w:type="dxa" w:w="1080"/>
          </w:tcPr>
          <w:p>
            <w:r>
              <w:t>56.6</w:t>
            </w:r>
          </w:p>
        </w:tc>
        <w:tc>
          <w:tcPr>
            <w:tcW w:type="dxa" w:w="1080"/>
          </w:tcPr>
          <w:p>
            <w:r>
              <w:t>47.4</w:t>
            </w:r>
          </w:p>
        </w:tc>
        <w:tc>
          <w:tcPr>
            <w:tcW w:type="dxa" w:w="1080"/>
          </w:tcPr>
          <w:p>
            <w:r>
              <w:t>158.8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1430413004</w:t>
            </w:r>
          </w:p>
        </w:tc>
        <w:tc>
          <w:tcPr>
            <w:tcW w:type="dxa" w:w="1080"/>
          </w:tcPr>
          <w:p>
            <w:r>
              <w:t>王钰</w:t>
            </w:r>
          </w:p>
        </w:tc>
        <w:tc>
          <w:tcPr>
            <w:tcW w:type="dxa" w:w="1080"/>
          </w:tcPr>
          <w:p>
            <w:r>
              <w:t>药学</w:t>
            </w:r>
          </w:p>
        </w:tc>
        <w:tc>
          <w:tcPr>
            <w:tcW w:type="dxa" w:w="1080"/>
          </w:tcPr>
          <w:p>
            <w:r>
              <w:t>53.2</w:t>
            </w:r>
          </w:p>
        </w:tc>
        <w:tc>
          <w:tcPr>
            <w:tcW w:type="dxa" w:w="1080"/>
          </w:tcPr>
          <w:p>
            <w:r>
              <w:t>55.2</w:t>
            </w:r>
          </w:p>
        </w:tc>
        <w:tc>
          <w:tcPr>
            <w:tcW w:type="dxa" w:w="1080"/>
          </w:tcPr>
          <w:p>
            <w:r>
              <w:t>46.8</w:t>
            </w:r>
          </w:p>
        </w:tc>
        <w:tc>
          <w:tcPr>
            <w:tcW w:type="dxa" w:w="1080"/>
          </w:tcPr>
          <w:p>
            <w:r>
              <w:t>155.2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1430413044</w:t>
            </w:r>
          </w:p>
        </w:tc>
        <w:tc>
          <w:tcPr>
            <w:tcW w:type="dxa" w:w="1080"/>
          </w:tcPr>
          <w:p>
            <w:r>
              <w:t>邓荻</w:t>
            </w:r>
          </w:p>
        </w:tc>
        <w:tc>
          <w:tcPr>
            <w:tcW w:type="dxa" w:w="1080"/>
          </w:tcPr>
          <w:p>
            <w:r>
              <w:t>药学</w:t>
            </w:r>
          </w:p>
        </w:tc>
        <w:tc>
          <w:tcPr>
            <w:tcW w:type="dxa" w:w="1080"/>
          </w:tcPr>
          <w:p>
            <w:r>
              <w:t>51.8</w:t>
            </w:r>
          </w:p>
        </w:tc>
        <w:tc>
          <w:tcPr>
            <w:tcW w:type="dxa" w:w="1080"/>
          </w:tcPr>
          <w:p>
            <w:r>
              <w:t>48.4</w:t>
            </w:r>
          </w:p>
        </w:tc>
        <w:tc>
          <w:tcPr>
            <w:tcW w:type="dxa" w:w="1080"/>
          </w:tcPr>
          <w:p>
            <w:r>
              <w:t>39</w:t>
            </w:r>
          </w:p>
        </w:tc>
        <w:tc>
          <w:tcPr>
            <w:tcW w:type="dxa" w:w="1080"/>
          </w:tcPr>
          <w:p>
            <w:r>
              <w:t>139.2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1430413010</w:t>
            </w:r>
          </w:p>
        </w:tc>
        <w:tc>
          <w:tcPr>
            <w:tcW w:type="dxa" w:w="1080"/>
          </w:tcPr>
          <w:p>
            <w:r>
              <w:t>杨舒画</w:t>
            </w:r>
          </w:p>
        </w:tc>
        <w:tc>
          <w:tcPr>
            <w:tcW w:type="dxa" w:w="1080"/>
          </w:tcPr>
          <w:p>
            <w:r>
              <w:t>药学</w:t>
            </w:r>
          </w:p>
        </w:tc>
        <w:tc>
          <w:tcPr>
            <w:tcW w:type="dxa" w:w="1080"/>
          </w:tcPr>
          <w:p>
            <w:r>
              <w:t>55.4</w:t>
            </w:r>
          </w:p>
        </w:tc>
        <w:tc>
          <w:tcPr>
            <w:tcW w:type="dxa" w:w="1080"/>
          </w:tcPr>
          <w:p>
            <w:r>
              <w:t>55.8</w:t>
            </w:r>
          </w:p>
        </w:tc>
        <w:tc>
          <w:tcPr>
            <w:tcW w:type="dxa" w:w="1080"/>
          </w:tcPr>
          <w:p>
            <w:r>
              <w:t>48</w:t>
            </w:r>
          </w:p>
        </w:tc>
        <w:tc>
          <w:tcPr>
            <w:tcW w:type="dxa" w:w="1080"/>
          </w:tcPr>
          <w:p>
            <w:r>
              <w:t>159.2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1430413021</w:t>
            </w:r>
          </w:p>
        </w:tc>
        <w:tc>
          <w:tcPr>
            <w:tcW w:type="dxa" w:w="1080"/>
          </w:tcPr>
          <w:p>
            <w:r>
              <w:t>杨雪</w:t>
            </w:r>
          </w:p>
        </w:tc>
        <w:tc>
          <w:tcPr>
            <w:tcW w:type="dxa" w:w="1080"/>
          </w:tcPr>
          <w:p>
            <w:r>
              <w:t>药学</w:t>
            </w:r>
          </w:p>
        </w:tc>
        <w:tc>
          <w:tcPr>
            <w:tcW w:type="dxa" w:w="1080"/>
          </w:tcPr>
          <w:p>
            <w:r>
              <w:t>53.4</w:t>
            </w:r>
          </w:p>
        </w:tc>
        <w:tc>
          <w:tcPr>
            <w:tcW w:type="dxa" w:w="1080"/>
          </w:tcPr>
          <w:p>
            <w:r>
              <w:t>53.8</w:t>
            </w:r>
          </w:p>
        </w:tc>
        <w:tc>
          <w:tcPr>
            <w:tcW w:type="dxa" w:w="1080"/>
          </w:tcPr>
          <w:p>
            <w:r>
              <w:t>46</w:t>
            </w:r>
          </w:p>
        </w:tc>
        <w:tc>
          <w:tcPr>
            <w:tcW w:type="dxa" w:w="1080"/>
          </w:tcPr>
          <w:p>
            <w:r>
              <w:t>153.2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1430413063</w:t>
            </w:r>
          </w:p>
        </w:tc>
        <w:tc>
          <w:tcPr>
            <w:tcW w:type="dxa" w:w="1080"/>
          </w:tcPr>
          <w:p>
            <w:r>
              <w:t>申卫国</w:t>
            </w:r>
          </w:p>
        </w:tc>
        <w:tc>
          <w:tcPr>
            <w:tcW w:type="dxa" w:w="1080"/>
          </w:tcPr>
          <w:p>
            <w:r>
              <w:t>药学</w:t>
            </w:r>
          </w:p>
        </w:tc>
        <w:tc>
          <w:tcPr>
            <w:tcW w:type="dxa" w:w="1080"/>
          </w:tcPr>
          <w:p>
            <w:r>
              <w:t>55.2</w:t>
            </w:r>
          </w:p>
        </w:tc>
        <w:tc>
          <w:tcPr>
            <w:tcW w:type="dxa" w:w="1080"/>
          </w:tcPr>
          <w:p>
            <w:r>
              <w:t>55.8</w:t>
            </w:r>
          </w:p>
        </w:tc>
        <w:tc>
          <w:tcPr>
            <w:tcW w:type="dxa" w:w="1080"/>
          </w:tcPr>
          <w:p>
            <w:r>
              <w:t>46.4</w:t>
            </w:r>
          </w:p>
        </w:tc>
        <w:tc>
          <w:tcPr>
            <w:tcW w:type="dxa" w:w="1080"/>
          </w:tcPr>
          <w:p>
            <w:r>
              <w:t>157.4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1430413026</w:t>
            </w:r>
          </w:p>
        </w:tc>
        <w:tc>
          <w:tcPr>
            <w:tcW w:type="dxa" w:w="1080"/>
          </w:tcPr>
          <w:p>
            <w:r>
              <w:t>沈淑芳</w:t>
            </w:r>
          </w:p>
        </w:tc>
        <w:tc>
          <w:tcPr>
            <w:tcW w:type="dxa" w:w="1080"/>
          </w:tcPr>
          <w:p>
            <w:r>
              <w:t>药学</w:t>
            </w:r>
          </w:p>
        </w:tc>
        <w:tc>
          <w:tcPr>
            <w:tcW w:type="dxa" w:w="1080"/>
          </w:tcPr>
          <w:p>
            <w:r>
              <w:t>54.2</w:t>
            </w:r>
          </w:p>
        </w:tc>
        <w:tc>
          <w:tcPr>
            <w:tcW w:type="dxa" w:w="1080"/>
          </w:tcPr>
          <w:p>
            <w:r>
              <w:t>54.8</w:t>
            </w:r>
          </w:p>
        </w:tc>
        <w:tc>
          <w:tcPr>
            <w:tcW w:type="dxa" w:w="1080"/>
          </w:tcPr>
          <w:p>
            <w:r>
              <w:t>44</w:t>
            </w:r>
          </w:p>
        </w:tc>
        <w:tc>
          <w:tcPr>
            <w:tcW w:type="dxa" w:w="1080"/>
          </w:tcPr>
          <w:p>
            <w:r>
              <w:t>153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1430413050</w:t>
            </w:r>
          </w:p>
        </w:tc>
        <w:tc>
          <w:tcPr>
            <w:tcW w:type="dxa" w:w="1080"/>
          </w:tcPr>
          <w:p>
            <w:r>
              <w:t>吴清华</w:t>
            </w:r>
          </w:p>
        </w:tc>
        <w:tc>
          <w:tcPr>
            <w:tcW w:type="dxa" w:w="1080"/>
          </w:tcPr>
          <w:p>
            <w:r>
              <w:t>药学</w:t>
            </w:r>
          </w:p>
        </w:tc>
        <w:tc>
          <w:tcPr>
            <w:tcW w:type="dxa" w:w="1080"/>
          </w:tcPr>
          <w:p>
            <w:r>
              <w:t>52.2</w:t>
            </w:r>
          </w:p>
        </w:tc>
        <w:tc>
          <w:tcPr>
            <w:tcW w:type="dxa" w:w="1080"/>
          </w:tcPr>
          <w:p>
            <w:r>
              <w:t>52.8</w:t>
            </w:r>
          </w:p>
        </w:tc>
        <w:tc>
          <w:tcPr>
            <w:tcW w:type="dxa" w:w="1080"/>
          </w:tcPr>
          <w:p>
            <w:r>
              <w:t>44</w:t>
            </w:r>
          </w:p>
        </w:tc>
        <w:tc>
          <w:tcPr>
            <w:tcW w:type="dxa" w:w="1080"/>
          </w:tcPr>
          <w:p>
            <w:r>
              <w:t>149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1430413007</w:t>
            </w:r>
          </w:p>
        </w:tc>
        <w:tc>
          <w:tcPr>
            <w:tcW w:type="dxa" w:w="1080"/>
          </w:tcPr>
          <w:p>
            <w:r>
              <w:t>黄沈嘉</w:t>
            </w:r>
          </w:p>
        </w:tc>
        <w:tc>
          <w:tcPr>
            <w:tcW w:type="dxa" w:w="1080"/>
          </w:tcPr>
          <w:p>
            <w:r>
              <w:t>药学</w:t>
            </w:r>
          </w:p>
        </w:tc>
        <w:tc>
          <w:tcPr>
            <w:tcW w:type="dxa" w:w="1080"/>
          </w:tcPr>
          <w:p>
            <w:r>
              <w:t>54.8</w:t>
            </w:r>
          </w:p>
        </w:tc>
        <w:tc>
          <w:tcPr>
            <w:tcW w:type="dxa" w:w="1080"/>
          </w:tcPr>
          <w:p>
            <w:r>
              <w:t>55</w:t>
            </w:r>
          </w:p>
        </w:tc>
        <w:tc>
          <w:tcPr>
            <w:tcW w:type="dxa" w:w="1080"/>
          </w:tcPr>
          <w:p>
            <w:r>
              <w:t>46.2</w:t>
            </w:r>
          </w:p>
        </w:tc>
        <w:tc>
          <w:tcPr>
            <w:tcW w:type="dxa" w:w="1080"/>
          </w:tcPr>
          <w:p>
            <w:r>
              <w:t>156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1430413061</w:t>
            </w:r>
          </w:p>
        </w:tc>
        <w:tc>
          <w:tcPr>
            <w:tcW w:type="dxa" w:w="1080"/>
          </w:tcPr>
          <w:p>
            <w:r>
              <w:t>程序</w:t>
            </w:r>
          </w:p>
        </w:tc>
        <w:tc>
          <w:tcPr>
            <w:tcW w:type="dxa" w:w="1080"/>
          </w:tcPr>
          <w:p>
            <w:r>
              <w:t>药学</w:t>
            </w:r>
          </w:p>
        </w:tc>
        <w:tc>
          <w:tcPr>
            <w:tcW w:type="dxa" w:w="1080"/>
          </w:tcPr>
          <w:p>
            <w:r>
              <w:t>57</w:t>
            </w:r>
          </w:p>
        </w:tc>
        <w:tc>
          <w:tcPr>
            <w:tcW w:type="dxa" w:w="1080"/>
          </w:tcPr>
          <w:p>
            <w:r>
              <w:t>57.4</w:t>
            </w:r>
          </w:p>
        </w:tc>
        <w:tc>
          <w:tcPr>
            <w:tcW w:type="dxa" w:w="1080"/>
          </w:tcPr>
          <w:p>
            <w:r>
              <w:t>47.6</w:t>
            </w:r>
          </w:p>
        </w:tc>
        <w:tc>
          <w:tcPr>
            <w:tcW w:type="dxa" w:w="1080"/>
          </w:tcPr>
          <w:p>
            <w:r>
              <w:t>162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1430413037</w:t>
            </w:r>
          </w:p>
        </w:tc>
        <w:tc>
          <w:tcPr>
            <w:tcW w:type="dxa" w:w="1080"/>
          </w:tcPr>
          <w:p>
            <w:r>
              <w:t>刘瑞</w:t>
            </w:r>
          </w:p>
        </w:tc>
        <w:tc>
          <w:tcPr>
            <w:tcW w:type="dxa" w:w="1080"/>
          </w:tcPr>
          <w:p>
            <w:r>
              <w:t>药学</w:t>
            </w:r>
          </w:p>
        </w:tc>
        <w:tc>
          <w:tcPr>
            <w:tcW w:type="dxa" w:w="1080"/>
          </w:tcPr>
          <w:p>
            <w:r>
              <w:t>50.6</w:t>
            </w:r>
          </w:p>
        </w:tc>
        <w:tc>
          <w:tcPr>
            <w:tcW w:type="dxa" w:w="1080"/>
          </w:tcPr>
          <w:p>
            <w:r>
              <w:t>53.4</w:t>
            </w:r>
          </w:p>
        </w:tc>
        <w:tc>
          <w:tcPr>
            <w:tcW w:type="dxa" w:w="1080"/>
          </w:tcPr>
          <w:p>
            <w:r>
              <w:t>43</w:t>
            </w:r>
          </w:p>
        </w:tc>
        <w:tc>
          <w:tcPr>
            <w:tcW w:type="dxa" w:w="1080"/>
          </w:tcPr>
          <w:p>
            <w:r>
              <w:t>147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1430413045</w:t>
            </w:r>
          </w:p>
        </w:tc>
        <w:tc>
          <w:tcPr>
            <w:tcW w:type="dxa" w:w="1080"/>
          </w:tcPr>
          <w:p>
            <w:r>
              <w:t>张琳</w:t>
            </w:r>
          </w:p>
        </w:tc>
        <w:tc>
          <w:tcPr>
            <w:tcW w:type="dxa" w:w="1080"/>
          </w:tcPr>
          <w:p>
            <w:r>
              <w:t>药学</w:t>
            </w:r>
          </w:p>
        </w:tc>
        <w:tc>
          <w:tcPr>
            <w:tcW w:type="dxa" w:w="1080"/>
          </w:tcPr>
          <w:p>
            <w:r>
              <w:t>50</w:t>
            </w:r>
          </w:p>
        </w:tc>
        <w:tc>
          <w:tcPr>
            <w:tcW w:type="dxa" w:w="1080"/>
          </w:tcPr>
          <w:p>
            <w:r>
              <w:t>52</w:t>
            </w:r>
          </w:p>
        </w:tc>
        <w:tc>
          <w:tcPr>
            <w:tcW w:type="dxa" w:w="1080"/>
          </w:tcPr>
          <w:p>
            <w:r>
              <w:t>42.4</w:t>
            </w:r>
          </w:p>
        </w:tc>
        <w:tc>
          <w:tcPr>
            <w:tcW w:type="dxa" w:w="1080"/>
          </w:tcPr>
          <w:p>
            <w:r>
              <w:t>144.4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1430413035</w:t>
            </w:r>
          </w:p>
        </w:tc>
        <w:tc>
          <w:tcPr>
            <w:tcW w:type="dxa" w:w="1080"/>
          </w:tcPr>
          <w:p>
            <w:r>
              <w:t>许超</w:t>
            </w:r>
          </w:p>
        </w:tc>
        <w:tc>
          <w:tcPr>
            <w:tcW w:type="dxa" w:w="1080"/>
          </w:tcPr>
          <w:p>
            <w:r>
              <w:t>药学</w:t>
            </w:r>
          </w:p>
        </w:tc>
        <w:tc>
          <w:tcPr>
            <w:tcW w:type="dxa" w:w="1080"/>
          </w:tcPr>
          <w:p>
            <w:r>
              <w:t>55.4</w:t>
            </w:r>
          </w:p>
        </w:tc>
        <w:tc>
          <w:tcPr>
            <w:tcW w:type="dxa" w:w="1080"/>
          </w:tcPr>
          <w:p>
            <w:r>
              <w:t>53.6</w:t>
            </w:r>
          </w:p>
        </w:tc>
        <w:tc>
          <w:tcPr>
            <w:tcW w:type="dxa" w:w="1080"/>
          </w:tcPr>
          <w:p>
            <w:r>
              <w:t>46.2</w:t>
            </w:r>
          </w:p>
        </w:tc>
        <w:tc>
          <w:tcPr>
            <w:tcW w:type="dxa" w:w="1080"/>
          </w:tcPr>
          <w:p>
            <w:r>
              <w:t>155.2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1430403027</w:t>
            </w:r>
          </w:p>
        </w:tc>
        <w:tc>
          <w:tcPr>
            <w:tcW w:type="dxa" w:w="1080"/>
          </w:tcPr>
          <w:p>
            <w:r>
              <w:t>徐舒怡</w:t>
            </w:r>
          </w:p>
        </w:tc>
        <w:tc>
          <w:tcPr>
            <w:tcW w:type="dxa" w:w="1080"/>
          </w:tcPr>
          <w:p>
            <w:r>
              <w:t>生物制药</w:t>
            </w:r>
          </w:p>
        </w:tc>
        <w:tc>
          <w:tcPr>
            <w:tcW w:type="dxa" w:w="1080"/>
          </w:tcPr>
          <w:p>
            <w:r>
              <w:t>51.64</w:t>
            </w:r>
          </w:p>
        </w:tc>
        <w:tc>
          <w:tcPr>
            <w:tcW w:type="dxa" w:w="1080"/>
          </w:tcPr>
          <w:p>
            <w:r>
              <w:t>55.43</w:t>
            </w:r>
          </w:p>
        </w:tc>
        <w:tc>
          <w:tcPr>
            <w:tcW w:type="dxa" w:w="1080"/>
          </w:tcPr>
          <w:p>
            <w:r>
              <w:t>46.14</w:t>
            </w:r>
          </w:p>
        </w:tc>
        <w:tc>
          <w:tcPr>
            <w:tcW w:type="dxa" w:w="1080"/>
          </w:tcPr>
          <w:p>
            <w:r>
              <w:t>153.21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1430403029</w:t>
            </w:r>
          </w:p>
        </w:tc>
        <w:tc>
          <w:tcPr>
            <w:tcW w:type="dxa" w:w="1080"/>
          </w:tcPr>
          <w:p>
            <w:r>
              <w:t>唐琪</w:t>
            </w:r>
          </w:p>
        </w:tc>
        <w:tc>
          <w:tcPr>
            <w:tcW w:type="dxa" w:w="1080"/>
          </w:tcPr>
          <w:p>
            <w:r>
              <w:t>生物制药</w:t>
            </w:r>
          </w:p>
        </w:tc>
        <w:tc>
          <w:tcPr>
            <w:tcW w:type="dxa" w:w="1080"/>
          </w:tcPr>
          <w:p>
            <w:r>
              <w:t>49.5</w:t>
            </w:r>
          </w:p>
        </w:tc>
        <w:tc>
          <w:tcPr>
            <w:tcW w:type="dxa" w:w="1080"/>
          </w:tcPr>
          <w:p>
            <w:r>
              <w:t>53</w:t>
            </w:r>
          </w:p>
        </w:tc>
        <w:tc>
          <w:tcPr>
            <w:tcW w:type="dxa" w:w="1080"/>
          </w:tcPr>
          <w:p>
            <w:r>
              <w:t>45.14</w:t>
            </w:r>
          </w:p>
        </w:tc>
        <w:tc>
          <w:tcPr>
            <w:tcW w:type="dxa" w:w="1080"/>
          </w:tcPr>
          <w:p>
            <w:r>
              <w:t>147.64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1430414013</w:t>
            </w:r>
          </w:p>
        </w:tc>
        <w:tc>
          <w:tcPr>
            <w:tcW w:type="dxa" w:w="1080"/>
          </w:tcPr>
          <w:p>
            <w:r>
              <w:t>李子斌</w:t>
            </w:r>
          </w:p>
        </w:tc>
        <w:tc>
          <w:tcPr>
            <w:tcW w:type="dxa" w:w="1080"/>
          </w:tcPr>
          <w:p>
            <w:r>
              <w:t>中药</w:t>
            </w:r>
          </w:p>
        </w:tc>
        <w:tc>
          <w:tcPr>
            <w:tcW w:type="dxa" w:w="1080"/>
          </w:tcPr>
          <w:p>
            <w:r>
              <w:t>48.57</w:t>
            </w:r>
          </w:p>
        </w:tc>
        <w:tc>
          <w:tcPr>
            <w:tcW w:type="dxa" w:w="1080"/>
          </w:tcPr>
          <w:p>
            <w:r>
              <w:t>53.86</w:t>
            </w:r>
          </w:p>
        </w:tc>
        <w:tc>
          <w:tcPr>
            <w:tcW w:type="dxa" w:w="1080"/>
          </w:tcPr>
          <w:p>
            <w:r>
              <w:t>42.86</w:t>
            </w:r>
          </w:p>
        </w:tc>
        <w:tc>
          <w:tcPr>
            <w:tcW w:type="dxa" w:w="1080"/>
          </w:tcPr>
          <w:p>
            <w:r>
              <w:t>145.29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1430414036</w:t>
            </w:r>
          </w:p>
        </w:tc>
        <w:tc>
          <w:tcPr>
            <w:tcW w:type="dxa" w:w="1080"/>
          </w:tcPr>
          <w:p>
            <w:r>
              <w:t>谭蓓</w:t>
            </w:r>
          </w:p>
        </w:tc>
        <w:tc>
          <w:tcPr>
            <w:tcW w:type="dxa" w:w="1080"/>
          </w:tcPr>
          <w:p>
            <w:r>
              <w:t>中药</w:t>
            </w:r>
          </w:p>
        </w:tc>
        <w:tc>
          <w:tcPr>
            <w:tcW w:type="dxa" w:w="1080"/>
          </w:tcPr>
          <w:p>
            <w:r>
              <w:t>55.36</w:t>
            </w:r>
          </w:p>
        </w:tc>
        <w:tc>
          <w:tcPr>
            <w:tcW w:type="dxa" w:w="1080"/>
          </w:tcPr>
          <w:p>
            <w:r>
              <w:t>55.71</w:t>
            </w:r>
          </w:p>
        </w:tc>
        <w:tc>
          <w:tcPr>
            <w:tcW w:type="dxa" w:w="1080"/>
          </w:tcPr>
          <w:p>
            <w:r>
              <w:t>47.29</w:t>
            </w:r>
          </w:p>
        </w:tc>
        <w:tc>
          <w:tcPr>
            <w:tcW w:type="dxa" w:w="1080"/>
          </w:tcPr>
          <w:p>
            <w:r>
              <w:t>158.36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1430414037</w:t>
            </w:r>
          </w:p>
        </w:tc>
        <w:tc>
          <w:tcPr>
            <w:tcW w:type="dxa" w:w="1080"/>
          </w:tcPr>
          <w:p>
            <w:r>
              <w:t>张米娅</w:t>
            </w:r>
          </w:p>
        </w:tc>
        <w:tc>
          <w:tcPr>
            <w:tcW w:type="dxa" w:w="1080"/>
          </w:tcPr>
          <w:p>
            <w:r>
              <w:t>中药</w:t>
            </w:r>
          </w:p>
        </w:tc>
        <w:tc>
          <w:tcPr>
            <w:tcW w:type="dxa" w:w="1080"/>
          </w:tcPr>
          <w:p>
            <w:r>
              <w:t>53.5</w:t>
            </w:r>
          </w:p>
        </w:tc>
        <w:tc>
          <w:tcPr>
            <w:tcW w:type="dxa" w:w="1080"/>
          </w:tcPr>
          <w:p>
            <w:r>
              <w:t>55.57</w:t>
            </w:r>
          </w:p>
        </w:tc>
        <w:tc>
          <w:tcPr>
            <w:tcW w:type="dxa" w:w="1080"/>
          </w:tcPr>
          <w:p>
            <w:r>
              <w:t>47.71</w:t>
            </w:r>
          </w:p>
        </w:tc>
        <w:tc>
          <w:tcPr>
            <w:tcW w:type="dxa" w:w="1080"/>
          </w:tcPr>
          <w:p>
            <w:r>
              <w:t>156.79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1430414020</w:t>
            </w:r>
          </w:p>
        </w:tc>
        <w:tc>
          <w:tcPr>
            <w:tcW w:type="dxa" w:w="1080"/>
          </w:tcPr>
          <w:p>
            <w:r>
              <w:t>杨偌璩</w:t>
            </w:r>
          </w:p>
        </w:tc>
        <w:tc>
          <w:tcPr>
            <w:tcW w:type="dxa" w:w="1080"/>
          </w:tcPr>
          <w:p>
            <w:r>
              <w:t>中药</w:t>
            </w:r>
          </w:p>
        </w:tc>
        <w:tc>
          <w:tcPr>
            <w:tcW w:type="dxa" w:w="1080"/>
          </w:tcPr>
          <w:p>
            <w:r>
              <w:t>53.29</w:t>
            </w:r>
          </w:p>
        </w:tc>
        <w:tc>
          <w:tcPr>
            <w:tcW w:type="dxa" w:w="1080"/>
          </w:tcPr>
          <w:p>
            <w:r>
              <w:t>53.29</w:t>
            </w:r>
          </w:p>
        </w:tc>
        <w:tc>
          <w:tcPr>
            <w:tcW w:type="dxa" w:w="1080"/>
          </w:tcPr>
          <w:p>
            <w:r>
              <w:t>44.71</w:t>
            </w:r>
          </w:p>
        </w:tc>
        <w:tc>
          <w:tcPr>
            <w:tcW w:type="dxa" w:w="1080"/>
          </w:tcPr>
          <w:p>
            <w:r>
              <w:t>151.29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1430414031</w:t>
            </w:r>
          </w:p>
        </w:tc>
        <w:tc>
          <w:tcPr>
            <w:tcW w:type="dxa" w:w="1080"/>
          </w:tcPr>
          <w:p>
            <w:r>
              <w:t>段泽琳</w:t>
            </w:r>
          </w:p>
        </w:tc>
        <w:tc>
          <w:tcPr>
            <w:tcW w:type="dxa" w:w="1080"/>
          </w:tcPr>
          <w:p>
            <w:r>
              <w:t>中药</w:t>
            </w:r>
          </w:p>
        </w:tc>
        <w:tc>
          <w:tcPr>
            <w:tcW w:type="dxa" w:w="1080"/>
          </w:tcPr>
          <w:p>
            <w:r>
              <w:t>50.43</w:t>
            </w:r>
          </w:p>
        </w:tc>
        <w:tc>
          <w:tcPr>
            <w:tcW w:type="dxa" w:w="1080"/>
          </w:tcPr>
          <w:p>
            <w:r>
              <w:t>53.57</w:t>
            </w:r>
          </w:p>
        </w:tc>
        <w:tc>
          <w:tcPr>
            <w:tcW w:type="dxa" w:w="1080"/>
          </w:tcPr>
          <w:p>
            <w:r>
              <w:t>44.57</w:t>
            </w:r>
          </w:p>
        </w:tc>
        <w:tc>
          <w:tcPr>
            <w:tcW w:type="dxa" w:w="1080"/>
          </w:tcPr>
          <w:p>
            <w:r>
              <w:t>148.57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1430414029</w:t>
            </w:r>
          </w:p>
        </w:tc>
        <w:tc>
          <w:tcPr>
            <w:tcW w:type="dxa" w:w="1080"/>
          </w:tcPr>
          <w:p>
            <w:r>
              <w:t>陈望阳</w:t>
            </w:r>
          </w:p>
        </w:tc>
        <w:tc>
          <w:tcPr>
            <w:tcW w:type="dxa" w:w="1080"/>
          </w:tcPr>
          <w:p>
            <w:r>
              <w:t>中药</w:t>
            </w:r>
          </w:p>
        </w:tc>
        <w:tc>
          <w:tcPr>
            <w:tcW w:type="dxa" w:w="1080"/>
          </w:tcPr>
          <w:p>
            <w:r>
              <w:t>49.42</w:t>
            </w:r>
          </w:p>
        </w:tc>
        <w:tc>
          <w:tcPr>
            <w:tcW w:type="dxa" w:w="1080"/>
          </w:tcPr>
          <w:p>
            <w:r>
              <w:t>53.5</w:t>
            </w:r>
          </w:p>
        </w:tc>
        <w:tc>
          <w:tcPr>
            <w:tcW w:type="dxa" w:w="1080"/>
          </w:tcPr>
          <w:p>
            <w:r>
              <w:t>44.57</w:t>
            </w:r>
          </w:p>
        </w:tc>
        <w:tc>
          <w:tcPr>
            <w:tcW w:type="dxa" w:w="1080"/>
          </w:tcPr>
          <w:p>
            <w:r>
              <w:t>147.49</w:t>
            </w:r>
          </w:p>
        </w:tc>
        <w:tc>
          <w:tcPr>
            <w:tcW w:type="dxa" w:w="1080"/>
          </w:tcPr>
          <w:p>
            <w:r/>
          </w:p>
        </w:tc>
      </w:tr>
    </w:tbl>
    <w:p>
      <w:r>
        <w:t>对于考核结果，如有异议，请2017年9月17日前向药学院教学办公室反映。</w:t>
      </w:r>
    </w:p>
    <w:p>
      <w:r>
        <w:t>联系人：温红，联系电话：65882089，电子邮箱：wenhong@suda.edu.cn</w:t>
      </w:r>
    </w:p>
    <w:p>
      <w:r>
        <w:t>药学院</w:t>
      </w:r>
    </w:p>
    <w:p>
      <w:r>
        <w:t>2017年9月15日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