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关于苏州大学药学院2022届本科推免生成绩审核结果公示</w:t>
      </w:r>
    </w:p>
    <w:p>
      <w:pPr>
        <w:pStyle w:val="Heading3"/>
      </w:pPr>
      <w:r>
        <w:t>通知公告</w:t>
      </w:r>
    </w:p>
    <w:p>
      <w:r>
        <w:t>&lt;p class="hidden-xs"&gt;通知公告&lt;/p&gt;</w:t>
      </w:r>
    </w:p>
    <w:p>
      <w:r>
        <w:t>当前位置：首页通知公告</w:t>
      </w:r>
    </w:p>
    <w:p>
      <w:r>
        <w:t>时间：2021-09-17来源：苏州大学药学院本科教学网点击：2397</w:t>
      </w:r>
    </w:p>
    <w:p>
      <w:r>
        <w:t>根据《医学部推荐优秀应届本科毕业生202 2年免试攻读硕士研究生实施细则》，经医学部药学院“专家审核小组”审核、鉴定学生发展素质成绩各项评价内容并根据相关政策予以打分，现将所打分数予以公示，具体内容请详见附件。如有疑问，可致电：6588 2090，联系人：温红。</w:t>
      </w:r>
    </w:p>
    <w:p>
      <w:r>
        <w:t>药学院教学办公室</w:t>
      </w:r>
    </w:p>
    <w:p>
      <w:r>
        <w:t>2021.9.17</w:t>
      </w:r>
    </w:p>
    <w:p>
      <w:r>
        <w:t>2022届推免生成绩汇总表.xlsx</w:t>
      </w:r>
    </w:p>
    <w:p>
      <w:r>
        <w:t>分享：</w:t>
      </w:r>
    </w:p>
    <w:p>
      <w:pPr>
        <w:pStyle w:val="Heading4"/>
      </w:pPr>
      <w:r>
        <w:t>微信扫一扫：分享</w:t>
      </w:r>
    </w:p>
    <w:p>
      <w:r>
        <w:t>微信里点“发现”，扫一下</w:t>
      </w:r>
    </w:p>
    <w:p>
      <w:r>
        <w:t>二维码便可将本文分享至朋友圈。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