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关于组织我校临床医学（含“5+3”一体化）学生2024年推荐免试攻读研究生复试工作的通知</w:t>
      </w:r>
    </w:p>
    <w:p>
      <w:r>
        <w:t>苏州医学院有关基层研究生培养单位：</w:t>
      </w:r>
    </w:p>
    <w:p>
      <w:r>
        <w:t>根据学校《关于做好2024年接收推荐免试攻读研究生（含直接攻博）复试与录取工作的通知》，结合实际情况，苏州医学院统一组织我校临床医学（“ 5+3 ”一体化，含儿科医学方向）2024届本科段预毕业生推荐免试攻读研究生复试工作，具体事宜通知如下：</w:t>
      </w:r>
    </w:p>
    <w:p>
      <w:r>
        <w:t>一、复试对象</w:t>
      </w:r>
    </w:p>
    <w:p>
      <w:r>
        <w:t>我校临床医学（“ 5+3 ”一体化，含儿科医学方向）2024届本科段预毕业生。</w:t>
      </w:r>
    </w:p>
    <w:p>
      <w:r>
        <w:t>二、复试时间</w:t>
      </w:r>
    </w:p>
    <w:p>
      <w:r>
        <w:t>第一轮复试时间：2023年9月24日（周日）</w:t>
      </w:r>
    </w:p>
    <w:p>
      <w:r>
        <w:t>根据首轮复试情况安排第二轮复试，时间地点另行通知。</w:t>
      </w:r>
    </w:p>
    <w:p>
      <w:r>
        <w:t>三、考生提交材料</w:t>
      </w:r>
    </w:p>
    <w:p>
      <w:r>
        <w:t>1.考生填写《苏州大学苏州医学院接收推荐免试攻读硕士学位研究生申请表（5+3长学制用）》（附件1），word版和签字PDF版两个文档同时发送至szdxszyxy@163.com，文件名以“申请专业+姓名”命名。填写志愿时需参考《苏州大学苏州医学院2024年接收推荐免试攻读硕士学位研究生专业目录（附属医院）》（附件2）。</w:t>
      </w:r>
    </w:p>
    <w:p>
      <w:r>
        <w:t>2.考生携带《苏州大学苏州医学院接收推荐免试攻读硕士学位研究生申请表（5+3长学制专用）》纸质签字版、第二代居民身份证（原件及复印件）、学生证（原件及复印件）、成绩单（由所在学校教务部门提供并加盖公章）（原件及复印件）、大学英语等级证书（原件及复印件）及其他证明学术能力和潜力的材料参加复试。以上材料（复印件）均只提供一份即可。</w:t>
      </w:r>
    </w:p>
    <w:p>
      <w:r>
        <w:t>四、复试组织与录取原则</w:t>
      </w:r>
    </w:p>
    <w:p>
      <w:r>
        <w:t>1.以各专业为单位组成复试小组，实行组长负责制。复试小组成员由具备博士/硕士研究生招生资格的本专业教师组成，复试小组总人数不少于5人。同时配备1-2名工作人员担任复试小组秘书，做好复试通知、记录、有关材料收集等工作。</w:t>
      </w:r>
    </w:p>
    <w:p>
      <w:r>
        <w:t>2.由复试小组组长所在单位组织相关专业的复试工作，于2023年9月23日前将《苏州大学2024年接收推荐免试硕士研究生招生复试分组具体安排表（附属医院）》（附件3）excel版发送至hetianxu@suda.edu.cn.</w:t>
      </w:r>
    </w:p>
    <w:p>
      <w:r>
        <w:t>3.复试以综合面试方式进行，满分100分，每位考生复试时长不少于10分钟。复试内容包括综合素质、外语、专业知识、专业实验技能等的考核，主要考核学生利用所学知识发现、分析和解决问题的能力，以及对本学科发展动态的了解和在本专业领域发展的潜力。复试过程要全程录像并有详细记录，复试小组秘书须认真填写《推荐免试研究生复试情况记录表》（附件4），记录表由复试小组组长所在单位留存备查。</w:t>
      </w:r>
    </w:p>
    <w:p>
      <w:r>
        <w:t>录取的基本要求是复试成绩≥ 60分，思想政治素质和道德品质考核合格，根据复试成绩排名择优录取。</w:t>
      </w:r>
    </w:p>
    <w:p>
      <w:r>
        <w:t>4.复试结果由复试小组组长所在单位汇总、审核后，于9月26日前将《2024年推免复试录取汇总表》（附件5）excel和盖章PDF版同时发送至hetianxu@suda.edu.cn。</w:t>
      </w:r>
    </w:p>
    <w:p>
      <w:r>
        <w:t>五、其他事项</w:t>
      </w:r>
    </w:p>
    <w:p>
      <w:r>
        <w:t>推免生资格审核确认、报考、录取均须通过“全国推荐免试攻读研究生信息公开暨管理服务系统”（网址：https://yz.chsi.com.cn/tm）进行。推免生在规定时间内在该系统进行网上报名并网上缴费（未缴费的考生视为放弃推免资格），网上报名专业和代码与拟录取专业和代码必须完全一致，确认待录取通知。</w:t>
      </w:r>
    </w:p>
    <w:p>
      <w:r>
        <w:t>附件1：苏州大学苏州医学院接收推荐免试攻读硕士学位研究生申请表（5+3长学制用）.doc</w:t>
      </w:r>
    </w:p>
    <w:p>
      <w:r>
        <w:t>附件2：苏州大学苏州医学院2024年接收推荐免试攻读硕士学位研究生专业目录（附属医院）.xlsx</w:t>
      </w:r>
    </w:p>
    <w:p>
      <w:r>
        <w:t>附件3：苏州大学2024年接收推荐免试硕士研究生招生复试分组具体安排表（附属医院）.xls</w:t>
      </w:r>
    </w:p>
    <w:p>
      <w:r>
        <w:t>附件4：推荐免试研究生复试情况记录表.doc</w:t>
      </w:r>
    </w:p>
    <w:p>
      <w:r>
        <w:t>附件5：2024年推免复试录取汇总表.xls</w:t>
      </w:r>
    </w:p>
    <w:p>
      <w:r>
        <w:t>苏州医学院教育教学办公室</w:t>
      </w:r>
    </w:p>
    <w:p>
      <w:r>
        <w:t>2023年9月13日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